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40"/>
        <w:ind w:start="0"/>
        <w:jc w:val="start"/>
        <w:rPr>
          <w:rFonts w:ascii="Calibri" w:hAnsi="Calibri"/>
          <w:b/>
          <w:i w:val="false"/>
          <w:color w:val="000000"/>
          <w:sz w:val="26"/>
        </w:rPr>
      </w:pPr>
      <w:r>
        <w:rPr/>
      </w:r>
    </w:p>
    <w:p>
      <w:pPr>
        <w:pStyle w:val="Normal"/>
        <w:spacing w:before="0" w:after="80"/>
        <w:ind w:start="0"/>
        <w:jc w:val="start"/>
        <w:rPr/>
      </w:pPr>
      <w:r>
        <w:rPr>
          <w:rFonts w:ascii="Calibri" w:hAnsi="Calibri"/>
          <w:b/>
          <w:i w:val="false"/>
          <w:color w:val="000000"/>
          <w:sz w:val="26"/>
        </w:rPr>
        <w:t>MATHEMATICS</w:t>
      </w:r>
    </w:p>
    <w:p>
      <w:pPr>
        <w:pStyle w:val="Normal"/>
        <w:spacing w:before="0" w:after="40"/>
        <w:ind w:start="0"/>
        <w:jc w:val="start"/>
        <w:rPr/>
      </w:pPr>
      <w:r>
        <w:rPr>
          <w:rFonts w:ascii="Calibri" w:hAnsi="Calibri"/>
          <w:b/>
          <w:i w:val="false"/>
          <w:color w:val="000000"/>
          <w:sz w:val="26"/>
        </w:rPr>
        <w:t xml:space="preserve">GRADE 6 </w:t>
      </w:r>
    </w:p>
    <w:p>
      <w:pPr>
        <w:pStyle w:val="Normal"/>
        <w:spacing w:before="0" w:after="120"/>
        <w:ind w:start="0"/>
        <w:jc w:val="start"/>
        <w:rPr/>
      </w:pPr>
      <w:r>
        <w:rPr>
          <w:rFonts w:ascii="Calibri" w:hAnsi="Calibri"/>
          <w:b/>
          <w:i w:val="false"/>
          <w:color w:val="000000"/>
          <w:sz w:val="22"/>
        </w:rPr>
        <w:t>TIME: 1hour 20 minutes</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1. Patrick got the equivalent fraction to 12/20. Which one below is an equivalent fraction to 12/20?</w:t>
      </w:r>
    </w:p>
    <w:p>
      <w:pPr>
        <w:pStyle w:val="Normal"/>
        <w:spacing w:before="0" w:after="60"/>
        <w:ind w:start="360"/>
        <w:jc w:val="start"/>
        <w:rPr/>
      </w:pPr>
      <w:r>
        <w:rPr>
          <w:rFonts w:ascii="Calibri" w:hAnsi="Calibri"/>
          <w:b w:val="false"/>
          <w:i w:val="false"/>
          <w:color w:val="000000"/>
          <w:sz w:val="22"/>
        </w:rPr>
        <w:t>A. 1.8/30</w:t>
      </w:r>
    </w:p>
    <w:p>
      <w:pPr>
        <w:pStyle w:val="Normal"/>
        <w:spacing w:before="0" w:after="60"/>
        <w:ind w:start="360"/>
        <w:jc w:val="start"/>
        <w:rPr/>
      </w:pPr>
      <w:r>
        <w:rPr>
          <w:rFonts w:ascii="Calibri" w:hAnsi="Calibri"/>
          <w:b w:val="false"/>
          <w:i w:val="false"/>
          <w:color w:val="000000"/>
          <w:sz w:val="22"/>
        </w:rPr>
        <w:t>B. 4/5</w:t>
      </w:r>
    </w:p>
    <w:p>
      <w:pPr>
        <w:pStyle w:val="Normal"/>
        <w:spacing w:before="0" w:after="60"/>
        <w:ind w:start="360"/>
        <w:jc w:val="start"/>
        <w:rPr/>
      </w:pPr>
      <w:r>
        <w:rPr>
          <w:rFonts w:ascii="Calibri" w:hAnsi="Calibri"/>
          <w:b w:val="false"/>
          <w:i w:val="false"/>
          <w:color w:val="000000"/>
          <w:sz w:val="22"/>
        </w:rPr>
        <w:t>C. 36/60</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D. 24/30</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2.Okisa rounded off 9.99999 to the nearest thousandths. What did she get?</w:t>
      </w:r>
    </w:p>
    <w:p>
      <w:pPr>
        <w:pStyle w:val="Normal"/>
        <w:spacing w:before="0" w:after="60"/>
        <w:ind w:start="360"/>
        <w:jc w:val="start"/>
        <w:rPr/>
      </w:pPr>
      <w:r>
        <w:rPr>
          <w:rFonts w:ascii="Calibri" w:hAnsi="Calibri"/>
          <w:b w:val="false"/>
          <w:i w:val="false"/>
          <w:color w:val="000000"/>
          <w:sz w:val="22"/>
        </w:rPr>
        <w:t>A. 9.99</w:t>
      </w:r>
    </w:p>
    <w:p>
      <w:pPr>
        <w:pStyle w:val="Normal"/>
        <w:spacing w:before="0" w:after="60"/>
        <w:ind w:start="360"/>
        <w:jc w:val="start"/>
        <w:rPr/>
      </w:pPr>
      <w:r>
        <w:rPr>
          <w:rFonts w:ascii="Calibri" w:hAnsi="Calibri"/>
          <w:b w:val="false"/>
          <w:i w:val="false"/>
          <w:color w:val="000000"/>
          <w:sz w:val="22"/>
        </w:rPr>
        <w:t>B. 10.000</w:t>
      </w:r>
    </w:p>
    <w:p>
      <w:pPr>
        <w:pStyle w:val="Normal"/>
        <w:spacing w:before="0" w:after="60"/>
        <w:ind w:start="360"/>
        <w:jc w:val="start"/>
        <w:rPr/>
      </w:pPr>
      <w:r>
        <w:rPr>
          <w:rFonts w:ascii="Calibri" w:hAnsi="Calibri"/>
          <w:b w:val="false"/>
          <w:i w:val="false"/>
          <w:color w:val="000000"/>
          <w:sz w:val="22"/>
        </w:rPr>
        <w:t>C. 10.0</w:t>
      </w:r>
    </w:p>
    <w:p>
      <w:pPr>
        <w:pStyle w:val="Normal"/>
        <w:spacing w:before="0" w:after="60"/>
        <w:ind w:start="360"/>
        <w:jc w:val="start"/>
        <w:rPr/>
      </w:pPr>
      <w:r>
        <w:rPr>
          <w:rFonts w:ascii="Calibri" w:hAnsi="Calibri"/>
          <w:b w:val="false"/>
          <w:i w:val="false"/>
          <w:color w:val="000000"/>
          <w:sz w:val="22"/>
        </w:rPr>
        <w:t xml:space="preserve">D. 10.00 </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3. The capacity of a jerrican is 22 litres. What is the capacity of the jerrican in cubic centimetres?</w:t>
      </w:r>
    </w:p>
    <w:p>
      <w:pPr>
        <w:pStyle w:val="Normal"/>
        <w:spacing w:before="0" w:after="60"/>
        <w:ind w:start="360"/>
        <w:jc w:val="start"/>
        <w:rPr/>
      </w:pPr>
      <w:r>
        <w:rPr>
          <w:rFonts w:ascii="Calibri" w:hAnsi="Calibri"/>
          <w:b w:val="false"/>
          <w:i w:val="false"/>
          <w:color w:val="000000"/>
          <w:sz w:val="22"/>
        </w:rPr>
        <w:t>A. 22000</w:t>
      </w:r>
    </w:p>
    <w:p>
      <w:pPr>
        <w:pStyle w:val="Normal"/>
        <w:spacing w:before="0" w:after="60"/>
        <w:ind w:start="360"/>
        <w:jc w:val="start"/>
        <w:rPr/>
      </w:pPr>
      <w:r>
        <w:rPr>
          <w:rFonts w:ascii="Calibri" w:hAnsi="Calibri"/>
          <w:b w:val="false"/>
          <w:i w:val="false"/>
          <w:color w:val="000000"/>
          <w:sz w:val="22"/>
        </w:rPr>
        <w:t>B. 2200</w:t>
      </w:r>
    </w:p>
    <w:p>
      <w:pPr>
        <w:pStyle w:val="Normal"/>
        <w:spacing w:before="0" w:after="60"/>
        <w:ind w:start="360"/>
        <w:jc w:val="start"/>
        <w:rPr/>
      </w:pPr>
      <w:r>
        <w:rPr>
          <w:rFonts w:ascii="Calibri" w:hAnsi="Calibri"/>
          <w:b w:val="false"/>
          <w:i w:val="false"/>
          <w:color w:val="000000"/>
          <w:sz w:val="22"/>
        </w:rPr>
        <w:t>C. 220</w:t>
      </w:r>
    </w:p>
    <w:p>
      <w:pPr>
        <w:pStyle w:val="Normal"/>
        <w:spacing w:before="0" w:after="60"/>
        <w:ind w:start="360"/>
        <w:jc w:val="start"/>
        <w:rPr/>
      </w:pPr>
      <w:r>
        <w:rPr>
          <w:rFonts w:ascii="Calibri" w:hAnsi="Calibri"/>
          <w:b w:val="false"/>
          <w:i w:val="false"/>
          <w:color w:val="000000"/>
          <w:sz w:val="22"/>
        </w:rPr>
        <w:t>D. 22</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4. In Barazani school, there are 3243 learners. Each learner was given 3 face masks. How many face masks were given out altogether?</w:t>
      </w:r>
    </w:p>
    <w:p>
      <w:pPr>
        <w:pStyle w:val="Normal"/>
        <w:spacing w:before="0" w:after="60"/>
        <w:ind w:start="360"/>
        <w:jc w:val="start"/>
        <w:rPr/>
      </w:pPr>
      <w:r>
        <w:rPr>
          <w:rFonts w:ascii="Calibri" w:hAnsi="Calibri"/>
          <w:b w:val="false"/>
          <w:i w:val="false"/>
          <w:color w:val="000000"/>
          <w:sz w:val="22"/>
        </w:rPr>
        <w:t>A. 9629</w:t>
      </w:r>
    </w:p>
    <w:p>
      <w:pPr>
        <w:pStyle w:val="Normal"/>
        <w:spacing w:before="0" w:after="60"/>
        <w:ind w:start="360"/>
        <w:jc w:val="start"/>
        <w:rPr/>
      </w:pPr>
      <w:r>
        <w:rPr>
          <w:rFonts w:ascii="Calibri" w:hAnsi="Calibri"/>
          <w:b w:val="false"/>
          <w:i w:val="false"/>
          <w:color w:val="000000"/>
          <w:sz w:val="22"/>
        </w:rPr>
        <w:t>B. 9729</w:t>
      </w:r>
    </w:p>
    <w:p>
      <w:pPr>
        <w:pStyle w:val="Normal"/>
        <w:spacing w:before="0" w:after="60"/>
        <w:ind w:start="360"/>
        <w:jc w:val="start"/>
        <w:rPr/>
      </w:pPr>
      <w:r>
        <w:rPr>
          <w:rFonts w:ascii="Calibri" w:hAnsi="Calibri"/>
          <w:b w:val="false"/>
          <w:i w:val="false"/>
          <w:color w:val="000000"/>
          <w:sz w:val="22"/>
        </w:rPr>
        <w:t>C. 96129</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D. 97129</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5.  In a farm 0.48 of the land was planted beans and the rest was planted maize. What fraction was planted maize?</w:t>
      </w:r>
    </w:p>
    <w:p>
      <w:pPr>
        <w:pStyle w:val="Normal"/>
        <w:spacing w:before="0" w:after="60"/>
        <w:ind w:start="360"/>
        <w:jc w:val="start"/>
        <w:rPr/>
      </w:pPr>
      <w:r>
        <w:rPr>
          <w:rFonts w:ascii="Calibri" w:hAnsi="Calibri"/>
          <w:b w:val="false"/>
          <w:i w:val="false"/>
          <w:color w:val="000000"/>
          <w:sz w:val="22"/>
        </w:rPr>
        <w:t>A. 12/25</w:t>
      </w:r>
    </w:p>
    <w:p>
      <w:pPr>
        <w:pStyle w:val="Normal"/>
        <w:spacing w:before="0" w:after="60"/>
        <w:ind w:start="360"/>
        <w:jc w:val="start"/>
        <w:rPr/>
      </w:pPr>
      <w:r>
        <w:rPr>
          <w:rFonts w:ascii="Calibri" w:hAnsi="Calibri"/>
          <w:b w:val="false"/>
          <w:i w:val="false"/>
          <w:color w:val="000000"/>
          <w:sz w:val="22"/>
        </w:rPr>
        <w:t>B. 48/100</w:t>
      </w:r>
    </w:p>
    <w:p>
      <w:pPr>
        <w:pStyle w:val="Normal"/>
        <w:spacing w:before="0" w:after="60"/>
        <w:ind w:start="360"/>
        <w:jc w:val="start"/>
        <w:rPr/>
      </w:pPr>
      <w:r>
        <w:rPr>
          <w:rFonts w:ascii="Calibri" w:hAnsi="Calibri"/>
          <w:b w:val="false"/>
          <w:i w:val="false"/>
          <w:color w:val="000000"/>
          <w:sz w:val="22"/>
        </w:rPr>
        <w:t>C. 52/1000</w:t>
      </w:r>
    </w:p>
    <w:p>
      <w:pPr>
        <w:pStyle w:val="Normal"/>
        <w:spacing w:before="0" w:after="60"/>
        <w:ind w:start="360"/>
        <w:jc w:val="start"/>
        <w:rPr/>
      </w:pPr>
      <w:r>
        <w:rPr>
          <w:rFonts w:ascii="Calibri" w:hAnsi="Calibri"/>
          <w:b w:val="false"/>
          <w:i w:val="false"/>
          <w:color w:val="000000"/>
          <w:sz w:val="22"/>
        </w:rPr>
        <w:t>D. 13/25</w:t>
      </w:r>
    </w:p>
    <w:p>
      <w:pPr>
        <w:pStyle w:val="Normal"/>
        <w:spacing w:before="0" w:after="60"/>
        <w:ind w:start="360"/>
        <w:jc w:val="start"/>
        <w:rPr/>
      </w:pPr>
      <w:r>
        <w:rPr>
          <w:rFonts w:ascii="Calibri" w:hAnsi="Calibri"/>
          <w:b w:val="false"/>
          <w:i w:val="false"/>
          <w:color w:val="000000"/>
          <w:sz w:val="22"/>
        </w:rPr>
        <w:t>6. A tree nursery had 368593 seedlings. Customers bought 27364 seedlings in a day. How many tree seedlings remained?</w:t>
      </w:r>
    </w:p>
    <w:p>
      <w:pPr>
        <w:pStyle w:val="Normal"/>
        <w:spacing w:before="0" w:after="60"/>
        <w:ind w:start="360"/>
        <w:jc w:val="start"/>
        <w:rPr/>
      </w:pPr>
      <w:r>
        <w:rPr>
          <w:rFonts w:ascii="Calibri" w:hAnsi="Calibri"/>
          <w:b w:val="false"/>
          <w:i w:val="false"/>
          <w:color w:val="000000"/>
          <w:sz w:val="22"/>
        </w:rPr>
        <w:t>A. 395957</w:t>
      </w:r>
    </w:p>
    <w:p>
      <w:pPr>
        <w:pStyle w:val="Normal"/>
        <w:spacing w:before="0" w:after="60"/>
        <w:ind w:start="360"/>
        <w:jc w:val="start"/>
        <w:rPr/>
      </w:pPr>
      <w:r>
        <w:rPr>
          <w:rFonts w:ascii="Calibri" w:hAnsi="Calibri"/>
          <w:b w:val="false"/>
          <w:i w:val="false"/>
          <w:color w:val="000000"/>
          <w:sz w:val="22"/>
        </w:rPr>
        <w:t>B. 341239</w:t>
      </w:r>
    </w:p>
    <w:p>
      <w:pPr>
        <w:pStyle w:val="Normal"/>
        <w:spacing w:before="0" w:after="60"/>
        <w:ind w:start="360"/>
        <w:jc w:val="start"/>
        <w:rPr/>
      </w:pPr>
      <w:r>
        <w:rPr>
          <w:rFonts w:ascii="Calibri" w:hAnsi="Calibri"/>
          <w:b w:val="false"/>
          <w:i w:val="false"/>
          <w:color w:val="000000"/>
          <w:sz w:val="22"/>
        </w:rPr>
        <w:t>C. 341229</w:t>
      </w:r>
    </w:p>
    <w:p>
      <w:pPr>
        <w:pStyle w:val="Normal"/>
        <w:spacing w:before="0" w:after="60"/>
        <w:ind w:start="360"/>
        <w:jc w:val="start"/>
        <w:rPr/>
      </w:pPr>
      <w:r>
        <w:rPr>
          <w:rFonts w:ascii="Calibri" w:hAnsi="Calibri"/>
          <w:b w:val="false"/>
          <w:i w:val="false"/>
          <w:color w:val="000000"/>
          <w:sz w:val="22"/>
        </w:rPr>
        <w:t>D. 94953</w:t>
      </w:r>
    </w:p>
    <w:p>
      <w:pPr>
        <w:pStyle w:val="Normal"/>
        <w:spacing w:before="0" w:after="60"/>
        <w:ind w:start="360"/>
        <w:jc w:val="start"/>
        <w:rPr/>
      </w:pPr>
      <w:r>
        <w:rPr>
          <w:rFonts w:ascii="Calibri" w:hAnsi="Calibri"/>
          <w:b w:val="false"/>
          <w:i w:val="false"/>
          <w:color w:val="000000"/>
          <w:sz w:val="22"/>
        </w:rPr>
        <w:t>7. A milk processing factory produced 19468 packets of milk. How many packets of milk to the nearest thousands were produced?</w:t>
      </w:r>
    </w:p>
    <w:p>
      <w:pPr>
        <w:pStyle w:val="Normal"/>
        <w:spacing w:before="0" w:after="60"/>
        <w:ind w:start="360"/>
        <w:jc w:val="start"/>
        <w:rPr/>
      </w:pPr>
      <w:r>
        <w:rPr>
          <w:rFonts w:ascii="Calibri" w:hAnsi="Calibri"/>
          <w:b w:val="false"/>
          <w:i w:val="false"/>
          <w:color w:val="000000"/>
          <w:sz w:val="22"/>
        </w:rPr>
        <w:t>A. 20000</w:t>
      </w:r>
    </w:p>
    <w:p>
      <w:pPr>
        <w:pStyle w:val="Normal"/>
        <w:spacing w:before="0" w:after="60"/>
        <w:ind w:start="360"/>
        <w:jc w:val="start"/>
        <w:rPr/>
      </w:pPr>
      <w:r>
        <w:rPr>
          <w:rFonts w:ascii="Calibri" w:hAnsi="Calibri"/>
          <w:b w:val="false"/>
          <w:i w:val="false"/>
          <w:color w:val="000000"/>
          <w:sz w:val="22"/>
        </w:rPr>
        <w:t>B. 19500</w:t>
      </w:r>
    </w:p>
    <w:p>
      <w:pPr>
        <w:pStyle w:val="Normal"/>
        <w:spacing w:before="0" w:after="60"/>
        <w:ind w:start="360"/>
        <w:jc w:val="start"/>
        <w:rPr/>
      </w:pPr>
      <w:r>
        <w:rPr>
          <w:rFonts w:ascii="Calibri" w:hAnsi="Calibri"/>
          <w:b w:val="false"/>
          <w:i w:val="false"/>
          <w:color w:val="000000"/>
          <w:sz w:val="22"/>
        </w:rPr>
        <w:t>C. 19470</w:t>
      </w:r>
    </w:p>
    <w:p>
      <w:pPr>
        <w:pStyle w:val="Normal"/>
        <w:spacing w:before="0" w:after="60"/>
        <w:ind w:start="360"/>
        <w:jc w:val="start"/>
        <w:rPr/>
      </w:pPr>
      <w:r>
        <w:rPr>
          <w:rFonts w:ascii="Calibri" w:hAnsi="Calibri"/>
          <w:b w:val="false"/>
          <w:i w:val="false"/>
          <w:color w:val="000000"/>
          <w:sz w:val="22"/>
        </w:rPr>
        <w:t>D. 19000</w:t>
      </w:r>
    </w:p>
    <w:p>
      <w:pPr>
        <w:pStyle w:val="Normal"/>
        <w:spacing w:before="0" w:after="60"/>
        <w:ind w:start="360"/>
        <w:jc w:val="start"/>
        <w:rPr/>
      </w:pPr>
      <w:r>
        <w:rPr>
          <w:rFonts w:ascii="Calibri" w:hAnsi="Calibri"/>
          <w:b w:val="false"/>
          <w:i w:val="false"/>
          <w:color w:val="000000"/>
          <w:sz w:val="22"/>
        </w:rPr>
        <w:t>8. In a hospital, 436587 children were vaccinated against polio in a certain year. What is the total value of digit 6 in the number?</w:t>
      </w:r>
    </w:p>
    <w:p>
      <w:pPr>
        <w:pStyle w:val="Normal"/>
        <w:spacing w:before="0" w:after="60"/>
        <w:ind w:start="360"/>
        <w:jc w:val="start"/>
        <w:rPr/>
      </w:pPr>
      <w:r>
        <w:rPr>
          <w:rFonts w:ascii="Calibri" w:hAnsi="Calibri"/>
          <w:b w:val="false"/>
          <w:i w:val="false"/>
          <w:color w:val="000000"/>
          <w:sz w:val="22"/>
        </w:rPr>
        <w:t>A. 600</w:t>
      </w:r>
    </w:p>
    <w:p>
      <w:pPr>
        <w:pStyle w:val="Normal"/>
        <w:spacing w:before="0" w:after="60"/>
        <w:ind w:start="360"/>
        <w:jc w:val="start"/>
        <w:rPr/>
      </w:pPr>
      <w:r>
        <w:rPr>
          <w:rFonts w:ascii="Calibri" w:hAnsi="Calibri"/>
          <w:b w:val="false"/>
          <w:i w:val="false"/>
          <w:color w:val="000000"/>
          <w:sz w:val="22"/>
        </w:rPr>
        <w:t>B. 6000</w:t>
      </w:r>
    </w:p>
    <w:p>
      <w:pPr>
        <w:pStyle w:val="Normal"/>
        <w:spacing w:before="0" w:after="60"/>
        <w:ind w:start="360"/>
        <w:jc w:val="start"/>
        <w:rPr/>
      </w:pPr>
      <w:r>
        <w:rPr>
          <w:rFonts w:ascii="Calibri" w:hAnsi="Calibri"/>
          <w:b w:val="false"/>
          <w:i w:val="false"/>
          <w:color w:val="000000"/>
          <w:sz w:val="22"/>
        </w:rPr>
        <w:t>C. 60000</w:t>
      </w:r>
    </w:p>
    <w:p>
      <w:pPr>
        <w:pStyle w:val="Normal"/>
        <w:spacing w:before="0" w:after="60"/>
        <w:ind w:start="360"/>
        <w:jc w:val="start"/>
        <w:rPr/>
      </w:pPr>
      <w:r>
        <w:rPr>
          <w:rFonts w:ascii="Calibri" w:hAnsi="Calibri"/>
          <w:b w:val="false"/>
          <w:i w:val="false"/>
          <w:color w:val="000000"/>
          <w:sz w:val="22"/>
        </w:rPr>
        <w:t>D. 600000</w:t>
      </w:r>
    </w:p>
    <w:p>
      <w:pPr>
        <w:pStyle w:val="Normal"/>
        <w:spacing w:before="0" w:after="60"/>
        <w:ind w:start="360"/>
        <w:jc w:val="start"/>
        <w:rPr/>
      </w:pPr>
      <w:r>
        <w:rPr>
          <w:rFonts w:ascii="Calibri" w:hAnsi="Calibri"/>
          <w:b w:val="false"/>
          <w:i w:val="false"/>
          <w:color w:val="000000"/>
          <w:sz w:val="22"/>
        </w:rPr>
        <w:t>9. What is the next number in the pattern?</w:t>
      </w:r>
    </w:p>
    <w:p>
      <w:pPr>
        <w:pStyle w:val="Normal"/>
        <w:spacing w:before="0" w:after="60"/>
        <w:ind w:start="360"/>
        <w:jc w:val="start"/>
        <w:rPr/>
      </w:pPr>
      <w:r>
        <w:rPr>
          <w:rFonts w:ascii="Calibri" w:hAnsi="Calibri"/>
          <w:b w:val="false"/>
          <w:i w:val="false"/>
          <w:color w:val="000000"/>
          <w:sz w:val="22"/>
        </w:rPr>
        <w:t>8, 24, 72, 216, ____</w:t>
      </w:r>
    </w:p>
    <w:p>
      <w:pPr>
        <w:pStyle w:val="Normal"/>
        <w:spacing w:before="0" w:after="60"/>
        <w:ind w:start="360"/>
        <w:jc w:val="start"/>
        <w:rPr/>
      </w:pPr>
      <w:r>
        <w:rPr>
          <w:rFonts w:ascii="Calibri" w:hAnsi="Calibri"/>
          <w:b w:val="false"/>
          <w:i w:val="false"/>
          <w:color w:val="000000"/>
          <w:sz w:val="22"/>
        </w:rPr>
        <w:t>A. 232</w:t>
      </w:r>
    </w:p>
    <w:p>
      <w:pPr>
        <w:pStyle w:val="Normal"/>
        <w:spacing w:before="0" w:after="60"/>
        <w:ind w:start="360"/>
        <w:jc w:val="start"/>
        <w:rPr/>
      </w:pPr>
      <w:r>
        <w:rPr>
          <w:rFonts w:ascii="Calibri" w:hAnsi="Calibri"/>
          <w:b w:val="false"/>
          <w:i w:val="false"/>
          <w:color w:val="000000"/>
          <w:sz w:val="22"/>
        </w:rPr>
        <w:t>B. 264</w:t>
      </w:r>
    </w:p>
    <w:p>
      <w:pPr>
        <w:pStyle w:val="Normal"/>
        <w:spacing w:before="0" w:after="60"/>
        <w:ind w:start="360"/>
        <w:jc w:val="start"/>
        <w:rPr/>
      </w:pPr>
      <w:r>
        <w:rPr>
          <w:rFonts w:ascii="Calibri" w:hAnsi="Calibri"/>
          <w:b w:val="false"/>
          <w:i w:val="false"/>
          <w:color w:val="000000"/>
          <w:sz w:val="22"/>
        </w:rPr>
        <w:t>C. 360</w:t>
      </w:r>
    </w:p>
    <w:p>
      <w:pPr>
        <w:pStyle w:val="Normal"/>
        <w:spacing w:before="0" w:after="60"/>
        <w:ind w:start="360"/>
        <w:jc w:val="start"/>
        <w:rPr/>
      </w:pPr>
      <w:r>
        <w:rPr>
          <w:rFonts w:ascii="Calibri" w:hAnsi="Calibri"/>
          <w:b w:val="false"/>
          <w:i w:val="false"/>
          <w:color w:val="000000"/>
          <w:sz w:val="22"/>
        </w:rPr>
        <w:t>D. 648</w:t>
      </w:r>
    </w:p>
    <w:p>
      <w:pPr>
        <w:pStyle w:val="Normal"/>
        <w:spacing w:before="0" w:after="60"/>
        <w:ind w:start="360"/>
        <w:jc w:val="start"/>
        <w:rPr/>
      </w:pPr>
      <w:r>
        <w:rPr>
          <w:rFonts w:ascii="Calibri" w:hAnsi="Calibri"/>
          <w:b w:val="false"/>
          <w:i w:val="false"/>
          <w:color w:val="000000"/>
          <w:sz w:val="22"/>
        </w:rPr>
        <w:t>10. Work out the following.</w:t>
      </w:r>
    </w:p>
    <w:p>
      <w:pPr>
        <w:pStyle w:val="Normal"/>
        <w:spacing w:before="0" w:after="60"/>
        <w:ind w:start="360"/>
        <w:jc w:val="start"/>
        <w:rPr/>
      </w:pPr>
      <w:r>
        <w:rPr>
          <w:rFonts w:ascii="Calibri" w:hAnsi="Calibri"/>
          <w:b w:val="false"/>
          <w:i w:val="false"/>
          <w:color w:val="000000"/>
          <w:sz w:val="22"/>
        </w:rPr>
        <w:t>24 ÷ 3 + 9 × 6 - 4</w:t>
      </w:r>
    </w:p>
    <w:p>
      <w:pPr>
        <w:pStyle w:val="Normal"/>
        <w:spacing w:before="0" w:after="60"/>
        <w:ind w:start="360"/>
        <w:jc w:val="start"/>
        <w:rPr/>
      </w:pPr>
      <w:r>
        <w:rPr>
          <w:rFonts w:ascii="Calibri" w:hAnsi="Calibri"/>
          <w:b w:val="false"/>
          <w:i w:val="false"/>
          <w:color w:val="000000"/>
          <w:sz w:val="22"/>
        </w:rPr>
        <w:t>A. 8</w:t>
      </w:r>
    </w:p>
    <w:p>
      <w:pPr>
        <w:pStyle w:val="Normal"/>
        <w:spacing w:before="0" w:after="60"/>
        <w:ind w:start="360"/>
        <w:jc w:val="start"/>
        <w:rPr/>
      </w:pPr>
      <w:r>
        <w:rPr>
          <w:rFonts w:ascii="Calibri" w:hAnsi="Calibri"/>
          <w:b w:val="false"/>
          <w:i w:val="false"/>
          <w:color w:val="000000"/>
          <w:sz w:val="22"/>
        </w:rPr>
        <w:t>B. 26</w:t>
      </w:r>
    </w:p>
    <w:p>
      <w:pPr>
        <w:pStyle w:val="Normal"/>
        <w:spacing w:before="0" w:after="60"/>
        <w:ind w:start="360"/>
        <w:jc w:val="start"/>
        <w:rPr/>
      </w:pPr>
      <w:r>
        <w:rPr>
          <w:rFonts w:ascii="Calibri" w:hAnsi="Calibri"/>
          <w:b w:val="false"/>
          <w:i w:val="false"/>
          <w:color w:val="000000"/>
          <w:sz w:val="22"/>
        </w:rPr>
        <w:t>C. 58</w:t>
      </w:r>
    </w:p>
    <w:p>
      <w:pPr>
        <w:pStyle w:val="Normal"/>
        <w:spacing w:before="0" w:after="60"/>
        <w:ind w:start="360"/>
        <w:jc w:val="start"/>
        <w:rPr/>
      </w:pPr>
      <w:r>
        <w:rPr>
          <w:rFonts w:ascii="Calibri" w:hAnsi="Calibri"/>
          <w:b w:val="false"/>
          <w:i w:val="false"/>
          <w:color w:val="000000"/>
          <w:sz w:val="22"/>
        </w:rPr>
        <w:t>D. 98</w:t>
      </w:r>
    </w:p>
    <w:p>
      <w:pPr>
        <w:pStyle w:val="Normal"/>
        <w:spacing w:before="0" w:after="60"/>
        <w:ind w:start="360"/>
        <w:jc w:val="start"/>
        <w:rPr/>
      </w:pPr>
      <w:r>
        <w:rPr>
          <w:rFonts w:ascii="Calibri" w:hAnsi="Calibri"/>
          <w:b w:val="false"/>
          <w:i w:val="false"/>
          <w:color w:val="000000"/>
          <w:sz w:val="22"/>
        </w:rPr>
        <w:t>11. Musa spent 2/5 of his salary on food. He also spent 1/4 of the salary on rent. What is the total fraction of the salary that Musa spent on food and rent?</w:t>
      </w:r>
    </w:p>
    <w:p>
      <w:pPr>
        <w:pStyle w:val="Normal"/>
        <w:spacing w:before="0" w:after="60"/>
        <w:ind w:start="360"/>
        <w:jc w:val="start"/>
        <w:rPr/>
      </w:pPr>
      <w:r>
        <w:rPr>
          <w:rFonts w:ascii="Calibri" w:hAnsi="Calibri"/>
          <w:b w:val="false"/>
          <w:i w:val="false"/>
          <w:color w:val="000000"/>
          <w:sz w:val="22"/>
        </w:rPr>
        <w:t>A. 13/20</w:t>
      </w:r>
    </w:p>
    <w:p>
      <w:pPr>
        <w:pStyle w:val="Normal"/>
        <w:spacing w:before="0" w:after="60"/>
        <w:ind w:start="360"/>
        <w:jc w:val="start"/>
        <w:rPr/>
      </w:pPr>
      <w:r>
        <w:rPr>
          <w:rFonts w:ascii="Calibri" w:hAnsi="Calibri"/>
          <w:b w:val="false"/>
          <w:i w:val="false"/>
          <w:color w:val="000000"/>
          <w:sz w:val="22"/>
        </w:rPr>
        <w:t>B. 7/20</w:t>
      </w:r>
    </w:p>
    <w:p>
      <w:pPr>
        <w:pStyle w:val="Normal"/>
        <w:spacing w:before="0" w:after="60"/>
        <w:ind w:start="360"/>
        <w:jc w:val="start"/>
        <w:rPr/>
      </w:pPr>
      <w:r>
        <w:rPr>
          <w:rFonts w:ascii="Calibri" w:hAnsi="Calibri"/>
          <w:b w:val="false"/>
          <w:i w:val="false"/>
          <w:color w:val="000000"/>
          <w:sz w:val="22"/>
        </w:rPr>
        <w:t>C. 3/20</w:t>
      </w:r>
    </w:p>
    <w:p>
      <w:pPr>
        <w:pStyle w:val="Normal"/>
        <w:spacing w:before="0" w:after="60"/>
        <w:ind w:start="360"/>
        <w:jc w:val="start"/>
        <w:rPr/>
      </w:pPr>
      <w:r>
        <w:rPr>
          <w:rFonts w:ascii="Calibri" w:hAnsi="Calibri"/>
          <w:b w:val="false"/>
          <w:i w:val="false"/>
          <w:color w:val="000000"/>
          <w:sz w:val="22"/>
        </w:rPr>
        <w:t>D. 9/20</w:t>
      </w:r>
    </w:p>
    <w:p>
      <w:pPr>
        <w:pStyle w:val="Normal"/>
        <w:spacing w:before="0" w:after="60"/>
        <w:ind w:start="360"/>
        <w:jc w:val="start"/>
        <w:rPr/>
      </w:pPr>
      <w:r>
        <w:rPr>
          <w:rFonts w:ascii="Calibri" w:hAnsi="Calibri"/>
          <w:b w:val="false"/>
          <w:i w:val="false"/>
          <w:color w:val="000000"/>
          <w:sz w:val="22"/>
        </w:rPr>
        <w:t>12. The height of water in a dam increased by 9cm after it rained. What is the increase in the height of water in millimetres?</w:t>
      </w:r>
    </w:p>
    <w:p>
      <w:pPr>
        <w:pStyle w:val="Normal"/>
        <w:spacing w:before="0" w:after="60"/>
        <w:ind w:start="360"/>
        <w:jc w:val="start"/>
        <w:rPr/>
      </w:pPr>
      <w:r>
        <w:rPr>
          <w:rFonts w:ascii="Calibri" w:hAnsi="Calibri"/>
          <w:b w:val="false"/>
          <w:i w:val="false"/>
          <w:color w:val="000000"/>
          <w:sz w:val="22"/>
        </w:rPr>
        <w:t>A. 90</w:t>
      </w:r>
    </w:p>
    <w:p>
      <w:pPr>
        <w:pStyle w:val="Normal"/>
        <w:spacing w:before="0" w:after="60"/>
        <w:ind w:start="360"/>
        <w:jc w:val="start"/>
        <w:rPr/>
      </w:pPr>
      <w:r>
        <w:rPr>
          <w:rFonts w:ascii="Calibri" w:hAnsi="Calibri"/>
          <w:b w:val="false"/>
          <w:i w:val="false"/>
          <w:color w:val="000000"/>
          <w:sz w:val="22"/>
        </w:rPr>
        <w:t>B. 900</w:t>
      </w:r>
    </w:p>
    <w:p>
      <w:pPr>
        <w:pStyle w:val="Normal"/>
        <w:spacing w:before="0" w:after="60"/>
        <w:ind w:start="360"/>
        <w:jc w:val="start"/>
        <w:rPr/>
      </w:pPr>
      <w:r>
        <w:rPr>
          <w:rFonts w:ascii="Calibri" w:hAnsi="Calibri"/>
          <w:b w:val="false"/>
          <w:i w:val="false"/>
          <w:color w:val="000000"/>
          <w:sz w:val="22"/>
        </w:rPr>
        <w:t>C. 9000</w:t>
      </w:r>
    </w:p>
    <w:p>
      <w:pPr>
        <w:pStyle w:val="Normal"/>
        <w:spacing w:before="0" w:after="60"/>
        <w:ind w:start="360"/>
        <w:jc w:val="start"/>
        <w:rPr/>
      </w:pPr>
      <w:r>
        <w:rPr>
          <w:rFonts w:ascii="Calibri" w:hAnsi="Calibri"/>
          <w:b w:val="false"/>
          <w:i w:val="false"/>
          <w:color w:val="000000"/>
          <w:sz w:val="22"/>
        </w:rPr>
        <w:t>D. 90000</w:t>
      </w:r>
    </w:p>
    <w:p>
      <w:pPr>
        <w:pStyle w:val="Normal"/>
        <w:spacing w:before="0" w:after="60"/>
        <w:ind w:start="360"/>
        <w:jc w:val="start"/>
        <w:rPr/>
      </w:pPr>
      <w:r>
        <w:rPr>
          <w:rFonts w:ascii="Calibri" w:hAnsi="Calibri"/>
          <w:b w:val="false"/>
          <w:i w:val="false"/>
          <w:color w:val="000000"/>
          <w:sz w:val="22"/>
        </w:rPr>
        <w:t>13. A ribbon is 31cm 6mm long. Rehema cut 5cm 3mm of the ribbon to make a flower. What length of the ribbon remained?</w:t>
      </w:r>
    </w:p>
    <w:p>
      <w:pPr>
        <w:pStyle w:val="Normal"/>
        <w:spacing w:before="0" w:after="60"/>
        <w:ind w:start="360"/>
        <w:jc w:val="start"/>
        <w:rPr/>
      </w:pPr>
      <w:r>
        <w:rPr>
          <w:rFonts w:ascii="Calibri" w:hAnsi="Calibri"/>
          <w:b w:val="false"/>
          <w:i w:val="false"/>
          <w:color w:val="000000"/>
          <w:sz w:val="22"/>
        </w:rPr>
        <w:t>A. 26cm 3mm</w:t>
      </w:r>
    </w:p>
    <w:p>
      <w:pPr>
        <w:pStyle w:val="Normal"/>
        <w:spacing w:before="0" w:after="60"/>
        <w:ind w:start="360"/>
        <w:jc w:val="start"/>
        <w:rPr/>
      </w:pPr>
      <w:r>
        <w:rPr>
          <w:rFonts w:ascii="Calibri" w:hAnsi="Calibri"/>
          <w:b w:val="false"/>
          <w:i w:val="false"/>
          <w:color w:val="000000"/>
          <w:sz w:val="22"/>
        </w:rPr>
        <w:t>B. 34cm 3mm</w:t>
      </w:r>
    </w:p>
    <w:p>
      <w:pPr>
        <w:pStyle w:val="Normal"/>
        <w:spacing w:before="0" w:after="60"/>
        <w:ind w:start="360"/>
        <w:jc w:val="start"/>
        <w:rPr/>
      </w:pPr>
      <w:r>
        <w:rPr>
          <w:rFonts w:ascii="Calibri" w:hAnsi="Calibri"/>
          <w:b w:val="false"/>
          <w:i w:val="false"/>
          <w:color w:val="000000"/>
          <w:sz w:val="22"/>
        </w:rPr>
        <w:t>C. 36cm 9mm</w:t>
      </w:r>
    </w:p>
    <w:p>
      <w:pPr>
        <w:pStyle w:val="Normal"/>
        <w:spacing w:before="0" w:after="60"/>
        <w:ind w:start="360"/>
        <w:jc w:val="start"/>
        <w:rPr/>
      </w:pPr>
      <w:r>
        <w:rPr>
          <w:rFonts w:ascii="Calibri" w:hAnsi="Calibri"/>
          <w:b w:val="false"/>
          <w:i w:val="false"/>
          <w:color w:val="000000"/>
          <w:sz w:val="22"/>
        </w:rPr>
        <w:t>D. 36cm 3mm</w:t>
      </w:r>
    </w:p>
    <w:p>
      <w:pPr>
        <w:pStyle w:val="Normal"/>
        <w:spacing w:before="0" w:after="60"/>
        <w:ind w:start="360"/>
        <w:jc w:val="start"/>
        <w:rPr/>
      </w:pPr>
      <w:r>
        <w:rPr>
          <w:rFonts w:ascii="Calibri" w:hAnsi="Calibri"/>
          <w:b w:val="false"/>
          <w:i w:val="false"/>
          <w:color w:val="000000"/>
          <w:sz w:val="22"/>
        </w:rPr>
        <w:t>14. What is the value of 9 5/6 - 1 1/3?</w:t>
      </w:r>
    </w:p>
    <w:p>
      <w:pPr>
        <w:pStyle w:val="Normal"/>
        <w:spacing w:before="0" w:after="60"/>
        <w:ind w:start="360"/>
        <w:jc w:val="start"/>
        <w:rPr/>
      </w:pPr>
      <w:r>
        <w:rPr>
          <w:rFonts w:ascii="Calibri" w:hAnsi="Calibri"/>
          <w:b w:val="false"/>
          <w:i w:val="false"/>
          <w:color w:val="000000"/>
          <w:sz w:val="22"/>
        </w:rPr>
        <w:t>A. 11 1/6</w:t>
      </w:r>
    </w:p>
    <w:p>
      <w:pPr>
        <w:pStyle w:val="Normal"/>
        <w:spacing w:before="0" w:after="60"/>
        <w:ind w:start="360"/>
        <w:jc w:val="start"/>
        <w:rPr/>
      </w:pPr>
      <w:r>
        <w:rPr>
          <w:rFonts w:ascii="Calibri" w:hAnsi="Calibri"/>
          <w:b w:val="false"/>
          <w:i w:val="false"/>
          <w:color w:val="000000"/>
          <w:sz w:val="22"/>
        </w:rPr>
        <w:t>B. 9 1/6</w:t>
      </w:r>
    </w:p>
    <w:p>
      <w:pPr>
        <w:pStyle w:val="Normal"/>
        <w:spacing w:before="0" w:after="60"/>
        <w:ind w:start="360"/>
        <w:jc w:val="start"/>
        <w:rPr/>
      </w:pPr>
      <w:r>
        <w:rPr>
          <w:rFonts w:ascii="Calibri" w:hAnsi="Calibri"/>
          <w:b w:val="false"/>
          <w:i w:val="false"/>
          <w:color w:val="000000"/>
          <w:sz w:val="22"/>
        </w:rPr>
        <w:t>C. 8 2/3</w:t>
      </w:r>
    </w:p>
    <w:p>
      <w:pPr>
        <w:pStyle w:val="Normal"/>
        <w:spacing w:before="0" w:after="60"/>
        <w:ind w:start="360"/>
        <w:jc w:val="start"/>
        <w:rPr/>
      </w:pPr>
      <w:r>
        <w:rPr>
          <w:rFonts w:ascii="Calibri" w:hAnsi="Calibri"/>
          <w:b w:val="false"/>
          <w:i w:val="false"/>
          <w:color w:val="000000"/>
          <w:sz w:val="22"/>
        </w:rPr>
        <w:t>D. 8 1/2</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15. Mr. Odhicho drew the following shape on the board.</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drawing>
          <wp:anchor distT="0" distB="0" distL="0" distR="0" simplePos="0" relativeHeight="2" behindDoc="0" locked="0" layoutInCell="0" allowOverlap="1">
            <wp:simplePos x="0" y="0"/>
            <wp:positionH relativeFrom="column">
              <wp:posOffset>300355</wp:posOffset>
            </wp:positionH>
            <wp:positionV relativeFrom="paragraph">
              <wp:posOffset>-47625</wp:posOffset>
            </wp:positionV>
            <wp:extent cx="1800225" cy="1981200"/>
            <wp:effectExtent l="0" t="0" r="0" b="0"/>
            <wp:wrapSquare wrapText="larges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
                    <a:stretch>
                      <a:fillRect/>
                    </a:stretch>
                  </pic:blipFill>
                  <pic:spPr bwMode="auto">
                    <a:xfrm>
                      <a:off x="0" y="0"/>
                      <a:ext cx="1800225" cy="1981200"/>
                    </a:xfrm>
                    <a:prstGeom prst="rect">
                      <a:avLst/>
                    </a:prstGeom>
                    <a:noFill/>
                  </pic:spPr>
                </pic:pic>
              </a:graphicData>
            </a:graphic>
          </wp:anchor>
        </w:drawing>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What is the perimeter of the shape above?</w:t>
      </w:r>
    </w:p>
    <w:p>
      <w:pPr>
        <w:pStyle w:val="Normal"/>
        <w:spacing w:before="0" w:after="60"/>
        <w:ind w:start="360"/>
        <w:jc w:val="start"/>
        <w:rPr/>
      </w:pPr>
      <w:r>
        <w:rPr>
          <w:rFonts w:ascii="Calibri" w:hAnsi="Calibri"/>
          <w:b w:val="false"/>
          <w:i w:val="false"/>
          <w:color w:val="000000"/>
          <w:sz w:val="22"/>
        </w:rPr>
        <w:t>A. 45cm</w:t>
      </w:r>
    </w:p>
    <w:p>
      <w:pPr>
        <w:pStyle w:val="Normal"/>
        <w:spacing w:before="0" w:after="60"/>
        <w:ind w:start="360"/>
        <w:jc w:val="start"/>
        <w:rPr/>
      </w:pPr>
      <w:r>
        <w:rPr>
          <w:rFonts w:ascii="Calibri" w:hAnsi="Calibri"/>
          <w:b w:val="false"/>
          <w:i w:val="false"/>
          <w:color w:val="000000"/>
          <w:sz w:val="22"/>
        </w:rPr>
        <w:t>B. 49cm</w:t>
      </w:r>
    </w:p>
    <w:p>
      <w:pPr>
        <w:pStyle w:val="Normal"/>
        <w:spacing w:before="0" w:after="60"/>
        <w:ind w:start="360"/>
        <w:jc w:val="start"/>
        <w:rPr/>
      </w:pPr>
      <w:r>
        <w:rPr>
          <w:rFonts w:ascii="Calibri" w:hAnsi="Calibri"/>
          <w:b w:val="false"/>
          <w:i w:val="false"/>
          <w:color w:val="000000"/>
          <w:sz w:val="22"/>
        </w:rPr>
        <w:t>C. 47cm</w:t>
      </w:r>
    </w:p>
    <w:p>
      <w:pPr>
        <w:pStyle w:val="Normal"/>
        <w:spacing w:before="0" w:after="60"/>
        <w:ind w:start="360"/>
        <w:jc w:val="start"/>
        <w:rPr/>
      </w:pPr>
      <w:r>
        <w:rPr>
          <w:rFonts w:ascii="Calibri" w:hAnsi="Calibri"/>
          <w:b w:val="false"/>
          <w:i w:val="false"/>
          <w:color w:val="000000"/>
          <w:sz w:val="22"/>
        </w:rPr>
        <w:t>D. 48cm</w:t>
      </w:r>
    </w:p>
    <w:p>
      <w:pPr>
        <w:pStyle w:val="Normal"/>
        <w:spacing w:before="0" w:after="60"/>
        <w:ind w:start="360"/>
        <w:jc w:val="start"/>
        <w:rPr/>
      </w:pPr>
      <w:r>
        <w:rPr>
          <w:rFonts w:ascii="Calibri" w:hAnsi="Calibri"/>
          <w:b w:val="false"/>
          <w:i w:val="false"/>
          <w:color w:val="000000"/>
          <w:sz w:val="22"/>
        </w:rPr>
        <w:t>16. The area of a rectangular piece of paper is 72cm². The length of the paper is 9cm. What is the width of the paper in millimetres?</w:t>
      </w:r>
    </w:p>
    <w:p>
      <w:pPr>
        <w:pStyle w:val="Normal"/>
        <w:spacing w:before="0" w:after="60"/>
        <w:ind w:start="360"/>
        <w:jc w:val="start"/>
        <w:rPr/>
      </w:pPr>
      <w:r>
        <w:rPr>
          <w:rFonts w:ascii="Calibri" w:hAnsi="Calibri"/>
          <w:b w:val="false"/>
          <w:i w:val="false"/>
          <w:color w:val="000000"/>
          <w:sz w:val="22"/>
        </w:rPr>
        <w:t>A. 0.8</w:t>
      </w:r>
    </w:p>
    <w:p>
      <w:pPr>
        <w:pStyle w:val="Normal"/>
        <w:spacing w:before="0" w:after="60"/>
        <w:ind w:start="360"/>
        <w:jc w:val="start"/>
        <w:rPr/>
      </w:pPr>
      <w:r>
        <w:rPr>
          <w:rFonts w:ascii="Calibri" w:hAnsi="Calibri"/>
          <w:b w:val="false"/>
          <w:i w:val="false"/>
          <w:color w:val="000000"/>
          <w:sz w:val="22"/>
        </w:rPr>
        <w:t>B. 8</w:t>
      </w:r>
    </w:p>
    <w:p>
      <w:pPr>
        <w:pStyle w:val="Normal"/>
        <w:spacing w:before="0" w:after="60"/>
        <w:ind w:start="360"/>
        <w:jc w:val="start"/>
        <w:rPr/>
      </w:pPr>
      <w:r>
        <w:rPr>
          <w:rFonts w:ascii="Calibri" w:hAnsi="Calibri"/>
          <w:b w:val="false"/>
          <w:i w:val="false"/>
          <w:color w:val="000000"/>
          <w:sz w:val="22"/>
        </w:rPr>
        <w:t>C. 80</w:t>
      </w:r>
    </w:p>
    <w:p>
      <w:pPr>
        <w:pStyle w:val="Normal"/>
        <w:spacing w:before="0" w:after="60"/>
        <w:ind w:start="360"/>
        <w:jc w:val="start"/>
        <w:rPr/>
      </w:pPr>
      <w:r>
        <w:rPr>
          <w:rFonts w:ascii="Calibri" w:hAnsi="Calibri"/>
          <w:b w:val="false"/>
          <w:i w:val="false"/>
          <w:color w:val="000000"/>
          <w:sz w:val="22"/>
        </w:rPr>
        <w:t>D. 800</w:t>
      </w:r>
    </w:p>
    <w:p>
      <w:pPr>
        <w:pStyle w:val="Normal"/>
        <w:spacing w:before="0" w:after="60"/>
        <w:ind w:start="360"/>
        <w:jc w:val="start"/>
        <w:rPr/>
      </w:pPr>
      <w:r>
        <w:rPr>
          <w:rFonts w:ascii="Calibri" w:hAnsi="Calibri"/>
          <w:b w:val="false"/>
          <w:i w:val="false"/>
          <w:color w:val="000000"/>
          <w:sz w:val="22"/>
        </w:rPr>
        <w:t>17. Ndemo assists his father to sell clothes in their shop. He sold a dress for sh 1675. He made a profit of sh 390 after selling the dress. What was the buying price of the dress?</w:t>
      </w:r>
    </w:p>
    <w:p>
      <w:pPr>
        <w:pStyle w:val="Normal"/>
        <w:spacing w:before="0" w:after="60"/>
        <w:ind w:start="360"/>
        <w:jc w:val="start"/>
        <w:rPr/>
      </w:pPr>
      <w:r>
        <w:rPr>
          <w:rFonts w:ascii="Calibri" w:hAnsi="Calibri"/>
          <w:b w:val="false"/>
          <w:i w:val="false"/>
          <w:color w:val="000000"/>
          <w:sz w:val="22"/>
        </w:rPr>
        <w:t>A. Sh 1285</w:t>
      </w:r>
    </w:p>
    <w:p>
      <w:pPr>
        <w:pStyle w:val="Normal"/>
        <w:spacing w:before="0" w:after="60"/>
        <w:ind w:start="360"/>
        <w:jc w:val="start"/>
        <w:rPr/>
      </w:pPr>
      <w:r>
        <w:rPr>
          <w:rFonts w:ascii="Calibri" w:hAnsi="Calibri"/>
          <w:b w:val="false"/>
          <w:i w:val="false"/>
          <w:color w:val="000000"/>
          <w:sz w:val="22"/>
        </w:rPr>
        <w:t>B. Sh 2065</w:t>
      </w:r>
    </w:p>
    <w:p>
      <w:pPr>
        <w:pStyle w:val="Normal"/>
        <w:spacing w:before="0" w:after="60"/>
        <w:ind w:start="360"/>
        <w:jc w:val="start"/>
        <w:rPr/>
      </w:pPr>
      <w:r>
        <w:rPr>
          <w:rFonts w:ascii="Calibri" w:hAnsi="Calibri"/>
          <w:b w:val="false"/>
          <w:i w:val="false"/>
          <w:color w:val="000000"/>
          <w:sz w:val="22"/>
        </w:rPr>
        <w:t>C. Sh 1325</w:t>
      </w:r>
    </w:p>
    <w:p>
      <w:pPr>
        <w:pStyle w:val="Normal"/>
        <w:spacing w:before="0" w:after="60"/>
        <w:ind w:start="360"/>
        <w:jc w:val="start"/>
        <w:rPr/>
      </w:pPr>
      <w:r>
        <w:rPr>
          <w:rFonts w:ascii="Calibri" w:hAnsi="Calibri"/>
          <w:b w:val="false"/>
          <w:i w:val="false"/>
          <w:color w:val="000000"/>
          <w:sz w:val="22"/>
        </w:rPr>
        <w:t>D. Sh 1385</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18. Omondi measured the angle drawn below using a protractor.</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drawing>
          <wp:anchor distT="0" distB="0" distL="0" distR="0" simplePos="0" relativeHeight="3" behindDoc="0" locked="0" layoutInCell="0" allowOverlap="1">
            <wp:simplePos x="0" y="0"/>
            <wp:positionH relativeFrom="column">
              <wp:posOffset>281305</wp:posOffset>
            </wp:positionH>
            <wp:positionV relativeFrom="paragraph">
              <wp:posOffset>-22860</wp:posOffset>
            </wp:positionV>
            <wp:extent cx="2676525" cy="1828800"/>
            <wp:effectExtent l="0" t="0" r="0" b="0"/>
            <wp:wrapSquare wrapText="largest"/>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3"/>
                    <a:stretch>
                      <a:fillRect/>
                    </a:stretch>
                  </pic:blipFill>
                  <pic:spPr bwMode="auto">
                    <a:xfrm>
                      <a:off x="0" y="0"/>
                      <a:ext cx="2676525" cy="1828800"/>
                    </a:xfrm>
                    <a:prstGeom prst="rect">
                      <a:avLst/>
                    </a:prstGeom>
                    <a:noFill/>
                  </pic:spPr>
                </pic:pic>
              </a:graphicData>
            </a:graphic>
          </wp:anchor>
        </w:drawing>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pPr>
      <w:r>
        <w:rPr>
          <w:rFonts w:ascii="Calibri" w:hAnsi="Calibri"/>
          <w:b w:val="false"/>
          <w:i w:val="false"/>
          <w:color w:val="000000"/>
          <w:sz w:val="22"/>
        </w:rPr>
        <w:t>What correct measure did he get?</w:t>
      </w:r>
    </w:p>
    <w:p>
      <w:pPr>
        <w:pStyle w:val="Normal"/>
        <w:spacing w:before="0" w:after="60"/>
        <w:ind w:start="360"/>
        <w:jc w:val="start"/>
        <w:rPr/>
      </w:pPr>
      <w:r>
        <w:rPr>
          <w:rFonts w:ascii="Calibri" w:hAnsi="Calibri"/>
          <w:b w:val="false"/>
          <w:i w:val="false"/>
          <w:color w:val="000000"/>
          <w:sz w:val="22"/>
        </w:rPr>
        <w:t>A. 100°</w:t>
      </w:r>
    </w:p>
    <w:p>
      <w:pPr>
        <w:pStyle w:val="Normal"/>
        <w:spacing w:before="0" w:after="60"/>
        <w:ind w:start="360"/>
        <w:jc w:val="start"/>
        <w:rPr/>
      </w:pPr>
      <w:r>
        <w:rPr>
          <w:rFonts w:ascii="Calibri" w:hAnsi="Calibri"/>
          <w:b w:val="false"/>
          <w:i w:val="false"/>
          <w:color w:val="000000"/>
          <w:sz w:val="22"/>
        </w:rPr>
        <w:t>B. 80°</w:t>
      </w:r>
    </w:p>
    <w:p>
      <w:pPr>
        <w:pStyle w:val="Normal"/>
        <w:spacing w:before="0" w:after="60"/>
        <w:ind w:start="360"/>
        <w:jc w:val="start"/>
        <w:rPr/>
      </w:pPr>
      <w:r>
        <w:rPr>
          <w:rFonts w:ascii="Calibri" w:hAnsi="Calibri"/>
          <w:b w:val="false"/>
          <w:i w:val="false"/>
          <w:color w:val="000000"/>
          <w:sz w:val="22"/>
        </w:rPr>
        <w:t>C. 60°</w:t>
      </w:r>
    </w:p>
    <w:p>
      <w:pPr>
        <w:pStyle w:val="Normal"/>
        <w:spacing w:before="0" w:after="60"/>
        <w:ind w:start="360"/>
        <w:jc w:val="start"/>
        <w:rPr/>
      </w:pPr>
      <w:r>
        <w:rPr>
          <w:rFonts w:ascii="Calibri" w:hAnsi="Calibri"/>
          <w:b w:val="false"/>
          <w:i w:val="false"/>
          <w:color w:val="000000"/>
          <w:sz w:val="22"/>
        </w:rPr>
        <w:t>D. 40°</w:t>
      </w:r>
    </w:p>
    <w:p>
      <w:pPr>
        <w:pStyle w:val="Normal"/>
        <w:spacing w:before="0" w:after="60"/>
        <w:ind w:start="360"/>
        <w:jc w:val="start"/>
        <w:rPr/>
      </w:pPr>
      <w:r>
        <w:rPr>
          <w:rFonts w:ascii="Calibri" w:hAnsi="Calibri"/>
          <w:b w:val="false"/>
          <w:i w:val="false"/>
          <w:color w:val="000000"/>
          <w:sz w:val="22"/>
        </w:rPr>
        <w:t>19. During geometry lesson, learners were asked to describe the faces of a cylinder, pyramid, cube and cuboid. Which of the following descriptions is correct?</w:t>
      </w:r>
    </w:p>
    <w:p>
      <w:pPr>
        <w:pStyle w:val="Normal"/>
        <w:spacing w:before="0" w:after="60"/>
        <w:ind w:start="360"/>
        <w:jc w:val="start"/>
        <w:rPr/>
      </w:pPr>
      <w:r>
        <w:rPr>
          <w:rFonts w:ascii="Calibri" w:hAnsi="Calibri"/>
          <w:b w:val="false"/>
          <w:i w:val="false"/>
          <w:color w:val="000000"/>
          <w:sz w:val="22"/>
        </w:rPr>
        <w:t>A. A cylinder has a square face</w:t>
      </w:r>
    </w:p>
    <w:p>
      <w:pPr>
        <w:pStyle w:val="Normal"/>
        <w:spacing w:before="0" w:after="60"/>
        <w:ind w:start="360"/>
        <w:jc w:val="start"/>
        <w:rPr/>
      </w:pPr>
      <w:r>
        <w:rPr>
          <w:rFonts w:ascii="Calibri" w:hAnsi="Calibri"/>
          <w:b w:val="false"/>
          <w:i w:val="false"/>
          <w:color w:val="000000"/>
          <w:sz w:val="22"/>
        </w:rPr>
        <w:t>B. A cube has a rectangular face</w:t>
      </w:r>
    </w:p>
    <w:p>
      <w:pPr>
        <w:pStyle w:val="Normal"/>
        <w:spacing w:before="0" w:after="60"/>
        <w:ind w:start="360"/>
        <w:jc w:val="start"/>
        <w:rPr/>
      </w:pPr>
      <w:r>
        <w:rPr>
          <w:rFonts w:ascii="Calibri" w:hAnsi="Calibri"/>
          <w:b w:val="false"/>
          <w:i w:val="false"/>
          <w:color w:val="000000"/>
          <w:sz w:val="22"/>
        </w:rPr>
        <w:t>C. A pyramid has a triangular face</w:t>
      </w:r>
    </w:p>
    <w:p>
      <w:pPr>
        <w:pStyle w:val="Normal"/>
        <w:spacing w:before="0" w:after="60"/>
        <w:ind w:start="360"/>
        <w:jc w:val="start"/>
        <w:rPr/>
      </w:pPr>
      <w:r>
        <w:rPr>
          <w:rFonts w:ascii="Calibri" w:hAnsi="Calibri"/>
          <w:b w:val="false"/>
          <w:i w:val="false"/>
          <w:color w:val="000000"/>
          <w:sz w:val="22"/>
        </w:rPr>
        <w:t>D. A cuboid has a circular face</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20. A carpenter joined five pieces of timber to form a window frame as shown.</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drawing>
          <wp:anchor distT="0" distB="0" distL="0" distR="0" simplePos="0" relativeHeight="4" behindDoc="0" locked="0" layoutInCell="0" allowOverlap="1">
            <wp:simplePos x="0" y="0"/>
            <wp:positionH relativeFrom="column">
              <wp:posOffset>371475</wp:posOffset>
            </wp:positionH>
            <wp:positionV relativeFrom="paragraph">
              <wp:posOffset>635</wp:posOffset>
            </wp:positionV>
            <wp:extent cx="2133600" cy="1506220"/>
            <wp:effectExtent l="0" t="0" r="0" b="0"/>
            <wp:wrapSquare wrapText="largest"/>
            <wp:docPr id="3"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pic:cNvPicPr>
                      <a:picLocks noChangeAspect="1" noChangeArrowheads="1"/>
                    </pic:cNvPicPr>
                  </pic:nvPicPr>
                  <pic:blipFill>
                    <a:blip r:embed="rId4"/>
                    <a:stretch>
                      <a:fillRect/>
                    </a:stretch>
                  </pic:blipFill>
                  <pic:spPr bwMode="auto">
                    <a:xfrm>
                      <a:off x="0" y="0"/>
                      <a:ext cx="2133600" cy="1506220"/>
                    </a:xfrm>
                    <a:prstGeom prst="rect">
                      <a:avLst/>
                    </a:prstGeom>
                    <a:noFill/>
                  </pic:spPr>
                </pic:pic>
              </a:graphicData>
            </a:graphic>
          </wp:anchor>
        </w:drawing>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Which of the following pieces of timber are parallel?</w:t>
      </w:r>
    </w:p>
    <w:p>
      <w:pPr>
        <w:pStyle w:val="Normal"/>
        <w:spacing w:before="0" w:after="60"/>
        <w:ind w:start="360"/>
        <w:jc w:val="start"/>
        <w:rPr/>
      </w:pPr>
      <w:r>
        <w:rPr>
          <w:rFonts w:ascii="Calibri" w:hAnsi="Calibri"/>
          <w:b w:val="false"/>
          <w:i w:val="false"/>
          <w:color w:val="000000"/>
          <w:sz w:val="22"/>
        </w:rPr>
        <w:t>A. r and p</w:t>
      </w:r>
    </w:p>
    <w:p>
      <w:pPr>
        <w:pStyle w:val="Normal"/>
        <w:spacing w:before="0" w:after="60"/>
        <w:ind w:start="360"/>
        <w:jc w:val="start"/>
        <w:rPr/>
      </w:pPr>
      <w:r>
        <w:rPr>
          <w:rFonts w:ascii="Calibri" w:hAnsi="Calibri"/>
          <w:b w:val="false"/>
          <w:i w:val="false"/>
          <w:color w:val="000000"/>
          <w:sz w:val="22"/>
        </w:rPr>
        <w:t>B. n and q</w:t>
      </w:r>
    </w:p>
    <w:p>
      <w:pPr>
        <w:pStyle w:val="Normal"/>
        <w:spacing w:before="0" w:after="60"/>
        <w:ind w:start="360"/>
        <w:jc w:val="start"/>
        <w:rPr/>
      </w:pPr>
      <w:r>
        <w:rPr>
          <w:rFonts w:ascii="Calibri" w:hAnsi="Calibri"/>
          <w:b w:val="false"/>
          <w:i w:val="false"/>
          <w:color w:val="000000"/>
          <w:sz w:val="22"/>
        </w:rPr>
        <w:t>C. m and n</w:t>
      </w:r>
    </w:p>
    <w:p>
      <w:pPr>
        <w:pStyle w:val="Normal"/>
        <w:spacing w:before="0" w:after="60"/>
        <w:ind w:start="360"/>
        <w:jc w:val="start"/>
        <w:rPr/>
      </w:pPr>
      <w:r>
        <w:rPr>
          <w:rFonts w:ascii="Calibri" w:hAnsi="Calibri"/>
          <w:b w:val="false"/>
          <w:i w:val="false"/>
          <w:color w:val="000000"/>
          <w:sz w:val="22"/>
        </w:rPr>
        <w:t>D. r and q</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21. While picking litter in the school compound, Munya picked the following 3-D object.</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drawing>
          <wp:anchor distT="0" distB="0" distL="0" distR="0" simplePos="0" relativeHeight="5" behindDoc="0" locked="0" layoutInCell="0" allowOverlap="1">
            <wp:simplePos x="0" y="0"/>
            <wp:positionH relativeFrom="column">
              <wp:posOffset>252730</wp:posOffset>
            </wp:positionH>
            <wp:positionV relativeFrom="paragraph">
              <wp:posOffset>81915</wp:posOffset>
            </wp:positionV>
            <wp:extent cx="2943225" cy="1476375"/>
            <wp:effectExtent l="0" t="0" r="0" b="0"/>
            <wp:wrapSquare wrapText="largest"/>
            <wp:docPr id="4"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pic:cNvPicPr>
                      <a:picLocks noChangeAspect="1" noChangeArrowheads="1"/>
                    </pic:cNvPicPr>
                  </pic:nvPicPr>
                  <pic:blipFill>
                    <a:blip r:embed="rId5"/>
                    <a:stretch>
                      <a:fillRect/>
                    </a:stretch>
                  </pic:blipFill>
                  <pic:spPr bwMode="auto">
                    <a:xfrm>
                      <a:off x="0" y="0"/>
                      <a:ext cx="2943225" cy="1476375"/>
                    </a:xfrm>
                    <a:prstGeom prst="rect">
                      <a:avLst/>
                    </a:prstGeom>
                    <a:noFill/>
                  </pic:spPr>
                </pic:pic>
              </a:graphicData>
            </a:graphic>
          </wp:anchor>
        </w:drawing>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pPr>
      <w:r>
        <w:rPr>
          <w:rFonts w:ascii="Calibri" w:hAnsi="Calibri"/>
          <w:b w:val="false"/>
          <w:i w:val="false"/>
          <w:color w:val="000000"/>
          <w:sz w:val="22"/>
        </w:rPr>
        <w:t>How many edges does the object have?</w:t>
      </w:r>
    </w:p>
    <w:p>
      <w:pPr>
        <w:pStyle w:val="Normal"/>
        <w:spacing w:before="0" w:after="60"/>
        <w:ind w:start="360"/>
        <w:jc w:val="start"/>
        <w:rPr/>
      </w:pPr>
      <w:r>
        <w:rPr>
          <w:rFonts w:ascii="Calibri" w:hAnsi="Calibri"/>
          <w:b w:val="false"/>
          <w:i w:val="false"/>
          <w:color w:val="000000"/>
          <w:sz w:val="22"/>
        </w:rPr>
        <w:t>A. 6</w:t>
      </w:r>
    </w:p>
    <w:p>
      <w:pPr>
        <w:pStyle w:val="Normal"/>
        <w:spacing w:before="0" w:after="60"/>
        <w:ind w:start="360"/>
        <w:jc w:val="start"/>
        <w:rPr/>
      </w:pPr>
      <w:r>
        <w:rPr>
          <w:rFonts w:ascii="Calibri" w:hAnsi="Calibri"/>
          <w:b w:val="false"/>
          <w:i w:val="false"/>
          <w:color w:val="000000"/>
          <w:sz w:val="22"/>
        </w:rPr>
        <w:t>B. 8</w:t>
      </w:r>
    </w:p>
    <w:p>
      <w:pPr>
        <w:pStyle w:val="Normal"/>
        <w:spacing w:before="0" w:after="60"/>
        <w:ind w:start="360"/>
        <w:jc w:val="start"/>
        <w:rPr/>
      </w:pPr>
      <w:r>
        <w:rPr>
          <w:rFonts w:ascii="Calibri" w:hAnsi="Calibri"/>
          <w:b w:val="false"/>
          <w:i w:val="false"/>
          <w:color w:val="000000"/>
          <w:sz w:val="22"/>
        </w:rPr>
        <w:t>C. 9</w:t>
      </w:r>
    </w:p>
    <w:p>
      <w:pPr>
        <w:pStyle w:val="Normal"/>
        <w:spacing w:before="0" w:after="60"/>
        <w:ind w:start="360"/>
        <w:jc w:val="start"/>
        <w:rPr/>
      </w:pPr>
      <w:r>
        <w:rPr>
          <w:rFonts w:ascii="Calibri" w:hAnsi="Calibri"/>
          <w:b w:val="false"/>
          <w:i w:val="false"/>
          <w:color w:val="000000"/>
          <w:sz w:val="22"/>
        </w:rPr>
        <w:t>D. 12</w:t>
      </w:r>
    </w:p>
    <w:p>
      <w:pPr>
        <w:pStyle w:val="Normal"/>
        <w:spacing w:before="0" w:after="60"/>
        <w:ind w:start="360"/>
        <w:jc w:val="start"/>
        <w:rPr/>
      </w:pPr>
      <w:r>
        <w:rPr>
          <w:rFonts w:ascii="Calibri" w:hAnsi="Calibri"/>
          <w:b w:val="false"/>
          <w:i w:val="false"/>
          <w:color w:val="000000"/>
          <w:sz w:val="22"/>
        </w:rPr>
        <w:t>22. A flower company exported 4850000 kilograms of fresh flowers. How many tonnes of fresh flowers did the company export?</w:t>
      </w:r>
    </w:p>
    <w:p>
      <w:pPr>
        <w:pStyle w:val="Normal"/>
        <w:spacing w:before="0" w:after="60"/>
        <w:ind w:start="360"/>
        <w:jc w:val="start"/>
        <w:rPr/>
      </w:pPr>
      <w:r>
        <w:rPr>
          <w:rFonts w:ascii="Calibri" w:hAnsi="Calibri"/>
          <w:b w:val="false"/>
          <w:i w:val="false"/>
          <w:color w:val="000000"/>
          <w:sz w:val="22"/>
        </w:rPr>
        <w:t>A. 4850</w:t>
      </w:r>
    </w:p>
    <w:p>
      <w:pPr>
        <w:pStyle w:val="Normal"/>
        <w:spacing w:before="0" w:after="60"/>
        <w:ind w:start="360"/>
        <w:jc w:val="start"/>
        <w:rPr/>
      </w:pPr>
      <w:r>
        <w:rPr>
          <w:rFonts w:ascii="Calibri" w:hAnsi="Calibri"/>
          <w:b w:val="false"/>
          <w:i w:val="false"/>
          <w:color w:val="000000"/>
          <w:sz w:val="22"/>
        </w:rPr>
        <w:t>B. 485</w:t>
      </w:r>
    </w:p>
    <w:p>
      <w:pPr>
        <w:pStyle w:val="Normal"/>
        <w:spacing w:before="0" w:after="60"/>
        <w:ind w:start="360"/>
        <w:jc w:val="start"/>
        <w:rPr/>
      </w:pPr>
      <w:r>
        <w:rPr>
          <w:rFonts w:ascii="Calibri" w:hAnsi="Calibri"/>
          <w:b w:val="false"/>
          <w:i w:val="false"/>
          <w:color w:val="000000"/>
          <w:sz w:val="22"/>
        </w:rPr>
        <w:t>C. 48500</w:t>
      </w:r>
    </w:p>
    <w:p>
      <w:pPr>
        <w:pStyle w:val="Normal"/>
        <w:spacing w:before="0" w:after="60"/>
        <w:ind w:start="360"/>
        <w:jc w:val="start"/>
        <w:rPr/>
      </w:pPr>
      <w:r>
        <w:rPr>
          <w:rFonts w:ascii="Calibri" w:hAnsi="Calibri"/>
          <w:b w:val="false"/>
          <w:i w:val="false"/>
          <w:color w:val="000000"/>
          <w:sz w:val="22"/>
        </w:rPr>
        <w:t>D. 485000</w:t>
      </w:r>
    </w:p>
    <w:p>
      <w:pPr>
        <w:pStyle w:val="Normal"/>
        <w:spacing w:before="0" w:after="60"/>
        <w:ind w:start="360"/>
        <w:jc w:val="start"/>
        <w:rPr/>
      </w:pPr>
      <w:r>
        <w:rPr>
          <w:rFonts w:ascii="Calibri" w:hAnsi="Calibri"/>
          <w:b w:val="false"/>
          <w:i w:val="false"/>
          <w:color w:val="000000"/>
          <w:sz w:val="22"/>
        </w:rPr>
        <w:t>23. Kimeto drinks 3.7 litres of water everyday. How many millilitres of water does he drink?</w:t>
      </w:r>
    </w:p>
    <w:p>
      <w:pPr>
        <w:pStyle w:val="Normal"/>
        <w:spacing w:before="0" w:after="60"/>
        <w:ind w:start="360"/>
        <w:jc w:val="start"/>
        <w:rPr/>
      </w:pPr>
      <w:r>
        <w:rPr>
          <w:rFonts w:ascii="Calibri" w:hAnsi="Calibri"/>
          <w:b w:val="false"/>
          <w:i w:val="false"/>
          <w:color w:val="000000"/>
          <w:sz w:val="22"/>
        </w:rPr>
        <w:t>A. 37</w:t>
      </w:r>
    </w:p>
    <w:p>
      <w:pPr>
        <w:pStyle w:val="Normal"/>
        <w:spacing w:before="0" w:after="60"/>
        <w:ind w:start="360"/>
        <w:jc w:val="start"/>
        <w:rPr/>
      </w:pPr>
      <w:r>
        <w:rPr>
          <w:rFonts w:ascii="Calibri" w:hAnsi="Calibri"/>
          <w:b w:val="false"/>
          <w:i w:val="false"/>
          <w:color w:val="000000"/>
          <w:sz w:val="22"/>
        </w:rPr>
        <w:t>B. 370</w:t>
      </w:r>
    </w:p>
    <w:p>
      <w:pPr>
        <w:pStyle w:val="Normal"/>
        <w:spacing w:before="0" w:after="60"/>
        <w:ind w:start="360"/>
        <w:jc w:val="start"/>
        <w:rPr/>
      </w:pPr>
      <w:r>
        <w:rPr>
          <w:rFonts w:ascii="Calibri" w:hAnsi="Calibri"/>
          <w:b w:val="false"/>
          <w:i w:val="false"/>
          <w:color w:val="000000"/>
          <w:sz w:val="22"/>
        </w:rPr>
        <w:t>C. 3700</w:t>
      </w:r>
    </w:p>
    <w:p>
      <w:pPr>
        <w:pStyle w:val="Normal"/>
        <w:spacing w:before="0" w:after="60"/>
        <w:ind w:start="360"/>
        <w:jc w:val="start"/>
        <w:rPr/>
      </w:pPr>
      <w:r>
        <w:rPr>
          <w:rFonts w:ascii="Calibri" w:hAnsi="Calibri"/>
          <w:b w:val="false"/>
          <w:i w:val="false"/>
          <w:color w:val="000000"/>
          <w:sz w:val="22"/>
        </w:rPr>
        <w:t>D. 37000</w:t>
      </w:r>
    </w:p>
    <w:p>
      <w:pPr>
        <w:pStyle w:val="Normal"/>
        <w:spacing w:before="0" w:after="60"/>
        <w:ind w:start="360"/>
        <w:jc w:val="start"/>
        <w:rPr/>
      </w:pPr>
      <w:r>
        <w:rPr>
          <w:rFonts w:ascii="Calibri" w:hAnsi="Calibri"/>
          <w:b w:val="false"/>
          <w:i w:val="false"/>
          <w:color w:val="000000"/>
          <w:sz w:val="22"/>
        </w:rPr>
        <w:t>24. A wall of a rabbit hutch is in the shape of a rectangle and triangle as shown.</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drawing>
          <wp:anchor distT="0" distB="0" distL="0" distR="0" simplePos="0" relativeHeight="6" behindDoc="0" locked="0" layoutInCell="0" allowOverlap="1">
            <wp:simplePos x="0" y="0"/>
            <wp:positionH relativeFrom="column">
              <wp:posOffset>400050</wp:posOffset>
            </wp:positionH>
            <wp:positionV relativeFrom="paragraph">
              <wp:posOffset>85725</wp:posOffset>
            </wp:positionV>
            <wp:extent cx="2057400" cy="2266950"/>
            <wp:effectExtent l="0" t="0" r="0" b="0"/>
            <wp:wrapSquare wrapText="largest"/>
            <wp:docPr id="5"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6"/>
                    <a:stretch>
                      <a:fillRect/>
                    </a:stretch>
                  </pic:blipFill>
                  <pic:spPr bwMode="auto">
                    <a:xfrm>
                      <a:off x="0" y="0"/>
                      <a:ext cx="2057400" cy="2266950"/>
                    </a:xfrm>
                    <a:prstGeom prst="rect">
                      <a:avLst/>
                    </a:prstGeom>
                    <a:noFill/>
                  </pic:spPr>
                </pic:pic>
              </a:graphicData>
            </a:graphic>
          </wp:anchor>
        </w:drawing>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What is the area of the wall?</w:t>
      </w:r>
    </w:p>
    <w:p>
      <w:pPr>
        <w:pStyle w:val="Normal"/>
        <w:spacing w:before="0" w:after="60"/>
        <w:ind w:start="360"/>
        <w:jc w:val="start"/>
        <w:rPr/>
      </w:pPr>
      <w:r>
        <w:rPr>
          <w:rFonts w:ascii="Calibri" w:hAnsi="Calibri"/>
          <w:b w:val="false"/>
          <w:i w:val="false"/>
          <w:color w:val="000000"/>
          <w:sz w:val="22"/>
        </w:rPr>
        <w:t>A. 4810cm²</w:t>
      </w:r>
    </w:p>
    <w:p>
      <w:pPr>
        <w:pStyle w:val="Normal"/>
        <w:spacing w:before="0" w:after="60"/>
        <w:ind w:start="360"/>
        <w:jc w:val="start"/>
        <w:rPr/>
      </w:pPr>
      <w:r>
        <w:rPr>
          <w:rFonts w:ascii="Calibri" w:hAnsi="Calibri"/>
          <w:b w:val="false"/>
          <w:i w:val="false"/>
          <w:color w:val="000000"/>
          <w:sz w:val="22"/>
        </w:rPr>
        <w:t>B. 6370cm²</w:t>
      </w:r>
    </w:p>
    <w:p>
      <w:pPr>
        <w:pStyle w:val="Normal"/>
        <w:spacing w:before="0" w:after="60"/>
        <w:ind w:start="360"/>
        <w:jc w:val="start"/>
        <w:rPr/>
      </w:pPr>
      <w:r>
        <w:rPr>
          <w:rFonts w:ascii="Calibri" w:hAnsi="Calibri"/>
          <w:b w:val="false"/>
          <w:i w:val="false"/>
          <w:color w:val="000000"/>
          <w:sz w:val="22"/>
        </w:rPr>
        <w:t>C. 3185cm²</w:t>
      </w:r>
    </w:p>
    <w:p>
      <w:pPr>
        <w:pStyle w:val="Normal"/>
        <w:spacing w:before="0" w:after="60"/>
        <w:ind w:start="360"/>
        <w:jc w:val="start"/>
        <w:rPr/>
      </w:pPr>
      <w:r>
        <w:rPr>
          <w:rFonts w:ascii="Calibri" w:hAnsi="Calibri"/>
          <w:b w:val="false"/>
          <w:i w:val="false"/>
          <w:color w:val="000000"/>
          <w:sz w:val="22"/>
        </w:rPr>
        <w:t>D. 5590cm²</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25. Wambua represented his school in a music festival. He began his performance in the afternoon at the time shown on the clock face below.</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drawing>
          <wp:anchor distT="0" distB="0" distL="0" distR="0" simplePos="0" relativeHeight="7" behindDoc="0" locked="0" layoutInCell="0" allowOverlap="1">
            <wp:simplePos x="0" y="0"/>
            <wp:positionH relativeFrom="column">
              <wp:posOffset>361950</wp:posOffset>
            </wp:positionH>
            <wp:positionV relativeFrom="paragraph">
              <wp:posOffset>129540</wp:posOffset>
            </wp:positionV>
            <wp:extent cx="1485900" cy="1428750"/>
            <wp:effectExtent l="0" t="0" r="0" b="0"/>
            <wp:wrapSquare wrapText="largest"/>
            <wp:docPr id="6"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pic:cNvPicPr>
                      <a:picLocks noChangeAspect="1" noChangeArrowheads="1"/>
                    </pic:cNvPicPr>
                  </pic:nvPicPr>
                  <pic:blipFill>
                    <a:blip r:embed="rId7"/>
                    <a:stretch>
                      <a:fillRect/>
                    </a:stretch>
                  </pic:blipFill>
                  <pic:spPr bwMode="auto">
                    <a:xfrm>
                      <a:off x="0" y="0"/>
                      <a:ext cx="1485900" cy="1428750"/>
                    </a:xfrm>
                    <a:prstGeom prst="rect">
                      <a:avLst/>
                    </a:prstGeom>
                    <a:noFill/>
                  </pic:spPr>
                </pic:pic>
              </a:graphicData>
            </a:graphic>
          </wp:anchor>
        </w:drawing>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pPr>
      <w:r>
        <w:rPr>
          <w:rFonts w:ascii="Calibri" w:hAnsi="Calibri"/>
          <w:b w:val="false"/>
          <w:i w:val="false"/>
          <w:color w:val="000000"/>
          <w:sz w:val="22"/>
        </w:rPr>
        <w:t>At what time did Wambua begin his performance?</w:t>
      </w:r>
    </w:p>
    <w:p>
      <w:pPr>
        <w:pStyle w:val="Normal"/>
        <w:spacing w:before="0" w:after="60"/>
        <w:ind w:start="360"/>
        <w:jc w:val="start"/>
        <w:rPr/>
      </w:pPr>
      <w:r>
        <w:rPr>
          <w:rFonts w:ascii="Calibri" w:hAnsi="Calibri"/>
          <w:b w:val="false"/>
          <w:i w:val="false"/>
          <w:color w:val="000000"/>
          <w:sz w:val="22"/>
        </w:rPr>
        <w:t>A. 2.35am</w:t>
      </w:r>
    </w:p>
    <w:p>
      <w:pPr>
        <w:pStyle w:val="Normal"/>
        <w:spacing w:before="0" w:after="60"/>
        <w:ind w:start="360"/>
        <w:jc w:val="start"/>
        <w:rPr/>
      </w:pPr>
      <w:r>
        <w:rPr>
          <w:rFonts w:ascii="Calibri" w:hAnsi="Calibri"/>
          <w:b w:val="false"/>
          <w:i w:val="false"/>
          <w:color w:val="000000"/>
          <w:sz w:val="22"/>
        </w:rPr>
        <w:t>B. 3.35pm</w:t>
      </w:r>
    </w:p>
    <w:p>
      <w:pPr>
        <w:pStyle w:val="Normal"/>
        <w:spacing w:before="0" w:after="60"/>
        <w:ind w:start="360"/>
        <w:jc w:val="start"/>
        <w:rPr/>
      </w:pPr>
      <w:r>
        <w:rPr>
          <w:rFonts w:ascii="Calibri" w:hAnsi="Calibri"/>
          <w:b w:val="false"/>
          <w:i w:val="false"/>
          <w:color w:val="000000"/>
          <w:sz w:val="22"/>
        </w:rPr>
        <w:t>C. 2.35pm</w:t>
      </w:r>
    </w:p>
    <w:p>
      <w:pPr>
        <w:pStyle w:val="Normal"/>
        <w:spacing w:before="0" w:after="60"/>
        <w:ind w:start="360"/>
        <w:jc w:val="start"/>
        <w:rPr/>
      </w:pPr>
      <w:r>
        <w:rPr>
          <w:rFonts w:ascii="Calibri" w:hAnsi="Calibri"/>
          <w:b w:val="false"/>
          <w:i w:val="false"/>
          <w:color w:val="000000"/>
          <w:sz w:val="22"/>
        </w:rPr>
        <w:t>D. 3.35am</w:t>
      </w:r>
    </w:p>
    <w:p>
      <w:pPr>
        <w:pStyle w:val="Normal"/>
        <w:spacing w:before="0" w:after="60"/>
        <w:ind w:start="360"/>
        <w:jc w:val="start"/>
        <w:rPr/>
      </w:pPr>
      <w:r>
        <w:rPr>
          <w:rFonts w:ascii="Calibri" w:hAnsi="Calibri"/>
          <w:b w:val="false"/>
          <w:i w:val="false"/>
          <w:color w:val="000000"/>
          <w:sz w:val="22"/>
        </w:rPr>
        <w:t>26. A tea processing factory distributed fertilizer to farmers using 4 lorries. Each lorry carried 24 tonnes 235 kilograms of fertilizer. What was the total mass of fertilizer distributed?</w:t>
      </w:r>
    </w:p>
    <w:p>
      <w:pPr>
        <w:pStyle w:val="Normal"/>
        <w:spacing w:before="0" w:after="60"/>
        <w:ind w:start="360"/>
        <w:jc w:val="start"/>
        <w:rPr/>
      </w:pPr>
      <w:r>
        <w:rPr>
          <w:rFonts w:ascii="Calibri" w:hAnsi="Calibri"/>
          <w:b w:val="false"/>
          <w:i w:val="false"/>
          <w:color w:val="000000"/>
          <w:sz w:val="22"/>
        </w:rPr>
        <w:t>A. 96 tonnes 920 kilograms</w:t>
      </w:r>
    </w:p>
    <w:p>
      <w:pPr>
        <w:pStyle w:val="Normal"/>
        <w:spacing w:before="0" w:after="60"/>
        <w:ind w:start="360"/>
        <w:jc w:val="start"/>
        <w:rPr/>
      </w:pPr>
      <w:r>
        <w:rPr>
          <w:rFonts w:ascii="Calibri" w:hAnsi="Calibri"/>
          <w:b w:val="false"/>
          <w:i w:val="false"/>
          <w:color w:val="000000"/>
          <w:sz w:val="22"/>
        </w:rPr>
        <w:t>B. 96 tonnes 940 kilograms</w:t>
      </w:r>
    </w:p>
    <w:p>
      <w:pPr>
        <w:pStyle w:val="Normal"/>
        <w:spacing w:before="0" w:after="60"/>
        <w:ind w:start="360"/>
        <w:jc w:val="start"/>
        <w:rPr/>
      </w:pPr>
      <w:r>
        <w:rPr>
          <w:rFonts w:ascii="Calibri" w:hAnsi="Calibri"/>
          <w:b w:val="false"/>
          <w:i w:val="false"/>
          <w:color w:val="000000"/>
          <w:sz w:val="22"/>
        </w:rPr>
        <w:t>C. 96 tonnes 840 kilograms</w:t>
      </w:r>
    </w:p>
    <w:p>
      <w:pPr>
        <w:pStyle w:val="Normal"/>
        <w:spacing w:before="0" w:after="60"/>
        <w:ind w:start="360"/>
        <w:jc w:val="start"/>
        <w:rPr/>
      </w:pPr>
      <w:r>
        <w:rPr>
          <w:rFonts w:ascii="Calibri" w:hAnsi="Calibri"/>
          <w:b w:val="false"/>
          <w:i w:val="false"/>
          <w:color w:val="000000"/>
          <w:sz w:val="22"/>
        </w:rPr>
        <w:t>D. 86 tonnes 940 kilograms</w:t>
      </w:r>
    </w:p>
    <w:p>
      <w:pPr>
        <w:pStyle w:val="Normal"/>
        <w:spacing w:before="0" w:after="60"/>
        <w:ind w:start="360"/>
        <w:jc w:val="start"/>
        <w:rPr/>
      </w:pPr>
      <w:r>
        <w:rPr>
          <w:rFonts w:ascii="Calibri" w:hAnsi="Calibri"/>
          <w:b w:val="false"/>
          <w:i w:val="false"/>
          <w:color w:val="000000"/>
          <w:sz w:val="22"/>
        </w:rPr>
        <w:t>27. Moses took 8 minutes 40 seconds to prepare tea and also took 15 minutes 45 seconds to cook ugali. How much time did he spend cooking altogether?</w:t>
      </w:r>
    </w:p>
    <w:p>
      <w:pPr>
        <w:pStyle w:val="Normal"/>
        <w:spacing w:before="0" w:after="60"/>
        <w:ind w:start="360"/>
        <w:jc w:val="start"/>
        <w:rPr/>
      </w:pPr>
      <w:r>
        <w:rPr>
          <w:rFonts w:ascii="Calibri" w:hAnsi="Calibri"/>
          <w:b w:val="false"/>
          <w:i w:val="false"/>
          <w:color w:val="000000"/>
          <w:sz w:val="22"/>
        </w:rPr>
        <w:t>A. 24 minutes 25 seconds</w:t>
      </w:r>
    </w:p>
    <w:p>
      <w:pPr>
        <w:pStyle w:val="Normal"/>
        <w:spacing w:before="0" w:after="60"/>
        <w:ind w:start="360"/>
        <w:jc w:val="start"/>
        <w:rPr/>
      </w:pPr>
      <w:r>
        <w:rPr>
          <w:rFonts w:ascii="Calibri" w:hAnsi="Calibri"/>
          <w:b w:val="false"/>
          <w:i w:val="false"/>
          <w:color w:val="000000"/>
          <w:sz w:val="22"/>
        </w:rPr>
        <w:t>B. 23 minutes 85 seconds</w:t>
      </w:r>
    </w:p>
    <w:p>
      <w:pPr>
        <w:pStyle w:val="Normal"/>
        <w:spacing w:before="0" w:after="60"/>
        <w:ind w:start="360"/>
        <w:jc w:val="start"/>
        <w:rPr/>
      </w:pPr>
      <w:r>
        <w:rPr>
          <w:rFonts w:ascii="Calibri" w:hAnsi="Calibri"/>
          <w:b w:val="false"/>
          <w:i w:val="false"/>
          <w:color w:val="000000"/>
          <w:sz w:val="22"/>
        </w:rPr>
        <w:t>C. 24 minutes 85 seconds</w:t>
      </w:r>
    </w:p>
    <w:p>
      <w:pPr>
        <w:pStyle w:val="Normal"/>
        <w:spacing w:before="0" w:after="60"/>
        <w:ind w:start="360"/>
        <w:jc w:val="start"/>
        <w:rPr/>
      </w:pPr>
      <w:r>
        <w:rPr>
          <w:rFonts w:ascii="Calibri" w:hAnsi="Calibri"/>
          <w:b w:val="false"/>
          <w:i w:val="false"/>
          <w:color w:val="000000"/>
          <w:sz w:val="22"/>
        </w:rPr>
        <w:t>D. 23 minutes 25 seconds</w:t>
      </w:r>
    </w:p>
    <w:p>
      <w:pPr>
        <w:pStyle w:val="Normal"/>
        <w:spacing w:before="0" w:after="60"/>
        <w:ind w:start="360"/>
        <w:jc w:val="start"/>
        <w:rPr/>
      </w:pPr>
      <w:r>
        <w:rPr>
          <w:rFonts w:ascii="Calibri" w:hAnsi="Calibri"/>
          <w:b w:val="false"/>
          <w:i w:val="false"/>
          <w:color w:val="000000"/>
          <w:sz w:val="22"/>
        </w:rPr>
        <w:t>28. A self-help group shared some money among 50 women. Each woman in the group got sh 8500. Use letter x to represent the amount of money shared. Which one of the following equations correctly represents this information?</w:t>
      </w:r>
    </w:p>
    <w:p>
      <w:pPr>
        <w:pStyle w:val="Normal"/>
        <w:spacing w:before="0" w:after="60"/>
        <w:ind w:start="360"/>
        <w:jc w:val="start"/>
        <w:rPr/>
      </w:pPr>
      <w:r>
        <w:rPr>
          <w:rFonts w:ascii="Calibri" w:hAnsi="Calibri"/>
          <w:b w:val="false"/>
          <w:i w:val="false"/>
          <w:color w:val="000000"/>
          <w:sz w:val="22"/>
        </w:rPr>
        <w:t>A. 50x = 8500</w:t>
      </w:r>
    </w:p>
    <w:p>
      <w:pPr>
        <w:pStyle w:val="Normal"/>
        <w:spacing w:before="0" w:after="60"/>
        <w:ind w:start="360"/>
        <w:jc w:val="start"/>
        <w:rPr/>
      </w:pPr>
      <w:r>
        <w:rPr>
          <w:rFonts w:ascii="Calibri" w:hAnsi="Calibri"/>
          <w:b w:val="false"/>
          <w:i w:val="false"/>
          <w:color w:val="000000"/>
          <w:sz w:val="22"/>
        </w:rPr>
        <w:t>B. 50 ÷ x = 8500</w:t>
      </w:r>
    </w:p>
    <w:p>
      <w:pPr>
        <w:pStyle w:val="Normal"/>
        <w:spacing w:before="0" w:after="60"/>
        <w:ind w:start="360"/>
        <w:jc w:val="start"/>
        <w:rPr/>
      </w:pPr>
      <w:r>
        <w:rPr>
          <w:rFonts w:ascii="Calibri" w:hAnsi="Calibri"/>
          <w:b w:val="false"/>
          <w:i w:val="false"/>
          <w:color w:val="000000"/>
          <w:sz w:val="22"/>
        </w:rPr>
        <w:t>C. x ÷ 50 = 8500</w:t>
      </w:r>
    </w:p>
    <w:p>
      <w:pPr>
        <w:pStyle w:val="Normal"/>
        <w:spacing w:before="0" w:after="60"/>
        <w:ind w:start="360"/>
        <w:jc w:val="start"/>
        <w:rPr/>
      </w:pPr>
      <w:r>
        <w:rPr>
          <w:rFonts w:ascii="Calibri" w:hAnsi="Calibri"/>
          <w:b w:val="false"/>
          <w:i w:val="false"/>
          <w:color w:val="000000"/>
          <w:sz w:val="22"/>
        </w:rPr>
        <w:t>D. x + 50 = 8500</w:t>
      </w:r>
    </w:p>
    <w:p>
      <w:pPr>
        <w:pStyle w:val="Normal"/>
        <w:spacing w:before="0" w:after="60"/>
        <w:ind w:start="360"/>
        <w:jc w:val="start"/>
        <w:rPr/>
      </w:pPr>
      <w:r>
        <w:rPr>
          <w:rFonts w:ascii="Calibri" w:hAnsi="Calibri"/>
          <w:b w:val="false"/>
          <w:i w:val="false"/>
          <w:color w:val="000000"/>
          <w:sz w:val="22"/>
        </w:rPr>
        <w:t>29. The table below shows the number of patients who were treated for various diseases in a dispensary. Some information is missing in the table.</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drawing>
          <wp:anchor distT="0" distB="0" distL="0" distR="0" simplePos="0" relativeHeight="8" behindDoc="0" locked="0" layoutInCell="0" allowOverlap="1">
            <wp:simplePos x="0" y="0"/>
            <wp:positionH relativeFrom="column">
              <wp:posOffset>214630</wp:posOffset>
            </wp:positionH>
            <wp:positionV relativeFrom="paragraph">
              <wp:posOffset>72390</wp:posOffset>
            </wp:positionV>
            <wp:extent cx="2809875" cy="1476375"/>
            <wp:effectExtent l="0" t="0" r="0" b="0"/>
            <wp:wrapSquare wrapText="largest"/>
            <wp:docPr id="7"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
                    <pic:cNvPicPr>
                      <a:picLocks noChangeAspect="1" noChangeArrowheads="1"/>
                    </pic:cNvPicPr>
                  </pic:nvPicPr>
                  <pic:blipFill>
                    <a:blip r:embed="rId8"/>
                    <a:stretch>
                      <a:fillRect/>
                    </a:stretch>
                  </pic:blipFill>
                  <pic:spPr bwMode="auto">
                    <a:xfrm>
                      <a:off x="0" y="0"/>
                      <a:ext cx="2809875" cy="1476375"/>
                    </a:xfrm>
                    <a:prstGeom prst="rect">
                      <a:avLst/>
                    </a:prstGeom>
                    <a:noFill/>
                  </pic:spPr>
                </pic:pic>
              </a:graphicData>
            </a:graphic>
          </wp:anchor>
        </w:drawing>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pPr>
      <w:r>
        <w:rPr>
          <w:rFonts w:ascii="Calibri" w:hAnsi="Calibri"/>
          <w:b w:val="false"/>
          <w:i w:val="false"/>
          <w:color w:val="000000"/>
          <w:sz w:val="22"/>
        </w:rPr>
        <w:t>How many patients were treated altogether?</w:t>
      </w:r>
    </w:p>
    <w:p>
      <w:pPr>
        <w:pStyle w:val="Normal"/>
        <w:spacing w:before="0" w:after="60"/>
        <w:ind w:start="360"/>
        <w:jc w:val="start"/>
        <w:rPr/>
      </w:pPr>
      <w:r>
        <w:rPr>
          <w:rFonts w:ascii="Calibri" w:hAnsi="Calibri"/>
          <w:b w:val="false"/>
          <w:i w:val="false"/>
          <w:color w:val="000000"/>
          <w:sz w:val="22"/>
        </w:rPr>
        <w:t>A. 29</w:t>
      </w:r>
    </w:p>
    <w:p>
      <w:pPr>
        <w:pStyle w:val="Normal"/>
        <w:spacing w:before="0" w:after="60"/>
        <w:ind w:start="360"/>
        <w:jc w:val="start"/>
        <w:rPr/>
      </w:pPr>
      <w:r>
        <w:rPr>
          <w:rFonts w:ascii="Calibri" w:hAnsi="Calibri"/>
          <w:b w:val="false"/>
          <w:i w:val="false"/>
          <w:color w:val="000000"/>
          <w:sz w:val="22"/>
        </w:rPr>
        <w:t>B. 30</w:t>
      </w:r>
    </w:p>
    <w:p>
      <w:pPr>
        <w:pStyle w:val="Normal"/>
        <w:spacing w:before="0" w:after="60"/>
        <w:ind w:start="360"/>
        <w:jc w:val="start"/>
        <w:rPr/>
      </w:pPr>
      <w:r>
        <w:rPr>
          <w:rFonts w:ascii="Calibri" w:hAnsi="Calibri"/>
          <w:b w:val="false"/>
          <w:i w:val="false"/>
          <w:color w:val="000000"/>
          <w:sz w:val="22"/>
        </w:rPr>
        <w:t>C. 18</w:t>
      </w:r>
    </w:p>
    <w:p>
      <w:pPr>
        <w:pStyle w:val="Normal"/>
        <w:spacing w:before="0" w:after="60"/>
        <w:ind w:start="360"/>
        <w:jc w:val="start"/>
        <w:rPr/>
      </w:pPr>
      <w:r>
        <w:rPr>
          <w:rFonts w:ascii="Calibri" w:hAnsi="Calibri"/>
          <w:b w:val="false"/>
          <w:i w:val="false"/>
          <w:color w:val="000000"/>
          <w:sz w:val="22"/>
        </w:rPr>
        <w:t>D. 40</w:t>
      </w:r>
    </w:p>
    <w:p>
      <w:pPr>
        <w:pStyle w:val="Normal"/>
        <w:spacing w:before="0" w:after="60"/>
        <w:ind w:start="360"/>
        <w:jc w:val="start"/>
        <w:rPr/>
      </w:pPr>
      <w:r>
        <w:rPr>
          <w:rFonts w:ascii="Calibri" w:hAnsi="Calibri"/>
          <w:b w:val="false"/>
          <w:i w:val="false"/>
          <w:color w:val="000000"/>
          <w:sz w:val="22"/>
        </w:rPr>
        <w:t>30. Wangeci made a necklace using red and green beads. The red beads used were 25% while the rest were green. Which of the following decimals represent the green beads?</w:t>
      </w:r>
    </w:p>
    <w:p>
      <w:pPr>
        <w:pStyle w:val="Normal"/>
        <w:spacing w:before="0" w:after="60"/>
        <w:ind w:start="360"/>
        <w:jc w:val="start"/>
        <w:rPr/>
      </w:pPr>
      <w:r>
        <w:rPr>
          <w:rFonts w:ascii="Calibri" w:hAnsi="Calibri"/>
          <w:b w:val="false"/>
          <w:i w:val="false"/>
          <w:color w:val="000000"/>
          <w:sz w:val="22"/>
        </w:rPr>
        <w:t>A. 0.0075</w:t>
      </w:r>
    </w:p>
    <w:p>
      <w:pPr>
        <w:pStyle w:val="Normal"/>
        <w:spacing w:before="0" w:after="60"/>
        <w:ind w:start="360"/>
        <w:jc w:val="start"/>
        <w:rPr/>
      </w:pPr>
      <w:r>
        <w:rPr>
          <w:rFonts w:ascii="Calibri" w:hAnsi="Calibri"/>
          <w:b w:val="false"/>
          <w:i w:val="false"/>
          <w:color w:val="000000"/>
          <w:sz w:val="22"/>
        </w:rPr>
        <w:t>B. 0.075</w:t>
      </w:r>
    </w:p>
    <w:p>
      <w:pPr>
        <w:pStyle w:val="Normal"/>
        <w:spacing w:before="0" w:after="60"/>
        <w:ind w:start="360"/>
        <w:jc w:val="start"/>
        <w:rPr/>
      </w:pPr>
      <w:r>
        <w:rPr>
          <w:rFonts w:ascii="Calibri" w:hAnsi="Calibri"/>
          <w:b w:val="false"/>
          <w:i w:val="false"/>
          <w:color w:val="000000"/>
          <w:sz w:val="22"/>
        </w:rPr>
        <w:t>C. 0.75</w:t>
      </w:r>
    </w:p>
    <w:p>
      <w:pPr>
        <w:pStyle w:val="Normal"/>
        <w:spacing w:before="0" w:after="60"/>
        <w:ind w:start="360"/>
        <w:jc w:val="start"/>
        <w:rPr/>
      </w:pPr>
      <w:r>
        <w:rPr>
          <w:rFonts w:ascii="Calibri" w:hAnsi="Calibri"/>
          <w:b w:val="false"/>
          <w:i w:val="false"/>
          <w:color w:val="000000"/>
          <w:sz w:val="22"/>
        </w:rPr>
        <w:t>D. 7.5</w:t>
      </w:r>
    </w:p>
    <w:p>
      <w:pPr>
        <w:pStyle w:val="Normal"/>
        <w:spacing w:before="0" w:after="40"/>
        <w:ind w:start="0"/>
        <w:jc w:val="start"/>
        <w:rPr>
          <w:rFonts w:ascii="Calibri" w:hAnsi="Calibri"/>
          <w:b/>
          <w:i w:val="false"/>
          <w:color w:val="000000"/>
          <w:sz w:val="26"/>
        </w:rPr>
      </w:pPr>
      <w:r>
        <w:rPr>
          <w:rFonts w:ascii="Calibri" w:hAnsi="Calibri"/>
          <w:b/>
          <w:i w:val="false"/>
          <w:color w:val="000000"/>
          <w:sz w:val="26"/>
        </w:rPr>
      </w:r>
    </w:p>
    <w:p>
      <w:pPr>
        <w:pStyle w:val="Normal"/>
        <w:spacing w:before="0" w:after="40"/>
        <w:ind w:start="0"/>
        <w:jc w:val="start"/>
        <w:rPr>
          <w:rFonts w:ascii="Calibri" w:hAnsi="Calibri"/>
          <w:b/>
          <w:i w:val="false"/>
          <w:color w:val="000000"/>
          <w:sz w:val="26"/>
        </w:rPr>
      </w:pPr>
      <w:r>
        <w:rPr>
          <w:rFonts w:ascii="Calibri" w:hAnsi="Calibri"/>
          <w:b/>
          <w:i w:val="false"/>
          <w:color w:val="000000"/>
          <w:sz w:val="26"/>
        </w:rPr>
      </w:r>
      <w:r>
        <w:br w:type="page"/>
      </w:r>
    </w:p>
    <w:p>
      <w:pPr>
        <w:pStyle w:val="Normal"/>
        <w:spacing w:before="0" w:after="40"/>
        <w:ind w:start="0"/>
        <w:jc w:val="start"/>
        <w:rPr>
          <w:rFonts w:ascii="Calibri" w:hAnsi="Calibri"/>
          <w:b/>
          <w:i w:val="false"/>
          <w:color w:val="000000"/>
          <w:sz w:val="26"/>
        </w:rPr>
      </w:pPr>
      <w:r>
        <w:rPr>
          <w:rFonts w:ascii="Calibri" w:hAnsi="Calibri"/>
          <w:b/>
          <w:i w:val="false"/>
          <w:color w:val="000000"/>
          <w:sz w:val="26"/>
        </w:rPr>
      </w:r>
    </w:p>
    <w:p>
      <w:pPr>
        <w:pStyle w:val="Normal"/>
        <w:spacing w:before="0" w:after="80"/>
        <w:ind w:start="0"/>
        <w:jc w:val="start"/>
        <w:rPr/>
      </w:pPr>
      <w:r>
        <w:rPr>
          <w:rFonts w:ascii="Calibri" w:hAnsi="Calibri"/>
          <w:b/>
          <w:i w:val="false"/>
          <w:color w:val="000000"/>
          <w:sz w:val="26"/>
        </w:rPr>
        <w:t>ENGLISH: LANGUAGE</w:t>
      </w:r>
    </w:p>
    <w:p>
      <w:pPr>
        <w:pStyle w:val="Normal"/>
        <w:spacing w:before="0" w:after="40"/>
        <w:ind w:start="0"/>
        <w:jc w:val="start"/>
        <w:rPr/>
      </w:pPr>
      <w:r>
        <w:rPr>
          <w:rFonts w:ascii="Calibri" w:hAnsi="Calibri"/>
          <w:b/>
          <w:i w:val="false"/>
          <w:color w:val="000000"/>
          <w:sz w:val="26"/>
        </w:rPr>
        <w:t xml:space="preserve">GRADE 6 </w:t>
      </w:r>
    </w:p>
    <w:p>
      <w:pPr>
        <w:pStyle w:val="Normal"/>
        <w:spacing w:before="0" w:after="120"/>
        <w:ind w:start="0"/>
        <w:jc w:val="start"/>
        <w:rPr/>
      </w:pPr>
      <w:r>
        <w:rPr>
          <w:rFonts w:ascii="Calibri" w:hAnsi="Calibri"/>
          <w:b/>
          <w:i w:val="false"/>
          <w:color w:val="000000"/>
          <w:sz w:val="22"/>
        </w:rPr>
        <w:t>TIME: 1hour</w:t>
      </w:r>
    </w:p>
    <w:p>
      <w:pPr>
        <w:pStyle w:val="Normal"/>
        <w:spacing w:before="160" w:after="80"/>
        <w:ind w:start="360"/>
        <w:jc w:val="start"/>
        <w:rPr>
          <w:rFonts w:ascii="Calibri" w:hAnsi="Calibri"/>
          <w:b/>
          <w:i/>
          <w:color w:val="000000"/>
          <w:sz w:val="22"/>
        </w:rPr>
      </w:pPr>
      <w:r>
        <w:rPr>
          <w:rFonts w:ascii="Calibri" w:hAnsi="Calibri"/>
          <w:b/>
          <w:i/>
          <w:color w:val="000000"/>
          <w:sz w:val="22"/>
        </w:rPr>
        <w:t>Read the dialogue below and then answer questions 1 to 5</w:t>
      </w:r>
    </w:p>
    <w:p>
      <w:pPr>
        <w:pStyle w:val="Normal"/>
        <w:spacing w:before="160" w:after="80"/>
        <w:ind w:start="360"/>
        <w:jc w:val="start"/>
        <w:rPr>
          <w:rFonts w:ascii="Calibri" w:hAnsi="Calibri"/>
          <w:b/>
          <w:i/>
          <w:color w:val="000000"/>
          <w:sz w:val="22"/>
        </w:rPr>
      </w:pPr>
      <w:r>
        <w:rPr>
          <w:rFonts w:ascii="Calibri" w:hAnsi="Calibri"/>
          <w:b/>
          <w:i/>
          <w:color w:val="000000"/>
          <w:sz w:val="22"/>
        </w:rPr>
        <w:drawing>
          <wp:anchor distT="0" distB="0" distL="0" distR="0" simplePos="0" relativeHeight="9" behindDoc="0" locked="0" layoutInCell="0" allowOverlap="1">
            <wp:simplePos x="0" y="0"/>
            <wp:positionH relativeFrom="column">
              <wp:posOffset>262255</wp:posOffset>
            </wp:positionH>
            <wp:positionV relativeFrom="paragraph">
              <wp:posOffset>97790</wp:posOffset>
            </wp:positionV>
            <wp:extent cx="3152775" cy="2124075"/>
            <wp:effectExtent l="0" t="0" r="0" b="0"/>
            <wp:wrapSquare wrapText="largest"/>
            <wp:docPr id="8"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
                    <pic:cNvPicPr>
                      <a:picLocks noChangeAspect="1" noChangeArrowheads="1"/>
                    </pic:cNvPicPr>
                  </pic:nvPicPr>
                  <pic:blipFill>
                    <a:blip r:embed="rId9"/>
                    <a:stretch>
                      <a:fillRect/>
                    </a:stretch>
                  </pic:blipFill>
                  <pic:spPr bwMode="auto">
                    <a:xfrm>
                      <a:off x="0" y="0"/>
                      <a:ext cx="3152775" cy="2124075"/>
                    </a:xfrm>
                    <a:prstGeom prst="rect">
                      <a:avLst/>
                    </a:prstGeom>
                    <a:noFill/>
                  </pic:spPr>
                </pic:pic>
              </a:graphicData>
            </a:graphic>
          </wp:anchor>
        </w:drawing>
      </w:r>
    </w:p>
    <w:p>
      <w:pPr>
        <w:pStyle w:val="Normal"/>
        <w:spacing w:before="160" w:after="80"/>
        <w:ind w:start="360"/>
        <w:jc w:val="start"/>
        <w:rPr>
          <w:rFonts w:ascii="Calibri" w:hAnsi="Calibri"/>
          <w:b/>
          <w:i/>
          <w:color w:val="000000"/>
          <w:sz w:val="22"/>
        </w:rPr>
      </w:pPr>
      <w:r>
        <w:rPr>
          <w:rFonts w:ascii="Calibri" w:hAnsi="Calibri"/>
          <w:b/>
          <w:i/>
          <w:color w:val="000000"/>
          <w:sz w:val="22"/>
        </w:rPr>
      </w:r>
    </w:p>
    <w:p>
      <w:pPr>
        <w:pStyle w:val="Normal"/>
        <w:spacing w:before="160" w:after="80"/>
        <w:ind w:start="360"/>
        <w:jc w:val="start"/>
        <w:rPr>
          <w:rFonts w:ascii="Calibri" w:hAnsi="Calibri"/>
          <w:b/>
          <w:i/>
          <w:color w:val="000000"/>
          <w:sz w:val="22"/>
        </w:rPr>
      </w:pPr>
      <w:r>
        <w:rPr>
          <w:rFonts w:ascii="Calibri" w:hAnsi="Calibri"/>
          <w:b/>
          <w:i/>
          <w:color w:val="000000"/>
          <w:sz w:val="22"/>
        </w:rPr>
      </w:r>
    </w:p>
    <w:p>
      <w:pPr>
        <w:pStyle w:val="Normal"/>
        <w:spacing w:before="160" w:after="80"/>
        <w:ind w:start="360"/>
        <w:jc w:val="start"/>
        <w:rPr>
          <w:rFonts w:ascii="Calibri" w:hAnsi="Calibri"/>
          <w:b/>
          <w:i/>
          <w:color w:val="000000"/>
          <w:sz w:val="22"/>
        </w:rPr>
      </w:pPr>
      <w:r>
        <w:rPr>
          <w:rFonts w:ascii="Calibri" w:hAnsi="Calibri"/>
          <w:b/>
          <w:i/>
          <w:color w:val="000000"/>
          <w:sz w:val="22"/>
        </w:rPr>
      </w:r>
    </w:p>
    <w:p>
      <w:pPr>
        <w:pStyle w:val="Normal"/>
        <w:spacing w:before="160" w:after="80"/>
        <w:ind w:start="360"/>
        <w:jc w:val="start"/>
        <w:rPr>
          <w:rFonts w:ascii="Calibri" w:hAnsi="Calibri"/>
          <w:b/>
          <w:i/>
          <w:color w:val="000000"/>
          <w:sz w:val="22"/>
        </w:rPr>
      </w:pPr>
      <w:r>
        <w:rPr>
          <w:rFonts w:ascii="Calibri" w:hAnsi="Calibri"/>
          <w:b/>
          <w:i/>
          <w:color w:val="000000"/>
          <w:sz w:val="22"/>
        </w:rPr>
      </w:r>
    </w:p>
    <w:p>
      <w:pPr>
        <w:pStyle w:val="Normal"/>
        <w:spacing w:before="160" w:after="80"/>
        <w:ind w:start="360"/>
        <w:jc w:val="start"/>
        <w:rPr>
          <w:rFonts w:ascii="Calibri" w:hAnsi="Calibri"/>
          <w:b/>
          <w:i/>
          <w:color w:val="000000"/>
          <w:sz w:val="22"/>
        </w:rPr>
      </w:pPr>
      <w:r>
        <w:rPr>
          <w:rFonts w:ascii="Calibri" w:hAnsi="Calibri"/>
          <w:b/>
          <w:i/>
          <w:color w:val="000000"/>
          <w:sz w:val="22"/>
        </w:rPr>
      </w:r>
    </w:p>
    <w:p>
      <w:pPr>
        <w:pStyle w:val="Normal"/>
        <w:spacing w:before="160" w:after="80"/>
        <w:ind w:start="360"/>
        <w:jc w:val="start"/>
        <w:rPr>
          <w:rFonts w:ascii="Calibri" w:hAnsi="Calibri"/>
          <w:b/>
          <w:i/>
          <w:color w:val="000000"/>
          <w:sz w:val="22"/>
        </w:rPr>
      </w:pPr>
      <w:r>
        <w:rPr>
          <w:rFonts w:ascii="Calibri" w:hAnsi="Calibri"/>
          <w:b/>
          <w:i/>
          <w:color w:val="000000"/>
          <w:sz w:val="22"/>
        </w:rPr>
      </w:r>
    </w:p>
    <w:p>
      <w:pPr>
        <w:pStyle w:val="Normal"/>
        <w:spacing w:before="160" w:after="80"/>
        <w:ind w:start="360"/>
        <w:jc w:val="start"/>
        <w:rPr>
          <w:rFonts w:ascii="Calibri" w:hAnsi="Calibri"/>
          <w:b/>
          <w:i/>
          <w:color w:val="000000"/>
          <w:sz w:val="22"/>
        </w:rPr>
      </w:pPr>
      <w:r>
        <w:rPr>
          <w:rFonts w:ascii="Calibri" w:hAnsi="Calibri"/>
          <w:b/>
          <w:i/>
          <w:color w:val="000000"/>
          <w:sz w:val="22"/>
        </w:rPr>
      </w:r>
    </w:p>
    <w:p>
      <w:pPr>
        <w:pStyle w:val="Normal"/>
        <w:spacing w:before="0" w:after="60"/>
        <w:ind w:start="360"/>
        <w:jc w:val="start"/>
        <w:rPr/>
      </w:pPr>
      <w:r>
        <w:rPr>
          <w:rFonts w:ascii="Calibri" w:hAnsi="Calibri"/>
          <w:b w:val="false"/>
          <w:i w:val="false"/>
          <w:color w:val="000000"/>
          <w:sz w:val="22"/>
        </w:rPr>
        <w:t>Agnes: It is quite hot here in Diani, Kwale County. The best solution is to go to the beach for a swim. My brother, sister and parents are at the beach.</w:t>
      </w:r>
    </w:p>
    <w:p>
      <w:pPr>
        <w:pStyle w:val="Normal"/>
        <w:spacing w:before="0" w:after="60"/>
        <w:ind w:start="360"/>
        <w:jc w:val="start"/>
        <w:rPr/>
      </w:pPr>
      <w:r>
        <w:rPr>
          <w:rFonts w:ascii="Calibri" w:hAnsi="Calibri"/>
          <w:b w:val="false"/>
          <w:i w:val="false"/>
          <w:color w:val="000000"/>
          <w:sz w:val="22"/>
        </w:rPr>
        <w:t>Francis: Apart from having fun, have you finished the assignment of Mr. Mukira on animals?</w:t>
      </w:r>
    </w:p>
    <w:p>
      <w:pPr>
        <w:pStyle w:val="Normal"/>
        <w:spacing w:before="0" w:after="60"/>
        <w:ind w:start="360"/>
        <w:jc w:val="start"/>
        <w:rPr/>
      </w:pPr>
      <w:r>
        <w:rPr>
          <w:rFonts w:ascii="Calibri" w:hAnsi="Calibri"/>
          <w:b w:val="false"/>
          <w:i w:val="false"/>
          <w:color w:val="000000"/>
          <w:sz w:val="22"/>
        </w:rPr>
        <w:t>Agnes: I have done the one on the Crocodile. I browsed and got some information from the internet. What about you?</w:t>
      </w:r>
    </w:p>
    <w:p>
      <w:pPr>
        <w:pStyle w:val="Normal"/>
        <w:spacing w:before="0" w:after="60"/>
        <w:ind w:start="360"/>
        <w:jc w:val="start"/>
        <w:rPr/>
      </w:pPr>
      <w:r>
        <w:rPr>
          <w:rFonts w:ascii="Calibri" w:hAnsi="Calibri"/>
          <w:b w:val="false"/>
          <w:i w:val="false"/>
          <w:color w:val="000000"/>
          <w:sz w:val="22"/>
        </w:rPr>
        <w:t>Francis: I have done the one on the Warthog. I got some information from the internet as well.</w:t>
      </w:r>
    </w:p>
    <w:p>
      <w:pPr>
        <w:pStyle w:val="Normal"/>
        <w:spacing w:before="0" w:after="60"/>
        <w:ind w:start="360"/>
        <w:jc w:val="start"/>
        <w:rPr/>
      </w:pPr>
      <w:r>
        <w:rPr>
          <w:rFonts w:ascii="Calibri" w:hAnsi="Calibri"/>
          <w:b w:val="false"/>
          <w:i w:val="false"/>
          <w:color w:val="000000"/>
          <w:sz w:val="22"/>
        </w:rPr>
        <w:t>Agnes: When are you coming back?</w:t>
      </w:r>
    </w:p>
    <w:p>
      <w:pPr>
        <w:pStyle w:val="Normal"/>
        <w:spacing w:before="0" w:after="60"/>
        <w:ind w:start="360"/>
        <w:jc w:val="start"/>
        <w:rPr/>
      </w:pPr>
      <w:r>
        <w:rPr>
          <w:rFonts w:ascii="Calibri" w:hAnsi="Calibri"/>
          <w:b w:val="false"/>
          <w:i w:val="false"/>
          <w:color w:val="000000"/>
          <w:sz w:val="22"/>
        </w:rPr>
        <w:t>Francis: I think we shall be back to Busia in a fortnight's time to be precise.</w:t>
      </w:r>
    </w:p>
    <w:p>
      <w:pPr>
        <w:pStyle w:val="Normal"/>
        <w:spacing w:before="0" w:after="60"/>
        <w:ind w:start="360"/>
        <w:jc w:val="start"/>
        <w:rPr/>
      </w:pPr>
      <w:r>
        <w:rPr>
          <w:rFonts w:ascii="Calibri" w:hAnsi="Calibri"/>
          <w:b w:val="false"/>
          <w:i w:val="false"/>
          <w:color w:val="000000"/>
          <w:sz w:val="22"/>
        </w:rPr>
        <w:t>Agnes: I must go now. I can hear the thunder. I have to go and remove the washing from the line before the downpour and dusk.</w:t>
      </w:r>
    </w:p>
    <w:p>
      <w:pPr>
        <w:pStyle w:val="Normal"/>
        <w:spacing w:before="0" w:after="60"/>
        <w:ind w:start="360"/>
        <w:jc w:val="start"/>
        <w:rPr/>
      </w:pPr>
      <w:r>
        <w:rPr>
          <w:rFonts w:ascii="Calibri" w:hAnsi="Calibri"/>
          <w:b w:val="false"/>
          <w:i w:val="false"/>
          <w:color w:val="000000"/>
          <w:sz w:val="22"/>
        </w:rPr>
        <w:t>Francis: I look forward to seeing you then.</w:t>
      </w:r>
    </w:p>
    <w:p>
      <w:pPr>
        <w:pStyle w:val="Normal"/>
        <w:spacing w:before="0" w:after="60"/>
        <w:ind w:start="360"/>
        <w:jc w:val="start"/>
        <w:rPr/>
      </w:pPr>
      <w:r>
        <w:rPr>
          <w:rFonts w:ascii="Calibri" w:hAnsi="Calibri"/>
          <w:b w:val="false"/>
          <w:i w:val="false"/>
          <w:color w:val="000000"/>
          <w:sz w:val="22"/>
        </w:rPr>
        <w:t>Agnes: It is okay my good friend. I will call you later.</w:t>
      </w:r>
    </w:p>
    <w:p>
      <w:pPr>
        <w:pStyle w:val="Normal"/>
        <w:spacing w:before="0" w:after="60"/>
        <w:ind w:start="360"/>
        <w:jc w:val="start"/>
        <w:rPr/>
      </w:pPr>
      <w:r>
        <w:rPr>
          <w:rFonts w:ascii="Calibri" w:hAnsi="Calibri"/>
          <w:b w:val="false"/>
          <w:i w:val="false"/>
          <w:color w:val="000000"/>
          <w:sz w:val="22"/>
        </w:rPr>
        <w:t>Francis: Before you hang up, have you been taking care of Sherry?</w:t>
      </w:r>
    </w:p>
    <w:p>
      <w:pPr>
        <w:pStyle w:val="Normal"/>
        <w:spacing w:before="0" w:after="60"/>
        <w:ind w:start="360"/>
        <w:jc w:val="start"/>
        <w:rPr/>
      </w:pPr>
      <w:r>
        <w:rPr>
          <w:rFonts w:ascii="Calibri" w:hAnsi="Calibri"/>
          <w:b w:val="false"/>
          <w:i w:val="false"/>
          <w:color w:val="000000"/>
          <w:sz w:val="22"/>
        </w:rPr>
        <w:t>Agnes: Oh! That silly cat of yours tried to steal my milk.</w:t>
      </w:r>
    </w:p>
    <w:p>
      <w:pPr>
        <w:pStyle w:val="Normal"/>
        <w:spacing w:before="0" w:after="60"/>
        <w:ind w:start="360"/>
        <w:jc w:val="start"/>
        <w:rPr/>
      </w:pPr>
      <w:r>
        <w:rPr>
          <w:rFonts w:ascii="Calibri" w:hAnsi="Calibri"/>
          <w:b w:val="false"/>
          <w:i w:val="false"/>
          <w:color w:val="000000"/>
          <w:sz w:val="22"/>
        </w:rPr>
        <w:t>Francis: Then it seems you don't feed it well.</w:t>
      </w:r>
    </w:p>
    <w:p>
      <w:pPr>
        <w:pStyle w:val="Normal"/>
        <w:spacing w:before="0" w:after="60"/>
        <w:ind w:start="360"/>
        <w:jc w:val="start"/>
        <w:rPr/>
      </w:pPr>
      <w:r>
        <w:rPr>
          <w:rFonts w:ascii="Calibri" w:hAnsi="Calibri"/>
          <w:b w:val="false"/>
          <w:i w:val="false"/>
          <w:color w:val="000000"/>
          <w:sz w:val="22"/>
        </w:rPr>
        <w:t>Agnes: I do feed it. I am taking good care of it, by the way.</w:t>
      </w:r>
    </w:p>
    <w:p>
      <w:pPr>
        <w:pStyle w:val="Normal"/>
        <w:spacing w:before="0" w:after="60"/>
        <w:ind w:start="360"/>
        <w:jc w:val="start"/>
        <w:rPr/>
      </w:pPr>
      <w:r>
        <w:rPr>
          <w:rFonts w:ascii="Calibri" w:hAnsi="Calibri"/>
          <w:b w:val="false"/>
          <w:i w:val="false"/>
          <w:color w:val="000000"/>
          <w:sz w:val="22"/>
        </w:rPr>
        <w:t>Francis: Say hi to your parents for me, bye.</w:t>
      </w:r>
    </w:p>
    <w:p>
      <w:pPr>
        <w:pStyle w:val="Normal"/>
        <w:spacing w:before="0" w:after="60"/>
        <w:ind w:start="360"/>
        <w:jc w:val="start"/>
        <w:rPr/>
      </w:pPr>
      <w:r>
        <w:rPr>
          <w:rFonts w:ascii="Calibri" w:hAnsi="Calibri"/>
          <w:b w:val="false"/>
          <w:i w:val="false"/>
          <w:color w:val="000000"/>
          <w:sz w:val="22"/>
        </w:rPr>
        <w:t>Agnes: I will surely pass your greetings, bye too.</w:t>
      </w:r>
    </w:p>
    <w:p>
      <w:pPr>
        <w:pStyle w:val="Normal"/>
        <w:spacing w:before="0" w:after="60"/>
        <w:ind w:start="360"/>
        <w:jc w:val="start"/>
        <w:rPr/>
      </w:pPr>
      <w:r>
        <w:rPr>
          <w:rFonts w:ascii="Calibri" w:hAnsi="Calibri"/>
          <w:b w:val="false"/>
          <w:i w:val="false"/>
          <w:color w:val="000000"/>
          <w:sz w:val="22"/>
        </w:rPr>
        <w:t>1. How many family members were at Diani for vacation?</w:t>
      </w:r>
    </w:p>
    <w:p>
      <w:pPr>
        <w:pStyle w:val="Normal"/>
        <w:spacing w:before="0" w:after="60"/>
        <w:ind w:start="360"/>
        <w:jc w:val="start"/>
        <w:rPr/>
      </w:pPr>
      <w:r>
        <w:rPr>
          <w:rFonts w:ascii="Calibri" w:hAnsi="Calibri"/>
          <w:b w:val="false"/>
          <w:i w:val="false"/>
          <w:color w:val="000000"/>
          <w:sz w:val="22"/>
        </w:rPr>
        <w:t>A. Three</w:t>
      </w:r>
    </w:p>
    <w:p>
      <w:pPr>
        <w:pStyle w:val="Normal"/>
        <w:spacing w:before="0" w:after="60"/>
        <w:ind w:start="360"/>
        <w:jc w:val="start"/>
        <w:rPr/>
      </w:pPr>
      <w:r>
        <w:rPr>
          <w:rFonts w:ascii="Calibri" w:hAnsi="Calibri"/>
          <w:b w:val="false"/>
          <w:i w:val="false"/>
          <w:color w:val="000000"/>
          <w:sz w:val="22"/>
        </w:rPr>
        <w:t>B. Four</w:t>
      </w:r>
    </w:p>
    <w:p>
      <w:pPr>
        <w:pStyle w:val="Normal"/>
        <w:spacing w:before="0" w:after="60"/>
        <w:ind w:start="360"/>
        <w:jc w:val="start"/>
        <w:rPr/>
      </w:pPr>
      <w:r>
        <w:rPr>
          <w:rFonts w:ascii="Calibri" w:hAnsi="Calibri"/>
          <w:b w:val="false"/>
          <w:i w:val="false"/>
          <w:color w:val="000000"/>
          <w:sz w:val="22"/>
        </w:rPr>
        <w:t>C. Five</w:t>
      </w:r>
    </w:p>
    <w:p>
      <w:pPr>
        <w:pStyle w:val="Normal"/>
        <w:spacing w:before="0" w:after="60"/>
        <w:ind w:start="360"/>
        <w:jc w:val="start"/>
        <w:rPr/>
      </w:pPr>
      <w:r>
        <w:rPr>
          <w:rFonts w:ascii="Calibri" w:hAnsi="Calibri"/>
          <w:b w:val="false"/>
          <w:i w:val="false"/>
          <w:color w:val="000000"/>
          <w:sz w:val="22"/>
        </w:rPr>
        <w:t>D. Six</w:t>
      </w:r>
    </w:p>
    <w:p>
      <w:pPr>
        <w:pStyle w:val="Normal"/>
        <w:spacing w:before="0" w:after="60"/>
        <w:ind w:start="360"/>
        <w:jc w:val="start"/>
        <w:rPr/>
      </w:pPr>
      <w:r>
        <w:rPr>
          <w:rFonts w:ascii="Calibri" w:hAnsi="Calibri"/>
          <w:b w:val="false"/>
          <w:i w:val="false"/>
          <w:color w:val="000000"/>
          <w:sz w:val="22"/>
        </w:rPr>
        <w:t>2. What was the source of information on the learners' research?</w:t>
      </w:r>
    </w:p>
    <w:p>
      <w:pPr>
        <w:pStyle w:val="Normal"/>
        <w:spacing w:before="0" w:after="60"/>
        <w:ind w:start="360"/>
        <w:jc w:val="start"/>
        <w:rPr/>
      </w:pPr>
      <w:r>
        <w:rPr>
          <w:rFonts w:ascii="Calibri" w:hAnsi="Calibri"/>
          <w:b w:val="false"/>
          <w:i w:val="false"/>
          <w:color w:val="000000"/>
          <w:sz w:val="22"/>
        </w:rPr>
        <w:t>A. From the cyber</w:t>
      </w:r>
    </w:p>
    <w:p>
      <w:pPr>
        <w:pStyle w:val="Normal"/>
        <w:spacing w:before="0" w:after="60"/>
        <w:ind w:start="360"/>
        <w:jc w:val="start"/>
        <w:rPr/>
      </w:pPr>
      <w:r>
        <w:rPr>
          <w:rFonts w:ascii="Calibri" w:hAnsi="Calibri"/>
          <w:b w:val="false"/>
          <w:i w:val="false"/>
          <w:color w:val="000000"/>
          <w:sz w:val="22"/>
        </w:rPr>
        <w:t>B. From the internet</w:t>
      </w:r>
    </w:p>
    <w:p>
      <w:pPr>
        <w:pStyle w:val="Normal"/>
        <w:spacing w:before="0" w:after="60"/>
        <w:ind w:start="360"/>
        <w:jc w:val="start"/>
        <w:rPr/>
      </w:pPr>
      <w:r>
        <w:rPr>
          <w:rFonts w:ascii="Calibri" w:hAnsi="Calibri"/>
          <w:b w:val="false"/>
          <w:i w:val="false"/>
          <w:color w:val="000000"/>
          <w:sz w:val="22"/>
        </w:rPr>
        <w:t>C. From library</w:t>
      </w:r>
    </w:p>
    <w:p>
      <w:pPr>
        <w:pStyle w:val="Normal"/>
        <w:spacing w:before="0" w:after="60"/>
        <w:ind w:start="360"/>
        <w:jc w:val="start"/>
        <w:rPr/>
      </w:pPr>
      <w:r>
        <w:rPr>
          <w:rFonts w:ascii="Calibri" w:hAnsi="Calibri"/>
          <w:b w:val="false"/>
          <w:i w:val="false"/>
          <w:color w:val="000000"/>
          <w:sz w:val="22"/>
        </w:rPr>
        <w:t>D. From resource persons</w:t>
      </w:r>
    </w:p>
    <w:p>
      <w:pPr>
        <w:pStyle w:val="Normal"/>
        <w:spacing w:before="0" w:after="60"/>
        <w:ind w:start="360"/>
        <w:jc w:val="start"/>
        <w:rPr/>
      </w:pPr>
      <w:r>
        <w:rPr>
          <w:rFonts w:ascii="Calibri" w:hAnsi="Calibri"/>
          <w:b w:val="false"/>
          <w:i w:val="false"/>
          <w:color w:val="000000"/>
          <w:sz w:val="22"/>
        </w:rPr>
        <w:t>3. The word dusk is used in the dialogue, its opposite would be</w:t>
      </w:r>
    </w:p>
    <w:p>
      <w:pPr>
        <w:pStyle w:val="Normal"/>
        <w:spacing w:before="0" w:after="60"/>
        <w:ind w:start="360"/>
        <w:jc w:val="start"/>
        <w:rPr/>
      </w:pPr>
      <w:r>
        <w:rPr>
          <w:rFonts w:ascii="Calibri" w:hAnsi="Calibri"/>
          <w:b w:val="false"/>
          <w:i w:val="false"/>
          <w:color w:val="000000"/>
          <w:sz w:val="22"/>
        </w:rPr>
        <w:t>A. evening</w:t>
      </w:r>
    </w:p>
    <w:p>
      <w:pPr>
        <w:pStyle w:val="Normal"/>
        <w:spacing w:before="0" w:after="60"/>
        <w:ind w:start="360"/>
        <w:jc w:val="start"/>
        <w:rPr/>
      </w:pPr>
      <w:r>
        <w:rPr>
          <w:rFonts w:ascii="Calibri" w:hAnsi="Calibri"/>
          <w:b w:val="false"/>
          <w:i w:val="false"/>
          <w:color w:val="000000"/>
          <w:sz w:val="22"/>
        </w:rPr>
        <w:t>B. midnight</w:t>
      </w:r>
    </w:p>
    <w:p>
      <w:pPr>
        <w:pStyle w:val="Normal"/>
        <w:spacing w:before="0" w:after="60"/>
        <w:ind w:start="360"/>
        <w:jc w:val="start"/>
        <w:rPr/>
      </w:pPr>
      <w:r>
        <w:rPr>
          <w:rFonts w:ascii="Calibri" w:hAnsi="Calibri"/>
          <w:b w:val="false"/>
          <w:i w:val="false"/>
          <w:color w:val="000000"/>
          <w:sz w:val="22"/>
        </w:rPr>
        <w:t>C. afternoon</w:t>
      </w:r>
    </w:p>
    <w:p>
      <w:pPr>
        <w:pStyle w:val="Normal"/>
        <w:spacing w:before="0" w:after="60"/>
        <w:ind w:start="360"/>
        <w:jc w:val="start"/>
        <w:rPr/>
      </w:pPr>
      <w:r>
        <w:rPr>
          <w:rFonts w:ascii="Calibri" w:hAnsi="Calibri"/>
          <w:b w:val="false"/>
          <w:i w:val="false"/>
          <w:color w:val="000000"/>
          <w:sz w:val="22"/>
        </w:rPr>
        <w:t>D. morning</w:t>
      </w:r>
    </w:p>
    <w:p>
      <w:pPr>
        <w:pStyle w:val="Normal"/>
        <w:spacing w:before="0" w:after="60"/>
        <w:ind w:start="360"/>
        <w:jc w:val="start"/>
        <w:rPr/>
      </w:pPr>
      <w:r>
        <w:rPr>
          <w:rFonts w:ascii="Calibri" w:hAnsi="Calibri"/>
          <w:b w:val="false"/>
          <w:i w:val="false"/>
          <w:color w:val="000000"/>
          <w:sz w:val="22"/>
        </w:rPr>
        <w:t>4. Fortnight is a word used in the above conversation. What does it mean?</w:t>
      </w:r>
    </w:p>
    <w:p>
      <w:pPr>
        <w:pStyle w:val="Normal"/>
        <w:spacing w:before="0" w:after="60"/>
        <w:ind w:start="360"/>
        <w:jc w:val="start"/>
        <w:rPr/>
      </w:pPr>
      <w:r>
        <w:rPr>
          <w:rFonts w:ascii="Calibri" w:hAnsi="Calibri"/>
          <w:b w:val="false"/>
          <w:i w:val="false"/>
          <w:color w:val="000000"/>
          <w:sz w:val="22"/>
        </w:rPr>
        <w:t>A. Two weeks</w:t>
      </w:r>
    </w:p>
    <w:p>
      <w:pPr>
        <w:pStyle w:val="Normal"/>
        <w:spacing w:before="0" w:after="60"/>
        <w:ind w:start="360"/>
        <w:jc w:val="start"/>
        <w:rPr/>
      </w:pPr>
      <w:r>
        <w:rPr>
          <w:rFonts w:ascii="Calibri" w:hAnsi="Calibri"/>
          <w:b w:val="false"/>
          <w:i w:val="false"/>
          <w:color w:val="000000"/>
          <w:sz w:val="22"/>
        </w:rPr>
        <w:t>B. One month</w:t>
      </w:r>
    </w:p>
    <w:p>
      <w:pPr>
        <w:pStyle w:val="Normal"/>
        <w:spacing w:before="0" w:after="60"/>
        <w:ind w:start="360"/>
        <w:jc w:val="start"/>
        <w:rPr/>
      </w:pPr>
      <w:r>
        <w:rPr>
          <w:rFonts w:ascii="Calibri" w:hAnsi="Calibri"/>
          <w:b w:val="false"/>
          <w:i w:val="false"/>
          <w:color w:val="000000"/>
          <w:sz w:val="22"/>
        </w:rPr>
        <w:t>C. One week</w:t>
      </w:r>
    </w:p>
    <w:p>
      <w:pPr>
        <w:pStyle w:val="Normal"/>
        <w:spacing w:before="0" w:after="60"/>
        <w:ind w:start="360"/>
        <w:jc w:val="start"/>
        <w:rPr/>
      </w:pPr>
      <w:r>
        <w:rPr>
          <w:rFonts w:ascii="Calibri" w:hAnsi="Calibri"/>
          <w:b w:val="false"/>
          <w:i w:val="false"/>
          <w:color w:val="000000"/>
          <w:sz w:val="22"/>
        </w:rPr>
        <w:t>D. Two months</w:t>
      </w:r>
    </w:p>
    <w:p>
      <w:pPr>
        <w:pStyle w:val="Normal"/>
        <w:spacing w:before="0" w:after="60"/>
        <w:ind w:start="360"/>
        <w:jc w:val="start"/>
        <w:rPr/>
      </w:pPr>
      <w:r>
        <w:rPr>
          <w:rFonts w:ascii="Calibri" w:hAnsi="Calibri"/>
          <w:b w:val="false"/>
          <w:i w:val="false"/>
          <w:color w:val="000000"/>
          <w:sz w:val="22"/>
        </w:rPr>
        <w:t>5. Sherry is a pet that belongs to</w:t>
      </w:r>
    </w:p>
    <w:p>
      <w:pPr>
        <w:pStyle w:val="Normal"/>
        <w:spacing w:before="0" w:after="60"/>
        <w:ind w:start="360"/>
        <w:jc w:val="start"/>
        <w:rPr/>
      </w:pPr>
      <w:r>
        <w:rPr>
          <w:rFonts w:ascii="Calibri" w:hAnsi="Calibri"/>
          <w:b w:val="false"/>
          <w:i w:val="false"/>
          <w:color w:val="000000"/>
          <w:sz w:val="22"/>
        </w:rPr>
        <w:t>A. Agnes</w:t>
      </w:r>
    </w:p>
    <w:p>
      <w:pPr>
        <w:pStyle w:val="Normal"/>
        <w:spacing w:before="0" w:after="60"/>
        <w:ind w:start="360"/>
        <w:jc w:val="start"/>
        <w:rPr/>
      </w:pPr>
      <w:r>
        <w:rPr>
          <w:rFonts w:ascii="Calibri" w:hAnsi="Calibri"/>
          <w:b w:val="false"/>
          <w:i w:val="false"/>
          <w:color w:val="000000"/>
          <w:sz w:val="22"/>
        </w:rPr>
        <w:t>B. the two families</w:t>
      </w:r>
    </w:p>
    <w:p>
      <w:pPr>
        <w:pStyle w:val="Normal"/>
        <w:spacing w:before="0" w:after="60"/>
        <w:ind w:start="360"/>
        <w:jc w:val="start"/>
        <w:rPr/>
      </w:pPr>
      <w:r>
        <w:rPr>
          <w:rFonts w:ascii="Calibri" w:hAnsi="Calibri"/>
          <w:b w:val="false"/>
          <w:i w:val="false"/>
          <w:color w:val="000000"/>
          <w:sz w:val="22"/>
        </w:rPr>
        <w:t>C. Francis</w:t>
      </w:r>
    </w:p>
    <w:p>
      <w:pPr>
        <w:pStyle w:val="Normal"/>
        <w:spacing w:before="0" w:after="60"/>
        <w:ind w:start="360"/>
        <w:jc w:val="start"/>
        <w:rPr/>
      </w:pPr>
      <w:r>
        <w:rPr>
          <w:rFonts w:ascii="Calibri" w:hAnsi="Calibri"/>
          <w:b w:val="false"/>
          <w:i w:val="false"/>
          <w:color w:val="000000"/>
          <w:sz w:val="22"/>
        </w:rPr>
        <w:t>D. cat</w:t>
      </w:r>
    </w:p>
    <w:p>
      <w:pPr>
        <w:pStyle w:val="Normal"/>
        <w:spacing w:before="160" w:after="80"/>
        <w:ind w:start="360"/>
        <w:jc w:val="start"/>
        <w:rPr>
          <w:rFonts w:ascii="Calibri" w:hAnsi="Calibri"/>
          <w:b/>
          <w:i/>
          <w:color w:val="000000"/>
          <w:sz w:val="22"/>
        </w:rPr>
      </w:pPr>
      <w:r>
        <w:rPr>
          <w:rFonts w:ascii="Calibri" w:hAnsi="Calibri"/>
          <w:b/>
          <w:i/>
          <w:color w:val="000000"/>
          <w:sz w:val="22"/>
        </w:rPr>
      </w:r>
      <w:r>
        <w:br w:type="page"/>
      </w:r>
    </w:p>
    <w:p>
      <w:pPr>
        <w:pStyle w:val="Normal"/>
        <w:spacing w:before="160" w:after="80"/>
        <w:ind w:start="360"/>
        <w:jc w:val="start"/>
        <w:rPr>
          <w:rFonts w:ascii="Calibri" w:hAnsi="Calibri"/>
          <w:b/>
          <w:i/>
          <w:color w:val="000000"/>
          <w:sz w:val="22"/>
        </w:rPr>
      </w:pPr>
      <w:r>
        <w:rPr>
          <w:rFonts w:ascii="Calibri" w:hAnsi="Calibri"/>
          <w:b/>
          <w:i/>
          <w:color w:val="000000"/>
          <w:sz w:val="22"/>
        </w:rPr>
        <w:t>Read the passage below carefully and then answer questions 6 to 9</w:t>
      </w:r>
    </w:p>
    <w:p>
      <w:pPr>
        <w:pStyle w:val="Normal"/>
        <w:spacing w:before="160" w:after="80"/>
        <w:ind w:start="360"/>
        <w:jc w:val="start"/>
        <w:rPr>
          <w:rFonts w:ascii="Calibri" w:hAnsi="Calibri"/>
          <w:b/>
          <w:i/>
          <w:color w:val="000000"/>
          <w:sz w:val="22"/>
        </w:rPr>
      </w:pPr>
      <w:r>
        <w:rPr>
          <w:rFonts w:ascii="Calibri" w:hAnsi="Calibri"/>
          <w:b/>
          <w:i/>
          <w:color w:val="000000"/>
          <w:sz w:val="22"/>
        </w:rPr>
        <w:drawing>
          <wp:anchor distT="0" distB="0" distL="0" distR="0" simplePos="0" relativeHeight="10" behindDoc="0" locked="0" layoutInCell="0" allowOverlap="1">
            <wp:simplePos x="0" y="0"/>
            <wp:positionH relativeFrom="column">
              <wp:posOffset>424180</wp:posOffset>
            </wp:positionH>
            <wp:positionV relativeFrom="paragraph">
              <wp:posOffset>126365</wp:posOffset>
            </wp:positionV>
            <wp:extent cx="2409825" cy="1885950"/>
            <wp:effectExtent l="0" t="0" r="0" b="0"/>
            <wp:wrapSquare wrapText="largest"/>
            <wp:docPr id="9" name="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9"/>
                    <pic:cNvPicPr>
                      <a:picLocks noChangeAspect="1" noChangeArrowheads="1"/>
                    </pic:cNvPicPr>
                  </pic:nvPicPr>
                  <pic:blipFill>
                    <a:blip r:embed="rId10"/>
                    <a:stretch>
                      <a:fillRect/>
                    </a:stretch>
                  </pic:blipFill>
                  <pic:spPr bwMode="auto">
                    <a:xfrm>
                      <a:off x="0" y="0"/>
                      <a:ext cx="2409825" cy="1885950"/>
                    </a:xfrm>
                    <a:prstGeom prst="rect">
                      <a:avLst/>
                    </a:prstGeom>
                    <a:noFill/>
                  </pic:spPr>
                </pic:pic>
              </a:graphicData>
            </a:graphic>
          </wp:anchor>
        </w:drawing>
      </w:r>
    </w:p>
    <w:p>
      <w:pPr>
        <w:pStyle w:val="Normal"/>
        <w:spacing w:before="160" w:after="80"/>
        <w:ind w:start="360"/>
        <w:jc w:val="start"/>
        <w:rPr>
          <w:rFonts w:ascii="Calibri" w:hAnsi="Calibri"/>
          <w:b/>
          <w:i/>
          <w:color w:val="000000"/>
          <w:sz w:val="22"/>
        </w:rPr>
      </w:pPr>
      <w:r>
        <w:rPr>
          <w:rFonts w:ascii="Calibri" w:hAnsi="Calibri"/>
          <w:b/>
          <w:i/>
          <w:color w:val="000000"/>
          <w:sz w:val="22"/>
        </w:rPr>
      </w:r>
    </w:p>
    <w:p>
      <w:pPr>
        <w:pStyle w:val="Normal"/>
        <w:spacing w:before="160" w:after="80"/>
        <w:ind w:start="360"/>
        <w:jc w:val="start"/>
        <w:rPr>
          <w:rFonts w:ascii="Calibri" w:hAnsi="Calibri"/>
          <w:b/>
          <w:i/>
          <w:color w:val="000000"/>
          <w:sz w:val="22"/>
        </w:rPr>
      </w:pPr>
      <w:r>
        <w:rPr>
          <w:rFonts w:ascii="Calibri" w:hAnsi="Calibri"/>
          <w:b/>
          <w:i/>
          <w:color w:val="000000"/>
          <w:sz w:val="22"/>
        </w:rPr>
      </w:r>
    </w:p>
    <w:p>
      <w:pPr>
        <w:pStyle w:val="Normal"/>
        <w:spacing w:before="160" w:after="80"/>
        <w:ind w:start="360"/>
        <w:jc w:val="start"/>
        <w:rPr>
          <w:rFonts w:ascii="Calibri" w:hAnsi="Calibri"/>
          <w:b/>
          <w:i/>
          <w:color w:val="000000"/>
          <w:sz w:val="22"/>
        </w:rPr>
      </w:pPr>
      <w:r>
        <w:rPr>
          <w:rFonts w:ascii="Calibri" w:hAnsi="Calibri"/>
          <w:b/>
          <w:i/>
          <w:color w:val="000000"/>
          <w:sz w:val="22"/>
        </w:rPr>
      </w:r>
    </w:p>
    <w:p>
      <w:pPr>
        <w:pStyle w:val="Normal"/>
        <w:spacing w:before="160" w:after="80"/>
        <w:ind w:start="360"/>
        <w:jc w:val="start"/>
        <w:rPr>
          <w:rFonts w:ascii="Calibri" w:hAnsi="Calibri"/>
          <w:b/>
          <w:i/>
          <w:color w:val="000000"/>
          <w:sz w:val="22"/>
        </w:rPr>
      </w:pPr>
      <w:r>
        <w:rPr>
          <w:rFonts w:ascii="Calibri" w:hAnsi="Calibri"/>
          <w:b/>
          <w:i/>
          <w:color w:val="000000"/>
          <w:sz w:val="22"/>
        </w:rPr>
      </w:r>
    </w:p>
    <w:p>
      <w:pPr>
        <w:pStyle w:val="Normal"/>
        <w:spacing w:before="160" w:after="80"/>
        <w:ind w:start="360"/>
        <w:jc w:val="start"/>
        <w:rPr>
          <w:rFonts w:ascii="Calibri" w:hAnsi="Calibri"/>
          <w:b/>
          <w:i/>
          <w:color w:val="000000"/>
          <w:sz w:val="22"/>
        </w:rPr>
      </w:pPr>
      <w:r>
        <w:rPr>
          <w:rFonts w:ascii="Calibri" w:hAnsi="Calibri"/>
          <w:b/>
          <w:i/>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Kibutu, a grade six learner, was taken by his teacher to search for information about child labour. Kibutu decided to visit a public library and with the librarian's help, he selected the most suitable books. He found the following information in the books.</w:t>
      </w:r>
    </w:p>
    <w:p>
      <w:pPr>
        <w:pStyle w:val="Normal"/>
        <w:spacing w:before="0" w:after="60"/>
        <w:ind w:start="360"/>
        <w:jc w:val="start"/>
        <w:rPr/>
      </w:pPr>
      <w:r>
        <w:rPr>
          <w:rFonts w:ascii="Calibri" w:hAnsi="Calibri"/>
          <w:b w:val="false"/>
          <w:i w:val="false"/>
          <w:color w:val="000000"/>
          <w:sz w:val="22"/>
        </w:rPr>
        <w:t>Child labour is defined as the exploitation of the children through any form of work that deprives them of their childhood. It also involves activities that are mentally, physically, morally and socially harmful to their wellbeing. In addition child labour denies the victims the opportunity to attend regular schooling. Such kinds of activities are considered illegal worldwide. However, not all the activities or works done by children are a form of child labour. Some are responsibilities of children; these include family duties, chores and supervised training. Most children who are engaged in child labour are from low-income families or those that are orphaned or kidnapped. These children can be forced to work in areas such as big plantations, factories or mining sites.</w:t>
      </w:r>
    </w:p>
    <w:p>
      <w:pPr>
        <w:pStyle w:val="Normal"/>
        <w:spacing w:before="0" w:after="60"/>
        <w:ind w:start="360"/>
        <w:jc w:val="start"/>
        <w:rPr/>
      </w:pPr>
      <w:r>
        <w:rPr>
          <w:rFonts w:ascii="Calibri" w:hAnsi="Calibri"/>
          <w:b w:val="false"/>
          <w:i w:val="false"/>
          <w:color w:val="000000"/>
          <w:sz w:val="22"/>
        </w:rPr>
        <w:t>6. Why did Kibutu go to the library?</w:t>
      </w:r>
    </w:p>
    <w:p>
      <w:pPr>
        <w:pStyle w:val="Normal"/>
        <w:spacing w:before="0" w:after="60"/>
        <w:ind w:start="360"/>
        <w:jc w:val="start"/>
        <w:rPr/>
      </w:pPr>
      <w:r>
        <w:rPr>
          <w:rFonts w:ascii="Calibri" w:hAnsi="Calibri"/>
          <w:b w:val="false"/>
          <w:i w:val="false"/>
          <w:color w:val="000000"/>
          <w:sz w:val="22"/>
        </w:rPr>
        <w:t>A. To seek for help from the librarian.</w:t>
      </w:r>
    </w:p>
    <w:p>
      <w:pPr>
        <w:pStyle w:val="Normal"/>
        <w:spacing w:before="0" w:after="60"/>
        <w:ind w:start="360"/>
        <w:jc w:val="start"/>
        <w:rPr/>
      </w:pPr>
      <w:r>
        <w:rPr>
          <w:rFonts w:ascii="Calibri" w:hAnsi="Calibri"/>
          <w:b w:val="false"/>
          <w:i w:val="false"/>
          <w:color w:val="000000"/>
          <w:sz w:val="22"/>
        </w:rPr>
        <w:t>B. To read some articles.</w:t>
      </w:r>
    </w:p>
    <w:p>
      <w:pPr>
        <w:pStyle w:val="Normal"/>
        <w:spacing w:before="0" w:after="60"/>
        <w:ind w:start="360"/>
        <w:jc w:val="start"/>
        <w:rPr/>
      </w:pPr>
      <w:r>
        <w:rPr>
          <w:rFonts w:ascii="Calibri" w:hAnsi="Calibri"/>
          <w:b w:val="false"/>
          <w:i w:val="false"/>
          <w:color w:val="000000"/>
          <w:sz w:val="22"/>
        </w:rPr>
        <w:t>C. To search for information on child labour.</w:t>
      </w:r>
    </w:p>
    <w:p>
      <w:pPr>
        <w:pStyle w:val="Normal"/>
        <w:spacing w:before="0" w:after="60"/>
        <w:ind w:start="360"/>
        <w:jc w:val="start"/>
        <w:rPr/>
      </w:pPr>
      <w:r>
        <w:rPr>
          <w:rFonts w:ascii="Calibri" w:hAnsi="Calibri"/>
          <w:b w:val="false"/>
          <w:i w:val="false"/>
          <w:color w:val="000000"/>
          <w:sz w:val="22"/>
        </w:rPr>
        <w:t>D. To borrow some relevant books.</w:t>
      </w:r>
    </w:p>
    <w:p>
      <w:pPr>
        <w:pStyle w:val="Normal"/>
        <w:spacing w:before="0" w:after="60"/>
        <w:ind w:start="360"/>
        <w:jc w:val="start"/>
        <w:rPr/>
      </w:pPr>
      <w:r>
        <w:rPr>
          <w:rFonts w:ascii="Calibri" w:hAnsi="Calibri"/>
          <w:b w:val="false"/>
          <w:i w:val="false"/>
          <w:color w:val="000000"/>
          <w:sz w:val="22"/>
        </w:rPr>
        <w:t>7. Who assisted Kibutu in selecting the most suitable books for his research?</w:t>
      </w:r>
    </w:p>
    <w:p>
      <w:pPr>
        <w:pStyle w:val="Normal"/>
        <w:spacing w:before="0" w:after="60"/>
        <w:ind w:start="360"/>
        <w:jc w:val="start"/>
        <w:rPr/>
      </w:pPr>
      <w:r>
        <w:rPr>
          <w:rFonts w:ascii="Calibri" w:hAnsi="Calibri"/>
          <w:b w:val="false"/>
          <w:i w:val="false"/>
          <w:color w:val="000000"/>
          <w:sz w:val="22"/>
        </w:rPr>
        <w:t>A. His teacher.</w:t>
      </w:r>
    </w:p>
    <w:p>
      <w:pPr>
        <w:pStyle w:val="Normal"/>
        <w:spacing w:before="0" w:after="60"/>
        <w:ind w:start="360"/>
        <w:jc w:val="start"/>
        <w:rPr/>
      </w:pPr>
      <w:r>
        <w:rPr>
          <w:rFonts w:ascii="Calibri" w:hAnsi="Calibri"/>
          <w:b w:val="false"/>
          <w:i w:val="false"/>
          <w:color w:val="000000"/>
          <w:sz w:val="22"/>
        </w:rPr>
        <w:t>B. The library attendants.</w:t>
      </w:r>
    </w:p>
    <w:p>
      <w:pPr>
        <w:pStyle w:val="Normal"/>
        <w:spacing w:before="0" w:after="60"/>
        <w:ind w:start="360"/>
        <w:jc w:val="start"/>
        <w:rPr/>
      </w:pPr>
      <w:r>
        <w:rPr>
          <w:rFonts w:ascii="Calibri" w:hAnsi="Calibri"/>
          <w:b w:val="false"/>
          <w:i w:val="false"/>
          <w:color w:val="000000"/>
          <w:sz w:val="22"/>
        </w:rPr>
        <w:t>C. Good Samaritan.</w:t>
      </w:r>
    </w:p>
    <w:p>
      <w:pPr>
        <w:pStyle w:val="Normal"/>
        <w:spacing w:before="0" w:after="60"/>
        <w:ind w:start="360"/>
        <w:jc w:val="start"/>
        <w:rPr/>
      </w:pPr>
      <w:r>
        <w:rPr>
          <w:rFonts w:ascii="Calibri" w:hAnsi="Calibri"/>
          <w:b w:val="false"/>
          <w:i w:val="false"/>
          <w:color w:val="000000"/>
          <w:sz w:val="22"/>
        </w:rPr>
        <w:t>D. The librarian.</w:t>
      </w:r>
    </w:p>
    <w:p>
      <w:pPr>
        <w:pStyle w:val="Normal"/>
        <w:spacing w:before="0" w:after="60"/>
        <w:ind w:start="360"/>
        <w:jc w:val="start"/>
        <w:rPr/>
      </w:pPr>
      <w:r>
        <w:rPr>
          <w:rFonts w:ascii="Calibri" w:hAnsi="Calibri"/>
          <w:b w:val="false"/>
          <w:i w:val="false"/>
          <w:color w:val="000000"/>
          <w:sz w:val="22"/>
        </w:rPr>
        <w:t>8. Child labour involves activities that harm the wellbeing of children in the following ways except</w:t>
      </w:r>
    </w:p>
    <w:p>
      <w:pPr>
        <w:pStyle w:val="Normal"/>
        <w:spacing w:before="0" w:after="60"/>
        <w:ind w:start="360"/>
        <w:jc w:val="start"/>
        <w:rPr/>
      </w:pPr>
      <w:r>
        <w:rPr>
          <w:rFonts w:ascii="Calibri" w:hAnsi="Calibri"/>
          <w:b w:val="false"/>
          <w:i w:val="false"/>
          <w:color w:val="000000"/>
          <w:sz w:val="22"/>
        </w:rPr>
        <w:t>A. physically.</w:t>
      </w:r>
    </w:p>
    <w:p>
      <w:pPr>
        <w:pStyle w:val="Normal"/>
        <w:spacing w:before="0" w:after="60"/>
        <w:ind w:start="360"/>
        <w:jc w:val="start"/>
        <w:rPr/>
      </w:pPr>
      <w:r>
        <w:rPr>
          <w:rFonts w:ascii="Calibri" w:hAnsi="Calibri"/>
          <w:b w:val="false"/>
          <w:i w:val="false"/>
          <w:color w:val="000000"/>
          <w:sz w:val="22"/>
        </w:rPr>
        <w:t>B. socially.</w:t>
      </w:r>
    </w:p>
    <w:p>
      <w:pPr>
        <w:pStyle w:val="Normal"/>
        <w:spacing w:before="0" w:after="60"/>
        <w:ind w:start="360"/>
        <w:jc w:val="start"/>
        <w:rPr/>
      </w:pPr>
      <w:r>
        <w:rPr>
          <w:rFonts w:ascii="Calibri" w:hAnsi="Calibri"/>
          <w:b w:val="false"/>
          <w:i w:val="false"/>
          <w:color w:val="000000"/>
          <w:sz w:val="22"/>
        </w:rPr>
        <w:t>C. spiritually.</w:t>
      </w:r>
    </w:p>
    <w:p>
      <w:pPr>
        <w:pStyle w:val="Normal"/>
        <w:spacing w:before="0" w:after="60"/>
        <w:ind w:start="360"/>
        <w:jc w:val="start"/>
        <w:rPr/>
      </w:pPr>
      <w:r>
        <w:rPr>
          <w:rFonts w:ascii="Calibri" w:hAnsi="Calibri"/>
          <w:b w:val="false"/>
          <w:i w:val="false"/>
          <w:color w:val="000000"/>
          <w:sz w:val="22"/>
        </w:rPr>
        <w:t>D. mentally.</w:t>
      </w:r>
    </w:p>
    <w:p>
      <w:pPr>
        <w:pStyle w:val="Normal"/>
        <w:spacing w:before="0" w:after="60"/>
        <w:ind w:start="360"/>
        <w:jc w:val="start"/>
        <w:rPr/>
      </w:pPr>
      <w:r>
        <w:rPr>
          <w:rFonts w:ascii="Calibri" w:hAnsi="Calibri"/>
          <w:b w:val="false"/>
          <w:i w:val="false"/>
          <w:color w:val="000000"/>
          <w:sz w:val="22"/>
        </w:rPr>
        <w:t>9. The majority of children engaged in child labour are</w:t>
      </w:r>
    </w:p>
    <w:p>
      <w:pPr>
        <w:pStyle w:val="Normal"/>
        <w:spacing w:before="0" w:after="60"/>
        <w:ind w:start="360"/>
        <w:jc w:val="start"/>
        <w:rPr/>
      </w:pPr>
      <w:r>
        <w:rPr>
          <w:rFonts w:ascii="Calibri" w:hAnsi="Calibri"/>
          <w:b w:val="false"/>
          <w:i w:val="false"/>
          <w:color w:val="000000"/>
          <w:sz w:val="22"/>
        </w:rPr>
        <w:t>A. school drop outs.</w:t>
      </w:r>
    </w:p>
    <w:p>
      <w:pPr>
        <w:pStyle w:val="Normal"/>
        <w:spacing w:before="0" w:after="60"/>
        <w:ind w:start="360"/>
        <w:jc w:val="start"/>
        <w:rPr/>
      </w:pPr>
      <w:r>
        <w:rPr>
          <w:rFonts w:ascii="Calibri" w:hAnsi="Calibri"/>
          <w:b w:val="false"/>
          <w:i w:val="false"/>
          <w:color w:val="000000"/>
          <w:sz w:val="22"/>
        </w:rPr>
        <w:t>B. those without parents.</w:t>
      </w:r>
    </w:p>
    <w:p>
      <w:pPr>
        <w:pStyle w:val="Normal"/>
        <w:spacing w:before="0" w:after="60"/>
        <w:ind w:start="360"/>
        <w:jc w:val="start"/>
        <w:rPr/>
      </w:pPr>
      <w:r>
        <w:rPr>
          <w:rFonts w:ascii="Calibri" w:hAnsi="Calibri"/>
          <w:b w:val="false"/>
          <w:i w:val="false"/>
          <w:color w:val="000000"/>
          <w:sz w:val="22"/>
        </w:rPr>
        <w:t>C. those from families experiencing violence.</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D. those under peer pressure.</w:t>
      </w:r>
    </w:p>
    <w:p>
      <w:pPr>
        <w:pStyle w:val="Normal"/>
        <w:spacing w:before="0" w:after="60"/>
        <w:ind w:start="360"/>
        <w:jc w:val="start"/>
        <w:rPr>
          <w:rFonts w:ascii="Calibri" w:hAnsi="Calibri"/>
          <w:b/>
          <w:i/>
          <w:color w:val="000000"/>
          <w:sz w:val="22"/>
        </w:rPr>
      </w:pPr>
      <w:r>
        <w:rPr>
          <w:rFonts w:ascii="Calibri" w:hAnsi="Calibri"/>
          <w:b/>
          <w:i/>
          <w:color w:val="000000"/>
          <w:sz w:val="22"/>
        </w:rPr>
        <w:t>Read the passage below and then answer questions 10 to 12.</w:t>
      </w:r>
    </w:p>
    <w:p>
      <w:pPr>
        <w:pStyle w:val="Normal"/>
        <w:spacing w:before="0" w:after="60"/>
        <w:ind w:start="360"/>
        <w:jc w:val="start"/>
        <w:rPr/>
      </w:pPr>
      <w:r>
        <w:drawing>
          <wp:anchor distT="0" distB="0" distL="0" distR="0" simplePos="0" relativeHeight="11" behindDoc="0" locked="0" layoutInCell="0" allowOverlap="1">
            <wp:simplePos x="0" y="0"/>
            <wp:positionH relativeFrom="column">
              <wp:posOffset>209550</wp:posOffset>
            </wp:positionH>
            <wp:positionV relativeFrom="paragraph">
              <wp:posOffset>62230</wp:posOffset>
            </wp:positionV>
            <wp:extent cx="2114550" cy="2085975"/>
            <wp:effectExtent l="0" t="0" r="0" b="0"/>
            <wp:wrapSquare wrapText="largest"/>
            <wp:docPr id="10" name="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0"/>
                    <pic:cNvPicPr>
                      <a:picLocks noChangeAspect="1" noChangeArrowheads="1"/>
                    </pic:cNvPicPr>
                  </pic:nvPicPr>
                  <pic:blipFill>
                    <a:blip r:embed="rId11"/>
                    <a:stretch>
                      <a:fillRect/>
                    </a:stretch>
                  </pic:blipFill>
                  <pic:spPr bwMode="auto">
                    <a:xfrm>
                      <a:off x="0" y="0"/>
                      <a:ext cx="2114550" cy="2085975"/>
                    </a:xfrm>
                    <a:prstGeom prst="rect">
                      <a:avLst/>
                    </a:prstGeom>
                    <a:noFill/>
                  </pic:spPr>
                </pic:pic>
              </a:graphicData>
            </a:graphic>
          </wp:anchor>
        </w:drawing>
      </w:r>
      <w:r>
        <w:rPr>
          <w:rFonts w:ascii="Calibri" w:hAnsi="Calibri"/>
          <w:b w:val="false"/>
          <w:i w:val="false"/>
          <w:color w:val="000000"/>
          <w:sz w:val="22"/>
        </w:rPr>
        <w:t>Diwali is popularly known as the festival of lights. It is the most awaited and the most celebrated festival among the Hindus in every part of the world. People in every nook and cranny across the globe welcome the festival with enthusiastic gesture. This wonderful festival is celebrated for five days. The events are arranged in such ways that each day has an activity to be performed.</w:t>
      </w:r>
    </w:p>
    <w:p>
      <w:pPr>
        <w:pStyle w:val="Normal"/>
        <w:spacing w:before="0" w:after="60"/>
        <w:ind w:start="360"/>
        <w:jc w:val="start"/>
        <w:rPr/>
      </w:pPr>
      <w:r>
        <w:rPr>
          <w:rFonts w:ascii="Calibri" w:hAnsi="Calibri"/>
          <w:b w:val="false"/>
          <w:i w:val="false"/>
          <w:color w:val="000000"/>
          <w:sz w:val="22"/>
        </w:rPr>
        <w:t>On the first day, there is the Dhanteras. This is the worshipping of Lord Yama. It also includes buying metal objects. On the second day, the events performed include Choti Diwali, Roop Chaturdashi, Narak and Chturdasi. Luxmi and Ganesh Pujan are the events celebrated on the third day. This is the ritual of Diwali. On this day, there is the lighting of Dyas ceremony where candles are lit and placed all around the house. The Hindus then worship the Luxmi Ganesha to summon health and wealth. On the fourth day, Gorardhan Puja is perfomed and finally on the fifth day also known as Bhai Dooj or Bhaj brothers and sisters are prayed for and blessed.</w:t>
      </w:r>
    </w:p>
    <w:p>
      <w:pPr>
        <w:pStyle w:val="Normal"/>
        <w:spacing w:before="0" w:after="60"/>
        <w:ind w:start="360"/>
        <w:jc w:val="start"/>
        <w:rPr/>
      </w:pPr>
      <w:r>
        <w:rPr>
          <w:rFonts w:ascii="Calibri" w:hAnsi="Calibri"/>
          <w:b w:val="false"/>
          <w:i w:val="false"/>
          <w:color w:val="000000"/>
          <w:sz w:val="22"/>
        </w:rPr>
        <w:t>10. Which people celebrate Diwali?</w:t>
      </w:r>
    </w:p>
    <w:p>
      <w:pPr>
        <w:pStyle w:val="Normal"/>
        <w:spacing w:before="0" w:after="60"/>
        <w:ind w:start="360"/>
        <w:jc w:val="start"/>
        <w:rPr/>
      </w:pPr>
      <w:r>
        <w:rPr>
          <w:rFonts w:ascii="Calibri" w:hAnsi="Calibri"/>
          <w:b w:val="false"/>
          <w:i w:val="false"/>
          <w:color w:val="000000"/>
          <w:sz w:val="22"/>
        </w:rPr>
        <w:t>A. Hebrews</w:t>
      </w:r>
    </w:p>
    <w:p>
      <w:pPr>
        <w:pStyle w:val="Normal"/>
        <w:spacing w:before="0" w:after="60"/>
        <w:ind w:start="360"/>
        <w:jc w:val="start"/>
        <w:rPr/>
      </w:pPr>
      <w:r>
        <w:rPr>
          <w:rFonts w:ascii="Calibri" w:hAnsi="Calibri"/>
          <w:b w:val="false"/>
          <w:i w:val="false"/>
          <w:color w:val="000000"/>
          <w:sz w:val="22"/>
        </w:rPr>
        <w:t>B. Pagans</w:t>
      </w:r>
    </w:p>
    <w:p>
      <w:pPr>
        <w:pStyle w:val="Normal"/>
        <w:spacing w:before="0" w:after="60"/>
        <w:ind w:start="360"/>
        <w:jc w:val="start"/>
        <w:rPr/>
      </w:pPr>
      <w:r>
        <w:rPr>
          <w:rFonts w:ascii="Calibri" w:hAnsi="Calibri"/>
          <w:b w:val="false"/>
          <w:i w:val="false"/>
          <w:color w:val="000000"/>
          <w:sz w:val="22"/>
        </w:rPr>
        <w:t>C. Muslims</w:t>
      </w:r>
    </w:p>
    <w:p>
      <w:pPr>
        <w:pStyle w:val="Normal"/>
        <w:spacing w:before="0" w:after="60"/>
        <w:ind w:start="360"/>
        <w:jc w:val="start"/>
        <w:rPr/>
      </w:pPr>
      <w:r>
        <w:rPr>
          <w:rFonts w:ascii="Calibri" w:hAnsi="Calibri"/>
          <w:b w:val="false"/>
          <w:i w:val="false"/>
          <w:color w:val="000000"/>
          <w:sz w:val="22"/>
        </w:rPr>
        <w:t>D. Hindus</w:t>
      </w:r>
    </w:p>
    <w:p>
      <w:pPr>
        <w:pStyle w:val="Normal"/>
        <w:spacing w:before="0" w:after="60"/>
        <w:ind w:start="360"/>
        <w:jc w:val="start"/>
        <w:rPr/>
      </w:pPr>
      <w:r>
        <w:rPr>
          <w:rFonts w:ascii="Calibri" w:hAnsi="Calibri"/>
          <w:b w:val="false"/>
          <w:i w:val="false"/>
          <w:color w:val="000000"/>
          <w:sz w:val="22"/>
        </w:rPr>
        <w:t>11. On which occasion are metal objects bought according to the passage?</w:t>
      </w:r>
    </w:p>
    <w:p>
      <w:pPr>
        <w:pStyle w:val="Normal"/>
        <w:spacing w:before="0" w:after="60"/>
        <w:ind w:start="360"/>
        <w:jc w:val="start"/>
        <w:rPr/>
      </w:pPr>
      <w:r>
        <w:rPr>
          <w:rFonts w:ascii="Calibri" w:hAnsi="Calibri"/>
          <w:b w:val="false"/>
          <w:i w:val="false"/>
          <w:color w:val="000000"/>
          <w:sz w:val="22"/>
        </w:rPr>
        <w:t>A. Dhanteras</w:t>
      </w:r>
    </w:p>
    <w:p>
      <w:pPr>
        <w:pStyle w:val="Normal"/>
        <w:spacing w:before="0" w:after="60"/>
        <w:ind w:start="360"/>
        <w:jc w:val="start"/>
        <w:rPr/>
      </w:pPr>
      <w:r>
        <w:rPr>
          <w:rFonts w:ascii="Calibri" w:hAnsi="Calibri"/>
          <w:b w:val="false"/>
          <w:i w:val="false"/>
          <w:color w:val="000000"/>
          <w:sz w:val="22"/>
        </w:rPr>
        <w:t>B. Choti Diwali</w:t>
      </w:r>
    </w:p>
    <w:p>
      <w:pPr>
        <w:pStyle w:val="Normal"/>
        <w:spacing w:before="0" w:after="60"/>
        <w:ind w:start="360"/>
        <w:jc w:val="start"/>
        <w:rPr/>
      </w:pPr>
      <w:r>
        <w:rPr>
          <w:rFonts w:ascii="Calibri" w:hAnsi="Calibri"/>
          <w:b w:val="false"/>
          <w:i w:val="false"/>
          <w:color w:val="000000"/>
          <w:sz w:val="22"/>
        </w:rPr>
        <w:t>C. Bhai Dooj</w:t>
      </w:r>
    </w:p>
    <w:p>
      <w:pPr>
        <w:pStyle w:val="Normal"/>
        <w:spacing w:before="0" w:after="60"/>
        <w:ind w:start="360"/>
        <w:jc w:val="start"/>
        <w:rPr/>
      </w:pPr>
      <w:r>
        <w:rPr>
          <w:rFonts w:ascii="Calibri" w:hAnsi="Calibri"/>
          <w:b w:val="false"/>
          <w:i w:val="false"/>
          <w:color w:val="000000"/>
          <w:sz w:val="22"/>
        </w:rPr>
        <w:t>D. Lighting of Dya's</w:t>
      </w:r>
    </w:p>
    <w:p>
      <w:pPr>
        <w:pStyle w:val="Normal"/>
        <w:spacing w:before="0" w:after="60"/>
        <w:ind w:start="360"/>
        <w:jc w:val="start"/>
        <w:rPr/>
      </w:pPr>
      <w:r>
        <w:rPr>
          <w:rFonts w:ascii="Calibri" w:hAnsi="Calibri"/>
          <w:b w:val="false"/>
          <w:i w:val="false"/>
          <w:color w:val="000000"/>
          <w:sz w:val="22"/>
        </w:rPr>
        <w:t>12. The following activities take place on the second day of the festival except</w:t>
      </w:r>
    </w:p>
    <w:p>
      <w:pPr>
        <w:pStyle w:val="Normal"/>
        <w:spacing w:before="0" w:after="60"/>
        <w:ind w:start="360"/>
        <w:jc w:val="start"/>
        <w:rPr/>
      </w:pPr>
      <w:r>
        <w:rPr>
          <w:rFonts w:ascii="Calibri" w:hAnsi="Calibri"/>
          <w:b w:val="false"/>
          <w:i w:val="false"/>
          <w:color w:val="000000"/>
          <w:sz w:val="22"/>
        </w:rPr>
        <w:t>A. Roop Chaturdashi</w:t>
      </w:r>
    </w:p>
    <w:p>
      <w:pPr>
        <w:pStyle w:val="Normal"/>
        <w:spacing w:before="0" w:after="60"/>
        <w:ind w:start="360"/>
        <w:jc w:val="start"/>
        <w:rPr/>
      </w:pPr>
      <w:r>
        <w:rPr>
          <w:rFonts w:ascii="Calibri" w:hAnsi="Calibri"/>
          <w:b w:val="false"/>
          <w:i w:val="false"/>
          <w:color w:val="000000"/>
          <w:sz w:val="22"/>
        </w:rPr>
        <w:t>B. Lighting of Dyas</w:t>
      </w:r>
    </w:p>
    <w:p>
      <w:pPr>
        <w:pStyle w:val="Normal"/>
        <w:spacing w:before="0" w:after="60"/>
        <w:ind w:start="360"/>
        <w:jc w:val="start"/>
        <w:rPr/>
      </w:pPr>
      <w:r>
        <w:rPr>
          <w:rFonts w:ascii="Calibri" w:hAnsi="Calibri"/>
          <w:b w:val="false"/>
          <w:i w:val="false"/>
          <w:color w:val="000000"/>
          <w:sz w:val="22"/>
        </w:rPr>
        <w:t>C. Chturdasi</w:t>
      </w:r>
    </w:p>
    <w:p>
      <w:pPr>
        <w:pStyle w:val="Normal"/>
        <w:spacing w:before="0" w:after="60"/>
        <w:ind w:start="360"/>
        <w:jc w:val="start"/>
        <w:rPr/>
      </w:pPr>
      <w:r>
        <w:rPr>
          <w:rFonts w:ascii="Calibri" w:hAnsi="Calibri"/>
          <w:b w:val="false"/>
          <w:i w:val="false"/>
          <w:color w:val="000000"/>
          <w:sz w:val="22"/>
        </w:rPr>
        <w:t>D. Choti Diwali</w:t>
      </w:r>
    </w:p>
    <w:p>
      <w:pPr>
        <w:pStyle w:val="Normal"/>
        <w:spacing w:before="160" w:after="80"/>
        <w:ind w:start="360"/>
        <w:jc w:val="start"/>
        <w:rPr>
          <w:rFonts w:ascii="Calibri" w:hAnsi="Calibri"/>
          <w:b/>
          <w:i/>
          <w:color w:val="000000"/>
          <w:sz w:val="22"/>
        </w:rPr>
      </w:pPr>
      <w:r>
        <w:rPr>
          <w:rFonts w:ascii="Calibri" w:hAnsi="Calibri"/>
          <w:b/>
          <w:i/>
          <w:color w:val="000000"/>
          <w:sz w:val="22"/>
        </w:rPr>
        <w:t>Read the passage below and then answer questions 13 to 15 correctly.</w:t>
      </w:r>
    </w:p>
    <w:p>
      <w:pPr>
        <w:pStyle w:val="Normal"/>
        <w:spacing w:before="160" w:after="80"/>
        <w:ind w:start="360"/>
        <w:jc w:val="start"/>
        <w:rPr>
          <w:rFonts w:ascii="Calibri" w:hAnsi="Calibri"/>
          <w:b/>
          <w:i/>
          <w:color w:val="000000"/>
          <w:sz w:val="22"/>
        </w:rPr>
      </w:pPr>
      <w:r>
        <w:rPr>
          <w:rFonts w:ascii="Calibri" w:hAnsi="Calibri"/>
          <w:b/>
          <w:i/>
          <w:color w:val="000000"/>
          <w:sz w:val="22"/>
        </w:rPr>
        <w:drawing>
          <wp:anchor distT="0" distB="0" distL="0" distR="0" simplePos="0" relativeHeight="12" behindDoc="0" locked="0" layoutInCell="0" allowOverlap="1">
            <wp:simplePos x="0" y="0"/>
            <wp:positionH relativeFrom="column">
              <wp:posOffset>304800</wp:posOffset>
            </wp:positionH>
            <wp:positionV relativeFrom="paragraph">
              <wp:posOffset>47625</wp:posOffset>
            </wp:positionV>
            <wp:extent cx="2476500" cy="1609725"/>
            <wp:effectExtent l="0" t="0" r="0" b="0"/>
            <wp:wrapSquare wrapText="largest"/>
            <wp:docPr id="11" name="Imag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1"/>
                    <pic:cNvPicPr>
                      <a:picLocks noChangeAspect="1" noChangeArrowheads="1"/>
                    </pic:cNvPicPr>
                  </pic:nvPicPr>
                  <pic:blipFill>
                    <a:blip r:embed="rId12"/>
                    <a:stretch>
                      <a:fillRect/>
                    </a:stretch>
                  </pic:blipFill>
                  <pic:spPr bwMode="auto">
                    <a:xfrm>
                      <a:off x="0" y="0"/>
                      <a:ext cx="2476500" cy="1609725"/>
                    </a:xfrm>
                    <a:prstGeom prst="rect">
                      <a:avLst/>
                    </a:prstGeom>
                    <a:noFill/>
                  </pic:spPr>
                </pic:pic>
              </a:graphicData>
            </a:graphic>
          </wp:anchor>
        </w:drawing>
      </w:r>
    </w:p>
    <w:p>
      <w:pPr>
        <w:pStyle w:val="Normal"/>
        <w:spacing w:before="160" w:after="80"/>
        <w:ind w:start="360"/>
        <w:jc w:val="start"/>
        <w:rPr>
          <w:rFonts w:ascii="Calibri" w:hAnsi="Calibri"/>
          <w:b/>
          <w:i/>
          <w:color w:val="000000"/>
          <w:sz w:val="22"/>
        </w:rPr>
      </w:pPr>
      <w:r>
        <w:rPr>
          <w:rFonts w:ascii="Calibri" w:hAnsi="Calibri"/>
          <w:b/>
          <w:i/>
          <w:color w:val="000000"/>
          <w:sz w:val="22"/>
        </w:rPr>
      </w:r>
    </w:p>
    <w:p>
      <w:pPr>
        <w:pStyle w:val="Normal"/>
        <w:spacing w:before="160" w:after="80"/>
        <w:ind w:start="360"/>
        <w:jc w:val="start"/>
        <w:rPr>
          <w:rFonts w:ascii="Calibri" w:hAnsi="Calibri"/>
          <w:b/>
          <w:i/>
          <w:color w:val="000000"/>
          <w:sz w:val="22"/>
        </w:rPr>
      </w:pPr>
      <w:r>
        <w:rPr>
          <w:rFonts w:ascii="Calibri" w:hAnsi="Calibri"/>
          <w:b/>
          <w:i/>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It was a very important day for our family. In a matter of hours, my sister was to tie the knot with her long-time friend in a colourful ceremony. The wedding was scheduled to take place at the Holy Family Basilica in Nairobi. Being one of the pageboys, I had to look my best. The night before was my busiest day. We had to do rehearsals and final touches to ensure everything was in order. My sister, who had spent almost the whole day in the beauty parlour, was at our aunt's house. When the clock ticked eight, we all boarded the vehicles and headed for my aunt's house. We picked my sister and then proceeded to the church.</w:t>
      </w:r>
    </w:p>
    <w:p>
      <w:pPr>
        <w:pStyle w:val="Normal"/>
        <w:spacing w:before="0" w:after="60"/>
        <w:ind w:start="360"/>
        <w:jc w:val="start"/>
        <w:rPr/>
      </w:pPr>
      <w:r>
        <w:rPr>
          <w:rFonts w:ascii="Calibri" w:hAnsi="Calibri"/>
          <w:b w:val="false"/>
          <w:i w:val="false"/>
          <w:color w:val="000000"/>
          <w:sz w:val="22"/>
        </w:rPr>
        <w:t>My sister was immaculately dressed in a snow-white gown. She indeed looked beautiful. After exchanging greetings and pleasantries, our convoy snaked its way through the streets of Nairobi to the Holy Family Basilica, which was just a stone's throw distance away. Mr. Martin, the groom, was neatly dressed in a white suit and a red bow tie similar to the outfit his groomsmen and I had worn. From the look of things, it seemed patience was retreating out of him, but when he saw his bride, a handsome grin plastered all over his face exposing his pearl teeth. Right Reverend Bishop Simon Peter Kamome was already at the altar ready to do his job. My sister, sandwiched between my parents, began to walk at a snail's pace to the altar as the guests watched in admiration.</w:t>
      </w:r>
    </w:p>
    <w:p>
      <w:pPr>
        <w:pStyle w:val="Normal"/>
        <w:spacing w:before="0" w:after="60"/>
        <w:ind w:start="360"/>
        <w:jc w:val="start"/>
        <w:rPr/>
      </w:pPr>
      <w:r>
        <w:rPr>
          <w:rFonts w:ascii="Calibri" w:hAnsi="Calibri"/>
          <w:b w:val="false"/>
          <w:i w:val="false"/>
          <w:color w:val="000000"/>
          <w:sz w:val="22"/>
        </w:rPr>
        <w:t>13. What occasion is described in the passage?</w:t>
      </w:r>
    </w:p>
    <w:p>
      <w:pPr>
        <w:pStyle w:val="Normal"/>
        <w:spacing w:before="0" w:after="60"/>
        <w:ind w:start="360"/>
        <w:jc w:val="start"/>
        <w:rPr/>
      </w:pPr>
      <w:r>
        <w:rPr>
          <w:rFonts w:ascii="Calibri" w:hAnsi="Calibri"/>
          <w:b w:val="false"/>
          <w:i w:val="false"/>
          <w:color w:val="000000"/>
          <w:sz w:val="22"/>
        </w:rPr>
        <w:t>A. Family celebration.</w:t>
      </w:r>
    </w:p>
    <w:p>
      <w:pPr>
        <w:pStyle w:val="Normal"/>
        <w:spacing w:before="0" w:after="60"/>
        <w:ind w:start="360"/>
        <w:jc w:val="start"/>
        <w:rPr/>
      </w:pPr>
      <w:r>
        <w:rPr>
          <w:rFonts w:ascii="Calibri" w:hAnsi="Calibri"/>
          <w:b w:val="false"/>
          <w:i w:val="false"/>
          <w:color w:val="000000"/>
          <w:sz w:val="22"/>
        </w:rPr>
        <w:t>B. The writer's sister celebrating her birthday.</w:t>
      </w:r>
    </w:p>
    <w:p>
      <w:pPr>
        <w:pStyle w:val="Normal"/>
        <w:spacing w:before="0" w:after="60"/>
        <w:ind w:start="360"/>
        <w:jc w:val="start"/>
        <w:rPr/>
      </w:pPr>
      <w:r>
        <w:rPr>
          <w:rFonts w:ascii="Calibri" w:hAnsi="Calibri"/>
          <w:b w:val="false"/>
          <w:i w:val="false"/>
          <w:color w:val="000000"/>
          <w:sz w:val="22"/>
        </w:rPr>
        <w:t>C. Wedding ceremony.</w:t>
      </w:r>
    </w:p>
    <w:p>
      <w:pPr>
        <w:pStyle w:val="Normal"/>
        <w:spacing w:before="0" w:after="60"/>
        <w:ind w:start="360"/>
        <w:jc w:val="start"/>
        <w:rPr/>
      </w:pPr>
      <w:r>
        <w:rPr>
          <w:rFonts w:ascii="Calibri" w:hAnsi="Calibri"/>
          <w:b w:val="false"/>
          <w:i w:val="false"/>
          <w:color w:val="000000"/>
          <w:sz w:val="22"/>
        </w:rPr>
        <w:t>D. Family come together.</w:t>
      </w:r>
    </w:p>
    <w:p>
      <w:pPr>
        <w:pStyle w:val="Normal"/>
        <w:spacing w:before="0" w:after="60"/>
        <w:ind w:start="360"/>
        <w:jc w:val="start"/>
        <w:rPr/>
      </w:pPr>
      <w:r>
        <w:rPr>
          <w:rFonts w:ascii="Calibri" w:hAnsi="Calibri"/>
          <w:b w:val="false"/>
          <w:i w:val="false"/>
          <w:color w:val="000000"/>
          <w:sz w:val="22"/>
        </w:rPr>
        <w:t>14. What is the relationship between the narrator and Mr. Martin?</w:t>
      </w:r>
    </w:p>
    <w:p>
      <w:pPr>
        <w:pStyle w:val="Normal"/>
        <w:spacing w:before="0" w:after="60"/>
        <w:ind w:start="360"/>
        <w:jc w:val="start"/>
        <w:rPr/>
      </w:pPr>
      <w:r>
        <w:rPr>
          <w:rFonts w:ascii="Calibri" w:hAnsi="Calibri"/>
          <w:b w:val="false"/>
          <w:i w:val="false"/>
          <w:color w:val="000000"/>
          <w:sz w:val="22"/>
        </w:rPr>
        <w:t>A. Nephew and uncle.</w:t>
      </w:r>
    </w:p>
    <w:p>
      <w:pPr>
        <w:pStyle w:val="Normal"/>
        <w:spacing w:before="0" w:after="60"/>
        <w:ind w:start="360"/>
        <w:jc w:val="start"/>
        <w:rPr/>
      </w:pPr>
      <w:r>
        <w:rPr>
          <w:rFonts w:ascii="Calibri" w:hAnsi="Calibri"/>
          <w:b w:val="false"/>
          <w:i w:val="false"/>
          <w:color w:val="000000"/>
          <w:sz w:val="22"/>
        </w:rPr>
        <w:t>B. Brothers.</w:t>
      </w:r>
    </w:p>
    <w:p>
      <w:pPr>
        <w:pStyle w:val="Normal"/>
        <w:spacing w:before="0" w:after="60"/>
        <w:ind w:start="360"/>
        <w:jc w:val="start"/>
        <w:rPr/>
      </w:pPr>
      <w:r>
        <w:rPr>
          <w:rFonts w:ascii="Calibri" w:hAnsi="Calibri"/>
          <w:b w:val="false"/>
          <w:i w:val="false"/>
          <w:color w:val="000000"/>
          <w:sz w:val="22"/>
        </w:rPr>
        <w:t>C. Brothers-in-law.</w:t>
      </w:r>
    </w:p>
    <w:p>
      <w:pPr>
        <w:pStyle w:val="Normal"/>
        <w:spacing w:before="0" w:after="60"/>
        <w:ind w:start="360"/>
        <w:jc w:val="start"/>
        <w:rPr/>
      </w:pPr>
      <w:r>
        <w:rPr>
          <w:rFonts w:ascii="Calibri" w:hAnsi="Calibri"/>
          <w:b w:val="false"/>
          <w:i w:val="false"/>
          <w:color w:val="000000"/>
          <w:sz w:val="22"/>
        </w:rPr>
        <w:t>D. Close relatives.</w:t>
      </w:r>
    </w:p>
    <w:p>
      <w:pPr>
        <w:pStyle w:val="Normal"/>
        <w:spacing w:before="0" w:after="60"/>
        <w:ind w:start="360"/>
        <w:jc w:val="start"/>
        <w:rPr/>
      </w:pPr>
      <w:r>
        <w:rPr>
          <w:rFonts w:ascii="Calibri" w:hAnsi="Calibri"/>
          <w:b w:val="false"/>
          <w:i w:val="false"/>
          <w:color w:val="000000"/>
          <w:sz w:val="22"/>
        </w:rPr>
        <w:t>15. Bride is to bridegroom just as ____ is to bachelor.</w:t>
      </w:r>
    </w:p>
    <w:p>
      <w:pPr>
        <w:pStyle w:val="Normal"/>
        <w:spacing w:before="0" w:after="60"/>
        <w:ind w:start="360"/>
        <w:jc w:val="start"/>
        <w:rPr/>
      </w:pPr>
      <w:r>
        <w:rPr>
          <w:rFonts w:ascii="Calibri" w:hAnsi="Calibri"/>
          <w:b w:val="false"/>
          <w:i w:val="false"/>
          <w:color w:val="000000"/>
          <w:sz w:val="22"/>
        </w:rPr>
        <w:t>A. niece</w:t>
      </w:r>
    </w:p>
    <w:p>
      <w:pPr>
        <w:pStyle w:val="Normal"/>
        <w:spacing w:before="0" w:after="60"/>
        <w:ind w:start="360"/>
        <w:jc w:val="start"/>
        <w:rPr/>
      </w:pPr>
      <w:r>
        <w:rPr>
          <w:rFonts w:ascii="Calibri" w:hAnsi="Calibri"/>
          <w:b w:val="false"/>
          <w:i w:val="false"/>
          <w:color w:val="000000"/>
          <w:sz w:val="22"/>
        </w:rPr>
        <w:t>B. best maid</w:t>
      </w:r>
    </w:p>
    <w:p>
      <w:pPr>
        <w:pStyle w:val="Normal"/>
        <w:spacing w:before="0" w:after="60"/>
        <w:ind w:start="360"/>
        <w:jc w:val="start"/>
        <w:rPr/>
      </w:pPr>
      <w:r>
        <w:rPr>
          <w:rFonts w:ascii="Calibri" w:hAnsi="Calibri"/>
          <w:b w:val="false"/>
          <w:i w:val="false"/>
          <w:color w:val="000000"/>
          <w:sz w:val="22"/>
        </w:rPr>
        <w:t>C. lady</w:t>
      </w:r>
    </w:p>
    <w:p>
      <w:pPr>
        <w:pStyle w:val="Normal"/>
        <w:spacing w:before="0" w:after="60"/>
        <w:ind w:start="360"/>
        <w:jc w:val="start"/>
        <w:rPr/>
      </w:pPr>
      <w:r>
        <w:rPr>
          <w:rFonts w:ascii="Calibri" w:hAnsi="Calibri"/>
          <w:b w:val="false"/>
          <w:i w:val="false"/>
          <w:color w:val="000000"/>
          <w:sz w:val="22"/>
        </w:rPr>
        <w:t>D. spinster</w:t>
      </w:r>
    </w:p>
    <w:p>
      <w:pPr>
        <w:pStyle w:val="Normal"/>
        <w:spacing w:before="160" w:after="80"/>
        <w:ind w:start="360"/>
        <w:jc w:val="start"/>
        <w:rPr/>
      </w:pPr>
      <w:r>
        <w:rPr>
          <w:rFonts w:ascii="Calibri" w:hAnsi="Calibri"/>
          <w:b/>
          <w:i/>
          <w:color w:val="000000"/>
          <w:sz w:val="22"/>
        </w:rPr>
        <w:t>Fill in the blank spaces with the correct word from the choices provided.</w:t>
      </w:r>
    </w:p>
    <w:p>
      <w:pPr>
        <w:pStyle w:val="Normal"/>
        <w:spacing w:before="0" w:after="60"/>
        <w:ind w:start="360"/>
        <w:jc w:val="start"/>
        <w:rPr/>
      </w:pPr>
      <w:r>
        <w:rPr>
          <w:rFonts w:ascii="Calibri" w:hAnsi="Calibri"/>
          <w:b w:val="false"/>
          <w:i w:val="false"/>
          <w:color w:val="000000"/>
          <w:sz w:val="22"/>
        </w:rPr>
        <w:t xml:space="preserve">I had just left the house when it started raining </w:t>
      </w:r>
      <w:r>
        <w:rPr>
          <w:rFonts w:ascii="Calibri" w:hAnsi="Calibri"/>
          <w:b w:val="false"/>
          <w:i w:val="false"/>
          <w:color w:val="000000"/>
          <w:sz w:val="22"/>
        </w:rPr>
        <w:t>__</w:t>
      </w:r>
      <w:r>
        <w:rPr>
          <w:rFonts w:ascii="Calibri" w:hAnsi="Calibri"/>
          <w:b w:val="false"/>
          <w:i w:val="false"/>
          <w:color w:val="000000"/>
          <w:sz w:val="22"/>
        </w:rPr>
        <w:t xml:space="preserve">16. I was determined to reach home before nightfall, so I decided I would not wait for the rain to stop. I therefore began walking </w:t>
      </w:r>
      <w:r>
        <w:rPr>
          <w:rFonts w:ascii="Calibri" w:hAnsi="Calibri"/>
          <w:b w:val="false"/>
          <w:i w:val="false"/>
          <w:color w:val="000000"/>
          <w:sz w:val="22"/>
        </w:rPr>
        <w:t>__</w:t>
      </w:r>
      <w:r>
        <w:rPr>
          <w:rFonts w:ascii="Calibri" w:hAnsi="Calibri"/>
          <w:b w:val="false"/>
          <w:i w:val="false"/>
          <w:color w:val="000000"/>
          <w:sz w:val="22"/>
        </w:rPr>
        <w:t xml:space="preserve">17. I took the shortest route through the forest. I </w:t>
      </w:r>
      <w:r>
        <w:rPr>
          <w:rFonts w:ascii="Calibri" w:hAnsi="Calibri"/>
          <w:b w:val="false"/>
          <w:i w:val="false"/>
          <w:color w:val="000000"/>
          <w:sz w:val="22"/>
        </w:rPr>
        <w:t>__</w:t>
      </w:r>
      <w:r>
        <w:rPr>
          <w:rFonts w:ascii="Calibri" w:hAnsi="Calibri"/>
          <w:b w:val="false"/>
          <w:i w:val="false"/>
          <w:color w:val="000000"/>
          <w:sz w:val="22"/>
        </w:rPr>
        <w:t xml:space="preserve">18 use this route because I know that short cuts are </w:t>
      </w:r>
      <w:r>
        <w:rPr>
          <w:rFonts w:ascii="Calibri" w:hAnsi="Calibri"/>
          <w:b w:val="false"/>
          <w:i w:val="false"/>
          <w:color w:val="000000"/>
          <w:sz w:val="22"/>
        </w:rPr>
        <w:t>__</w:t>
      </w:r>
      <w:r>
        <w:rPr>
          <w:rFonts w:ascii="Calibri" w:hAnsi="Calibri"/>
          <w:b w:val="false"/>
          <w:i w:val="false"/>
          <w:color w:val="000000"/>
          <w:sz w:val="22"/>
        </w:rPr>
        <w:t xml:space="preserve">19 wrong cuts. Gripped with fear, I hurried </w:t>
      </w:r>
      <w:r>
        <w:rPr>
          <w:rFonts w:ascii="Calibri" w:hAnsi="Calibri"/>
          <w:b w:val="false"/>
          <w:i w:val="false"/>
          <w:color w:val="000000"/>
          <w:sz w:val="22"/>
        </w:rPr>
        <w:t>__</w:t>
      </w:r>
      <w:r>
        <w:rPr>
          <w:rFonts w:ascii="Calibri" w:hAnsi="Calibri"/>
          <w:b w:val="false"/>
          <w:i w:val="false"/>
          <w:color w:val="000000"/>
          <w:sz w:val="22"/>
        </w:rPr>
        <w:t>20 stream which I was also aware was full of crocodiles.</w:t>
      </w:r>
    </w:p>
    <w:p>
      <w:pPr>
        <w:pStyle w:val="Normal"/>
        <w:spacing w:before="0" w:after="60"/>
        <w:ind w:start="360"/>
        <w:jc w:val="start"/>
        <w:rPr/>
      </w:pPr>
      <w:r>
        <w:rPr>
          <w:rFonts w:ascii="Calibri" w:hAnsi="Calibri"/>
          <w:b w:val="false"/>
          <w:i w:val="false"/>
          <w:color w:val="000000"/>
          <w:sz w:val="22"/>
        </w:rPr>
        <w:t>16. A. big  B. heavy  C. heavily  D. serious</w:t>
      </w:r>
    </w:p>
    <w:p>
      <w:pPr>
        <w:pStyle w:val="Normal"/>
        <w:spacing w:before="0" w:after="60"/>
        <w:ind w:start="360"/>
        <w:jc w:val="start"/>
        <w:rPr/>
      </w:pPr>
      <w:r>
        <w:rPr>
          <w:rFonts w:ascii="Calibri" w:hAnsi="Calibri"/>
          <w:b w:val="false"/>
          <w:i w:val="false"/>
          <w:color w:val="000000"/>
          <w:sz w:val="22"/>
        </w:rPr>
        <w:t>17. A. hurriedly  B. hurry  C. quick  D. hurryingly</w:t>
      </w:r>
    </w:p>
    <w:p>
      <w:pPr>
        <w:pStyle w:val="Normal"/>
        <w:spacing w:before="0" w:after="60"/>
        <w:ind w:start="360"/>
        <w:jc w:val="start"/>
        <w:rPr/>
      </w:pPr>
      <w:r>
        <w:rPr>
          <w:rFonts w:ascii="Calibri" w:hAnsi="Calibri"/>
          <w:b w:val="false"/>
          <w:i w:val="false"/>
          <w:color w:val="000000"/>
          <w:sz w:val="22"/>
        </w:rPr>
        <w:t>18. A. always  B. every day  C. often  D. rarely</w:t>
      </w:r>
    </w:p>
    <w:p>
      <w:pPr>
        <w:pStyle w:val="Normal"/>
        <w:spacing w:before="0" w:after="60"/>
        <w:ind w:start="360"/>
        <w:jc w:val="start"/>
        <w:rPr/>
      </w:pPr>
      <w:r>
        <w:rPr>
          <w:rFonts w:ascii="Calibri" w:hAnsi="Calibri"/>
          <w:b w:val="false"/>
          <w:i w:val="false"/>
          <w:color w:val="000000"/>
          <w:sz w:val="22"/>
        </w:rPr>
        <w:t>19. A. never  B. often  C. not  D. rarely</w:t>
      </w:r>
    </w:p>
    <w:p>
      <w:pPr>
        <w:pStyle w:val="Normal"/>
        <w:spacing w:before="0" w:after="60"/>
        <w:ind w:start="360"/>
        <w:jc w:val="start"/>
        <w:rPr/>
      </w:pPr>
      <w:r>
        <w:rPr>
          <w:rFonts w:ascii="Calibri" w:hAnsi="Calibri"/>
          <w:b w:val="false"/>
          <w:i w:val="false"/>
          <w:color w:val="000000"/>
          <w:sz w:val="22"/>
        </w:rPr>
        <w:t>20. A. across  B. inside   C. down  D. behind</w:t>
      </w:r>
    </w:p>
    <w:p>
      <w:pPr>
        <w:pStyle w:val="Normal"/>
        <w:spacing w:before="160" w:after="80"/>
        <w:ind w:start="360"/>
        <w:jc w:val="start"/>
        <w:rPr/>
      </w:pPr>
      <w:r>
        <w:rPr>
          <w:rFonts w:ascii="Calibri" w:hAnsi="Calibri"/>
          <w:b/>
          <w:i/>
          <w:color w:val="000000"/>
          <w:sz w:val="22"/>
        </w:rPr>
        <w:t>For questions 21 to 23, complete the given analogies</w:t>
      </w:r>
    </w:p>
    <w:p>
      <w:pPr>
        <w:pStyle w:val="Normal"/>
        <w:spacing w:before="0" w:after="60"/>
        <w:ind w:start="360"/>
        <w:jc w:val="start"/>
        <w:rPr/>
      </w:pPr>
      <w:r>
        <w:rPr>
          <w:rFonts w:ascii="Calibri" w:hAnsi="Calibri"/>
          <w:b w:val="false"/>
          <w:i w:val="false"/>
          <w:color w:val="000000"/>
          <w:sz w:val="22"/>
        </w:rPr>
        <w:t>21. Eat is to verb as because is to ____</w:t>
      </w:r>
    </w:p>
    <w:p>
      <w:pPr>
        <w:pStyle w:val="Normal"/>
        <w:spacing w:before="0" w:after="60"/>
        <w:ind w:start="360"/>
        <w:jc w:val="start"/>
        <w:rPr/>
      </w:pPr>
      <w:r>
        <w:rPr>
          <w:rFonts w:ascii="Calibri" w:hAnsi="Calibri"/>
          <w:b w:val="false"/>
          <w:i w:val="false"/>
          <w:color w:val="000000"/>
          <w:sz w:val="22"/>
        </w:rPr>
        <w:t>A. adjective</w:t>
      </w:r>
    </w:p>
    <w:p>
      <w:pPr>
        <w:pStyle w:val="Normal"/>
        <w:spacing w:before="0" w:after="60"/>
        <w:ind w:start="360"/>
        <w:jc w:val="start"/>
        <w:rPr/>
      </w:pPr>
      <w:r>
        <w:rPr>
          <w:rFonts w:ascii="Calibri" w:hAnsi="Calibri"/>
          <w:b w:val="false"/>
          <w:i w:val="false"/>
          <w:color w:val="000000"/>
          <w:sz w:val="22"/>
        </w:rPr>
        <w:t>B. adverb</w:t>
      </w:r>
    </w:p>
    <w:p>
      <w:pPr>
        <w:pStyle w:val="Normal"/>
        <w:spacing w:before="0" w:after="60"/>
        <w:ind w:start="360"/>
        <w:jc w:val="start"/>
        <w:rPr/>
      </w:pPr>
      <w:r>
        <w:rPr>
          <w:rFonts w:ascii="Calibri" w:hAnsi="Calibri"/>
          <w:b w:val="false"/>
          <w:i w:val="false"/>
          <w:color w:val="000000"/>
          <w:sz w:val="22"/>
        </w:rPr>
        <w:t>C. conjunction</w:t>
      </w:r>
    </w:p>
    <w:p>
      <w:pPr>
        <w:pStyle w:val="Normal"/>
        <w:spacing w:before="0" w:after="60"/>
        <w:ind w:start="360"/>
        <w:jc w:val="start"/>
        <w:rPr/>
      </w:pPr>
      <w:r>
        <w:rPr>
          <w:rFonts w:ascii="Calibri" w:hAnsi="Calibri"/>
          <w:b w:val="false"/>
          <w:i w:val="false"/>
          <w:color w:val="000000"/>
          <w:sz w:val="22"/>
        </w:rPr>
        <w:t>D. pronoun</w:t>
      </w:r>
    </w:p>
    <w:p>
      <w:pPr>
        <w:pStyle w:val="Normal"/>
        <w:spacing w:before="0" w:after="60"/>
        <w:ind w:start="360"/>
        <w:jc w:val="start"/>
        <w:rPr/>
      </w:pPr>
      <w:r>
        <w:rPr>
          <w:rFonts w:ascii="Calibri" w:hAnsi="Calibri"/>
          <w:b w:val="false"/>
          <w:i w:val="false"/>
          <w:color w:val="000000"/>
          <w:sz w:val="22"/>
        </w:rPr>
        <w:t>22. Fish is to fingerling as goose is to____</w:t>
      </w:r>
    </w:p>
    <w:p>
      <w:pPr>
        <w:pStyle w:val="Normal"/>
        <w:spacing w:before="0" w:after="60"/>
        <w:ind w:start="360"/>
        <w:jc w:val="start"/>
        <w:rPr/>
      </w:pPr>
      <w:r>
        <w:rPr>
          <w:rFonts w:ascii="Calibri" w:hAnsi="Calibri"/>
          <w:b w:val="false"/>
          <w:i w:val="false"/>
          <w:color w:val="000000"/>
          <w:sz w:val="22"/>
        </w:rPr>
        <w:t>A. gooseling</w:t>
      </w:r>
    </w:p>
    <w:p>
      <w:pPr>
        <w:pStyle w:val="Normal"/>
        <w:spacing w:before="0" w:after="60"/>
        <w:ind w:start="360"/>
        <w:jc w:val="start"/>
        <w:rPr/>
      </w:pPr>
      <w:r>
        <w:rPr>
          <w:rFonts w:ascii="Calibri" w:hAnsi="Calibri"/>
          <w:b w:val="false"/>
          <w:i w:val="false"/>
          <w:color w:val="000000"/>
          <w:sz w:val="22"/>
        </w:rPr>
        <w:t>B. gosling</w:t>
      </w:r>
    </w:p>
    <w:p>
      <w:pPr>
        <w:pStyle w:val="Normal"/>
        <w:spacing w:before="0" w:after="60"/>
        <w:ind w:start="360"/>
        <w:jc w:val="start"/>
        <w:rPr/>
      </w:pPr>
      <w:r>
        <w:rPr>
          <w:rFonts w:ascii="Calibri" w:hAnsi="Calibri"/>
          <w:b w:val="false"/>
          <w:i w:val="false"/>
          <w:color w:val="000000"/>
          <w:sz w:val="22"/>
        </w:rPr>
        <w:t>C. chick</w:t>
      </w:r>
    </w:p>
    <w:p>
      <w:pPr>
        <w:pStyle w:val="Normal"/>
        <w:spacing w:before="0" w:after="60"/>
        <w:ind w:start="360"/>
        <w:jc w:val="start"/>
        <w:rPr/>
      </w:pPr>
      <w:r>
        <w:rPr>
          <w:rFonts w:ascii="Calibri" w:hAnsi="Calibri"/>
          <w:b w:val="false"/>
          <w:i w:val="false"/>
          <w:color w:val="000000"/>
          <w:sz w:val="22"/>
        </w:rPr>
        <w:t>D. egg</w:t>
      </w:r>
    </w:p>
    <w:p>
      <w:pPr>
        <w:pStyle w:val="Normal"/>
        <w:spacing w:before="0" w:after="60"/>
        <w:ind w:start="360"/>
        <w:jc w:val="start"/>
        <w:rPr/>
      </w:pPr>
      <w:r>
        <w:rPr>
          <w:rFonts w:ascii="Calibri" w:hAnsi="Calibri"/>
          <w:b w:val="false"/>
          <w:i w:val="false"/>
          <w:color w:val="000000"/>
          <w:sz w:val="22"/>
        </w:rPr>
        <w:t>23. Bull is to cow just as ram is to____</w:t>
      </w:r>
    </w:p>
    <w:p>
      <w:pPr>
        <w:pStyle w:val="Normal"/>
        <w:spacing w:before="0" w:after="60"/>
        <w:ind w:start="360"/>
        <w:jc w:val="start"/>
        <w:rPr/>
      </w:pPr>
      <w:r>
        <w:rPr>
          <w:rFonts w:ascii="Calibri" w:hAnsi="Calibri"/>
          <w:b w:val="false"/>
          <w:i w:val="false"/>
          <w:color w:val="000000"/>
          <w:sz w:val="22"/>
        </w:rPr>
        <w:t>A. goat</w:t>
      </w:r>
    </w:p>
    <w:p>
      <w:pPr>
        <w:pStyle w:val="Normal"/>
        <w:spacing w:before="0" w:after="60"/>
        <w:ind w:start="360"/>
        <w:jc w:val="start"/>
        <w:rPr/>
      </w:pPr>
      <w:r>
        <w:rPr>
          <w:rFonts w:ascii="Calibri" w:hAnsi="Calibri"/>
          <w:b w:val="false"/>
          <w:i w:val="false"/>
          <w:color w:val="000000"/>
          <w:sz w:val="22"/>
        </w:rPr>
        <w:t>B. she-ram</w:t>
      </w:r>
    </w:p>
    <w:p>
      <w:pPr>
        <w:pStyle w:val="Normal"/>
        <w:spacing w:before="0" w:after="60"/>
        <w:ind w:start="360"/>
        <w:jc w:val="start"/>
        <w:rPr/>
      </w:pPr>
      <w:r>
        <w:rPr>
          <w:rFonts w:ascii="Calibri" w:hAnsi="Calibri"/>
          <w:b w:val="false"/>
          <w:i w:val="false"/>
          <w:color w:val="000000"/>
          <w:sz w:val="22"/>
        </w:rPr>
        <w:t>C. lamb</w:t>
      </w:r>
    </w:p>
    <w:p>
      <w:pPr>
        <w:pStyle w:val="Normal"/>
        <w:spacing w:before="0" w:after="60"/>
        <w:ind w:start="360"/>
        <w:jc w:val="start"/>
        <w:rPr/>
      </w:pPr>
      <w:r>
        <w:rPr>
          <w:rFonts w:ascii="Calibri" w:hAnsi="Calibri"/>
          <w:b w:val="false"/>
          <w:i w:val="false"/>
          <w:color w:val="000000"/>
          <w:sz w:val="22"/>
        </w:rPr>
        <w:t>D. ewe</w:t>
      </w:r>
    </w:p>
    <w:p>
      <w:pPr>
        <w:pStyle w:val="Normal"/>
        <w:spacing w:before="160" w:after="80"/>
        <w:ind w:start="360"/>
        <w:jc w:val="start"/>
        <w:rPr/>
      </w:pPr>
      <w:r>
        <w:rPr>
          <w:rFonts w:ascii="Calibri" w:hAnsi="Calibri"/>
          <w:b/>
          <w:i/>
          <w:color w:val="000000"/>
          <w:sz w:val="22"/>
        </w:rPr>
        <w:t>For questions 24 and 25, choose the correct question tags</w:t>
      </w:r>
    </w:p>
    <w:p>
      <w:pPr>
        <w:pStyle w:val="Normal"/>
        <w:spacing w:before="0" w:after="60"/>
        <w:ind w:start="360"/>
        <w:jc w:val="start"/>
        <w:rPr/>
      </w:pPr>
      <w:r>
        <w:rPr>
          <w:rFonts w:ascii="Calibri" w:hAnsi="Calibri"/>
          <w:b w:val="false"/>
          <w:i w:val="false"/>
          <w:color w:val="000000"/>
          <w:sz w:val="22"/>
        </w:rPr>
        <w:t>24. They were not defeated in the tournament, ____?</w:t>
      </w:r>
    </w:p>
    <w:p>
      <w:pPr>
        <w:pStyle w:val="Normal"/>
        <w:spacing w:before="0" w:after="60"/>
        <w:ind w:start="360"/>
        <w:jc w:val="start"/>
        <w:rPr/>
      </w:pPr>
      <w:r>
        <w:rPr>
          <w:rFonts w:ascii="Calibri" w:hAnsi="Calibri"/>
          <w:b w:val="false"/>
          <w:i w:val="false"/>
          <w:color w:val="000000"/>
          <w:sz w:val="22"/>
        </w:rPr>
        <w:t>A. weren't they</w:t>
      </w:r>
    </w:p>
    <w:p>
      <w:pPr>
        <w:pStyle w:val="Normal"/>
        <w:spacing w:before="0" w:after="60"/>
        <w:ind w:start="360"/>
        <w:jc w:val="start"/>
        <w:rPr/>
      </w:pPr>
      <w:r>
        <w:rPr>
          <w:rFonts w:ascii="Calibri" w:hAnsi="Calibri"/>
          <w:b w:val="false"/>
          <w:i w:val="false"/>
          <w:color w:val="000000"/>
          <w:sz w:val="22"/>
        </w:rPr>
        <w:t>B. were they</w:t>
      </w:r>
    </w:p>
    <w:p>
      <w:pPr>
        <w:pStyle w:val="Normal"/>
        <w:spacing w:before="0" w:after="60"/>
        <w:ind w:start="360"/>
        <w:jc w:val="start"/>
        <w:rPr/>
      </w:pPr>
      <w:r>
        <w:rPr>
          <w:rFonts w:ascii="Calibri" w:hAnsi="Calibri"/>
          <w:b w:val="false"/>
          <w:i w:val="false"/>
          <w:color w:val="000000"/>
          <w:sz w:val="22"/>
        </w:rPr>
        <w:t>C. isn't it</w:t>
      </w:r>
    </w:p>
    <w:p>
      <w:pPr>
        <w:pStyle w:val="Normal"/>
        <w:spacing w:before="0" w:after="60"/>
        <w:ind w:start="360"/>
        <w:jc w:val="start"/>
        <w:rPr/>
      </w:pPr>
      <w:r>
        <w:rPr>
          <w:rFonts w:ascii="Calibri" w:hAnsi="Calibri"/>
          <w:b w:val="false"/>
          <w:i w:val="false"/>
          <w:color w:val="000000"/>
          <w:sz w:val="22"/>
        </w:rPr>
        <w:t>D. should they</w:t>
      </w:r>
    </w:p>
    <w:p>
      <w:pPr>
        <w:pStyle w:val="Normal"/>
        <w:spacing w:before="0" w:after="60"/>
        <w:ind w:start="360"/>
        <w:jc w:val="start"/>
        <w:rPr/>
      </w:pPr>
      <w:r>
        <w:rPr>
          <w:rFonts w:ascii="Calibri" w:hAnsi="Calibri"/>
          <w:b w:val="false"/>
          <w:i w:val="false"/>
          <w:color w:val="000000"/>
          <w:sz w:val="22"/>
        </w:rPr>
        <w:t>25. You must do your homework, ____?</w:t>
      </w:r>
    </w:p>
    <w:p>
      <w:pPr>
        <w:pStyle w:val="Normal"/>
        <w:spacing w:before="0" w:after="60"/>
        <w:ind w:start="360"/>
        <w:jc w:val="start"/>
        <w:rPr/>
      </w:pPr>
      <w:r>
        <w:rPr>
          <w:rFonts w:ascii="Calibri" w:hAnsi="Calibri"/>
          <w:b w:val="false"/>
          <w:i w:val="false"/>
          <w:color w:val="000000"/>
          <w:sz w:val="22"/>
        </w:rPr>
        <w:t>A. should you</w:t>
      </w:r>
    </w:p>
    <w:p>
      <w:pPr>
        <w:pStyle w:val="Normal"/>
        <w:spacing w:before="0" w:after="60"/>
        <w:ind w:start="360"/>
        <w:jc w:val="start"/>
        <w:rPr/>
      </w:pPr>
      <w:r>
        <w:rPr>
          <w:rFonts w:ascii="Calibri" w:hAnsi="Calibri"/>
          <w:b w:val="false"/>
          <w:i w:val="false"/>
          <w:color w:val="000000"/>
          <w:sz w:val="22"/>
        </w:rPr>
        <w:t>B. shan't you</w:t>
      </w:r>
    </w:p>
    <w:p>
      <w:pPr>
        <w:pStyle w:val="Normal"/>
        <w:spacing w:before="0" w:after="60"/>
        <w:ind w:start="360"/>
        <w:jc w:val="start"/>
        <w:rPr/>
      </w:pPr>
      <w:r>
        <w:rPr>
          <w:rFonts w:ascii="Calibri" w:hAnsi="Calibri"/>
          <w:b w:val="false"/>
          <w:i w:val="false"/>
          <w:color w:val="000000"/>
          <w:sz w:val="22"/>
        </w:rPr>
        <w:t>C. must you</w:t>
      </w:r>
    </w:p>
    <w:p>
      <w:pPr>
        <w:pStyle w:val="Normal"/>
        <w:spacing w:before="0" w:after="60"/>
        <w:ind w:start="360"/>
        <w:jc w:val="start"/>
        <w:rPr/>
      </w:pPr>
      <w:r>
        <w:rPr>
          <w:rFonts w:ascii="Calibri" w:hAnsi="Calibri"/>
          <w:b w:val="false"/>
          <w:i w:val="false"/>
          <w:color w:val="000000"/>
          <w:sz w:val="22"/>
        </w:rPr>
        <w:t>D. mustn't you</w:t>
      </w:r>
    </w:p>
    <w:p>
      <w:pPr>
        <w:pStyle w:val="Normal"/>
        <w:spacing w:before="160" w:after="80"/>
        <w:ind w:start="360"/>
        <w:jc w:val="start"/>
        <w:rPr/>
      </w:pPr>
      <w:r>
        <w:rPr>
          <w:rFonts w:ascii="Calibri" w:hAnsi="Calibri"/>
          <w:b/>
          <w:i/>
          <w:color w:val="000000"/>
          <w:sz w:val="22"/>
        </w:rPr>
        <w:t>Choose a similar word to the underlined word</w:t>
      </w:r>
    </w:p>
    <w:p>
      <w:pPr>
        <w:pStyle w:val="Normal"/>
        <w:spacing w:before="0" w:after="60"/>
        <w:ind w:start="360"/>
        <w:jc w:val="start"/>
        <w:rPr/>
      </w:pPr>
      <w:r>
        <w:rPr>
          <w:rFonts w:ascii="Calibri" w:hAnsi="Calibri"/>
          <w:b w:val="false"/>
          <w:i w:val="false"/>
          <w:color w:val="000000"/>
          <w:sz w:val="22"/>
        </w:rPr>
        <w:t xml:space="preserve">26. I really need your </w:t>
      </w:r>
      <w:r>
        <w:rPr>
          <w:rFonts w:ascii="Calibri" w:hAnsi="Calibri"/>
          <w:b w:val="false"/>
          <w:i w:val="false"/>
          <w:color w:val="000000"/>
          <w:sz w:val="22"/>
          <w:u w:val="single"/>
        </w:rPr>
        <w:t>assistance</w:t>
      </w:r>
      <w:r>
        <w:rPr>
          <w:rFonts w:ascii="Calibri" w:hAnsi="Calibri"/>
          <w:b w:val="false"/>
          <w:i w:val="false"/>
          <w:color w:val="000000"/>
          <w:sz w:val="22"/>
        </w:rPr>
        <w:t xml:space="preserve"> immediately.</w:t>
      </w:r>
    </w:p>
    <w:p>
      <w:pPr>
        <w:pStyle w:val="Normal"/>
        <w:spacing w:before="0" w:after="60"/>
        <w:ind w:start="360"/>
        <w:jc w:val="start"/>
        <w:rPr/>
      </w:pPr>
      <w:r>
        <w:rPr>
          <w:rFonts w:ascii="Calibri" w:hAnsi="Calibri"/>
          <w:b w:val="false"/>
          <w:i w:val="false"/>
          <w:color w:val="000000"/>
          <w:sz w:val="22"/>
        </w:rPr>
        <w:t>A. Money</w:t>
      </w:r>
    </w:p>
    <w:p>
      <w:pPr>
        <w:pStyle w:val="Normal"/>
        <w:spacing w:before="0" w:after="60"/>
        <w:ind w:start="360"/>
        <w:jc w:val="start"/>
        <w:rPr/>
      </w:pPr>
      <w:r>
        <w:rPr>
          <w:rFonts w:ascii="Calibri" w:hAnsi="Calibri"/>
          <w:b w:val="false"/>
          <w:i w:val="false"/>
          <w:color w:val="000000"/>
          <w:sz w:val="22"/>
        </w:rPr>
        <w:t>B. Cash</w:t>
      </w:r>
    </w:p>
    <w:p>
      <w:pPr>
        <w:pStyle w:val="Normal"/>
        <w:spacing w:before="0" w:after="60"/>
        <w:ind w:start="360"/>
        <w:jc w:val="start"/>
        <w:rPr/>
      </w:pPr>
      <w:r>
        <w:rPr>
          <w:rFonts w:ascii="Calibri" w:hAnsi="Calibri"/>
          <w:b w:val="false"/>
          <w:i w:val="false"/>
          <w:color w:val="000000"/>
          <w:sz w:val="22"/>
        </w:rPr>
        <w:t>C. Help</w:t>
      </w:r>
    </w:p>
    <w:p>
      <w:pPr>
        <w:pStyle w:val="Normal"/>
        <w:spacing w:before="0" w:after="60"/>
        <w:ind w:start="360"/>
        <w:jc w:val="start"/>
        <w:rPr/>
      </w:pPr>
      <w:r>
        <w:rPr>
          <w:rFonts w:ascii="Calibri" w:hAnsi="Calibri"/>
          <w:b w:val="false"/>
          <w:i w:val="false"/>
          <w:color w:val="000000"/>
          <w:sz w:val="22"/>
        </w:rPr>
        <w:t>D. Helper</w:t>
      </w:r>
    </w:p>
    <w:p>
      <w:pPr>
        <w:pStyle w:val="Normal"/>
        <w:spacing w:before="0" w:after="60"/>
        <w:ind w:start="360"/>
        <w:jc w:val="start"/>
        <w:rPr/>
      </w:pPr>
      <w:r>
        <w:rPr>
          <w:rFonts w:ascii="Calibri" w:hAnsi="Calibri"/>
          <w:b w:val="false"/>
          <w:i w:val="false"/>
          <w:color w:val="000000"/>
          <w:sz w:val="22"/>
        </w:rPr>
        <w:t xml:space="preserve">27. The rain has not </w:t>
      </w:r>
      <w:r>
        <w:rPr>
          <w:rFonts w:ascii="Calibri" w:hAnsi="Calibri"/>
          <w:b w:val="false"/>
          <w:i w:val="false"/>
          <w:color w:val="000000"/>
          <w:sz w:val="22"/>
          <w:u w:val="single"/>
        </w:rPr>
        <w:t>ceased</w:t>
      </w:r>
      <w:r>
        <w:rPr>
          <w:rFonts w:ascii="Calibri" w:hAnsi="Calibri"/>
          <w:b w:val="false"/>
          <w:i w:val="false"/>
          <w:color w:val="000000"/>
          <w:sz w:val="22"/>
        </w:rPr>
        <w:t>.</w:t>
      </w:r>
    </w:p>
    <w:p>
      <w:pPr>
        <w:pStyle w:val="Normal"/>
        <w:spacing w:before="0" w:after="60"/>
        <w:ind w:start="360"/>
        <w:jc w:val="start"/>
        <w:rPr/>
      </w:pPr>
      <w:r>
        <w:rPr>
          <w:rFonts w:ascii="Calibri" w:hAnsi="Calibri"/>
          <w:b w:val="false"/>
          <w:i w:val="false"/>
          <w:color w:val="000000"/>
          <w:sz w:val="22"/>
        </w:rPr>
        <w:t>A. started</w:t>
      </w:r>
    </w:p>
    <w:p>
      <w:pPr>
        <w:pStyle w:val="Normal"/>
        <w:spacing w:before="0" w:after="60"/>
        <w:ind w:start="360"/>
        <w:jc w:val="start"/>
        <w:rPr/>
      </w:pPr>
      <w:r>
        <w:rPr>
          <w:rFonts w:ascii="Calibri" w:hAnsi="Calibri"/>
          <w:b w:val="false"/>
          <w:i w:val="false"/>
          <w:color w:val="000000"/>
          <w:sz w:val="22"/>
        </w:rPr>
        <w:t>B. stopped</w:t>
      </w:r>
    </w:p>
    <w:p>
      <w:pPr>
        <w:pStyle w:val="Normal"/>
        <w:spacing w:before="0" w:after="60"/>
        <w:ind w:start="360"/>
        <w:jc w:val="start"/>
        <w:rPr/>
      </w:pPr>
      <w:r>
        <w:rPr>
          <w:rFonts w:ascii="Calibri" w:hAnsi="Calibri"/>
          <w:b w:val="false"/>
          <w:i w:val="false"/>
          <w:color w:val="000000"/>
          <w:sz w:val="22"/>
        </w:rPr>
        <w:t>C. rained</w:t>
      </w:r>
    </w:p>
    <w:p>
      <w:pPr>
        <w:pStyle w:val="Normal"/>
        <w:spacing w:before="0" w:after="60"/>
        <w:ind w:start="360"/>
        <w:jc w:val="start"/>
        <w:rPr/>
      </w:pPr>
      <w:r>
        <w:rPr>
          <w:rFonts w:ascii="Calibri" w:hAnsi="Calibri"/>
          <w:b w:val="false"/>
          <w:i w:val="false"/>
          <w:color w:val="000000"/>
          <w:sz w:val="22"/>
        </w:rPr>
        <w:t>D. commenced</w:t>
      </w:r>
    </w:p>
    <w:p>
      <w:pPr>
        <w:pStyle w:val="Normal"/>
        <w:spacing w:before="0" w:after="60"/>
        <w:ind w:start="360"/>
        <w:jc w:val="start"/>
        <w:rPr/>
      </w:pPr>
      <w:r>
        <w:rPr>
          <w:rFonts w:ascii="Calibri" w:hAnsi="Calibri"/>
          <w:b w:val="false"/>
          <w:i w:val="false"/>
          <w:color w:val="000000"/>
          <w:sz w:val="22"/>
        </w:rPr>
        <w:t xml:space="preserve">28. I don't have </w:t>
      </w:r>
      <w:r>
        <w:rPr>
          <w:rFonts w:ascii="Calibri" w:hAnsi="Calibri"/>
          <w:b w:val="false"/>
          <w:i w:val="false"/>
          <w:color w:val="000000"/>
          <w:sz w:val="22"/>
          <w:u w:val="single"/>
        </w:rPr>
        <w:t>sufficient</w:t>
      </w:r>
      <w:r>
        <w:rPr>
          <w:rFonts w:ascii="Calibri" w:hAnsi="Calibri"/>
          <w:b w:val="false"/>
          <w:i w:val="false"/>
          <w:color w:val="000000"/>
          <w:sz w:val="22"/>
        </w:rPr>
        <w:t xml:space="preserve"> time to travel up country.</w:t>
      </w:r>
    </w:p>
    <w:p>
      <w:pPr>
        <w:pStyle w:val="Normal"/>
        <w:spacing w:before="0" w:after="60"/>
        <w:ind w:start="360"/>
        <w:jc w:val="start"/>
        <w:rPr/>
      </w:pPr>
      <w:r>
        <w:rPr>
          <w:rFonts w:ascii="Calibri" w:hAnsi="Calibri"/>
          <w:b w:val="false"/>
          <w:i w:val="false"/>
          <w:color w:val="000000"/>
          <w:sz w:val="22"/>
        </w:rPr>
        <w:t>A. more</w:t>
      </w:r>
    </w:p>
    <w:p>
      <w:pPr>
        <w:pStyle w:val="Normal"/>
        <w:spacing w:before="0" w:after="60"/>
        <w:ind w:start="360"/>
        <w:jc w:val="start"/>
        <w:rPr/>
      </w:pPr>
      <w:r>
        <w:rPr>
          <w:rFonts w:ascii="Calibri" w:hAnsi="Calibri"/>
          <w:b w:val="false"/>
          <w:i w:val="false"/>
          <w:color w:val="000000"/>
          <w:sz w:val="22"/>
        </w:rPr>
        <w:t>B. much</w:t>
      </w:r>
    </w:p>
    <w:p>
      <w:pPr>
        <w:pStyle w:val="Normal"/>
        <w:spacing w:before="0" w:after="60"/>
        <w:ind w:start="360"/>
        <w:jc w:val="start"/>
        <w:rPr/>
      </w:pPr>
      <w:r>
        <w:rPr>
          <w:rFonts w:ascii="Calibri" w:hAnsi="Calibri"/>
          <w:b w:val="false"/>
          <w:i w:val="false"/>
          <w:color w:val="000000"/>
          <w:sz w:val="22"/>
        </w:rPr>
        <w:t>C. little</w:t>
      </w:r>
    </w:p>
    <w:p>
      <w:pPr>
        <w:pStyle w:val="Normal"/>
        <w:spacing w:before="0" w:after="60"/>
        <w:ind w:start="360"/>
        <w:jc w:val="start"/>
        <w:rPr/>
      </w:pPr>
      <w:r>
        <w:rPr>
          <w:rFonts w:ascii="Calibri" w:hAnsi="Calibri"/>
          <w:b w:val="false"/>
          <w:i w:val="false"/>
          <w:color w:val="000000"/>
          <w:sz w:val="22"/>
        </w:rPr>
        <w:t>D. enough</w:t>
      </w:r>
    </w:p>
    <w:p>
      <w:pPr>
        <w:pStyle w:val="Normal"/>
        <w:spacing w:before="160" w:after="80"/>
        <w:ind w:start="360"/>
        <w:jc w:val="start"/>
        <w:rPr/>
      </w:pPr>
      <w:r>
        <w:rPr>
          <w:rFonts w:ascii="Calibri" w:hAnsi="Calibri"/>
          <w:b/>
          <w:i/>
          <w:color w:val="000000"/>
          <w:sz w:val="22"/>
        </w:rPr>
        <w:t>For questions 29 and 30, select the correct word to complete the sentences</w:t>
      </w:r>
    </w:p>
    <w:p>
      <w:pPr>
        <w:pStyle w:val="Normal"/>
        <w:spacing w:before="0" w:after="60"/>
        <w:ind w:start="360"/>
        <w:jc w:val="start"/>
        <w:rPr/>
      </w:pPr>
      <w:r>
        <w:rPr>
          <w:rFonts w:ascii="Calibri" w:hAnsi="Calibri"/>
          <w:b w:val="false"/>
          <w:i w:val="false"/>
          <w:color w:val="000000"/>
          <w:sz w:val="22"/>
        </w:rPr>
        <w:t>29. ____ the carrots before cooking them.</w:t>
      </w:r>
    </w:p>
    <w:p>
      <w:pPr>
        <w:pStyle w:val="Normal"/>
        <w:spacing w:before="0" w:after="60"/>
        <w:ind w:start="360"/>
        <w:jc w:val="start"/>
        <w:rPr/>
      </w:pPr>
      <w:r>
        <w:rPr>
          <w:rFonts w:ascii="Calibri" w:hAnsi="Calibri"/>
          <w:b w:val="false"/>
          <w:i w:val="false"/>
          <w:color w:val="000000"/>
          <w:sz w:val="22"/>
        </w:rPr>
        <w:t>A. Greet</w:t>
      </w:r>
    </w:p>
    <w:p>
      <w:pPr>
        <w:pStyle w:val="Normal"/>
        <w:spacing w:before="0" w:after="60"/>
        <w:ind w:start="360"/>
        <w:jc w:val="start"/>
        <w:rPr/>
      </w:pPr>
      <w:r>
        <w:rPr>
          <w:rFonts w:ascii="Calibri" w:hAnsi="Calibri"/>
          <w:b w:val="false"/>
          <w:i w:val="false"/>
          <w:color w:val="000000"/>
          <w:sz w:val="22"/>
        </w:rPr>
        <w:t>B. Great</w:t>
      </w:r>
    </w:p>
    <w:p>
      <w:pPr>
        <w:pStyle w:val="Normal"/>
        <w:spacing w:before="0" w:after="60"/>
        <w:ind w:start="360"/>
        <w:jc w:val="start"/>
        <w:rPr/>
      </w:pPr>
      <w:r>
        <w:rPr>
          <w:rFonts w:ascii="Calibri" w:hAnsi="Calibri"/>
          <w:b w:val="false"/>
          <w:i w:val="false"/>
          <w:color w:val="000000"/>
          <w:sz w:val="22"/>
        </w:rPr>
        <w:t>C. Crate</w:t>
      </w:r>
    </w:p>
    <w:p>
      <w:pPr>
        <w:pStyle w:val="Normal"/>
        <w:spacing w:before="0" w:after="60"/>
        <w:ind w:start="360"/>
        <w:jc w:val="start"/>
        <w:rPr/>
      </w:pPr>
      <w:r>
        <w:rPr>
          <w:rFonts w:ascii="Calibri" w:hAnsi="Calibri"/>
          <w:b w:val="false"/>
          <w:i w:val="false"/>
          <w:color w:val="000000"/>
          <w:sz w:val="22"/>
        </w:rPr>
        <w:t>D. Grate</w:t>
      </w:r>
    </w:p>
    <w:p>
      <w:pPr>
        <w:pStyle w:val="Normal"/>
        <w:spacing w:before="0" w:after="60"/>
        <w:ind w:start="360"/>
        <w:jc w:val="start"/>
        <w:rPr/>
      </w:pPr>
      <w:r>
        <w:rPr>
          <w:rFonts w:ascii="Calibri" w:hAnsi="Calibri"/>
          <w:b w:val="false"/>
          <w:i w:val="false"/>
          <w:color w:val="000000"/>
          <w:sz w:val="22"/>
        </w:rPr>
        <w:t>30. I waited for him for a ____ hour.</w:t>
      </w:r>
    </w:p>
    <w:p>
      <w:pPr>
        <w:pStyle w:val="Normal"/>
        <w:spacing w:before="0" w:after="60"/>
        <w:ind w:start="360"/>
        <w:jc w:val="start"/>
        <w:rPr/>
      </w:pPr>
      <w:r>
        <w:rPr>
          <w:rFonts w:ascii="Calibri" w:hAnsi="Calibri"/>
          <w:b w:val="false"/>
          <w:i w:val="false"/>
          <w:color w:val="000000"/>
          <w:sz w:val="22"/>
        </w:rPr>
        <w:t>A. hole</w:t>
      </w:r>
    </w:p>
    <w:p>
      <w:pPr>
        <w:pStyle w:val="Normal"/>
        <w:spacing w:before="0" w:after="60"/>
        <w:ind w:start="360"/>
        <w:jc w:val="start"/>
        <w:rPr/>
      </w:pPr>
      <w:r>
        <w:rPr>
          <w:rFonts w:ascii="Calibri" w:hAnsi="Calibri"/>
          <w:b w:val="false"/>
          <w:i w:val="false"/>
          <w:color w:val="000000"/>
          <w:sz w:val="22"/>
        </w:rPr>
        <w:t>B. whole</w:t>
      </w:r>
    </w:p>
    <w:p>
      <w:pPr>
        <w:pStyle w:val="Normal"/>
        <w:spacing w:before="0" w:after="60"/>
        <w:ind w:start="360"/>
        <w:jc w:val="start"/>
        <w:rPr/>
      </w:pPr>
      <w:r>
        <w:rPr>
          <w:rFonts w:ascii="Calibri" w:hAnsi="Calibri"/>
          <w:b w:val="false"/>
          <w:i w:val="false"/>
          <w:color w:val="000000"/>
          <w:sz w:val="22"/>
        </w:rPr>
        <w:t>C. owl</w:t>
      </w:r>
    </w:p>
    <w:p>
      <w:pPr>
        <w:pStyle w:val="Normal"/>
        <w:spacing w:before="0" w:after="60"/>
        <w:ind w:start="360"/>
        <w:jc w:val="start"/>
        <w:rPr/>
      </w:pPr>
      <w:r>
        <w:rPr>
          <w:rFonts w:ascii="Calibri" w:hAnsi="Calibri"/>
          <w:b w:val="false"/>
          <w:i w:val="false"/>
          <w:color w:val="000000"/>
          <w:sz w:val="22"/>
        </w:rPr>
        <w:t>D. wall</w:t>
      </w:r>
    </w:p>
    <w:p>
      <w:pPr>
        <w:pStyle w:val="Normal"/>
        <w:spacing w:before="0" w:after="40"/>
        <w:ind w:start="0"/>
        <w:jc w:val="center"/>
        <w:rPr>
          <w:rFonts w:ascii="Calibri" w:hAnsi="Calibri"/>
          <w:b/>
          <w:i w:val="false"/>
          <w:color w:val="000000"/>
          <w:sz w:val="28"/>
        </w:rPr>
      </w:pPr>
      <w:r>
        <w:rPr>
          <w:rFonts w:ascii="Calibri" w:hAnsi="Calibri"/>
          <w:b/>
          <w:i w:val="false"/>
          <w:color w:val="000000"/>
          <w:sz w:val="28"/>
        </w:rPr>
      </w:r>
      <w:r>
        <w:br w:type="page"/>
      </w:r>
    </w:p>
    <w:p>
      <w:pPr>
        <w:pStyle w:val="Normal"/>
        <w:spacing w:before="0" w:after="40"/>
        <w:ind w:start="0"/>
        <w:jc w:val="start"/>
        <w:rPr>
          <w:rFonts w:ascii="Calibri" w:hAnsi="Calibri"/>
          <w:b/>
          <w:i w:val="false"/>
          <w:color w:val="000000"/>
          <w:sz w:val="26"/>
        </w:rPr>
      </w:pPr>
      <w:r>
        <w:rPr/>
      </w:r>
    </w:p>
    <w:p>
      <w:pPr>
        <w:pStyle w:val="Normal"/>
        <w:spacing w:before="0" w:after="80"/>
        <w:ind w:start="0"/>
        <w:jc w:val="start"/>
        <w:rPr/>
      </w:pPr>
      <w:r>
        <w:rPr>
          <w:rFonts w:ascii="Calibri" w:hAnsi="Calibri"/>
          <w:b/>
          <w:i w:val="false"/>
          <w:color w:val="000000"/>
          <w:sz w:val="26"/>
        </w:rPr>
        <w:t>ENGLISH: COMPOSITION</w:t>
      </w:r>
    </w:p>
    <w:p>
      <w:pPr>
        <w:pStyle w:val="Normal"/>
        <w:spacing w:before="0" w:after="40"/>
        <w:ind w:start="0"/>
        <w:jc w:val="start"/>
        <w:rPr/>
      </w:pPr>
      <w:r>
        <w:rPr>
          <w:rFonts w:ascii="Calibri" w:hAnsi="Calibri"/>
          <w:b/>
          <w:i w:val="false"/>
          <w:color w:val="000000"/>
          <w:sz w:val="26"/>
        </w:rPr>
        <w:t xml:space="preserve">GRADE 6 </w:t>
      </w:r>
    </w:p>
    <w:p>
      <w:pPr>
        <w:pStyle w:val="Normal"/>
        <w:spacing w:before="0" w:after="120"/>
        <w:ind w:start="0"/>
        <w:jc w:val="start"/>
        <w:rPr/>
      </w:pPr>
      <w:r>
        <w:rPr>
          <w:rFonts w:ascii="Calibri" w:hAnsi="Calibri"/>
          <w:b/>
          <w:i w:val="false"/>
          <w:color w:val="000000"/>
          <w:sz w:val="22"/>
        </w:rPr>
        <w:t>TIME: 40 mins</w:t>
      </w:r>
    </w:p>
    <w:p>
      <w:pPr>
        <w:pStyle w:val="Normal"/>
        <w:spacing w:before="160" w:after="80"/>
        <w:ind w:hanging="0" w:start="0"/>
        <w:jc w:val="start"/>
        <w:rPr/>
      </w:pPr>
      <w:r>
        <w:rPr>
          <w:rFonts w:ascii="Calibri" w:hAnsi="Calibri"/>
          <w:b/>
          <w:i/>
          <w:color w:val="000000"/>
          <w:sz w:val="22"/>
        </w:rPr>
        <w:t>Write a letter to your parent or guardian telling him or her of how you are at school and share with him or her your preparations for the upcoming KPSEA exams in the month of October this year.</w:t>
      </w:r>
    </w:p>
    <w:p>
      <w:pPr>
        <w:pStyle w:val="Normal"/>
        <w:spacing w:before="0" w:after="40"/>
        <w:ind w:start="0"/>
        <w:jc w:val="start"/>
        <w:rPr>
          <w:rFonts w:ascii="Calibri" w:hAnsi="Calibri"/>
          <w:b/>
          <w:i w:val="false"/>
          <w:color w:val="000000"/>
          <w:sz w:val="28"/>
        </w:rPr>
      </w:pPr>
      <w:r>
        <w:rPr>
          <w:rFonts w:ascii="Calibri" w:hAnsi="Calibri"/>
          <w:b/>
          <w:i w:val="false"/>
          <w:color w:val="000000"/>
          <w:sz w:val="28"/>
        </w:rPr>
      </w:r>
      <w:r>
        <w:br w:type="page"/>
      </w:r>
    </w:p>
    <w:p>
      <w:pPr>
        <w:pStyle w:val="Normal"/>
        <w:spacing w:before="0" w:after="80"/>
        <w:ind w:start="0"/>
        <w:jc w:val="start"/>
        <w:rPr/>
      </w:pPr>
      <w:r>
        <w:rPr>
          <w:rFonts w:ascii="Calibri" w:hAnsi="Calibri"/>
          <w:b/>
          <w:i w:val="false"/>
          <w:color w:val="000000"/>
          <w:sz w:val="26"/>
        </w:rPr>
        <w:t>KISWAHILI: LUGHA</w:t>
      </w:r>
    </w:p>
    <w:p>
      <w:pPr>
        <w:pStyle w:val="Normal"/>
        <w:spacing w:before="0" w:after="40"/>
        <w:ind w:start="0"/>
        <w:jc w:val="start"/>
        <w:rPr/>
      </w:pPr>
      <w:r>
        <w:rPr>
          <w:rFonts w:ascii="Calibri" w:hAnsi="Calibri"/>
          <w:b/>
          <w:i w:val="false"/>
          <w:color w:val="000000"/>
          <w:sz w:val="26"/>
        </w:rPr>
        <w:t>GREDI YA SITA</w:t>
      </w:r>
    </w:p>
    <w:p>
      <w:pPr>
        <w:pStyle w:val="Normal"/>
        <w:spacing w:before="0" w:after="120"/>
        <w:ind w:start="0"/>
        <w:jc w:val="start"/>
        <w:rPr/>
      </w:pPr>
      <w:r>
        <w:rPr>
          <w:rFonts w:ascii="Calibri" w:hAnsi="Calibri"/>
          <w:b/>
          <w:i w:val="false"/>
          <w:color w:val="000000"/>
          <w:sz w:val="22"/>
        </w:rPr>
        <w:t>MUDA: SAA 1</w:t>
      </w:r>
    </w:p>
    <w:p>
      <w:pPr>
        <w:pStyle w:val="Normal"/>
        <w:spacing w:before="160" w:after="80"/>
        <w:ind w:start="360"/>
        <w:jc w:val="start"/>
        <w:rPr>
          <w:rFonts w:ascii="Calibri" w:hAnsi="Calibri"/>
          <w:b/>
          <w:i/>
          <w:color w:val="000000"/>
          <w:sz w:val="22"/>
        </w:rPr>
      </w:pPr>
      <w:r>
        <w:rPr>
          <w:rFonts w:ascii="Calibri" w:hAnsi="Calibri"/>
          <w:b/>
          <w:i/>
          <w:color w:val="000000"/>
          <w:sz w:val="22"/>
        </w:rPr>
        <w:t>Soma mazungumzo haya kisha ujibu swali la 1 hadi la 5</w:t>
      </w:r>
    </w:p>
    <w:p>
      <w:pPr>
        <w:pStyle w:val="Normal"/>
        <w:spacing w:before="160" w:after="80"/>
        <w:ind w:start="360"/>
        <w:jc w:val="start"/>
        <w:rPr>
          <w:rFonts w:ascii="Calibri" w:hAnsi="Calibri"/>
          <w:b/>
          <w:i/>
          <w:color w:val="000000"/>
          <w:sz w:val="22"/>
        </w:rPr>
      </w:pPr>
      <w:r>
        <w:rPr>
          <w:rFonts w:ascii="Calibri" w:hAnsi="Calibri"/>
          <w:b/>
          <w:i/>
          <w:color w:val="000000"/>
          <w:sz w:val="22"/>
        </w:rPr>
        <w:drawing>
          <wp:anchor distT="0" distB="0" distL="0" distR="0" simplePos="0" relativeHeight="13" behindDoc="0" locked="0" layoutInCell="0" allowOverlap="1">
            <wp:simplePos x="0" y="0"/>
            <wp:positionH relativeFrom="column">
              <wp:posOffset>266700</wp:posOffset>
            </wp:positionH>
            <wp:positionV relativeFrom="paragraph">
              <wp:posOffset>12065</wp:posOffset>
            </wp:positionV>
            <wp:extent cx="4801235" cy="1943100"/>
            <wp:effectExtent l="0" t="0" r="0" b="0"/>
            <wp:wrapSquare wrapText="largest"/>
            <wp:docPr id="12" name="Imag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2"/>
                    <pic:cNvPicPr>
                      <a:picLocks noChangeAspect="1" noChangeArrowheads="1"/>
                    </pic:cNvPicPr>
                  </pic:nvPicPr>
                  <pic:blipFill>
                    <a:blip r:embed="rId13"/>
                    <a:stretch>
                      <a:fillRect/>
                    </a:stretch>
                  </pic:blipFill>
                  <pic:spPr bwMode="auto">
                    <a:xfrm>
                      <a:off x="0" y="0"/>
                      <a:ext cx="4801235" cy="1943100"/>
                    </a:xfrm>
                    <a:prstGeom prst="rect">
                      <a:avLst/>
                    </a:prstGeom>
                    <a:noFill/>
                  </pic:spPr>
                </pic:pic>
              </a:graphicData>
            </a:graphic>
          </wp:anchor>
        </w:drawing>
      </w:r>
    </w:p>
    <w:p>
      <w:pPr>
        <w:pStyle w:val="Normal"/>
        <w:spacing w:before="160" w:after="80"/>
        <w:ind w:start="360"/>
        <w:jc w:val="start"/>
        <w:rPr>
          <w:rFonts w:ascii="Calibri" w:hAnsi="Calibri"/>
          <w:b/>
          <w:i/>
          <w:color w:val="000000"/>
          <w:sz w:val="22"/>
        </w:rPr>
      </w:pPr>
      <w:r>
        <w:rPr>
          <w:rFonts w:ascii="Calibri" w:hAnsi="Calibri"/>
          <w:b/>
          <w:i/>
          <w:color w:val="000000"/>
          <w:sz w:val="22"/>
        </w:rPr>
      </w:r>
    </w:p>
    <w:p>
      <w:pPr>
        <w:pStyle w:val="Normal"/>
        <w:spacing w:before="160" w:after="80"/>
        <w:ind w:start="360"/>
        <w:jc w:val="start"/>
        <w:rPr>
          <w:rFonts w:ascii="Calibri" w:hAnsi="Calibri"/>
          <w:b/>
          <w:i/>
          <w:color w:val="000000"/>
          <w:sz w:val="22"/>
        </w:rPr>
      </w:pPr>
      <w:r>
        <w:rPr>
          <w:rFonts w:ascii="Calibri" w:hAnsi="Calibri"/>
          <w:b/>
          <w:i/>
          <w:color w:val="000000"/>
          <w:sz w:val="22"/>
        </w:rPr>
      </w:r>
    </w:p>
    <w:p>
      <w:pPr>
        <w:pStyle w:val="Normal"/>
        <w:spacing w:before="160" w:after="80"/>
        <w:ind w:start="360"/>
        <w:jc w:val="start"/>
        <w:rPr>
          <w:rFonts w:ascii="Calibri" w:hAnsi="Calibri"/>
          <w:b/>
          <w:i/>
          <w:color w:val="000000"/>
          <w:sz w:val="22"/>
        </w:rPr>
      </w:pPr>
      <w:r>
        <w:rPr>
          <w:rFonts w:ascii="Calibri" w:hAnsi="Calibri"/>
          <w:b/>
          <w:i/>
          <w:color w:val="000000"/>
          <w:sz w:val="22"/>
        </w:rPr>
      </w:r>
    </w:p>
    <w:p>
      <w:pPr>
        <w:pStyle w:val="Normal"/>
        <w:spacing w:before="160" w:after="80"/>
        <w:ind w:start="360"/>
        <w:jc w:val="start"/>
        <w:rPr>
          <w:rFonts w:ascii="Calibri" w:hAnsi="Calibri"/>
          <w:b/>
          <w:i/>
          <w:color w:val="000000"/>
          <w:sz w:val="22"/>
        </w:rPr>
      </w:pPr>
      <w:r>
        <w:rPr>
          <w:rFonts w:ascii="Calibri" w:hAnsi="Calibri"/>
          <w:b/>
          <w:i/>
          <w:color w:val="000000"/>
          <w:sz w:val="22"/>
        </w:rPr>
      </w:r>
    </w:p>
    <w:p>
      <w:pPr>
        <w:pStyle w:val="Normal"/>
        <w:spacing w:before="160" w:after="80"/>
        <w:ind w:start="360"/>
        <w:jc w:val="start"/>
        <w:rPr>
          <w:rFonts w:ascii="Calibri" w:hAnsi="Calibri"/>
          <w:b/>
          <w:i/>
          <w:color w:val="000000"/>
          <w:sz w:val="22"/>
        </w:rPr>
      </w:pPr>
      <w:r>
        <w:rPr>
          <w:rFonts w:ascii="Calibri" w:hAnsi="Calibri"/>
          <w:b/>
          <w:i/>
          <w:color w:val="000000"/>
          <w:sz w:val="22"/>
        </w:rPr>
      </w:r>
    </w:p>
    <w:p>
      <w:pPr>
        <w:pStyle w:val="Normal"/>
        <w:spacing w:before="160" w:after="80"/>
        <w:ind w:start="360"/>
        <w:jc w:val="start"/>
        <w:rPr>
          <w:rFonts w:ascii="Calibri" w:hAnsi="Calibri"/>
          <w:b/>
          <w:i/>
          <w:color w:val="000000"/>
          <w:sz w:val="22"/>
        </w:rPr>
      </w:pPr>
      <w:r>
        <w:rPr>
          <w:rFonts w:ascii="Calibri" w:hAnsi="Calibri"/>
          <w:b/>
          <w:i/>
          <w:color w:val="000000"/>
          <w:sz w:val="22"/>
        </w:rPr>
      </w:r>
    </w:p>
    <w:p>
      <w:pPr>
        <w:pStyle w:val="Normal"/>
        <w:spacing w:before="0" w:after="60"/>
        <w:ind w:start="360"/>
        <w:jc w:val="start"/>
        <w:rPr/>
      </w:pPr>
      <w:r>
        <w:rPr>
          <w:rFonts w:ascii="Calibri" w:hAnsi="Calibri"/>
          <w:b w:val="false"/>
          <w:i w:val="false"/>
          <w:color w:val="000000"/>
          <w:sz w:val="22"/>
        </w:rPr>
        <w:t>(Ni adhuhuri. Pato na Lisa wanakutana bwawani. Ni msimu wa masika.)</w:t>
      </w:r>
    </w:p>
    <w:p>
      <w:pPr>
        <w:pStyle w:val="Normal"/>
        <w:spacing w:before="0" w:after="60"/>
        <w:ind w:start="360"/>
        <w:jc w:val="start"/>
        <w:rPr/>
      </w:pPr>
      <w:r>
        <w:rPr>
          <w:rFonts w:ascii="Calibri" w:hAnsi="Calibri"/>
          <w:b w:val="false"/>
          <w:i w:val="false"/>
          <w:color w:val="000000"/>
          <w:sz w:val="22"/>
        </w:rPr>
        <w:t>Pato: Hujambo mwenzangu. U hali gani?</w:t>
      </w:r>
    </w:p>
    <w:p>
      <w:pPr>
        <w:pStyle w:val="Normal"/>
        <w:spacing w:before="0" w:after="60"/>
        <w:ind w:start="360"/>
        <w:jc w:val="start"/>
        <w:rPr/>
      </w:pPr>
      <w:r>
        <w:rPr>
          <w:rFonts w:ascii="Calibri" w:hAnsi="Calibri"/>
          <w:b w:val="false"/>
          <w:i w:val="false"/>
          <w:color w:val="000000"/>
          <w:sz w:val="22"/>
        </w:rPr>
        <w:t>Lisa: Sijambo. Shikamoo.</w:t>
      </w:r>
    </w:p>
    <w:p>
      <w:pPr>
        <w:pStyle w:val="Normal"/>
        <w:spacing w:before="0" w:after="60"/>
        <w:ind w:start="360"/>
        <w:jc w:val="start"/>
        <w:rPr/>
      </w:pPr>
      <w:r>
        <w:rPr>
          <w:rFonts w:ascii="Calibri" w:hAnsi="Calibri"/>
          <w:b w:val="false"/>
          <w:i w:val="false"/>
          <w:color w:val="000000"/>
          <w:sz w:val="22"/>
        </w:rPr>
        <w:t>Pato: Marahaba. Mbona ukafikiria kuja hapa bwawani? Umekuja kufanya nini hapa. Kwa kawaida mimi nimeleta kondoo wakonge kiu.</w:t>
      </w:r>
    </w:p>
    <w:p>
      <w:pPr>
        <w:pStyle w:val="Normal"/>
        <w:spacing w:before="0" w:after="60"/>
        <w:ind w:start="360"/>
        <w:jc w:val="start"/>
        <w:rPr/>
      </w:pPr>
      <w:r>
        <w:rPr>
          <w:rFonts w:ascii="Calibri" w:hAnsi="Calibri"/>
          <w:b w:val="false"/>
          <w:i w:val="false"/>
          <w:color w:val="000000"/>
          <w:sz w:val="22"/>
        </w:rPr>
        <w:t>Lisa: Pia mimi nimekujia maji ya kunywesha mbuzi wangu. Alizaa pacha siku ya Jumapili. Nina bidii kumtunza vyema ili wawe wengi. Namshukuru Mungu kwa kumtunza.</w:t>
      </w:r>
    </w:p>
    <w:p>
      <w:pPr>
        <w:pStyle w:val="Normal"/>
        <w:spacing w:before="0" w:after="60"/>
        <w:ind w:start="360"/>
        <w:jc w:val="start"/>
        <w:rPr/>
      </w:pPr>
      <w:r>
        <w:rPr>
          <w:rFonts w:ascii="Calibri" w:hAnsi="Calibri"/>
          <w:b w:val="false"/>
          <w:i w:val="false"/>
          <w:color w:val="000000"/>
          <w:sz w:val="22"/>
        </w:rPr>
        <w:t>Pato: Heko. Mvumilivu hula mbivu. Ungekuwa umemwuza usingepata faida kama hiyo.</w:t>
      </w:r>
    </w:p>
    <w:p>
      <w:pPr>
        <w:pStyle w:val="Normal"/>
        <w:spacing w:before="0" w:after="60"/>
        <w:ind w:start="360"/>
        <w:jc w:val="start"/>
        <w:rPr/>
      </w:pPr>
      <w:r>
        <w:rPr>
          <w:rFonts w:ascii="Calibri" w:hAnsi="Calibri"/>
          <w:b w:val="false"/>
          <w:i w:val="false"/>
          <w:color w:val="000000"/>
          <w:sz w:val="22"/>
        </w:rPr>
        <w:t>Lisa: Mwisho wa mwaka najua nitakuwa na mbuzi zaidi ya watano.</w:t>
      </w:r>
    </w:p>
    <w:p>
      <w:pPr>
        <w:pStyle w:val="Normal"/>
        <w:spacing w:before="0" w:after="60"/>
        <w:ind w:start="360"/>
        <w:jc w:val="start"/>
        <w:rPr/>
      </w:pPr>
      <w:r>
        <w:rPr>
          <w:rFonts w:ascii="Calibri" w:hAnsi="Calibri"/>
          <w:b w:val="false"/>
          <w:i w:val="false"/>
          <w:color w:val="000000"/>
          <w:sz w:val="22"/>
        </w:rPr>
        <w:t>Pato: Bora uwatunze vyema na uwatafutie tabibu ambaye atakuwa akiwatibu nakuwapa chanjo mara kwa mara. Bila shaka utakuwa na faida tele.</w:t>
      </w:r>
    </w:p>
    <w:p>
      <w:pPr>
        <w:pStyle w:val="Normal"/>
        <w:spacing w:before="0" w:after="60"/>
        <w:ind w:start="360"/>
        <w:jc w:val="start"/>
        <w:rPr/>
      </w:pPr>
      <w:r>
        <w:rPr>
          <w:rFonts w:ascii="Calibri" w:hAnsi="Calibri"/>
          <w:b w:val="false"/>
          <w:i w:val="false"/>
          <w:color w:val="000000"/>
          <w:sz w:val="22"/>
        </w:rPr>
        <w:t>Lisa: Sina budi kufuata ushauri wako kwa kuwa una tajriba kubwa ya ufugaji.</w:t>
      </w:r>
    </w:p>
    <w:p>
      <w:pPr>
        <w:pStyle w:val="Normal"/>
        <w:spacing w:before="0" w:after="60"/>
        <w:ind w:start="360"/>
        <w:jc w:val="start"/>
        <w:rPr/>
      </w:pPr>
      <w:r>
        <w:rPr>
          <w:rFonts w:ascii="Calibri" w:hAnsi="Calibri"/>
          <w:b w:val="false"/>
          <w:i w:val="false"/>
          <w:color w:val="000000"/>
          <w:sz w:val="22"/>
        </w:rPr>
        <w:t>Pato: Nitakushika mkono popote utanihitaji. Nitakuelekeza na utakuwa tajiri wa mifugo.</w:t>
      </w:r>
    </w:p>
    <w:p>
      <w:pPr>
        <w:pStyle w:val="Normal"/>
        <w:spacing w:before="0" w:after="60"/>
        <w:ind w:start="360"/>
        <w:jc w:val="start"/>
        <w:rPr/>
      </w:pPr>
      <w:r>
        <w:rPr>
          <w:rFonts w:ascii="Calibri" w:hAnsi="Calibri"/>
          <w:b w:val="false"/>
          <w:i w:val="false"/>
          <w:color w:val="000000"/>
          <w:sz w:val="22"/>
        </w:rPr>
        <w:t>1. Kulingana na mazungumzo haya ni kweli kusema kuwa</w:t>
      </w:r>
    </w:p>
    <w:p>
      <w:pPr>
        <w:pStyle w:val="Normal"/>
        <w:spacing w:before="0" w:after="60"/>
        <w:ind w:start="360"/>
        <w:jc w:val="start"/>
        <w:rPr/>
      </w:pPr>
      <w:r>
        <w:rPr>
          <w:rFonts w:ascii="Calibri" w:hAnsi="Calibri"/>
          <w:b w:val="false"/>
          <w:i w:val="false"/>
          <w:color w:val="000000"/>
          <w:sz w:val="22"/>
        </w:rPr>
        <w:t>A. Lisa alikuwa mdogo kuliko Pato</w:t>
      </w:r>
    </w:p>
    <w:p>
      <w:pPr>
        <w:pStyle w:val="Normal"/>
        <w:spacing w:before="0" w:after="60"/>
        <w:ind w:start="360"/>
        <w:jc w:val="start"/>
        <w:rPr/>
      </w:pPr>
      <w:r>
        <w:rPr>
          <w:rFonts w:ascii="Calibri" w:hAnsi="Calibri"/>
          <w:b w:val="false"/>
          <w:i w:val="false"/>
          <w:color w:val="000000"/>
          <w:sz w:val="22"/>
        </w:rPr>
        <w:t>B. Pato alikuwa mdogo wa Lisa</w:t>
      </w:r>
    </w:p>
    <w:p>
      <w:pPr>
        <w:pStyle w:val="Normal"/>
        <w:spacing w:before="0" w:after="60"/>
        <w:ind w:start="360"/>
        <w:jc w:val="start"/>
        <w:rPr/>
      </w:pPr>
      <w:r>
        <w:rPr>
          <w:rFonts w:ascii="Calibri" w:hAnsi="Calibri"/>
          <w:b w:val="false"/>
          <w:i w:val="false"/>
          <w:color w:val="000000"/>
          <w:sz w:val="22"/>
        </w:rPr>
        <w:t>C. Pato na Lisa walikutana mtoni</w:t>
      </w:r>
    </w:p>
    <w:p>
      <w:pPr>
        <w:pStyle w:val="Normal"/>
        <w:spacing w:before="0" w:after="60"/>
        <w:ind w:start="360"/>
        <w:jc w:val="start"/>
        <w:rPr/>
      </w:pPr>
      <w:r>
        <w:rPr>
          <w:rFonts w:ascii="Calibri" w:hAnsi="Calibri"/>
          <w:b w:val="false"/>
          <w:i w:val="false"/>
          <w:color w:val="000000"/>
          <w:sz w:val="22"/>
        </w:rPr>
        <w:t>D. Lisa alikuwa na mbuzi wengi</w:t>
      </w:r>
    </w:p>
    <w:p>
      <w:pPr>
        <w:pStyle w:val="Normal"/>
        <w:spacing w:before="0" w:after="60"/>
        <w:ind w:start="360"/>
        <w:jc w:val="start"/>
        <w:rPr/>
      </w:pPr>
      <w:r>
        <w:rPr>
          <w:rFonts w:ascii="Calibri" w:hAnsi="Calibri"/>
          <w:b w:val="false"/>
          <w:i w:val="false"/>
          <w:color w:val="000000"/>
          <w:sz w:val="22"/>
        </w:rPr>
        <w:t>2. Pato alikuwa na shughuli gani walipokutana na Lisa?</w:t>
      </w:r>
    </w:p>
    <w:p>
      <w:pPr>
        <w:pStyle w:val="Normal"/>
        <w:spacing w:before="0" w:after="60"/>
        <w:ind w:start="360"/>
        <w:jc w:val="start"/>
        <w:rPr/>
      </w:pPr>
      <w:r>
        <w:rPr>
          <w:rFonts w:ascii="Calibri" w:hAnsi="Calibri"/>
          <w:b w:val="false"/>
          <w:i w:val="false"/>
          <w:color w:val="000000"/>
          <w:sz w:val="22"/>
        </w:rPr>
        <w:t>A. Kuchotea wanyama maji</w:t>
      </w:r>
    </w:p>
    <w:p>
      <w:pPr>
        <w:pStyle w:val="Normal"/>
        <w:spacing w:before="0" w:after="60"/>
        <w:ind w:start="360"/>
        <w:jc w:val="start"/>
        <w:rPr/>
      </w:pPr>
      <w:r>
        <w:rPr>
          <w:rFonts w:ascii="Calibri" w:hAnsi="Calibri"/>
          <w:b w:val="false"/>
          <w:i w:val="false"/>
          <w:color w:val="000000"/>
          <w:sz w:val="22"/>
        </w:rPr>
        <w:t>B. Kumsalimia rafiki yake</w:t>
      </w:r>
    </w:p>
    <w:p>
      <w:pPr>
        <w:pStyle w:val="Normal"/>
        <w:spacing w:before="0" w:after="60"/>
        <w:ind w:start="360"/>
        <w:jc w:val="start"/>
        <w:rPr/>
      </w:pPr>
      <w:r>
        <w:rPr>
          <w:rFonts w:ascii="Calibri" w:hAnsi="Calibri"/>
          <w:b w:val="false"/>
          <w:i w:val="false"/>
          <w:color w:val="000000"/>
          <w:sz w:val="22"/>
        </w:rPr>
        <w:t>C. Kuwalisha kondoo wake</w:t>
      </w:r>
    </w:p>
    <w:p>
      <w:pPr>
        <w:pStyle w:val="Normal"/>
        <w:spacing w:before="0" w:after="60"/>
        <w:ind w:start="360"/>
        <w:jc w:val="start"/>
        <w:rPr/>
      </w:pPr>
      <w:r>
        <w:rPr>
          <w:rFonts w:ascii="Calibri" w:hAnsi="Calibri"/>
          <w:b w:val="false"/>
          <w:i w:val="false"/>
          <w:color w:val="000000"/>
          <w:sz w:val="22"/>
        </w:rPr>
        <w:t>D. Kunywesha wanyama maji</w:t>
      </w:r>
    </w:p>
    <w:p>
      <w:pPr>
        <w:pStyle w:val="Normal"/>
        <w:spacing w:before="0" w:after="60"/>
        <w:ind w:start="360"/>
        <w:jc w:val="start"/>
        <w:rPr/>
      </w:pPr>
      <w:r>
        <w:rPr>
          <w:rFonts w:ascii="Calibri" w:hAnsi="Calibri"/>
          <w:b w:val="false"/>
          <w:i w:val="false"/>
          <w:color w:val="000000"/>
          <w:sz w:val="22"/>
        </w:rPr>
        <w:t>3. Lisa alikuwa na wanyama wangapi?</w:t>
      </w:r>
    </w:p>
    <w:p>
      <w:pPr>
        <w:pStyle w:val="Normal"/>
        <w:spacing w:before="0" w:after="60"/>
        <w:ind w:start="360"/>
        <w:jc w:val="start"/>
        <w:rPr/>
      </w:pPr>
      <w:r>
        <w:rPr>
          <w:rFonts w:ascii="Calibri" w:hAnsi="Calibri"/>
          <w:b w:val="false"/>
          <w:i w:val="false"/>
          <w:color w:val="000000"/>
          <w:sz w:val="22"/>
        </w:rPr>
        <w:t>A. Watatu</w:t>
      </w:r>
    </w:p>
    <w:p>
      <w:pPr>
        <w:pStyle w:val="Normal"/>
        <w:spacing w:before="0" w:after="60"/>
        <w:ind w:start="360"/>
        <w:jc w:val="start"/>
        <w:rPr/>
      </w:pPr>
      <w:r>
        <w:rPr>
          <w:rFonts w:ascii="Calibri" w:hAnsi="Calibri"/>
          <w:b w:val="false"/>
          <w:i w:val="false"/>
          <w:color w:val="000000"/>
          <w:sz w:val="22"/>
        </w:rPr>
        <w:t>B. Wengi</w:t>
      </w:r>
    </w:p>
    <w:p>
      <w:pPr>
        <w:pStyle w:val="Normal"/>
        <w:spacing w:before="0" w:after="60"/>
        <w:ind w:start="360"/>
        <w:jc w:val="start"/>
        <w:rPr/>
      </w:pPr>
      <w:r>
        <w:rPr>
          <w:rFonts w:ascii="Calibri" w:hAnsi="Calibri"/>
          <w:b w:val="false"/>
          <w:i w:val="false"/>
          <w:color w:val="000000"/>
          <w:sz w:val="22"/>
        </w:rPr>
        <w:t>C. Mmoja</w:t>
      </w:r>
    </w:p>
    <w:p>
      <w:pPr>
        <w:pStyle w:val="Normal"/>
        <w:spacing w:before="0" w:after="60"/>
        <w:ind w:start="360"/>
        <w:jc w:val="start"/>
        <w:rPr/>
      </w:pPr>
      <w:r>
        <w:rPr>
          <w:rFonts w:ascii="Calibri" w:hAnsi="Calibri"/>
          <w:b w:val="false"/>
          <w:i w:val="false"/>
          <w:color w:val="000000"/>
          <w:sz w:val="22"/>
        </w:rPr>
        <w:t>D. Wawili</w:t>
      </w:r>
    </w:p>
    <w:p>
      <w:pPr>
        <w:pStyle w:val="Normal"/>
        <w:spacing w:before="0" w:after="60"/>
        <w:ind w:start="360"/>
        <w:jc w:val="start"/>
        <w:rPr/>
      </w:pPr>
      <w:r>
        <w:rPr>
          <w:rFonts w:ascii="Calibri" w:hAnsi="Calibri"/>
          <w:b w:val="false"/>
          <w:i w:val="false"/>
          <w:color w:val="000000"/>
          <w:sz w:val="22"/>
        </w:rPr>
        <w:t>4. Chagua neno lenye maana sawa na tabibu.</w:t>
      </w:r>
    </w:p>
    <w:p>
      <w:pPr>
        <w:pStyle w:val="Normal"/>
        <w:spacing w:before="0" w:after="60"/>
        <w:ind w:start="360"/>
        <w:jc w:val="start"/>
        <w:rPr/>
      </w:pPr>
      <w:r>
        <w:rPr>
          <w:rFonts w:ascii="Calibri" w:hAnsi="Calibri"/>
          <w:b w:val="false"/>
          <w:i w:val="false"/>
          <w:color w:val="000000"/>
          <w:sz w:val="22"/>
        </w:rPr>
        <w:t>A. Mkulima</w:t>
      </w:r>
    </w:p>
    <w:p>
      <w:pPr>
        <w:pStyle w:val="Normal"/>
        <w:spacing w:before="0" w:after="60"/>
        <w:ind w:start="360"/>
        <w:jc w:val="start"/>
        <w:rPr/>
      </w:pPr>
      <w:r>
        <w:rPr>
          <w:rFonts w:ascii="Calibri" w:hAnsi="Calibri"/>
          <w:b w:val="false"/>
          <w:i w:val="false"/>
          <w:color w:val="000000"/>
          <w:sz w:val="22"/>
        </w:rPr>
        <w:t>B. Nesi</w:t>
      </w:r>
    </w:p>
    <w:p>
      <w:pPr>
        <w:pStyle w:val="Normal"/>
        <w:spacing w:before="0" w:after="60"/>
        <w:ind w:start="360"/>
        <w:jc w:val="start"/>
        <w:rPr/>
      </w:pPr>
      <w:r>
        <w:rPr>
          <w:rFonts w:ascii="Calibri" w:hAnsi="Calibri"/>
          <w:b w:val="false"/>
          <w:i w:val="false"/>
          <w:color w:val="000000"/>
          <w:sz w:val="22"/>
        </w:rPr>
        <w:t>C. Daktari</w:t>
      </w:r>
    </w:p>
    <w:p>
      <w:pPr>
        <w:pStyle w:val="Normal"/>
        <w:spacing w:before="0" w:after="60"/>
        <w:ind w:start="360"/>
        <w:jc w:val="start"/>
        <w:rPr/>
      </w:pPr>
      <w:r>
        <w:rPr>
          <w:rFonts w:ascii="Calibri" w:hAnsi="Calibri"/>
          <w:b w:val="false"/>
          <w:i w:val="false"/>
          <w:color w:val="000000"/>
          <w:sz w:val="22"/>
        </w:rPr>
        <w:t>D. Muuguzi</w:t>
      </w:r>
    </w:p>
    <w:p>
      <w:pPr>
        <w:pStyle w:val="Normal"/>
        <w:spacing w:before="0" w:after="60"/>
        <w:ind w:start="360"/>
        <w:jc w:val="start"/>
        <w:rPr/>
      </w:pPr>
      <w:r>
        <w:rPr>
          <w:rFonts w:ascii="Calibri" w:hAnsi="Calibri"/>
          <w:b w:val="false"/>
          <w:i w:val="false"/>
          <w:color w:val="000000"/>
          <w:sz w:val="22"/>
        </w:rPr>
        <w:t>5. Ni nini maana ya nahau nitakushika mkono?</w:t>
      </w:r>
    </w:p>
    <w:p>
      <w:pPr>
        <w:pStyle w:val="Normal"/>
        <w:spacing w:before="0" w:after="60"/>
        <w:ind w:start="360"/>
        <w:jc w:val="start"/>
        <w:rPr/>
      </w:pPr>
      <w:r>
        <w:rPr>
          <w:rFonts w:ascii="Calibri" w:hAnsi="Calibri"/>
          <w:b w:val="false"/>
          <w:i w:val="false"/>
          <w:color w:val="000000"/>
          <w:sz w:val="22"/>
        </w:rPr>
        <w:t>A. Nitakusabahi</w:t>
      </w:r>
    </w:p>
    <w:p>
      <w:pPr>
        <w:pStyle w:val="Normal"/>
        <w:spacing w:before="0" w:after="60"/>
        <w:ind w:start="360"/>
        <w:jc w:val="start"/>
        <w:rPr/>
      </w:pPr>
      <w:r>
        <w:rPr>
          <w:rFonts w:ascii="Calibri" w:hAnsi="Calibri"/>
          <w:b w:val="false"/>
          <w:i w:val="false"/>
          <w:color w:val="000000"/>
          <w:sz w:val="22"/>
        </w:rPr>
        <w:t>B. Nitakusaidia</w:t>
      </w:r>
    </w:p>
    <w:p>
      <w:pPr>
        <w:pStyle w:val="Normal"/>
        <w:spacing w:before="0" w:after="60"/>
        <w:ind w:start="360"/>
        <w:jc w:val="start"/>
        <w:rPr/>
      </w:pPr>
      <w:r>
        <w:rPr>
          <w:rFonts w:ascii="Calibri" w:hAnsi="Calibri"/>
          <w:b w:val="false"/>
          <w:i w:val="false"/>
          <w:color w:val="000000"/>
          <w:sz w:val="22"/>
        </w:rPr>
        <w:t>C. Nitakubeza</w:t>
      </w:r>
    </w:p>
    <w:p>
      <w:pPr>
        <w:pStyle w:val="Normal"/>
        <w:spacing w:before="0" w:after="60"/>
        <w:ind w:start="360"/>
        <w:jc w:val="start"/>
        <w:rPr/>
      </w:pPr>
      <w:r>
        <w:rPr>
          <w:rFonts w:ascii="Calibri" w:hAnsi="Calibri"/>
          <w:b w:val="false"/>
          <w:i w:val="false"/>
          <w:color w:val="000000"/>
          <w:sz w:val="22"/>
        </w:rPr>
        <w:t>D. Nitakupa</w:t>
      </w:r>
    </w:p>
    <w:p>
      <w:pPr>
        <w:pStyle w:val="Normal"/>
        <w:spacing w:before="160" w:after="80"/>
        <w:ind w:start="360"/>
        <w:jc w:val="start"/>
        <w:rPr>
          <w:rFonts w:ascii="Calibri" w:hAnsi="Calibri"/>
          <w:b/>
          <w:i/>
          <w:color w:val="000000"/>
          <w:sz w:val="22"/>
        </w:rPr>
      </w:pPr>
      <w:r>
        <w:rPr>
          <w:rFonts w:ascii="Calibri" w:hAnsi="Calibri"/>
          <w:b/>
          <w:i/>
          <w:color w:val="000000"/>
          <w:sz w:val="22"/>
        </w:rPr>
        <w:t>Soma kifungu kifuatacho kisha ujibu swali la 6 hadi la 9</w:t>
      </w:r>
    </w:p>
    <w:p>
      <w:pPr>
        <w:pStyle w:val="Normal"/>
        <w:spacing w:before="0" w:after="60"/>
        <w:ind w:start="360"/>
        <w:jc w:val="start"/>
        <w:rPr/>
      </w:pPr>
      <w:r>
        <w:drawing>
          <wp:anchor distT="0" distB="0" distL="0" distR="0" simplePos="0" relativeHeight="14" behindDoc="0" locked="0" layoutInCell="0" allowOverlap="1">
            <wp:simplePos x="0" y="0"/>
            <wp:positionH relativeFrom="column">
              <wp:posOffset>114300</wp:posOffset>
            </wp:positionH>
            <wp:positionV relativeFrom="paragraph">
              <wp:posOffset>69215</wp:posOffset>
            </wp:positionV>
            <wp:extent cx="5715000" cy="2630170"/>
            <wp:effectExtent l="0" t="0" r="0" b="0"/>
            <wp:wrapSquare wrapText="largest"/>
            <wp:docPr id="13" name="Imag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3"/>
                    <pic:cNvPicPr>
                      <a:picLocks noChangeAspect="1" noChangeArrowheads="1"/>
                    </pic:cNvPicPr>
                  </pic:nvPicPr>
                  <pic:blipFill>
                    <a:blip r:embed="rId14"/>
                    <a:stretch>
                      <a:fillRect/>
                    </a:stretch>
                  </pic:blipFill>
                  <pic:spPr bwMode="auto">
                    <a:xfrm>
                      <a:off x="0" y="0"/>
                      <a:ext cx="5715000" cy="2630170"/>
                    </a:xfrm>
                    <a:prstGeom prst="rect">
                      <a:avLst/>
                    </a:prstGeom>
                    <a:noFill/>
                  </pic:spPr>
                </pic:pic>
              </a:graphicData>
            </a:graphic>
          </wp:anchor>
        </w:drawing>
      </w:r>
      <w:r>
        <w:rPr>
          <w:rFonts w:ascii="Calibri" w:hAnsi="Calibri"/>
          <w:b w:val="false"/>
          <w:i w:val="false"/>
          <w:color w:val="000000"/>
          <w:sz w:val="22"/>
        </w:rPr>
        <w:t>Eneo la Jitegemee limo Kaskazini mwa kaunti ya Kambini. Jitegemee ina vijiji vitano. Fanaka ndicho kijiji kidogo zaidi hapo Jitegemee. Ni kijiji ambacho huwavutia na kuwashangaza wengi.</w:t>
      </w:r>
    </w:p>
    <w:p>
      <w:pPr>
        <w:pStyle w:val="Normal"/>
        <w:spacing w:before="0" w:after="60"/>
        <w:ind w:start="360"/>
        <w:jc w:val="start"/>
        <w:rPr/>
      </w:pPr>
      <w:r>
        <w:rPr>
          <w:rFonts w:ascii="Calibri" w:hAnsi="Calibri"/>
          <w:b w:val="false"/>
          <w:i w:val="false"/>
          <w:color w:val="000000"/>
          <w:sz w:val="22"/>
        </w:rPr>
        <w:t>Wanakijiji wa Fanaka ni mchwa. Mtu anapotembelea Fanaka alfajiri hukutana na misafara ya watu; wake kwa waume, wazee kwa vijana. Wao huenda kutafuta riziki. Wapo wanaobeba vibuyu na mitungi, wanaenda kutafuta maji mtoni au kwenye vibanda vya maji. Wengine hubeba majembe kuelekea mashambani. Imani yao huwa, achanikaye kwenye mpini hafi njaa.</w:t>
      </w:r>
    </w:p>
    <w:p>
      <w:pPr>
        <w:pStyle w:val="Normal"/>
        <w:spacing w:before="0" w:after="60"/>
        <w:ind w:start="360"/>
        <w:jc w:val="start"/>
        <w:rPr/>
      </w:pPr>
      <w:r>
        <w:rPr>
          <w:rFonts w:ascii="Calibri" w:hAnsi="Calibri"/>
          <w:b w:val="false"/>
          <w:i w:val="false"/>
          <w:color w:val="000000"/>
          <w:sz w:val="22"/>
        </w:rPr>
        <w:t>Wapo wachuuzi wanaosukuma mikokoteni yenye madebe ya maziwa ya kuuza. Wapo wanaoenda kufanya kazi kwenye majengo na viwanda. Wengine wamevaa suti na tai, wanaelekea ofisini au shuleni kufundisha. Vilevile, wapo wanafunzi wanaoelekea shuleni na vyuoni. Hakika, kila mja katika kijiji hiki hushughulika. Bidii ya wakazi wa Fanaka imewawezesha kujitegemea. Fanaka haijawahi kukosa chakula. Japo mvua hainyeshi kila msimu, maghala ya wenyeji huwa yamejaa chakula. Ukiwauliza vipi wanaweza kuwa na chakula kila msimu, wao hukuambia kuwa ukame haumzuii mtu kuilisha familia yake. Wao wamechimba visima vya maji. Wananyunyizia mimea yao maji. Hii ndiyo maana kijiji cha Fanaka kinavipatia vijiji vingine chakula.</w:t>
      </w:r>
    </w:p>
    <w:p>
      <w:pPr>
        <w:pStyle w:val="Normal"/>
        <w:spacing w:before="0" w:after="60"/>
        <w:ind w:start="360"/>
        <w:jc w:val="start"/>
        <w:rPr/>
      </w:pPr>
      <w:r>
        <w:rPr>
          <w:rFonts w:ascii="Calibri" w:hAnsi="Calibri"/>
          <w:b w:val="false"/>
          <w:i w:val="false"/>
          <w:color w:val="000000"/>
          <w:sz w:val="22"/>
        </w:rPr>
        <w:t>6. Wanakijiji wa Fanaka ni mchwa. Sentensi hii imetumia fani gani ya lugha?</w:t>
      </w:r>
    </w:p>
    <w:p>
      <w:pPr>
        <w:pStyle w:val="Normal"/>
        <w:spacing w:before="0" w:after="60"/>
        <w:ind w:start="360"/>
        <w:jc w:val="start"/>
        <w:rPr/>
      </w:pPr>
      <w:r>
        <w:rPr>
          <w:rFonts w:ascii="Calibri" w:hAnsi="Calibri"/>
          <w:b w:val="false"/>
          <w:i w:val="false"/>
          <w:color w:val="000000"/>
          <w:sz w:val="22"/>
        </w:rPr>
        <w:t>A. Istiara</w:t>
      </w:r>
    </w:p>
    <w:p>
      <w:pPr>
        <w:pStyle w:val="Normal"/>
        <w:spacing w:before="0" w:after="60"/>
        <w:ind w:start="360"/>
        <w:jc w:val="start"/>
        <w:rPr/>
      </w:pPr>
      <w:r>
        <w:rPr>
          <w:rFonts w:ascii="Calibri" w:hAnsi="Calibri"/>
          <w:b w:val="false"/>
          <w:i w:val="false"/>
          <w:color w:val="000000"/>
          <w:sz w:val="22"/>
        </w:rPr>
        <w:t>B. Tashbihi</w:t>
      </w:r>
    </w:p>
    <w:p>
      <w:pPr>
        <w:pStyle w:val="Normal"/>
        <w:spacing w:before="0" w:after="60"/>
        <w:ind w:start="360"/>
        <w:jc w:val="start"/>
        <w:rPr/>
      </w:pPr>
      <w:r>
        <w:rPr>
          <w:rFonts w:ascii="Calibri" w:hAnsi="Calibri"/>
          <w:b w:val="false"/>
          <w:i w:val="false"/>
          <w:color w:val="000000"/>
          <w:sz w:val="22"/>
        </w:rPr>
        <w:t>C. Methali</w:t>
      </w:r>
    </w:p>
    <w:p>
      <w:pPr>
        <w:pStyle w:val="Normal"/>
        <w:spacing w:before="0" w:after="60"/>
        <w:ind w:start="360"/>
        <w:jc w:val="start"/>
        <w:rPr/>
      </w:pPr>
      <w:r>
        <w:rPr>
          <w:rFonts w:ascii="Calibri" w:hAnsi="Calibri"/>
          <w:b w:val="false"/>
          <w:i w:val="false"/>
          <w:color w:val="000000"/>
          <w:sz w:val="22"/>
        </w:rPr>
        <w:t>D. Nahau</w:t>
      </w:r>
    </w:p>
    <w:p>
      <w:pPr>
        <w:pStyle w:val="Normal"/>
        <w:spacing w:before="0" w:after="60"/>
        <w:ind w:start="360"/>
        <w:jc w:val="start"/>
        <w:rPr/>
      </w:pPr>
      <w:r>
        <w:rPr>
          <w:rFonts w:ascii="Calibri" w:hAnsi="Calibri"/>
          <w:b w:val="false"/>
          <w:i w:val="false"/>
          <w:color w:val="000000"/>
          <w:sz w:val="22"/>
        </w:rPr>
        <w:t>7. Achanikaye kwenye mpini hafi njaa ni methali ambayo inatuhimiza tuwe watu wenye</w:t>
      </w:r>
    </w:p>
    <w:p>
      <w:pPr>
        <w:pStyle w:val="Normal"/>
        <w:spacing w:before="0" w:after="60"/>
        <w:ind w:start="360"/>
        <w:jc w:val="start"/>
        <w:rPr/>
      </w:pPr>
      <w:r>
        <w:rPr>
          <w:rFonts w:ascii="Calibri" w:hAnsi="Calibri"/>
          <w:b w:val="false"/>
          <w:i w:val="false"/>
          <w:color w:val="000000"/>
          <w:sz w:val="22"/>
        </w:rPr>
        <w:t>A. ubahili</w:t>
      </w:r>
    </w:p>
    <w:p>
      <w:pPr>
        <w:pStyle w:val="Normal"/>
        <w:spacing w:before="0" w:after="60"/>
        <w:ind w:start="360"/>
        <w:jc w:val="start"/>
        <w:rPr/>
      </w:pPr>
      <w:r>
        <w:rPr>
          <w:rFonts w:ascii="Calibri" w:hAnsi="Calibri"/>
          <w:b w:val="false"/>
          <w:i w:val="false"/>
          <w:color w:val="000000"/>
          <w:sz w:val="22"/>
        </w:rPr>
        <w:t>B. bidii</w:t>
      </w:r>
    </w:p>
    <w:p>
      <w:pPr>
        <w:pStyle w:val="Normal"/>
        <w:spacing w:before="0" w:after="60"/>
        <w:ind w:start="360"/>
        <w:jc w:val="start"/>
        <w:rPr/>
      </w:pPr>
      <w:r>
        <w:rPr>
          <w:rFonts w:ascii="Calibri" w:hAnsi="Calibri"/>
          <w:b w:val="false"/>
          <w:i w:val="false"/>
          <w:color w:val="000000"/>
          <w:sz w:val="22"/>
        </w:rPr>
        <w:t>C. uzembe</w:t>
      </w:r>
    </w:p>
    <w:p>
      <w:pPr>
        <w:pStyle w:val="Normal"/>
        <w:spacing w:before="0" w:after="60"/>
        <w:ind w:start="360"/>
        <w:jc w:val="start"/>
        <w:rPr/>
      </w:pPr>
      <w:r>
        <w:rPr>
          <w:rFonts w:ascii="Calibri" w:hAnsi="Calibri"/>
          <w:b w:val="false"/>
          <w:i w:val="false"/>
          <w:color w:val="000000"/>
          <w:sz w:val="22"/>
        </w:rPr>
        <w:t>D. utu</w:t>
      </w:r>
    </w:p>
    <w:p>
      <w:pPr>
        <w:pStyle w:val="Normal"/>
        <w:spacing w:before="0" w:after="60"/>
        <w:ind w:start="360"/>
        <w:jc w:val="start"/>
        <w:rPr/>
      </w:pPr>
      <w:r>
        <w:rPr>
          <w:rFonts w:ascii="Calibri" w:hAnsi="Calibri"/>
          <w:b w:val="false"/>
          <w:i w:val="false"/>
          <w:color w:val="000000"/>
          <w:sz w:val="22"/>
        </w:rPr>
        <w:t>8. Ni kina nani huvaa suti na tai?</w:t>
      </w:r>
    </w:p>
    <w:p>
      <w:pPr>
        <w:pStyle w:val="Normal"/>
        <w:spacing w:before="0" w:after="60"/>
        <w:ind w:start="360"/>
        <w:jc w:val="start"/>
        <w:rPr/>
      </w:pPr>
      <w:r>
        <w:rPr>
          <w:rFonts w:ascii="Calibri" w:hAnsi="Calibri"/>
          <w:b w:val="false"/>
          <w:i w:val="false"/>
          <w:color w:val="000000"/>
          <w:sz w:val="22"/>
        </w:rPr>
        <w:t>A. Askari</w:t>
      </w:r>
    </w:p>
    <w:p>
      <w:pPr>
        <w:pStyle w:val="Normal"/>
        <w:spacing w:before="0" w:after="60"/>
        <w:ind w:start="360"/>
        <w:jc w:val="start"/>
        <w:rPr/>
      </w:pPr>
      <w:r>
        <w:rPr>
          <w:rFonts w:ascii="Calibri" w:hAnsi="Calibri"/>
          <w:b w:val="false"/>
          <w:i w:val="false"/>
          <w:color w:val="000000"/>
          <w:sz w:val="22"/>
        </w:rPr>
        <w:t>B. Wanafunzi</w:t>
      </w:r>
    </w:p>
    <w:p>
      <w:pPr>
        <w:pStyle w:val="Normal"/>
        <w:spacing w:before="0" w:after="60"/>
        <w:ind w:start="360"/>
        <w:jc w:val="start"/>
        <w:rPr/>
      </w:pPr>
      <w:r>
        <w:rPr>
          <w:rFonts w:ascii="Calibri" w:hAnsi="Calibri"/>
          <w:b w:val="false"/>
          <w:i w:val="false"/>
          <w:color w:val="000000"/>
          <w:sz w:val="22"/>
        </w:rPr>
        <w:t>C. Wakulima</w:t>
      </w:r>
    </w:p>
    <w:p>
      <w:pPr>
        <w:pStyle w:val="Normal"/>
        <w:spacing w:before="0" w:after="60"/>
        <w:ind w:start="360"/>
        <w:jc w:val="start"/>
        <w:rPr/>
      </w:pPr>
      <w:r>
        <w:rPr>
          <w:rFonts w:ascii="Calibri" w:hAnsi="Calibri"/>
          <w:b w:val="false"/>
          <w:i w:val="false"/>
          <w:color w:val="000000"/>
          <w:sz w:val="22"/>
        </w:rPr>
        <w:t>D. Walimu</w:t>
      </w:r>
    </w:p>
    <w:p>
      <w:pPr>
        <w:pStyle w:val="Normal"/>
        <w:spacing w:before="0" w:after="60"/>
        <w:ind w:start="360"/>
        <w:jc w:val="start"/>
        <w:rPr/>
      </w:pPr>
      <w:r>
        <w:rPr>
          <w:rFonts w:ascii="Calibri" w:hAnsi="Calibri"/>
          <w:b w:val="false"/>
          <w:i w:val="false"/>
          <w:color w:val="000000"/>
          <w:sz w:val="22"/>
        </w:rPr>
        <w:t>9. Wakulima waliotajwa katika kifungu hiki hutoa maji wapi ya kunyunyizia mimea?</w:t>
      </w:r>
    </w:p>
    <w:p>
      <w:pPr>
        <w:pStyle w:val="Normal"/>
        <w:spacing w:before="0" w:after="60"/>
        <w:ind w:start="360"/>
        <w:jc w:val="start"/>
        <w:rPr/>
      </w:pPr>
      <w:r>
        <w:rPr>
          <w:rFonts w:ascii="Calibri" w:hAnsi="Calibri"/>
          <w:b w:val="false"/>
          <w:i w:val="false"/>
          <w:color w:val="000000"/>
          <w:sz w:val="22"/>
        </w:rPr>
        <w:t>A. Visiwani</w:t>
      </w:r>
    </w:p>
    <w:p>
      <w:pPr>
        <w:pStyle w:val="Normal"/>
        <w:spacing w:before="0" w:after="60"/>
        <w:ind w:start="360"/>
        <w:jc w:val="start"/>
        <w:rPr/>
      </w:pPr>
      <w:r>
        <w:rPr>
          <w:rFonts w:ascii="Calibri" w:hAnsi="Calibri"/>
          <w:b w:val="false"/>
          <w:i w:val="false"/>
          <w:color w:val="000000"/>
          <w:sz w:val="22"/>
        </w:rPr>
        <w:t>B. Baharini</w:t>
      </w:r>
    </w:p>
    <w:p>
      <w:pPr>
        <w:pStyle w:val="Normal"/>
        <w:spacing w:before="0" w:after="60"/>
        <w:ind w:start="360"/>
        <w:jc w:val="start"/>
        <w:rPr/>
      </w:pPr>
      <w:r>
        <w:rPr>
          <w:rFonts w:ascii="Calibri" w:hAnsi="Calibri"/>
          <w:b w:val="false"/>
          <w:i w:val="false"/>
          <w:color w:val="000000"/>
          <w:sz w:val="22"/>
        </w:rPr>
        <w:t>C. Visimani</w:t>
      </w:r>
    </w:p>
    <w:p>
      <w:pPr>
        <w:pStyle w:val="Normal"/>
        <w:spacing w:before="0" w:after="60"/>
        <w:ind w:start="360"/>
        <w:jc w:val="start"/>
        <w:rPr/>
      </w:pPr>
      <w:r>
        <w:rPr>
          <w:rFonts w:ascii="Calibri" w:hAnsi="Calibri"/>
          <w:b w:val="false"/>
          <w:i w:val="false"/>
          <w:color w:val="000000"/>
          <w:sz w:val="22"/>
        </w:rPr>
        <w:t>D. Ghalani</w:t>
      </w:r>
    </w:p>
    <w:p>
      <w:pPr>
        <w:pStyle w:val="Normal"/>
        <w:spacing w:before="160" w:after="80"/>
        <w:ind w:start="360"/>
        <w:jc w:val="start"/>
        <w:rPr/>
      </w:pPr>
      <w:r>
        <w:rPr>
          <w:rFonts w:ascii="Calibri" w:hAnsi="Calibri"/>
          <w:b/>
          <w:i/>
          <w:color w:val="000000"/>
          <w:sz w:val="22"/>
        </w:rPr>
        <w:t>Wanafunzi wa gredi ya sita waliambiwa waandae jedwali linaloonyesha wanyama mbalimbali. Tazama jedwali hili kisha ujibu swali la 10 hadi la 12:</w:t>
      </w:r>
    </w:p>
    <w:p>
      <w:pPr>
        <w:pStyle w:val="Normal"/>
        <w:spacing w:before="0" w:after="60"/>
        <w:ind w:start="360"/>
        <w:jc w:val="start"/>
        <w:rPr>
          <w:rFonts w:ascii="Calibri" w:hAnsi="Calibri"/>
          <w:b w:val="false"/>
          <w:i w:val="false"/>
          <w:color w:val="000000"/>
          <w:sz w:val="22"/>
        </w:rPr>
      </w:pPr>
      <w:r>
        <w:rPr/>
        <w:drawing>
          <wp:anchor distT="0" distB="0" distL="0" distR="0" simplePos="0" relativeHeight="15" behindDoc="0" locked="0" layoutInCell="0" allowOverlap="1">
            <wp:simplePos x="0" y="0"/>
            <wp:positionH relativeFrom="column">
              <wp:posOffset>233680</wp:posOffset>
            </wp:positionH>
            <wp:positionV relativeFrom="paragraph">
              <wp:posOffset>-19050</wp:posOffset>
            </wp:positionV>
            <wp:extent cx="1381125" cy="1466850"/>
            <wp:effectExtent l="0" t="0" r="0" b="0"/>
            <wp:wrapSquare wrapText="largest"/>
            <wp:docPr id="14" name="Image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4"/>
                    <pic:cNvPicPr>
                      <a:picLocks noChangeAspect="1" noChangeArrowheads="1"/>
                    </pic:cNvPicPr>
                  </pic:nvPicPr>
                  <pic:blipFill>
                    <a:blip r:embed="rId15"/>
                    <a:stretch>
                      <a:fillRect/>
                    </a:stretch>
                  </pic:blipFill>
                  <pic:spPr bwMode="auto">
                    <a:xfrm>
                      <a:off x="0" y="0"/>
                      <a:ext cx="1381125" cy="1466850"/>
                    </a:xfrm>
                    <a:prstGeom prst="rect">
                      <a:avLst/>
                    </a:prstGeom>
                    <a:noFill/>
                  </pic:spPr>
                </pic:pic>
              </a:graphicData>
            </a:graphic>
          </wp:anchor>
        </w:drawing>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10. Ni mnyama yupi hutumika katika shughuli za usafiri?</w:t>
      </w:r>
    </w:p>
    <w:p>
      <w:pPr>
        <w:pStyle w:val="Normal"/>
        <w:spacing w:before="0" w:after="60"/>
        <w:ind w:start="360"/>
        <w:jc w:val="start"/>
        <w:rPr/>
      </w:pPr>
      <w:r>
        <w:rPr>
          <w:rFonts w:ascii="Calibri" w:hAnsi="Calibri"/>
          <w:b w:val="false"/>
          <w:i w:val="false"/>
          <w:color w:val="000000"/>
          <w:sz w:val="22"/>
        </w:rPr>
        <w:t>A. Punda</w:t>
      </w:r>
    </w:p>
    <w:p>
      <w:pPr>
        <w:pStyle w:val="Normal"/>
        <w:spacing w:before="0" w:after="60"/>
        <w:ind w:start="360"/>
        <w:jc w:val="start"/>
        <w:rPr/>
      </w:pPr>
      <w:r>
        <w:rPr>
          <w:rFonts w:ascii="Calibri" w:hAnsi="Calibri"/>
          <w:b w:val="false"/>
          <w:i w:val="false"/>
          <w:color w:val="000000"/>
          <w:sz w:val="22"/>
        </w:rPr>
        <w:t>B. Mbwa</w:t>
      </w:r>
    </w:p>
    <w:p>
      <w:pPr>
        <w:pStyle w:val="Normal"/>
        <w:spacing w:before="0" w:after="60"/>
        <w:ind w:start="360"/>
        <w:jc w:val="start"/>
        <w:rPr/>
      </w:pPr>
      <w:r>
        <w:rPr>
          <w:rFonts w:ascii="Calibri" w:hAnsi="Calibri"/>
          <w:b w:val="false"/>
          <w:i w:val="false"/>
          <w:color w:val="000000"/>
          <w:sz w:val="22"/>
        </w:rPr>
        <w:t>C. Paka</w:t>
      </w:r>
    </w:p>
    <w:p>
      <w:pPr>
        <w:pStyle w:val="Normal"/>
        <w:spacing w:before="0" w:after="60"/>
        <w:ind w:start="360"/>
        <w:jc w:val="start"/>
        <w:rPr/>
      </w:pPr>
      <w:r>
        <w:rPr>
          <w:rFonts w:ascii="Calibri" w:hAnsi="Calibri"/>
          <w:b w:val="false"/>
          <w:i w:val="false"/>
          <w:color w:val="000000"/>
          <w:sz w:val="22"/>
        </w:rPr>
        <w:t>D. Kondoo</w:t>
      </w:r>
    </w:p>
    <w:p>
      <w:pPr>
        <w:pStyle w:val="Normal"/>
        <w:spacing w:before="0" w:after="60"/>
        <w:ind w:start="360"/>
        <w:jc w:val="start"/>
        <w:rPr/>
      </w:pPr>
      <w:r>
        <w:rPr>
          <w:rFonts w:ascii="Calibri" w:hAnsi="Calibri"/>
          <w:b w:val="false"/>
          <w:i w:val="false"/>
          <w:color w:val="000000"/>
          <w:sz w:val="22"/>
        </w:rPr>
        <w:t>11. Chagua mnyama ambaye hutupa kinywaji ambacho huwa na protini.</w:t>
      </w:r>
    </w:p>
    <w:p>
      <w:pPr>
        <w:pStyle w:val="Normal"/>
        <w:spacing w:before="0" w:after="60"/>
        <w:ind w:start="360"/>
        <w:jc w:val="start"/>
        <w:rPr/>
      </w:pPr>
      <w:r>
        <w:rPr>
          <w:rFonts w:ascii="Calibri" w:hAnsi="Calibri"/>
          <w:b w:val="false"/>
          <w:i w:val="false"/>
          <w:color w:val="000000"/>
          <w:sz w:val="22"/>
        </w:rPr>
        <w:t>A. Kondoo</w:t>
      </w:r>
    </w:p>
    <w:p>
      <w:pPr>
        <w:pStyle w:val="Normal"/>
        <w:spacing w:before="0" w:after="60"/>
        <w:ind w:start="360"/>
        <w:jc w:val="start"/>
        <w:rPr/>
      </w:pPr>
      <w:r>
        <w:rPr>
          <w:rFonts w:ascii="Calibri" w:hAnsi="Calibri"/>
          <w:b w:val="false"/>
          <w:i w:val="false"/>
          <w:color w:val="000000"/>
          <w:sz w:val="22"/>
        </w:rPr>
        <w:t>B. Ng'ombe</w:t>
      </w:r>
    </w:p>
    <w:p>
      <w:pPr>
        <w:pStyle w:val="Normal"/>
        <w:spacing w:before="0" w:after="60"/>
        <w:ind w:start="360"/>
        <w:jc w:val="start"/>
        <w:rPr/>
      </w:pPr>
      <w:r>
        <w:rPr>
          <w:rFonts w:ascii="Calibri" w:hAnsi="Calibri"/>
          <w:b w:val="false"/>
          <w:i w:val="false"/>
          <w:color w:val="000000"/>
          <w:sz w:val="22"/>
        </w:rPr>
        <w:t>C. Mbwa</w:t>
      </w:r>
    </w:p>
    <w:p>
      <w:pPr>
        <w:pStyle w:val="Normal"/>
        <w:spacing w:before="0" w:after="60"/>
        <w:ind w:start="360"/>
        <w:jc w:val="start"/>
        <w:rPr/>
      </w:pPr>
      <w:r>
        <w:rPr>
          <w:rFonts w:ascii="Calibri" w:hAnsi="Calibri"/>
          <w:b w:val="false"/>
          <w:i w:val="false"/>
          <w:color w:val="000000"/>
          <w:sz w:val="22"/>
        </w:rPr>
        <w:t>D. Punda</w:t>
      </w:r>
    </w:p>
    <w:p>
      <w:pPr>
        <w:pStyle w:val="Normal"/>
        <w:spacing w:before="0" w:after="60"/>
        <w:ind w:start="360"/>
        <w:jc w:val="start"/>
        <w:rPr/>
      </w:pPr>
      <w:r>
        <w:rPr>
          <w:rFonts w:ascii="Calibri" w:hAnsi="Calibri"/>
          <w:b w:val="false"/>
          <w:i w:val="false"/>
          <w:color w:val="000000"/>
          <w:sz w:val="22"/>
        </w:rPr>
        <w:t>12. Chagua mnyama ambaye hula wanyama wanaoharibu nafaka.</w:t>
      </w:r>
    </w:p>
    <w:p>
      <w:pPr>
        <w:pStyle w:val="Normal"/>
        <w:spacing w:before="0" w:after="60"/>
        <w:ind w:start="360"/>
        <w:jc w:val="start"/>
        <w:rPr/>
      </w:pPr>
      <w:r>
        <w:rPr>
          <w:rFonts w:ascii="Calibri" w:hAnsi="Calibri"/>
          <w:b w:val="false"/>
          <w:i w:val="false"/>
          <w:color w:val="000000"/>
          <w:sz w:val="22"/>
        </w:rPr>
        <w:t>A. Ngamia</w:t>
      </w:r>
    </w:p>
    <w:p>
      <w:pPr>
        <w:pStyle w:val="Normal"/>
        <w:spacing w:before="0" w:after="60"/>
        <w:ind w:start="360"/>
        <w:jc w:val="start"/>
        <w:rPr/>
      </w:pPr>
      <w:r>
        <w:rPr>
          <w:rFonts w:ascii="Calibri" w:hAnsi="Calibri"/>
          <w:b w:val="false"/>
          <w:i w:val="false"/>
          <w:color w:val="000000"/>
          <w:sz w:val="22"/>
        </w:rPr>
        <w:t>B. Kondoo</w:t>
      </w:r>
    </w:p>
    <w:p>
      <w:pPr>
        <w:pStyle w:val="Normal"/>
        <w:spacing w:before="0" w:after="60"/>
        <w:ind w:start="360"/>
        <w:jc w:val="start"/>
        <w:rPr/>
      </w:pPr>
      <w:r>
        <w:rPr>
          <w:rFonts w:ascii="Calibri" w:hAnsi="Calibri"/>
          <w:b w:val="false"/>
          <w:i w:val="false"/>
          <w:color w:val="000000"/>
          <w:sz w:val="22"/>
        </w:rPr>
        <w:t>C. Mbwa</w:t>
      </w:r>
    </w:p>
    <w:p>
      <w:pPr>
        <w:pStyle w:val="Normal"/>
        <w:spacing w:before="0" w:after="60"/>
        <w:ind w:start="360"/>
        <w:jc w:val="start"/>
        <w:rPr/>
      </w:pPr>
      <w:r>
        <w:rPr>
          <w:rFonts w:ascii="Calibri" w:hAnsi="Calibri"/>
          <w:b w:val="false"/>
          <w:i w:val="false"/>
          <w:color w:val="000000"/>
          <w:sz w:val="22"/>
        </w:rPr>
        <w:t>D. Paka</w:t>
      </w:r>
    </w:p>
    <w:p>
      <w:pPr>
        <w:pStyle w:val="Normal"/>
        <w:spacing w:before="160" w:after="80"/>
        <w:ind w:start="360"/>
        <w:jc w:val="start"/>
        <w:rPr>
          <w:rFonts w:ascii="Calibri" w:hAnsi="Calibri"/>
          <w:b/>
          <w:i/>
          <w:color w:val="000000"/>
          <w:sz w:val="22"/>
        </w:rPr>
      </w:pPr>
      <w:r>
        <w:rPr>
          <w:rFonts w:ascii="Calibri" w:hAnsi="Calibri"/>
          <w:b/>
          <w:i/>
          <w:color w:val="000000"/>
          <w:sz w:val="22"/>
        </w:rPr>
        <w:t>Soma kifungu kifuatacho kisha ujibu swali la 13 hadi la 15</w:t>
      </w:r>
    </w:p>
    <w:p>
      <w:pPr>
        <w:pStyle w:val="Normal"/>
        <w:spacing w:before="160" w:after="80"/>
        <w:ind w:start="360"/>
        <w:jc w:val="start"/>
        <w:rPr>
          <w:rFonts w:ascii="Calibri" w:hAnsi="Calibri"/>
          <w:b/>
          <w:i/>
          <w:color w:val="000000"/>
          <w:sz w:val="22"/>
        </w:rPr>
      </w:pPr>
      <w:r>
        <w:rPr>
          <w:rFonts w:ascii="Calibri" w:hAnsi="Calibri"/>
          <w:b/>
          <w:i/>
          <w:color w:val="000000"/>
          <w:sz w:val="22"/>
        </w:rPr>
        <w:drawing>
          <wp:anchor distT="0" distB="0" distL="0" distR="0" simplePos="0" relativeHeight="16" behindDoc="0" locked="0" layoutInCell="0" allowOverlap="1">
            <wp:simplePos x="0" y="0"/>
            <wp:positionH relativeFrom="column">
              <wp:posOffset>290830</wp:posOffset>
            </wp:positionH>
            <wp:positionV relativeFrom="paragraph">
              <wp:posOffset>88265</wp:posOffset>
            </wp:positionV>
            <wp:extent cx="2124075" cy="1800225"/>
            <wp:effectExtent l="0" t="0" r="0" b="0"/>
            <wp:wrapSquare wrapText="largest"/>
            <wp:docPr id="15" name="Image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5"/>
                    <pic:cNvPicPr>
                      <a:picLocks noChangeAspect="1" noChangeArrowheads="1"/>
                    </pic:cNvPicPr>
                  </pic:nvPicPr>
                  <pic:blipFill>
                    <a:blip r:embed="rId16"/>
                    <a:stretch>
                      <a:fillRect/>
                    </a:stretch>
                  </pic:blipFill>
                  <pic:spPr bwMode="auto">
                    <a:xfrm>
                      <a:off x="0" y="0"/>
                      <a:ext cx="2124075" cy="1800225"/>
                    </a:xfrm>
                    <a:prstGeom prst="rect">
                      <a:avLst/>
                    </a:prstGeom>
                    <a:noFill/>
                  </pic:spPr>
                </pic:pic>
              </a:graphicData>
            </a:graphic>
          </wp:anchor>
        </w:drawing>
      </w:r>
    </w:p>
    <w:p>
      <w:pPr>
        <w:pStyle w:val="Normal"/>
        <w:spacing w:before="160" w:after="80"/>
        <w:ind w:start="360"/>
        <w:jc w:val="start"/>
        <w:rPr>
          <w:rFonts w:ascii="Calibri" w:hAnsi="Calibri"/>
          <w:b/>
          <w:i/>
          <w:color w:val="000000"/>
          <w:sz w:val="22"/>
        </w:rPr>
      </w:pPr>
      <w:r>
        <w:rPr>
          <w:rFonts w:ascii="Calibri" w:hAnsi="Calibri"/>
          <w:b/>
          <w:i/>
          <w:color w:val="000000"/>
          <w:sz w:val="22"/>
        </w:rPr>
      </w:r>
    </w:p>
    <w:p>
      <w:pPr>
        <w:pStyle w:val="Normal"/>
        <w:spacing w:before="160" w:after="80"/>
        <w:ind w:start="360"/>
        <w:jc w:val="start"/>
        <w:rPr>
          <w:rFonts w:ascii="Calibri" w:hAnsi="Calibri"/>
          <w:b/>
          <w:i/>
          <w:color w:val="000000"/>
          <w:sz w:val="22"/>
        </w:rPr>
      </w:pPr>
      <w:r>
        <w:rPr>
          <w:rFonts w:ascii="Calibri" w:hAnsi="Calibri"/>
          <w:b/>
          <w:i/>
          <w:color w:val="000000"/>
          <w:sz w:val="22"/>
        </w:rPr>
      </w:r>
    </w:p>
    <w:p>
      <w:pPr>
        <w:pStyle w:val="Normal"/>
        <w:spacing w:before="160" w:after="80"/>
        <w:ind w:start="360"/>
        <w:jc w:val="start"/>
        <w:rPr>
          <w:rFonts w:ascii="Calibri" w:hAnsi="Calibri"/>
          <w:b/>
          <w:i/>
          <w:color w:val="000000"/>
          <w:sz w:val="22"/>
        </w:rPr>
      </w:pPr>
      <w:r>
        <w:rPr>
          <w:rFonts w:ascii="Calibri" w:hAnsi="Calibri"/>
          <w:b/>
          <w:i/>
          <w:color w:val="000000"/>
          <w:sz w:val="22"/>
        </w:rPr>
      </w:r>
    </w:p>
    <w:p>
      <w:pPr>
        <w:pStyle w:val="Normal"/>
        <w:spacing w:before="160" w:after="80"/>
        <w:ind w:start="360"/>
        <w:jc w:val="start"/>
        <w:rPr>
          <w:rFonts w:ascii="Calibri" w:hAnsi="Calibri"/>
          <w:b/>
          <w:i/>
          <w:color w:val="000000"/>
          <w:sz w:val="22"/>
        </w:rPr>
      </w:pPr>
      <w:r>
        <w:rPr>
          <w:rFonts w:ascii="Calibri" w:hAnsi="Calibri"/>
          <w:b/>
          <w:i/>
          <w:color w:val="000000"/>
          <w:sz w:val="22"/>
        </w:rPr>
      </w:r>
    </w:p>
    <w:p>
      <w:pPr>
        <w:pStyle w:val="Normal"/>
        <w:spacing w:before="160" w:after="80"/>
        <w:ind w:start="360"/>
        <w:jc w:val="start"/>
        <w:rPr>
          <w:rFonts w:ascii="Calibri" w:hAnsi="Calibri"/>
          <w:b/>
          <w:i/>
          <w:color w:val="000000"/>
          <w:sz w:val="22"/>
        </w:rPr>
      </w:pPr>
      <w:r>
        <w:rPr>
          <w:rFonts w:ascii="Calibri" w:hAnsi="Calibri"/>
          <w:b/>
          <w:i/>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Alasiri moja, askarikanzu walikuwa wakitembea kijijini. Walipokuwa wakipita kando ya kichaka walimwona Potovu. Alikuwa akivuta bangi. Alipowaona maafisa wa polisi alitimua mbio lakini askari walimtia mbaroni. Alifungwa pingu mikononi na kupelekwa katika kituo cha polisi. Katika kituo cha polisi aliwekwa rumande. Siku iliyofuata, alipelekwa mahakamani. Askari waliogopa asitoroke. Kwa hivyo, aliposimama katika kizimba walimfunga pingu.</w:t>
      </w:r>
    </w:p>
    <w:p>
      <w:pPr>
        <w:pStyle w:val="Normal"/>
        <w:spacing w:before="0" w:after="60"/>
        <w:ind w:start="360"/>
        <w:jc w:val="start"/>
        <w:rPr/>
      </w:pPr>
      <w:r>
        <w:rPr>
          <w:rFonts w:ascii="Calibri" w:hAnsi="Calibri"/>
          <w:b w:val="false"/>
          <w:i w:val="false"/>
          <w:color w:val="000000"/>
          <w:sz w:val="22"/>
        </w:rPr>
        <w:t>Kesi iliposikilizwa, Potovu alihukumiwa kifungo cha miaka saba katika jela. Hakimu alimwambia kuwa alikuwa na nafasi ya kukata rufaa kabla ya wiki mbili kuisha. Potovu aliangua kilio. Alilia sana. Lakini kilio si dawa. Hakuamini kuwa amekuwa mfungwa. Aliogopa kukaa katika seli za gerezani.</w:t>
      </w:r>
    </w:p>
    <w:p>
      <w:pPr>
        <w:pStyle w:val="Normal"/>
        <w:spacing w:before="0" w:after="60"/>
        <w:ind w:start="360"/>
        <w:jc w:val="start"/>
        <w:rPr/>
      </w:pPr>
      <w:r>
        <w:rPr>
          <w:rFonts w:ascii="Calibri" w:hAnsi="Calibri"/>
          <w:b w:val="false"/>
          <w:i w:val="false"/>
          <w:color w:val="000000"/>
          <w:sz w:val="22"/>
        </w:rPr>
        <w:t>13. Kwa nini Potovu alishikwa?</w:t>
      </w:r>
    </w:p>
    <w:p>
      <w:pPr>
        <w:pStyle w:val="Normal"/>
        <w:spacing w:before="0" w:after="60"/>
        <w:ind w:start="360"/>
        <w:jc w:val="start"/>
        <w:rPr/>
      </w:pPr>
      <w:r>
        <w:rPr>
          <w:rFonts w:ascii="Calibri" w:hAnsi="Calibri"/>
          <w:b w:val="false"/>
          <w:i w:val="false"/>
          <w:color w:val="000000"/>
          <w:sz w:val="22"/>
        </w:rPr>
        <w:t>A. Alikuwa akitumia bangi</w:t>
      </w:r>
    </w:p>
    <w:p>
      <w:pPr>
        <w:pStyle w:val="Normal"/>
        <w:spacing w:before="0" w:after="60"/>
        <w:ind w:start="360"/>
        <w:jc w:val="start"/>
        <w:rPr/>
      </w:pPr>
      <w:r>
        <w:rPr>
          <w:rFonts w:ascii="Calibri" w:hAnsi="Calibri"/>
          <w:b w:val="false"/>
          <w:i w:val="false"/>
          <w:color w:val="000000"/>
          <w:sz w:val="22"/>
        </w:rPr>
        <w:t>B. Alitimua mbio</w:t>
      </w:r>
    </w:p>
    <w:p>
      <w:pPr>
        <w:pStyle w:val="Normal"/>
        <w:spacing w:before="0" w:after="60"/>
        <w:ind w:start="360"/>
        <w:jc w:val="start"/>
        <w:rPr/>
      </w:pPr>
      <w:r>
        <w:rPr>
          <w:rFonts w:ascii="Calibri" w:hAnsi="Calibri"/>
          <w:b w:val="false"/>
          <w:i w:val="false"/>
          <w:color w:val="000000"/>
          <w:sz w:val="22"/>
        </w:rPr>
        <w:t>C. Aliwakosea askari</w:t>
      </w:r>
    </w:p>
    <w:p>
      <w:pPr>
        <w:pStyle w:val="Normal"/>
        <w:spacing w:before="0" w:after="60"/>
        <w:ind w:start="360"/>
        <w:jc w:val="start"/>
        <w:rPr/>
      </w:pPr>
      <w:r>
        <w:rPr>
          <w:rFonts w:ascii="Calibri" w:hAnsi="Calibri"/>
          <w:b w:val="false"/>
          <w:i w:val="false"/>
          <w:color w:val="000000"/>
          <w:sz w:val="22"/>
        </w:rPr>
        <w:t>D. Alikataa kufuata askari</w:t>
      </w:r>
    </w:p>
    <w:p>
      <w:pPr>
        <w:pStyle w:val="Normal"/>
        <w:spacing w:before="0" w:after="60"/>
        <w:ind w:start="360"/>
        <w:jc w:val="start"/>
        <w:rPr/>
      </w:pPr>
      <w:r>
        <w:rPr>
          <w:rFonts w:ascii="Calibri" w:hAnsi="Calibri"/>
          <w:b w:val="false"/>
          <w:i w:val="false"/>
          <w:color w:val="000000"/>
          <w:sz w:val="22"/>
        </w:rPr>
        <w:t>14. Unafikiri ni kwa nini Potovu aliwekwa pingu mikononi?</w:t>
      </w:r>
    </w:p>
    <w:p>
      <w:pPr>
        <w:pStyle w:val="Normal"/>
        <w:spacing w:before="0" w:after="60"/>
        <w:ind w:start="360"/>
        <w:jc w:val="start"/>
        <w:rPr/>
      </w:pPr>
      <w:r>
        <w:rPr>
          <w:rFonts w:ascii="Calibri" w:hAnsi="Calibri"/>
          <w:b w:val="false"/>
          <w:i w:val="false"/>
          <w:color w:val="000000"/>
          <w:sz w:val="22"/>
        </w:rPr>
        <w:t>A. Ili asitoroke</w:t>
      </w:r>
    </w:p>
    <w:p>
      <w:pPr>
        <w:pStyle w:val="Normal"/>
        <w:spacing w:before="0" w:after="60"/>
        <w:ind w:start="360"/>
        <w:jc w:val="start"/>
        <w:rPr/>
      </w:pPr>
      <w:r>
        <w:rPr>
          <w:rFonts w:ascii="Calibri" w:hAnsi="Calibri"/>
          <w:b w:val="false"/>
          <w:i w:val="false"/>
          <w:color w:val="000000"/>
          <w:sz w:val="22"/>
        </w:rPr>
        <w:t>B. Ili asipigane</w:t>
      </w:r>
    </w:p>
    <w:p>
      <w:pPr>
        <w:pStyle w:val="Normal"/>
        <w:spacing w:before="0" w:after="60"/>
        <w:ind w:start="360"/>
        <w:jc w:val="start"/>
        <w:rPr/>
      </w:pPr>
      <w:r>
        <w:rPr>
          <w:rFonts w:ascii="Calibri" w:hAnsi="Calibri"/>
          <w:b w:val="false"/>
          <w:i w:val="false"/>
          <w:color w:val="000000"/>
          <w:sz w:val="22"/>
        </w:rPr>
        <w:t>C. Ili atulie</w:t>
      </w:r>
    </w:p>
    <w:p>
      <w:pPr>
        <w:pStyle w:val="Normal"/>
        <w:spacing w:before="0" w:after="60"/>
        <w:ind w:start="360"/>
        <w:jc w:val="start"/>
        <w:rPr/>
      </w:pPr>
      <w:r>
        <w:rPr>
          <w:rFonts w:ascii="Calibri" w:hAnsi="Calibri"/>
          <w:b w:val="false"/>
          <w:i w:val="false"/>
          <w:color w:val="000000"/>
          <w:sz w:val="22"/>
        </w:rPr>
        <w:t>D. Ili afike mahakamani</w:t>
      </w:r>
    </w:p>
    <w:p>
      <w:pPr>
        <w:pStyle w:val="Normal"/>
        <w:spacing w:before="0" w:after="60"/>
        <w:ind w:start="360"/>
        <w:jc w:val="start"/>
        <w:rPr/>
      </w:pPr>
      <w:r>
        <w:rPr>
          <w:rFonts w:ascii="Calibri" w:hAnsi="Calibri"/>
          <w:b w:val="false"/>
          <w:i w:val="false"/>
          <w:color w:val="000000"/>
          <w:sz w:val="22"/>
        </w:rPr>
        <w:t>15. Potovu alihukumiwa na nani?</w:t>
      </w:r>
    </w:p>
    <w:p>
      <w:pPr>
        <w:pStyle w:val="Normal"/>
        <w:spacing w:before="0" w:after="60"/>
        <w:ind w:start="360"/>
        <w:jc w:val="start"/>
        <w:rPr/>
      </w:pPr>
      <w:r>
        <w:rPr>
          <w:rFonts w:ascii="Calibri" w:hAnsi="Calibri"/>
          <w:b w:val="false"/>
          <w:i w:val="false"/>
          <w:color w:val="000000"/>
          <w:sz w:val="22"/>
        </w:rPr>
        <w:t>A. Hakimu</w:t>
      </w:r>
    </w:p>
    <w:p>
      <w:pPr>
        <w:pStyle w:val="Normal"/>
        <w:spacing w:before="0" w:after="60"/>
        <w:ind w:start="360"/>
        <w:jc w:val="start"/>
        <w:rPr/>
      </w:pPr>
      <w:r>
        <w:rPr>
          <w:rFonts w:ascii="Calibri" w:hAnsi="Calibri"/>
          <w:b w:val="false"/>
          <w:i w:val="false"/>
          <w:color w:val="000000"/>
          <w:sz w:val="22"/>
        </w:rPr>
        <w:t>B. Askari</w:t>
      </w:r>
    </w:p>
    <w:p>
      <w:pPr>
        <w:pStyle w:val="Normal"/>
        <w:spacing w:before="0" w:after="60"/>
        <w:ind w:start="360"/>
        <w:jc w:val="start"/>
        <w:rPr/>
      </w:pPr>
      <w:r>
        <w:rPr>
          <w:rFonts w:ascii="Calibri" w:hAnsi="Calibri"/>
          <w:b w:val="false"/>
          <w:i w:val="false"/>
          <w:color w:val="000000"/>
          <w:sz w:val="22"/>
        </w:rPr>
        <w:t>C. Maafisa</w:t>
      </w:r>
    </w:p>
    <w:p>
      <w:pPr>
        <w:pStyle w:val="Normal"/>
        <w:spacing w:before="0" w:after="60"/>
        <w:ind w:start="360"/>
        <w:jc w:val="start"/>
        <w:rPr/>
      </w:pPr>
      <w:r>
        <w:rPr>
          <w:rFonts w:ascii="Calibri" w:hAnsi="Calibri"/>
          <w:b w:val="false"/>
          <w:i w:val="false"/>
          <w:color w:val="000000"/>
          <w:sz w:val="22"/>
        </w:rPr>
        <w:t>D. Kanzu</w:t>
      </w:r>
    </w:p>
    <w:p>
      <w:pPr>
        <w:pStyle w:val="Normal"/>
        <w:spacing w:before="160" w:after="80"/>
        <w:ind w:start="360"/>
        <w:jc w:val="start"/>
        <w:rPr/>
      </w:pPr>
      <w:r>
        <w:rPr>
          <w:rFonts w:ascii="Calibri" w:hAnsi="Calibri"/>
          <w:b/>
          <w:i/>
          <w:color w:val="000000"/>
          <w:sz w:val="22"/>
        </w:rPr>
        <w:t>Soma kifungu kifuatacho. Kina nafasi 16 hadi 20. Umepewa majibu manne hapo. Chagua jibu lifaalo zaidi kati ya yale uliyopewa.</w:t>
      </w:r>
    </w:p>
    <w:p>
      <w:pPr>
        <w:pStyle w:val="Normal"/>
        <w:spacing w:before="0" w:after="60"/>
        <w:ind w:start="360"/>
        <w:jc w:val="start"/>
        <w:rPr/>
      </w:pPr>
      <w:r>
        <w:rPr>
          <w:rFonts w:ascii="Calibri" w:hAnsi="Calibri"/>
          <w:b w:val="false"/>
          <w:i w:val="false"/>
          <w:color w:val="000000"/>
          <w:sz w:val="22"/>
        </w:rPr>
        <w:t xml:space="preserve">Timu yetu ya Bidii </w:t>
      </w:r>
      <w:r>
        <w:rPr>
          <w:rFonts w:ascii="Calibri" w:hAnsi="Calibri"/>
          <w:b w:val="false"/>
          <w:i w:val="false"/>
          <w:color w:val="000000"/>
          <w:sz w:val="22"/>
        </w:rPr>
        <w:t>___</w:t>
      </w:r>
      <w:r>
        <w:rPr>
          <w:rFonts w:ascii="Calibri" w:hAnsi="Calibri"/>
          <w:b w:val="false"/>
          <w:i w:val="false"/>
          <w:color w:val="000000"/>
          <w:sz w:val="22"/>
        </w:rPr>
        <w:t xml:space="preserve">16 ikicheza dhidi ya timu ya Simba. Timu yetu ilicheza na kuwa washindi. Ushindi </w:t>
      </w:r>
      <w:r>
        <w:rPr>
          <w:rFonts w:ascii="Calibri" w:hAnsi="Calibri"/>
          <w:b w:val="false"/>
          <w:i w:val="false"/>
          <w:color w:val="000000"/>
          <w:sz w:val="22"/>
        </w:rPr>
        <w:t>___</w:t>
      </w:r>
      <w:r>
        <w:rPr>
          <w:rFonts w:ascii="Calibri" w:hAnsi="Calibri"/>
          <w:b w:val="false"/>
          <w:i w:val="false"/>
          <w:color w:val="000000"/>
          <w:sz w:val="22"/>
        </w:rPr>
        <w:t xml:space="preserve">17 ulitokana na ushirikiano </w:t>
      </w:r>
      <w:r>
        <w:rPr>
          <w:rFonts w:ascii="Calibri" w:hAnsi="Calibri"/>
          <w:b w:val="false"/>
          <w:i w:val="false"/>
          <w:color w:val="000000"/>
          <w:sz w:val="22"/>
        </w:rPr>
        <w:t>___</w:t>
      </w:r>
      <w:r>
        <w:rPr>
          <w:rFonts w:ascii="Calibri" w:hAnsi="Calibri"/>
          <w:b w:val="false"/>
          <w:i w:val="false"/>
          <w:color w:val="000000"/>
          <w:sz w:val="22"/>
        </w:rPr>
        <w:t xml:space="preserve">18 wachezaji ambao kila wakati </w:t>
      </w:r>
      <w:r>
        <w:rPr>
          <w:rFonts w:ascii="Calibri" w:hAnsi="Calibri"/>
          <w:b w:val="false"/>
          <w:i w:val="false"/>
          <w:color w:val="000000"/>
          <w:sz w:val="22"/>
        </w:rPr>
        <w:t>___</w:t>
      </w:r>
      <w:r>
        <w:rPr>
          <w:rFonts w:ascii="Calibri" w:hAnsi="Calibri"/>
          <w:b w:val="false"/>
          <w:i w:val="false"/>
          <w:color w:val="000000"/>
          <w:sz w:val="22"/>
        </w:rPr>
        <w:t xml:space="preserve">19 kama kinu na mchi wakifanya mazoezi. Walipewa zawadi kwa </w:t>
      </w:r>
      <w:r>
        <w:rPr>
          <w:rFonts w:ascii="Calibri" w:hAnsi="Calibri"/>
          <w:b w:val="false"/>
          <w:i w:val="false"/>
          <w:color w:val="000000"/>
          <w:sz w:val="22"/>
        </w:rPr>
        <w:t>___</w:t>
      </w:r>
      <w:r>
        <w:rPr>
          <w:rFonts w:ascii="Calibri" w:hAnsi="Calibri"/>
          <w:b w:val="false"/>
          <w:i w:val="false"/>
          <w:color w:val="000000"/>
          <w:sz w:val="22"/>
        </w:rPr>
        <w:t>20 wao.</w:t>
      </w:r>
    </w:p>
    <w:p>
      <w:pPr>
        <w:pStyle w:val="Normal"/>
        <w:spacing w:before="0" w:after="60"/>
        <w:ind w:start="360"/>
        <w:jc w:val="start"/>
        <w:rPr/>
      </w:pPr>
      <w:r>
        <w:rPr>
          <w:rFonts w:ascii="Calibri" w:hAnsi="Calibri"/>
          <w:b w:val="false"/>
          <w:i w:val="false"/>
          <w:color w:val="000000"/>
          <w:sz w:val="22"/>
        </w:rPr>
        <w:t>16. A. yalikuwa       B. ulikuwa        C. ilikuwa         D. lilikuwa</w:t>
      </w:r>
    </w:p>
    <w:p>
      <w:pPr>
        <w:pStyle w:val="Normal"/>
        <w:spacing w:before="0" w:after="60"/>
        <w:ind w:start="360"/>
        <w:jc w:val="start"/>
        <w:rPr/>
      </w:pPr>
      <w:r>
        <w:rPr>
          <w:rFonts w:ascii="Calibri" w:hAnsi="Calibri"/>
          <w:b w:val="false"/>
          <w:i w:val="false"/>
          <w:color w:val="000000"/>
          <w:sz w:val="22"/>
        </w:rPr>
        <w:t>17. A. wao        B. lao        C. chao         D. yao</w:t>
      </w:r>
    </w:p>
    <w:p>
      <w:pPr>
        <w:pStyle w:val="Normal"/>
        <w:spacing w:before="0" w:after="60"/>
        <w:ind w:start="360"/>
        <w:jc w:val="start"/>
        <w:rPr/>
      </w:pPr>
      <w:r>
        <w:rPr>
          <w:rFonts w:ascii="Calibri" w:hAnsi="Calibri"/>
          <w:b w:val="false"/>
          <w:i w:val="false"/>
          <w:color w:val="000000"/>
          <w:sz w:val="22"/>
        </w:rPr>
        <w:t>18. A. la         B. cha         C. wa         D. ya</w:t>
      </w:r>
    </w:p>
    <w:p>
      <w:pPr>
        <w:pStyle w:val="Normal"/>
        <w:spacing w:before="0" w:after="60"/>
        <w:ind w:start="360"/>
        <w:jc w:val="start"/>
        <w:rPr/>
      </w:pPr>
      <w:r>
        <w:rPr>
          <w:rFonts w:ascii="Calibri" w:hAnsi="Calibri"/>
          <w:b w:val="false"/>
          <w:i w:val="false"/>
          <w:color w:val="000000"/>
          <w:sz w:val="22"/>
        </w:rPr>
        <w:t>19. A. walitengana        B. walishirikiana         C. walizembea        D. walidhoofika</w:t>
      </w:r>
    </w:p>
    <w:p>
      <w:pPr>
        <w:pStyle w:val="Normal"/>
        <w:spacing w:before="0" w:after="60"/>
        <w:ind w:start="360"/>
        <w:jc w:val="start"/>
        <w:rPr/>
      </w:pPr>
      <w:r>
        <w:rPr>
          <w:rFonts w:ascii="Calibri" w:hAnsi="Calibri"/>
          <w:b w:val="false"/>
          <w:i w:val="false"/>
          <w:color w:val="000000"/>
          <w:sz w:val="22"/>
        </w:rPr>
        <w:t>20. A. ufanisi         B. kushinda         C. mafanikio         D. bidii</w:t>
      </w:r>
    </w:p>
    <w:p>
      <w:pPr>
        <w:pStyle w:val="Normal"/>
        <w:spacing w:before="0" w:after="60"/>
        <w:ind w:start="360"/>
        <w:jc w:val="start"/>
        <w:rPr>
          <w:b/>
          <w:bCs/>
        </w:rPr>
      </w:pPr>
      <w:r>
        <w:rPr>
          <w:rFonts w:ascii="Calibri" w:hAnsi="Calibri"/>
          <w:b/>
          <w:bCs/>
          <w:i w:val="false"/>
          <w:color w:val="000000"/>
          <w:sz w:val="22"/>
        </w:rPr>
        <w:t>Kutoka swali la 21 hadi la 30, chagua jibu sahihi kulingana na maagizo uliyopewa.</w:t>
      </w:r>
    </w:p>
    <w:p>
      <w:pPr>
        <w:pStyle w:val="Normal"/>
        <w:spacing w:before="0" w:after="60"/>
        <w:ind w:start="360"/>
        <w:jc w:val="start"/>
        <w:rPr/>
      </w:pPr>
      <w:r>
        <w:rPr>
          <w:rFonts w:ascii="Calibri" w:hAnsi="Calibri"/>
          <w:b w:val="false"/>
          <w:i w:val="false"/>
          <w:color w:val="000000"/>
          <w:sz w:val="22"/>
        </w:rPr>
        <w:t>21. Chagua neno lenye silabi nne.</w:t>
      </w:r>
    </w:p>
    <w:p>
      <w:pPr>
        <w:pStyle w:val="Normal"/>
        <w:spacing w:before="0" w:after="60"/>
        <w:ind w:start="360"/>
        <w:jc w:val="start"/>
        <w:rPr/>
      </w:pPr>
      <w:r>
        <w:rPr>
          <w:rFonts w:ascii="Calibri" w:hAnsi="Calibri"/>
          <w:b w:val="false"/>
          <w:i w:val="false"/>
          <w:color w:val="000000"/>
          <w:sz w:val="22"/>
        </w:rPr>
        <w:t>A. Mzazi</w:t>
      </w:r>
    </w:p>
    <w:p>
      <w:pPr>
        <w:pStyle w:val="Normal"/>
        <w:spacing w:before="0" w:after="60"/>
        <w:ind w:start="360"/>
        <w:jc w:val="start"/>
        <w:rPr/>
      </w:pPr>
      <w:r>
        <w:rPr>
          <w:rFonts w:ascii="Calibri" w:hAnsi="Calibri"/>
          <w:b w:val="false"/>
          <w:i w:val="false"/>
          <w:color w:val="000000"/>
          <w:sz w:val="22"/>
        </w:rPr>
        <w:t>B. Mwelekeo</w:t>
      </w:r>
    </w:p>
    <w:p>
      <w:pPr>
        <w:pStyle w:val="Normal"/>
        <w:spacing w:before="0" w:after="60"/>
        <w:ind w:start="360"/>
        <w:jc w:val="start"/>
        <w:rPr/>
      </w:pPr>
      <w:r>
        <w:rPr>
          <w:rFonts w:ascii="Calibri" w:hAnsi="Calibri"/>
          <w:b w:val="false"/>
          <w:i w:val="false"/>
          <w:color w:val="000000"/>
          <w:sz w:val="22"/>
        </w:rPr>
        <w:t>C. Kaka</w:t>
      </w:r>
    </w:p>
    <w:p>
      <w:pPr>
        <w:pStyle w:val="Normal"/>
        <w:spacing w:before="0" w:after="60"/>
        <w:ind w:start="360"/>
        <w:jc w:val="start"/>
        <w:rPr/>
      </w:pPr>
      <w:r>
        <w:rPr>
          <w:rFonts w:ascii="Calibri" w:hAnsi="Calibri"/>
          <w:b w:val="false"/>
          <w:i w:val="false"/>
          <w:color w:val="000000"/>
          <w:sz w:val="22"/>
        </w:rPr>
        <w:t>D. Viazi</w:t>
      </w:r>
    </w:p>
    <w:p>
      <w:pPr>
        <w:pStyle w:val="Normal"/>
        <w:spacing w:before="0" w:after="60"/>
        <w:ind w:start="360"/>
        <w:jc w:val="start"/>
        <w:rPr/>
      </w:pPr>
      <w:r>
        <w:rPr>
          <w:rFonts w:ascii="Calibri" w:hAnsi="Calibri"/>
          <w:b w:val="false"/>
          <w:i w:val="false"/>
          <w:color w:val="000000"/>
          <w:sz w:val="22"/>
        </w:rPr>
        <w:t>22. Chagua jozi iliyo na vielezi pekee.</w:t>
      </w:r>
    </w:p>
    <w:p>
      <w:pPr>
        <w:pStyle w:val="Normal"/>
        <w:spacing w:before="0" w:after="60"/>
        <w:ind w:start="360"/>
        <w:jc w:val="start"/>
        <w:rPr/>
      </w:pPr>
      <w:r>
        <w:rPr>
          <w:rFonts w:ascii="Calibri" w:hAnsi="Calibri"/>
          <w:b w:val="false"/>
          <w:i w:val="false"/>
          <w:color w:val="000000"/>
          <w:sz w:val="22"/>
        </w:rPr>
        <w:t>A. Pole, haraka</w:t>
      </w:r>
    </w:p>
    <w:p>
      <w:pPr>
        <w:pStyle w:val="Normal"/>
        <w:spacing w:before="0" w:after="60"/>
        <w:ind w:start="360"/>
        <w:jc w:val="start"/>
        <w:rPr/>
      </w:pPr>
      <w:r>
        <w:rPr>
          <w:rFonts w:ascii="Calibri" w:hAnsi="Calibri"/>
          <w:b w:val="false"/>
          <w:i w:val="false"/>
          <w:color w:val="000000"/>
          <w:sz w:val="22"/>
        </w:rPr>
        <w:t>B. Jana, vizuri</w:t>
      </w:r>
    </w:p>
    <w:p>
      <w:pPr>
        <w:pStyle w:val="Normal"/>
        <w:spacing w:before="0" w:after="60"/>
        <w:ind w:start="360"/>
        <w:jc w:val="start"/>
        <w:rPr/>
      </w:pPr>
      <w:r>
        <w:rPr>
          <w:rFonts w:ascii="Calibri" w:hAnsi="Calibri"/>
          <w:b w:val="false"/>
          <w:i w:val="false"/>
          <w:color w:val="000000"/>
          <w:sz w:val="22"/>
        </w:rPr>
        <w:t>C. Mtu, ua</w:t>
      </w:r>
    </w:p>
    <w:p>
      <w:pPr>
        <w:pStyle w:val="Normal"/>
        <w:spacing w:before="0" w:after="60"/>
        <w:ind w:start="360"/>
        <w:jc w:val="start"/>
        <w:rPr/>
      </w:pPr>
      <w:r>
        <w:rPr>
          <w:rFonts w:ascii="Calibri" w:hAnsi="Calibri"/>
          <w:b w:val="false"/>
          <w:i w:val="false"/>
          <w:color w:val="000000"/>
          <w:sz w:val="22"/>
        </w:rPr>
        <w:t>D. Mbaya, mwepesi</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23. Ni nomino gani ambayo huwa katika ngeli ya LI-LI?</w:t>
      </w:r>
    </w:p>
    <w:p>
      <w:pPr>
        <w:pStyle w:val="Normal"/>
        <w:spacing w:before="0" w:after="60"/>
        <w:ind w:start="360"/>
        <w:jc w:val="start"/>
        <w:rPr/>
      </w:pPr>
      <w:r>
        <w:rPr>
          <w:rFonts w:ascii="Calibri" w:hAnsi="Calibri"/>
          <w:b w:val="false"/>
          <w:i w:val="false"/>
          <w:color w:val="000000"/>
          <w:sz w:val="22"/>
        </w:rPr>
        <w:t>A. Mawe</w:t>
      </w:r>
    </w:p>
    <w:p>
      <w:pPr>
        <w:pStyle w:val="Normal"/>
        <w:spacing w:before="0" w:after="60"/>
        <w:ind w:start="360"/>
        <w:jc w:val="start"/>
        <w:rPr/>
      </w:pPr>
      <w:r>
        <w:rPr>
          <w:rFonts w:ascii="Calibri" w:hAnsi="Calibri"/>
          <w:b w:val="false"/>
          <w:i w:val="false"/>
          <w:color w:val="000000"/>
          <w:sz w:val="22"/>
        </w:rPr>
        <w:t>B. Gari</w:t>
      </w:r>
    </w:p>
    <w:p>
      <w:pPr>
        <w:pStyle w:val="Normal"/>
        <w:spacing w:before="0" w:after="60"/>
        <w:ind w:start="360"/>
        <w:jc w:val="start"/>
        <w:rPr/>
      </w:pPr>
      <w:r>
        <w:rPr>
          <w:rFonts w:ascii="Calibri" w:hAnsi="Calibri"/>
          <w:b w:val="false"/>
          <w:i w:val="false"/>
          <w:color w:val="000000"/>
          <w:sz w:val="22"/>
        </w:rPr>
        <w:t>C. Giza</w:t>
      </w:r>
    </w:p>
    <w:p>
      <w:pPr>
        <w:pStyle w:val="Normal"/>
        <w:spacing w:before="0" w:after="60"/>
        <w:ind w:start="360"/>
        <w:jc w:val="start"/>
        <w:rPr/>
      </w:pPr>
      <w:r>
        <w:rPr>
          <w:rFonts w:ascii="Calibri" w:hAnsi="Calibri"/>
          <w:b w:val="false"/>
          <w:i w:val="false"/>
          <w:color w:val="000000"/>
          <w:sz w:val="22"/>
        </w:rPr>
        <w:t>D. Darasa</w:t>
      </w:r>
    </w:p>
    <w:p>
      <w:pPr>
        <w:pStyle w:val="Normal"/>
        <w:spacing w:before="0" w:after="60"/>
        <w:ind w:start="360"/>
        <w:jc w:val="start"/>
        <w:rPr/>
      </w:pPr>
      <w:r>
        <w:rPr>
          <w:rFonts w:ascii="Calibri" w:hAnsi="Calibri"/>
          <w:b w:val="false"/>
          <w:i w:val="false"/>
          <w:color w:val="000000"/>
          <w:sz w:val="22"/>
        </w:rPr>
        <w:t>24. Je, chakula ambacho huliwa wakati wa adhuhuri huitwaje?</w:t>
      </w:r>
    </w:p>
    <w:p>
      <w:pPr>
        <w:pStyle w:val="Normal"/>
        <w:spacing w:before="0" w:after="60"/>
        <w:ind w:start="360"/>
        <w:jc w:val="start"/>
        <w:rPr/>
      </w:pPr>
      <w:r>
        <w:rPr>
          <w:rFonts w:ascii="Calibri" w:hAnsi="Calibri"/>
          <w:b w:val="false"/>
          <w:i w:val="false"/>
          <w:color w:val="000000"/>
          <w:sz w:val="22"/>
        </w:rPr>
        <w:t>A. Kishuka</w:t>
      </w:r>
    </w:p>
    <w:p>
      <w:pPr>
        <w:pStyle w:val="Normal"/>
        <w:spacing w:before="0" w:after="60"/>
        <w:ind w:start="360"/>
        <w:jc w:val="start"/>
        <w:rPr/>
      </w:pPr>
      <w:r>
        <w:rPr>
          <w:rFonts w:ascii="Calibri" w:hAnsi="Calibri"/>
          <w:b w:val="false"/>
          <w:i w:val="false"/>
          <w:color w:val="000000"/>
          <w:sz w:val="22"/>
        </w:rPr>
        <w:t>B. Kisebeho</w:t>
      </w:r>
    </w:p>
    <w:p>
      <w:pPr>
        <w:pStyle w:val="Normal"/>
        <w:spacing w:before="0" w:after="60"/>
        <w:ind w:start="360"/>
        <w:jc w:val="start"/>
        <w:rPr/>
      </w:pPr>
      <w:r>
        <w:rPr>
          <w:rFonts w:ascii="Calibri" w:hAnsi="Calibri"/>
          <w:b w:val="false"/>
          <w:i w:val="false"/>
          <w:color w:val="000000"/>
          <w:sz w:val="22"/>
        </w:rPr>
        <w:t>C. Pamba</w:t>
      </w:r>
    </w:p>
    <w:p>
      <w:pPr>
        <w:pStyle w:val="Normal"/>
        <w:spacing w:before="0" w:after="60"/>
        <w:ind w:start="360"/>
        <w:jc w:val="start"/>
        <w:rPr/>
      </w:pPr>
      <w:r>
        <w:rPr>
          <w:rFonts w:ascii="Calibri" w:hAnsi="Calibri"/>
          <w:b w:val="false"/>
          <w:i w:val="false"/>
          <w:color w:val="000000"/>
          <w:sz w:val="22"/>
        </w:rPr>
        <w:t>D. Chajio</w:t>
      </w:r>
    </w:p>
    <w:p>
      <w:pPr>
        <w:pStyle w:val="Normal"/>
        <w:spacing w:before="0" w:after="60"/>
        <w:ind w:start="360"/>
        <w:jc w:val="start"/>
        <w:rPr/>
      </w:pPr>
      <w:r>
        <w:rPr>
          <w:rFonts w:ascii="Calibri" w:hAnsi="Calibri"/>
          <w:b w:val="false"/>
          <w:i w:val="false"/>
          <w:color w:val="000000"/>
          <w:sz w:val="22"/>
        </w:rPr>
        <w:t>25. Kamilisha: Konda kama ____</w:t>
      </w:r>
    </w:p>
    <w:p>
      <w:pPr>
        <w:pStyle w:val="Normal"/>
        <w:spacing w:before="0" w:after="60"/>
        <w:ind w:start="360"/>
        <w:jc w:val="start"/>
        <w:rPr/>
      </w:pPr>
      <w:r>
        <w:rPr>
          <w:rFonts w:ascii="Calibri" w:hAnsi="Calibri"/>
          <w:b w:val="false"/>
          <w:i w:val="false"/>
          <w:color w:val="000000"/>
          <w:sz w:val="22"/>
        </w:rPr>
        <w:t>A. sindano</w:t>
      </w:r>
    </w:p>
    <w:p>
      <w:pPr>
        <w:pStyle w:val="Normal"/>
        <w:spacing w:before="0" w:after="60"/>
        <w:ind w:start="360"/>
        <w:jc w:val="start"/>
        <w:rPr/>
      </w:pPr>
      <w:r>
        <w:rPr>
          <w:rFonts w:ascii="Calibri" w:hAnsi="Calibri"/>
          <w:b w:val="false"/>
          <w:i w:val="false"/>
          <w:color w:val="000000"/>
          <w:sz w:val="22"/>
        </w:rPr>
        <w:t>B. nyasi</w:t>
      </w:r>
    </w:p>
    <w:p>
      <w:pPr>
        <w:pStyle w:val="Normal"/>
        <w:spacing w:before="0" w:after="60"/>
        <w:ind w:start="360"/>
        <w:jc w:val="start"/>
        <w:rPr/>
      </w:pPr>
      <w:r>
        <w:rPr>
          <w:rFonts w:ascii="Calibri" w:hAnsi="Calibri"/>
          <w:b w:val="false"/>
          <w:i w:val="false"/>
          <w:color w:val="000000"/>
          <w:sz w:val="22"/>
        </w:rPr>
        <w:t>C. ng'onda</w:t>
      </w:r>
    </w:p>
    <w:p>
      <w:pPr>
        <w:pStyle w:val="Normal"/>
        <w:spacing w:before="0" w:after="60"/>
        <w:ind w:start="360"/>
        <w:jc w:val="start"/>
        <w:rPr/>
      </w:pPr>
      <w:r>
        <w:rPr>
          <w:rFonts w:ascii="Calibri" w:hAnsi="Calibri"/>
          <w:b w:val="false"/>
          <w:i w:val="false"/>
          <w:color w:val="000000"/>
          <w:sz w:val="22"/>
        </w:rPr>
        <w:t>D. mgonjwa</w:t>
      </w:r>
    </w:p>
    <w:p>
      <w:pPr>
        <w:pStyle w:val="Normal"/>
        <w:spacing w:before="0" w:after="60"/>
        <w:ind w:start="360"/>
        <w:jc w:val="start"/>
        <w:rPr/>
      </w:pPr>
      <w:r>
        <w:rPr>
          <w:rFonts w:ascii="Calibri" w:hAnsi="Calibri"/>
          <w:b w:val="false"/>
          <w:i w:val="false"/>
          <w:color w:val="000000"/>
          <w:sz w:val="22"/>
        </w:rPr>
        <w:t>26. Chagua sentensi ambayo imetumia kiwakilishi.</w:t>
      </w:r>
    </w:p>
    <w:p>
      <w:pPr>
        <w:pStyle w:val="Normal"/>
        <w:spacing w:before="0" w:after="60"/>
        <w:ind w:start="360"/>
        <w:jc w:val="start"/>
        <w:rPr/>
      </w:pPr>
      <w:r>
        <w:rPr>
          <w:rFonts w:ascii="Calibri" w:hAnsi="Calibri"/>
          <w:b w:val="false"/>
          <w:i w:val="false"/>
          <w:color w:val="000000"/>
          <w:sz w:val="22"/>
        </w:rPr>
        <w:t>A. Mtoto yule ameoga</w:t>
      </w:r>
    </w:p>
    <w:p>
      <w:pPr>
        <w:pStyle w:val="Normal"/>
        <w:spacing w:before="0" w:after="60"/>
        <w:ind w:start="360"/>
        <w:jc w:val="start"/>
        <w:rPr/>
      </w:pPr>
      <w:r>
        <w:rPr>
          <w:rFonts w:ascii="Calibri" w:hAnsi="Calibri"/>
          <w:b w:val="false"/>
          <w:i w:val="false"/>
          <w:color w:val="000000"/>
          <w:sz w:val="22"/>
        </w:rPr>
        <w:t>B. Kile kimepatikana uwanjani</w:t>
      </w:r>
    </w:p>
    <w:p>
      <w:pPr>
        <w:pStyle w:val="Normal"/>
        <w:spacing w:before="0" w:after="60"/>
        <w:ind w:start="360"/>
        <w:jc w:val="start"/>
        <w:rPr/>
      </w:pPr>
      <w:r>
        <w:rPr>
          <w:rFonts w:ascii="Calibri" w:hAnsi="Calibri"/>
          <w:b w:val="false"/>
          <w:i w:val="false"/>
          <w:color w:val="000000"/>
          <w:sz w:val="22"/>
        </w:rPr>
        <w:t>C. Mchezaji aliumia jana</w:t>
      </w:r>
    </w:p>
    <w:p>
      <w:pPr>
        <w:pStyle w:val="Normal"/>
        <w:spacing w:before="0" w:after="60"/>
        <w:ind w:start="360"/>
        <w:jc w:val="start"/>
        <w:rPr/>
      </w:pPr>
      <w:r>
        <w:rPr>
          <w:rFonts w:ascii="Calibri" w:hAnsi="Calibri"/>
          <w:b w:val="false"/>
          <w:i w:val="false"/>
          <w:color w:val="000000"/>
          <w:sz w:val="22"/>
        </w:rPr>
        <w:t>D. Mnyama mnono ni nguruwe</w:t>
      </w:r>
    </w:p>
    <w:p>
      <w:pPr>
        <w:pStyle w:val="Normal"/>
        <w:spacing w:before="0" w:after="60"/>
        <w:ind w:start="360"/>
        <w:jc w:val="start"/>
        <w:rPr/>
      </w:pPr>
      <w:r>
        <w:rPr>
          <w:rFonts w:ascii="Calibri" w:hAnsi="Calibri"/>
          <w:b w:val="false"/>
          <w:i w:val="false"/>
          <w:color w:val="000000"/>
          <w:sz w:val="22"/>
        </w:rPr>
        <w:t>27. Jaza pengo: Karai ____ lilivunjika nikifua</w:t>
      </w:r>
    </w:p>
    <w:p>
      <w:pPr>
        <w:pStyle w:val="Normal"/>
        <w:spacing w:before="0" w:after="60"/>
        <w:ind w:start="360"/>
        <w:jc w:val="start"/>
        <w:rPr/>
      </w:pPr>
      <w:r>
        <w:rPr>
          <w:rFonts w:ascii="Calibri" w:hAnsi="Calibri"/>
          <w:b w:val="false"/>
          <w:i w:val="false"/>
          <w:color w:val="000000"/>
          <w:sz w:val="22"/>
        </w:rPr>
        <w:t>A. lile</w:t>
      </w:r>
    </w:p>
    <w:p>
      <w:pPr>
        <w:pStyle w:val="Normal"/>
        <w:spacing w:before="0" w:after="60"/>
        <w:ind w:start="360"/>
        <w:jc w:val="start"/>
        <w:rPr/>
      </w:pPr>
      <w:r>
        <w:rPr>
          <w:rFonts w:ascii="Calibri" w:hAnsi="Calibri"/>
          <w:b w:val="false"/>
          <w:i w:val="false"/>
          <w:color w:val="000000"/>
          <w:sz w:val="22"/>
        </w:rPr>
        <w:t>B. ile</w:t>
      </w:r>
    </w:p>
    <w:p>
      <w:pPr>
        <w:pStyle w:val="Normal"/>
        <w:spacing w:before="0" w:after="60"/>
        <w:ind w:start="360"/>
        <w:jc w:val="start"/>
        <w:rPr/>
      </w:pPr>
      <w:r>
        <w:rPr>
          <w:rFonts w:ascii="Calibri" w:hAnsi="Calibri"/>
          <w:b w:val="false"/>
          <w:i w:val="false"/>
          <w:color w:val="000000"/>
          <w:sz w:val="22"/>
        </w:rPr>
        <w:t>C. yale</w:t>
      </w:r>
    </w:p>
    <w:p>
      <w:pPr>
        <w:pStyle w:val="Normal"/>
        <w:spacing w:before="0" w:after="60"/>
        <w:ind w:start="360"/>
        <w:jc w:val="start"/>
        <w:rPr/>
      </w:pPr>
      <w:r>
        <w:rPr>
          <w:rFonts w:ascii="Calibri" w:hAnsi="Calibri"/>
          <w:b w:val="false"/>
          <w:i w:val="false"/>
          <w:color w:val="000000"/>
          <w:sz w:val="22"/>
        </w:rPr>
        <w:t>D. kile</w:t>
      </w:r>
    </w:p>
    <w:p>
      <w:pPr>
        <w:pStyle w:val="Normal"/>
        <w:spacing w:before="0" w:after="60"/>
        <w:ind w:start="360"/>
        <w:jc w:val="start"/>
        <w:rPr/>
      </w:pPr>
      <w:r>
        <w:rPr>
          <w:rFonts w:ascii="Calibri" w:hAnsi="Calibri"/>
          <w:b w:val="false"/>
          <w:i w:val="false"/>
          <w:color w:val="000000"/>
          <w:sz w:val="22"/>
        </w:rPr>
        <w:t>28. Chagua neno mwafaka kujaza pengo: Wenyeji walikula ugali ____ nyama ya kuku.</w:t>
      </w:r>
    </w:p>
    <w:p>
      <w:pPr>
        <w:pStyle w:val="Normal"/>
        <w:spacing w:before="0" w:after="60"/>
        <w:ind w:start="360"/>
        <w:jc w:val="start"/>
        <w:rPr/>
      </w:pPr>
      <w:r>
        <w:rPr>
          <w:rFonts w:ascii="Calibri" w:hAnsi="Calibri"/>
          <w:b w:val="false"/>
          <w:i w:val="false"/>
          <w:color w:val="000000"/>
          <w:sz w:val="22"/>
        </w:rPr>
        <w:t>A. ni</w:t>
      </w:r>
    </w:p>
    <w:p>
      <w:pPr>
        <w:pStyle w:val="Normal"/>
        <w:spacing w:before="0" w:after="60"/>
        <w:ind w:start="360"/>
        <w:jc w:val="start"/>
        <w:rPr/>
      </w:pPr>
      <w:r>
        <w:rPr>
          <w:rFonts w:ascii="Calibri" w:hAnsi="Calibri"/>
          <w:b w:val="false"/>
          <w:i w:val="false"/>
          <w:color w:val="000000"/>
          <w:sz w:val="22"/>
        </w:rPr>
        <w:t>B. pia</w:t>
      </w:r>
    </w:p>
    <w:p>
      <w:pPr>
        <w:pStyle w:val="Normal"/>
        <w:spacing w:before="0" w:after="60"/>
        <w:ind w:start="360"/>
        <w:jc w:val="start"/>
        <w:rPr/>
      </w:pPr>
      <w:r>
        <w:rPr>
          <w:rFonts w:ascii="Calibri" w:hAnsi="Calibri"/>
          <w:b w:val="false"/>
          <w:i w:val="false"/>
          <w:color w:val="000000"/>
          <w:sz w:val="22"/>
        </w:rPr>
        <w:t>C. na</w:t>
      </w:r>
    </w:p>
    <w:p>
      <w:pPr>
        <w:pStyle w:val="Normal"/>
        <w:spacing w:before="0" w:after="60"/>
        <w:ind w:start="360"/>
        <w:jc w:val="start"/>
        <w:rPr/>
      </w:pPr>
      <w:r>
        <w:rPr>
          <w:rFonts w:ascii="Calibri" w:hAnsi="Calibri"/>
          <w:b w:val="false"/>
          <w:i w:val="false"/>
          <w:color w:val="000000"/>
          <w:sz w:val="22"/>
        </w:rPr>
        <w:t>D. kwa</w:t>
      </w:r>
    </w:p>
    <w:p>
      <w:pPr>
        <w:pStyle w:val="Normal"/>
        <w:spacing w:before="0" w:after="60"/>
        <w:ind w:start="360"/>
        <w:jc w:val="start"/>
        <w:rPr/>
      </w:pPr>
      <w:r>
        <w:rPr>
          <w:rFonts w:ascii="Calibri" w:hAnsi="Calibri"/>
          <w:b w:val="false"/>
          <w:i w:val="false"/>
          <w:color w:val="000000"/>
          <w:sz w:val="22"/>
        </w:rPr>
        <w:t>29. Chagua neno lililoendelezwa vizuri</w:t>
      </w:r>
    </w:p>
    <w:p>
      <w:pPr>
        <w:pStyle w:val="Normal"/>
        <w:spacing w:before="0" w:after="60"/>
        <w:ind w:start="360"/>
        <w:jc w:val="start"/>
        <w:rPr/>
      </w:pPr>
      <w:r>
        <w:rPr>
          <w:rFonts w:ascii="Calibri" w:hAnsi="Calibri"/>
          <w:b w:val="false"/>
          <w:i w:val="false"/>
          <w:color w:val="000000"/>
          <w:sz w:val="22"/>
        </w:rPr>
        <w:t>A. Bibilia</w:t>
      </w:r>
    </w:p>
    <w:p>
      <w:pPr>
        <w:pStyle w:val="Normal"/>
        <w:spacing w:before="0" w:after="60"/>
        <w:ind w:start="360"/>
        <w:jc w:val="start"/>
        <w:rPr/>
      </w:pPr>
      <w:r>
        <w:rPr>
          <w:rFonts w:ascii="Calibri" w:hAnsi="Calibri"/>
          <w:b w:val="false"/>
          <w:i w:val="false"/>
          <w:color w:val="000000"/>
          <w:sz w:val="22"/>
        </w:rPr>
        <w:t>B. Mschana</w:t>
      </w:r>
    </w:p>
    <w:p>
      <w:pPr>
        <w:pStyle w:val="Normal"/>
        <w:spacing w:before="0" w:after="60"/>
        <w:ind w:start="360"/>
        <w:jc w:val="start"/>
        <w:rPr/>
      </w:pPr>
      <w:r>
        <w:rPr>
          <w:rFonts w:ascii="Calibri" w:hAnsi="Calibri"/>
          <w:b w:val="false"/>
          <w:i w:val="false"/>
          <w:color w:val="000000"/>
          <w:sz w:val="22"/>
        </w:rPr>
        <w:t>C. Muhogo</w:t>
      </w:r>
    </w:p>
    <w:p>
      <w:pPr>
        <w:pStyle w:val="Normal"/>
        <w:spacing w:before="0" w:after="60"/>
        <w:ind w:start="360"/>
        <w:jc w:val="start"/>
        <w:rPr/>
      </w:pPr>
      <w:r>
        <w:rPr>
          <w:rFonts w:ascii="Calibri" w:hAnsi="Calibri"/>
          <w:b w:val="false"/>
          <w:i w:val="false"/>
          <w:color w:val="000000"/>
          <w:sz w:val="22"/>
        </w:rPr>
        <w:t>D. Maskio</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30. Ni ishara gani kwenye kompyuta ambayo huonyesha 'Chapa koza.'</w:t>
      </w:r>
    </w:p>
    <w:p>
      <w:pPr>
        <w:pStyle w:val="Normal"/>
        <w:spacing w:before="0" w:after="60"/>
        <w:ind w:start="360"/>
        <w:jc w:val="start"/>
        <w:rPr/>
      </w:pPr>
      <w:r>
        <w:rPr>
          <w:rFonts w:ascii="Calibri" w:hAnsi="Calibri"/>
          <w:b w:val="false"/>
          <w:i w:val="false"/>
          <w:color w:val="000000"/>
          <w:sz w:val="22"/>
        </w:rPr>
        <w:t>A. B</w:t>
      </w:r>
    </w:p>
    <w:p>
      <w:pPr>
        <w:pStyle w:val="Normal"/>
        <w:spacing w:before="0" w:after="60"/>
        <w:ind w:start="360"/>
        <w:jc w:val="start"/>
        <w:rPr/>
      </w:pPr>
      <w:r>
        <w:rPr>
          <w:rFonts w:ascii="Calibri" w:hAnsi="Calibri"/>
          <w:b w:val="false"/>
          <w:i w:val="false"/>
          <w:color w:val="000000"/>
          <w:sz w:val="22"/>
        </w:rPr>
        <w:t>B. I</w:t>
      </w:r>
    </w:p>
    <w:p>
      <w:pPr>
        <w:pStyle w:val="Normal"/>
        <w:spacing w:before="0" w:after="60"/>
        <w:ind w:start="360"/>
        <w:jc w:val="start"/>
        <w:rPr/>
      </w:pPr>
      <w:r>
        <w:rPr>
          <w:rFonts w:ascii="Calibri" w:hAnsi="Calibri"/>
          <w:b w:val="false"/>
          <w:i w:val="false"/>
          <w:color w:val="000000"/>
          <w:sz w:val="22"/>
        </w:rPr>
        <w:t>C. U</w:t>
      </w:r>
    </w:p>
    <w:p>
      <w:pPr>
        <w:pStyle w:val="Normal"/>
        <w:spacing w:before="0" w:after="60"/>
        <w:ind w:start="360"/>
        <w:jc w:val="start"/>
        <w:rPr/>
      </w:pPr>
      <w:r>
        <w:rPr>
          <w:rFonts w:ascii="Calibri" w:hAnsi="Calibri"/>
          <w:b w:val="false"/>
          <w:i w:val="false"/>
          <w:color w:val="000000"/>
          <w:sz w:val="22"/>
        </w:rPr>
        <w:t>D. X</w:t>
      </w:r>
    </w:p>
    <w:p>
      <w:pPr>
        <w:pStyle w:val="Normal"/>
        <w:spacing w:before="0" w:after="40"/>
        <w:ind w:start="0"/>
        <w:jc w:val="start"/>
        <w:rPr>
          <w:rFonts w:ascii="Calibri" w:hAnsi="Calibri"/>
          <w:b/>
          <w:i w:val="false"/>
          <w:color w:val="000000"/>
          <w:sz w:val="26"/>
        </w:rPr>
      </w:pPr>
      <w:r>
        <w:rPr/>
      </w:r>
    </w:p>
    <w:p>
      <w:pPr>
        <w:pStyle w:val="Normal"/>
        <w:spacing w:before="0" w:after="80"/>
        <w:ind w:start="0"/>
        <w:jc w:val="start"/>
        <w:rPr/>
      </w:pPr>
      <w:r>
        <w:rPr>
          <w:rFonts w:ascii="Calibri" w:hAnsi="Calibri"/>
          <w:b/>
          <w:i w:val="false"/>
          <w:color w:val="000000"/>
          <w:sz w:val="26"/>
        </w:rPr>
        <w:t>KISWAHILI: INSHA</w:t>
      </w:r>
    </w:p>
    <w:p>
      <w:pPr>
        <w:pStyle w:val="Normal"/>
        <w:spacing w:before="0" w:after="40"/>
        <w:ind w:start="0"/>
        <w:jc w:val="start"/>
        <w:rPr/>
      </w:pPr>
      <w:r>
        <w:rPr>
          <w:rFonts w:ascii="Calibri" w:hAnsi="Calibri"/>
          <w:b/>
          <w:i w:val="false"/>
          <w:color w:val="000000"/>
          <w:sz w:val="26"/>
        </w:rPr>
        <w:t xml:space="preserve">GREDI YA SITA </w:t>
      </w:r>
    </w:p>
    <w:p>
      <w:pPr>
        <w:pStyle w:val="Normal"/>
        <w:spacing w:before="0" w:after="120"/>
        <w:ind w:start="0"/>
        <w:jc w:val="start"/>
        <w:rPr/>
      </w:pPr>
      <w:r>
        <w:rPr>
          <w:rFonts w:ascii="Calibri" w:hAnsi="Calibri"/>
          <w:b/>
          <w:i w:val="false"/>
          <w:color w:val="000000"/>
          <w:sz w:val="22"/>
        </w:rPr>
        <w:t>MUDA: DAKIKA 40</w:t>
      </w:r>
    </w:p>
    <w:p>
      <w:pPr>
        <w:pStyle w:val="Normal"/>
        <w:spacing w:before="160" w:after="80"/>
        <w:ind w:hanging="0" w:start="0"/>
        <w:jc w:val="start"/>
        <w:rPr/>
      </w:pPr>
      <w:r>
        <w:rPr>
          <w:rFonts w:ascii="Calibri" w:hAnsi="Calibri"/>
          <w:b/>
          <w:i/>
          <w:color w:val="000000"/>
          <w:sz w:val="22"/>
        </w:rPr>
        <w:t>Andika insha ya kusisimua juu ya:</w:t>
      </w:r>
    </w:p>
    <w:p>
      <w:pPr>
        <w:pStyle w:val="Normal"/>
        <w:spacing w:before="0" w:after="60"/>
        <w:ind w:hanging="0" w:start="0"/>
        <w:jc w:val="start"/>
        <w:rPr/>
      </w:pPr>
      <w:r>
        <w:rPr>
          <w:rFonts w:ascii="Calibri" w:hAnsi="Calibri"/>
          <w:b w:val="false"/>
          <w:i w:val="false"/>
          <w:color w:val="000000"/>
          <w:sz w:val="22"/>
        </w:rPr>
        <w:t>JINSI YA KUPIKA UGALI</w:t>
      </w:r>
    </w:p>
    <w:p>
      <w:pPr>
        <w:pStyle w:val="Normal"/>
        <w:spacing w:before="0" w:after="40"/>
        <w:ind w:start="0"/>
        <w:jc w:val="center"/>
        <w:rPr>
          <w:rFonts w:ascii="Calibri" w:hAnsi="Calibri"/>
          <w:b/>
          <w:i w:val="false"/>
          <w:color w:val="000000"/>
          <w:sz w:val="28"/>
        </w:rPr>
      </w:pPr>
      <w:r>
        <w:rPr>
          <w:rFonts w:ascii="Calibri" w:hAnsi="Calibri"/>
          <w:b/>
          <w:i w:val="false"/>
          <w:color w:val="000000"/>
          <w:sz w:val="28"/>
        </w:rPr>
      </w:r>
      <w:r>
        <w:br w:type="page"/>
      </w:r>
    </w:p>
    <w:p>
      <w:pPr>
        <w:pStyle w:val="Normal"/>
        <w:spacing w:before="0" w:after="80"/>
        <w:ind w:start="0"/>
        <w:jc w:val="start"/>
        <w:rPr/>
      </w:pPr>
      <w:r>
        <w:rPr>
          <w:rFonts w:ascii="Calibri" w:hAnsi="Calibri"/>
          <w:b/>
          <w:i w:val="false"/>
          <w:color w:val="000000"/>
          <w:sz w:val="26"/>
        </w:rPr>
        <w:t>INTEGRATED SCIENCE</w:t>
      </w:r>
    </w:p>
    <w:p>
      <w:pPr>
        <w:pStyle w:val="Normal"/>
        <w:spacing w:before="0" w:after="40"/>
        <w:ind w:start="0"/>
        <w:jc w:val="start"/>
        <w:rPr/>
      </w:pPr>
      <w:r>
        <w:rPr>
          <w:rFonts w:ascii="Calibri" w:hAnsi="Calibri"/>
          <w:b/>
          <w:i w:val="false"/>
          <w:color w:val="000000"/>
          <w:sz w:val="26"/>
        </w:rPr>
        <w:t>GRADE 6</w:t>
      </w:r>
    </w:p>
    <w:p>
      <w:pPr>
        <w:pStyle w:val="Normal"/>
        <w:spacing w:before="0" w:after="120"/>
        <w:ind w:start="0"/>
        <w:jc w:val="start"/>
        <w:rPr/>
      </w:pPr>
      <w:r>
        <w:rPr>
          <w:rFonts w:ascii="Calibri" w:hAnsi="Calibri"/>
          <w:b/>
          <w:i w:val="false"/>
          <w:color w:val="000000"/>
          <w:sz w:val="22"/>
        </w:rPr>
        <w:t>Time: 1hr 40mins</w:t>
      </w:r>
    </w:p>
    <w:p>
      <w:pPr>
        <w:pStyle w:val="Normal"/>
        <w:spacing w:before="200" w:after="80"/>
        <w:ind w:start="360"/>
        <w:jc w:val="start"/>
        <w:rPr/>
      </w:pPr>
      <w:r>
        <w:rPr>
          <w:rFonts w:ascii="Calibri" w:hAnsi="Calibri"/>
          <w:b/>
          <w:i w:val="false"/>
          <w:color w:val="000000"/>
          <w:sz w:val="24"/>
        </w:rPr>
        <w:t>SECTION A: SCIENCE &amp; TECHNOLOGY</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 xml:space="preserve">1. Magina was seen using the lever below. </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drawing>
          <wp:anchor distT="0" distB="0" distL="0" distR="0" simplePos="0" relativeHeight="17" behindDoc="0" locked="0" layoutInCell="0" allowOverlap="1">
            <wp:simplePos x="0" y="0"/>
            <wp:positionH relativeFrom="column">
              <wp:posOffset>81280</wp:posOffset>
            </wp:positionH>
            <wp:positionV relativeFrom="paragraph">
              <wp:posOffset>129540</wp:posOffset>
            </wp:positionV>
            <wp:extent cx="1495425" cy="1123950"/>
            <wp:effectExtent l="0" t="0" r="0" b="0"/>
            <wp:wrapSquare wrapText="largest"/>
            <wp:docPr id="16" name="Imag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6"/>
                    <pic:cNvPicPr>
                      <a:picLocks noChangeAspect="1" noChangeArrowheads="1"/>
                    </pic:cNvPicPr>
                  </pic:nvPicPr>
                  <pic:blipFill>
                    <a:blip r:embed="rId17"/>
                    <a:stretch>
                      <a:fillRect/>
                    </a:stretch>
                  </pic:blipFill>
                  <pic:spPr bwMode="auto">
                    <a:xfrm>
                      <a:off x="0" y="0"/>
                      <a:ext cx="1495425" cy="1123950"/>
                    </a:xfrm>
                    <a:prstGeom prst="rect">
                      <a:avLst/>
                    </a:prstGeom>
                    <a:noFill/>
                  </pic:spPr>
                </pic:pic>
              </a:graphicData>
            </a:graphic>
          </wp:anchor>
        </w:drawing>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What are other examples of lever that belong to the same class as the lever in the picture above?</w:t>
      </w:r>
    </w:p>
    <w:p>
      <w:pPr>
        <w:pStyle w:val="Normal"/>
        <w:spacing w:before="0" w:after="60"/>
        <w:ind w:start="360"/>
        <w:jc w:val="start"/>
        <w:rPr/>
      </w:pPr>
      <w:r>
        <w:rPr>
          <w:rFonts w:ascii="Calibri" w:hAnsi="Calibri"/>
          <w:b w:val="false"/>
          <w:i w:val="false"/>
          <w:color w:val="000000"/>
          <w:sz w:val="22"/>
        </w:rPr>
        <w:t>A. A pair of scissors, tweezers</w:t>
      </w:r>
    </w:p>
    <w:p>
      <w:pPr>
        <w:pStyle w:val="Normal"/>
        <w:spacing w:before="0" w:after="60"/>
        <w:ind w:start="360"/>
        <w:jc w:val="start"/>
        <w:rPr/>
      </w:pPr>
      <w:r>
        <w:rPr>
          <w:rFonts w:ascii="Calibri" w:hAnsi="Calibri"/>
          <w:b w:val="false"/>
          <w:i w:val="false"/>
          <w:color w:val="000000"/>
          <w:sz w:val="22"/>
        </w:rPr>
        <w:t>B. Nutcracker, bottle opener</w:t>
      </w:r>
    </w:p>
    <w:p>
      <w:pPr>
        <w:pStyle w:val="Normal"/>
        <w:spacing w:before="0" w:after="60"/>
        <w:ind w:start="360"/>
        <w:jc w:val="start"/>
        <w:rPr/>
      </w:pPr>
      <w:r>
        <w:rPr>
          <w:rFonts w:ascii="Calibri" w:hAnsi="Calibri"/>
          <w:b w:val="false"/>
          <w:i w:val="false"/>
          <w:color w:val="000000"/>
          <w:sz w:val="22"/>
        </w:rPr>
        <w:t>C. Coal tongs, human arm</w:t>
      </w:r>
    </w:p>
    <w:p>
      <w:pPr>
        <w:pStyle w:val="Normal"/>
        <w:spacing w:before="0" w:after="60"/>
        <w:ind w:start="360"/>
        <w:jc w:val="start"/>
        <w:rPr/>
      </w:pPr>
      <w:r>
        <w:rPr>
          <w:rFonts w:ascii="Calibri" w:hAnsi="Calibri"/>
          <w:b w:val="false"/>
          <w:i w:val="false"/>
          <w:color w:val="000000"/>
          <w:sz w:val="22"/>
        </w:rPr>
        <w:t>D. Nailcutter, crowbar</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 xml:space="preserve">2. Grade 6 learners made an instrument below. </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drawing>
          <wp:anchor distT="0" distB="0" distL="0" distR="0" simplePos="0" relativeHeight="18" behindDoc="0" locked="0" layoutInCell="0" allowOverlap="1">
            <wp:simplePos x="0" y="0"/>
            <wp:positionH relativeFrom="column">
              <wp:posOffset>243205</wp:posOffset>
            </wp:positionH>
            <wp:positionV relativeFrom="paragraph">
              <wp:posOffset>95250</wp:posOffset>
            </wp:positionV>
            <wp:extent cx="2733675" cy="1466850"/>
            <wp:effectExtent l="0" t="0" r="0" b="0"/>
            <wp:wrapSquare wrapText="largest"/>
            <wp:docPr id="17" name="Image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7"/>
                    <pic:cNvPicPr>
                      <a:picLocks noChangeAspect="1" noChangeArrowheads="1"/>
                    </pic:cNvPicPr>
                  </pic:nvPicPr>
                  <pic:blipFill>
                    <a:blip r:embed="rId18"/>
                    <a:stretch>
                      <a:fillRect/>
                    </a:stretch>
                  </pic:blipFill>
                  <pic:spPr bwMode="auto">
                    <a:xfrm>
                      <a:off x="0" y="0"/>
                      <a:ext cx="2733675" cy="1466850"/>
                    </a:xfrm>
                    <a:prstGeom prst="rect">
                      <a:avLst/>
                    </a:prstGeom>
                    <a:noFill/>
                  </pic:spPr>
                </pic:pic>
              </a:graphicData>
            </a:graphic>
          </wp:anchor>
        </w:drawing>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The position of the image when observing the object will be at</w:t>
      </w:r>
    </w:p>
    <w:p>
      <w:pPr>
        <w:pStyle w:val="Normal"/>
        <w:spacing w:before="0" w:after="60"/>
        <w:ind w:start="360"/>
        <w:jc w:val="start"/>
        <w:rPr/>
      </w:pPr>
      <w:r>
        <w:rPr>
          <w:rFonts w:ascii="Calibri" w:hAnsi="Calibri"/>
          <w:b w:val="false"/>
          <w:i w:val="false"/>
          <w:color w:val="000000"/>
          <w:sz w:val="22"/>
        </w:rPr>
        <w:t>A. N</w:t>
      </w:r>
    </w:p>
    <w:p>
      <w:pPr>
        <w:pStyle w:val="Normal"/>
        <w:spacing w:before="0" w:after="60"/>
        <w:ind w:start="360"/>
        <w:jc w:val="start"/>
        <w:rPr/>
      </w:pPr>
      <w:r>
        <w:rPr>
          <w:rFonts w:ascii="Calibri" w:hAnsi="Calibri"/>
          <w:b w:val="false"/>
          <w:i w:val="false"/>
          <w:color w:val="000000"/>
          <w:sz w:val="22"/>
        </w:rPr>
        <w:t>B. M</w:t>
      </w:r>
    </w:p>
    <w:p>
      <w:pPr>
        <w:pStyle w:val="Normal"/>
        <w:spacing w:before="0" w:after="60"/>
        <w:ind w:start="360"/>
        <w:jc w:val="start"/>
        <w:rPr/>
      </w:pPr>
      <w:r>
        <w:rPr>
          <w:rFonts w:ascii="Calibri" w:hAnsi="Calibri"/>
          <w:b w:val="false"/>
          <w:i w:val="false"/>
          <w:color w:val="000000"/>
          <w:sz w:val="22"/>
        </w:rPr>
        <w:t>C. Q</w:t>
      </w:r>
    </w:p>
    <w:p>
      <w:pPr>
        <w:pStyle w:val="Normal"/>
        <w:spacing w:before="0" w:after="60"/>
        <w:ind w:start="360"/>
        <w:jc w:val="start"/>
        <w:rPr/>
      </w:pPr>
      <w:r>
        <w:rPr>
          <w:rFonts w:ascii="Calibri" w:hAnsi="Calibri"/>
          <w:b w:val="false"/>
          <w:i w:val="false"/>
          <w:color w:val="000000"/>
          <w:sz w:val="22"/>
        </w:rPr>
        <w:t>D. P</w:t>
      </w:r>
    </w:p>
    <w:p>
      <w:pPr>
        <w:pStyle w:val="Normal"/>
        <w:spacing w:before="0" w:after="60"/>
        <w:ind w:start="360"/>
        <w:jc w:val="start"/>
        <w:rPr/>
      </w:pPr>
      <w:r>
        <w:rPr>
          <w:rFonts w:ascii="Calibri" w:hAnsi="Calibri"/>
          <w:b w:val="false"/>
          <w:i w:val="false"/>
          <w:color w:val="000000"/>
          <w:sz w:val="22"/>
        </w:rPr>
        <w:t>3. Mr. Koech is a cook in Tutini Primary school kitchen. He can reduce smoke from the fire in the kitchen by doing all the following except</w:t>
      </w:r>
    </w:p>
    <w:p>
      <w:pPr>
        <w:pStyle w:val="Normal"/>
        <w:spacing w:before="0" w:after="60"/>
        <w:ind w:start="360"/>
        <w:jc w:val="start"/>
        <w:rPr/>
      </w:pPr>
      <w:r>
        <w:rPr>
          <w:rFonts w:ascii="Calibri" w:hAnsi="Calibri"/>
          <w:b w:val="false"/>
          <w:i w:val="false"/>
          <w:color w:val="000000"/>
          <w:sz w:val="22"/>
        </w:rPr>
        <w:t>A. instal chimneys</w:t>
      </w:r>
    </w:p>
    <w:p>
      <w:pPr>
        <w:pStyle w:val="Normal"/>
        <w:spacing w:before="0" w:after="60"/>
        <w:ind w:start="360"/>
        <w:jc w:val="start"/>
        <w:rPr/>
      </w:pPr>
      <w:r>
        <w:rPr>
          <w:rFonts w:ascii="Calibri" w:hAnsi="Calibri"/>
          <w:b w:val="false"/>
          <w:i w:val="false"/>
          <w:color w:val="000000"/>
          <w:sz w:val="22"/>
        </w:rPr>
        <w:t>B. use improved jiko</w:t>
      </w:r>
    </w:p>
    <w:p>
      <w:pPr>
        <w:pStyle w:val="Normal"/>
        <w:spacing w:before="0" w:after="60"/>
        <w:ind w:start="360"/>
        <w:jc w:val="start"/>
        <w:rPr/>
      </w:pPr>
      <w:r>
        <w:rPr>
          <w:rFonts w:ascii="Calibri" w:hAnsi="Calibri"/>
          <w:b w:val="false"/>
          <w:i w:val="false"/>
          <w:color w:val="000000"/>
          <w:sz w:val="22"/>
        </w:rPr>
        <w:t>C. kitchen to have large doors and windows</w:t>
      </w:r>
    </w:p>
    <w:p>
      <w:pPr>
        <w:pStyle w:val="Normal"/>
        <w:spacing w:before="0" w:after="60"/>
        <w:ind w:start="360"/>
        <w:jc w:val="start"/>
        <w:rPr/>
      </w:pPr>
      <w:r>
        <w:rPr>
          <w:rFonts w:ascii="Calibri" w:hAnsi="Calibri"/>
          <w:b w:val="false"/>
          <w:i w:val="false"/>
          <w:color w:val="000000"/>
          <w:sz w:val="22"/>
        </w:rPr>
        <w:t>D. block all the windows</w:t>
      </w:r>
    </w:p>
    <w:p>
      <w:pPr>
        <w:pStyle w:val="Normal"/>
        <w:spacing w:before="0" w:after="60"/>
        <w:ind w:start="360"/>
        <w:jc w:val="start"/>
        <w:rPr/>
      </w:pPr>
      <w:r>
        <w:rPr>
          <w:rFonts w:ascii="Calibri" w:hAnsi="Calibri"/>
          <w:b w:val="false"/>
          <w:i w:val="false"/>
          <w:color w:val="000000"/>
          <w:sz w:val="22"/>
        </w:rPr>
        <w:t>4. All the following are uses of oxygen except</w:t>
      </w:r>
    </w:p>
    <w:p>
      <w:pPr>
        <w:pStyle w:val="Normal"/>
        <w:spacing w:before="0" w:after="60"/>
        <w:ind w:start="360"/>
        <w:jc w:val="start"/>
        <w:rPr/>
      </w:pPr>
      <w:r>
        <w:rPr>
          <w:rFonts w:ascii="Calibri" w:hAnsi="Calibri"/>
          <w:b w:val="false"/>
          <w:i w:val="false"/>
          <w:color w:val="000000"/>
          <w:sz w:val="22"/>
        </w:rPr>
        <w:t>A. used in breathing process</w:t>
      </w:r>
    </w:p>
    <w:p>
      <w:pPr>
        <w:pStyle w:val="Normal"/>
        <w:spacing w:before="0" w:after="60"/>
        <w:ind w:start="360"/>
        <w:jc w:val="start"/>
        <w:rPr/>
      </w:pPr>
      <w:r>
        <w:rPr>
          <w:rFonts w:ascii="Calibri" w:hAnsi="Calibri"/>
          <w:b w:val="false"/>
          <w:i w:val="false"/>
          <w:color w:val="000000"/>
          <w:sz w:val="22"/>
        </w:rPr>
        <w:t>B. used in photosynthesis process</w:t>
      </w:r>
    </w:p>
    <w:p>
      <w:pPr>
        <w:pStyle w:val="Normal"/>
        <w:spacing w:before="0" w:after="60"/>
        <w:ind w:start="360"/>
        <w:jc w:val="start"/>
        <w:rPr/>
      </w:pPr>
      <w:r>
        <w:rPr>
          <w:rFonts w:ascii="Calibri" w:hAnsi="Calibri"/>
          <w:b w:val="false"/>
          <w:i w:val="false"/>
          <w:color w:val="000000"/>
          <w:sz w:val="22"/>
        </w:rPr>
        <w:t>C. for rusting</w:t>
      </w:r>
    </w:p>
    <w:p>
      <w:pPr>
        <w:pStyle w:val="Normal"/>
        <w:spacing w:before="0" w:after="60"/>
        <w:ind w:start="360"/>
        <w:jc w:val="start"/>
        <w:rPr/>
      </w:pPr>
      <w:r>
        <w:rPr>
          <w:rFonts w:ascii="Calibri" w:hAnsi="Calibri"/>
          <w:b w:val="false"/>
          <w:i w:val="false"/>
          <w:color w:val="000000"/>
          <w:sz w:val="22"/>
        </w:rPr>
        <w:t>D. supports burning</w:t>
      </w:r>
    </w:p>
    <w:p>
      <w:pPr>
        <w:pStyle w:val="Normal"/>
        <w:spacing w:before="0" w:after="60"/>
        <w:ind w:start="360"/>
        <w:jc w:val="start"/>
        <w:rPr/>
      </w:pPr>
      <w:r>
        <w:rPr>
          <w:rFonts w:ascii="Calibri" w:hAnsi="Calibri"/>
          <w:b w:val="false"/>
          <w:i w:val="false"/>
          <w:color w:val="000000"/>
          <w:sz w:val="22"/>
        </w:rPr>
        <w:t>5. One afternoon just before it started raining, Rono and Atieno saw rainbow in the sky. The rainbow was formed when there</w:t>
      </w:r>
    </w:p>
    <w:p>
      <w:pPr>
        <w:pStyle w:val="Normal"/>
        <w:spacing w:before="0" w:after="60"/>
        <w:ind w:start="360"/>
        <w:jc w:val="start"/>
        <w:rPr/>
      </w:pPr>
      <w:r>
        <w:rPr>
          <w:rFonts w:ascii="Calibri" w:hAnsi="Calibri"/>
          <w:b w:val="false"/>
          <w:i w:val="false"/>
          <w:color w:val="000000"/>
          <w:sz w:val="22"/>
        </w:rPr>
        <w:t>A. is darkness and water droplets</w:t>
      </w:r>
    </w:p>
    <w:p>
      <w:pPr>
        <w:pStyle w:val="Normal"/>
        <w:spacing w:before="0" w:after="60"/>
        <w:ind w:start="360"/>
        <w:jc w:val="start"/>
        <w:rPr/>
      </w:pPr>
      <w:r>
        <w:rPr>
          <w:rFonts w:ascii="Calibri" w:hAnsi="Calibri"/>
          <w:b w:val="false"/>
          <w:i w:val="false"/>
          <w:color w:val="000000"/>
          <w:sz w:val="22"/>
        </w:rPr>
        <w:t>B. is quietness and water droplets</w:t>
      </w:r>
    </w:p>
    <w:p>
      <w:pPr>
        <w:pStyle w:val="Normal"/>
        <w:spacing w:before="0" w:after="60"/>
        <w:ind w:start="360"/>
        <w:jc w:val="start"/>
        <w:rPr/>
      </w:pPr>
      <w:r>
        <w:rPr>
          <w:rFonts w:ascii="Calibri" w:hAnsi="Calibri"/>
          <w:b w:val="false"/>
          <w:i w:val="false"/>
          <w:color w:val="000000"/>
          <w:sz w:val="22"/>
        </w:rPr>
        <w:t>C. is sunshine and water droplets</w:t>
      </w:r>
    </w:p>
    <w:p>
      <w:pPr>
        <w:pStyle w:val="Normal"/>
        <w:spacing w:before="0" w:after="60"/>
        <w:ind w:start="360"/>
        <w:jc w:val="start"/>
        <w:rPr/>
      </w:pPr>
      <w:r>
        <w:rPr>
          <w:rFonts w:ascii="Calibri" w:hAnsi="Calibri"/>
          <w:b w:val="false"/>
          <w:i w:val="false"/>
          <w:color w:val="000000"/>
          <w:sz w:val="22"/>
        </w:rPr>
        <w:t>D. are clouds and water droplets</w:t>
      </w:r>
    </w:p>
    <w:p>
      <w:pPr>
        <w:pStyle w:val="Normal"/>
        <w:spacing w:before="0" w:after="60"/>
        <w:ind w:start="360"/>
        <w:jc w:val="start"/>
        <w:rPr/>
      </w:pPr>
      <w:r>
        <w:rPr>
          <w:rFonts w:ascii="Calibri" w:hAnsi="Calibri"/>
          <w:b w:val="false"/>
          <w:i w:val="false"/>
          <w:color w:val="000000"/>
          <w:sz w:val="22"/>
        </w:rPr>
        <w:t>6. The following are examples of fungi. Which one is correct?</w:t>
      </w:r>
    </w:p>
    <w:p>
      <w:pPr>
        <w:pStyle w:val="Normal"/>
        <w:spacing w:before="0" w:after="60"/>
        <w:ind w:start="360"/>
        <w:jc w:val="start"/>
        <w:rPr/>
      </w:pPr>
      <w:r>
        <w:rPr>
          <w:rFonts w:ascii="Calibri" w:hAnsi="Calibri"/>
          <w:b w:val="false"/>
          <w:i w:val="false"/>
          <w:color w:val="000000"/>
          <w:sz w:val="22"/>
        </w:rPr>
        <w:t>A. Mushroom, mould, toadstool</w:t>
      </w:r>
    </w:p>
    <w:p>
      <w:pPr>
        <w:pStyle w:val="Normal"/>
        <w:spacing w:before="0" w:after="60"/>
        <w:ind w:start="360"/>
        <w:jc w:val="start"/>
        <w:rPr/>
      </w:pPr>
      <w:r>
        <w:rPr>
          <w:rFonts w:ascii="Calibri" w:hAnsi="Calibri"/>
          <w:b w:val="false"/>
          <w:i w:val="false"/>
          <w:color w:val="000000"/>
          <w:sz w:val="22"/>
        </w:rPr>
        <w:t>B. Algae, fern, lichens</w:t>
      </w:r>
    </w:p>
    <w:p>
      <w:pPr>
        <w:pStyle w:val="Normal"/>
        <w:spacing w:before="0" w:after="60"/>
        <w:ind w:start="360"/>
        <w:jc w:val="start"/>
        <w:rPr/>
      </w:pPr>
      <w:r>
        <w:rPr>
          <w:rFonts w:ascii="Calibri" w:hAnsi="Calibri"/>
          <w:b w:val="false"/>
          <w:i w:val="false"/>
          <w:color w:val="000000"/>
          <w:sz w:val="22"/>
        </w:rPr>
        <w:t>C. Maize, beans, peas</w:t>
      </w:r>
    </w:p>
    <w:p>
      <w:pPr>
        <w:pStyle w:val="Normal"/>
        <w:spacing w:before="0" w:after="60"/>
        <w:ind w:start="360"/>
        <w:jc w:val="start"/>
        <w:rPr/>
      </w:pPr>
      <w:r>
        <w:rPr>
          <w:rFonts w:ascii="Calibri" w:hAnsi="Calibri"/>
          <w:b w:val="false"/>
          <w:i w:val="false"/>
          <w:color w:val="000000"/>
          <w:sz w:val="22"/>
        </w:rPr>
        <w:t>D. Yeasts, moss, mucor</w:t>
      </w:r>
    </w:p>
    <w:p>
      <w:pPr>
        <w:pStyle w:val="Normal"/>
        <w:spacing w:before="0" w:after="60"/>
        <w:ind w:start="360"/>
        <w:jc w:val="start"/>
        <w:rPr/>
      </w:pPr>
      <w:r>
        <w:rPr>
          <w:rFonts w:ascii="Calibri" w:hAnsi="Calibri"/>
          <w:b w:val="false"/>
          <w:i w:val="false"/>
          <w:color w:val="000000"/>
          <w:sz w:val="22"/>
        </w:rPr>
        <w:t>7. The chart below shows invertebrates</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drawing>
          <wp:anchor distT="0" distB="0" distL="0" distR="0" simplePos="0" relativeHeight="19" behindDoc="0" locked="0" layoutInCell="0" allowOverlap="1">
            <wp:simplePos x="0" y="0"/>
            <wp:positionH relativeFrom="column">
              <wp:posOffset>195580</wp:posOffset>
            </wp:positionH>
            <wp:positionV relativeFrom="paragraph">
              <wp:posOffset>91440</wp:posOffset>
            </wp:positionV>
            <wp:extent cx="2981325" cy="800100"/>
            <wp:effectExtent l="0" t="0" r="0" b="0"/>
            <wp:wrapSquare wrapText="largest"/>
            <wp:docPr id="18" name="Image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8"/>
                    <pic:cNvPicPr>
                      <a:picLocks noChangeAspect="1" noChangeArrowheads="1"/>
                    </pic:cNvPicPr>
                  </pic:nvPicPr>
                  <pic:blipFill>
                    <a:blip r:embed="rId19"/>
                    <a:stretch>
                      <a:fillRect/>
                    </a:stretch>
                  </pic:blipFill>
                  <pic:spPr bwMode="auto">
                    <a:xfrm>
                      <a:off x="0" y="0"/>
                      <a:ext cx="2981325" cy="800100"/>
                    </a:xfrm>
                    <a:prstGeom prst="rect">
                      <a:avLst/>
                    </a:prstGeom>
                    <a:noFill/>
                  </pic:spPr>
                </pic:pic>
              </a:graphicData>
            </a:graphic>
          </wp:anchor>
        </w:drawing>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pPr>
      <w:r>
        <w:rPr>
          <w:rFonts w:ascii="Calibri" w:hAnsi="Calibri"/>
          <w:b w:val="false"/>
          <w:i w:val="false"/>
          <w:color w:val="000000"/>
          <w:sz w:val="22"/>
        </w:rPr>
        <w:t>The part labelled X can be filled with</w:t>
      </w:r>
    </w:p>
    <w:p>
      <w:pPr>
        <w:pStyle w:val="Normal"/>
        <w:spacing w:before="0" w:after="60"/>
        <w:ind w:start="360"/>
        <w:jc w:val="start"/>
        <w:rPr/>
      </w:pPr>
      <w:r>
        <w:rPr>
          <w:rFonts w:ascii="Calibri" w:hAnsi="Calibri"/>
          <w:b w:val="false"/>
          <w:i w:val="false"/>
          <w:color w:val="000000"/>
          <w:sz w:val="22"/>
        </w:rPr>
        <w:t>A. grasshopper</w:t>
      </w:r>
    </w:p>
    <w:p>
      <w:pPr>
        <w:pStyle w:val="Normal"/>
        <w:spacing w:before="0" w:after="60"/>
        <w:ind w:start="360"/>
        <w:jc w:val="start"/>
        <w:rPr/>
      </w:pPr>
      <w:r>
        <w:rPr>
          <w:rFonts w:ascii="Calibri" w:hAnsi="Calibri"/>
          <w:b w:val="false"/>
          <w:i w:val="false"/>
          <w:color w:val="000000"/>
          <w:sz w:val="22"/>
        </w:rPr>
        <w:t>B. earthworm</w:t>
      </w:r>
    </w:p>
    <w:p>
      <w:pPr>
        <w:pStyle w:val="Normal"/>
        <w:spacing w:before="0" w:after="60"/>
        <w:ind w:start="360"/>
        <w:jc w:val="start"/>
        <w:rPr/>
      </w:pPr>
      <w:r>
        <w:rPr>
          <w:rFonts w:ascii="Calibri" w:hAnsi="Calibri"/>
          <w:b w:val="false"/>
          <w:i w:val="false"/>
          <w:color w:val="000000"/>
          <w:sz w:val="22"/>
        </w:rPr>
        <w:t>C. spider</w:t>
      </w:r>
    </w:p>
    <w:p>
      <w:pPr>
        <w:pStyle w:val="Normal"/>
        <w:spacing w:before="0" w:after="60"/>
        <w:ind w:start="360"/>
        <w:jc w:val="start"/>
        <w:rPr/>
      </w:pPr>
      <w:r>
        <w:rPr>
          <w:rFonts w:ascii="Calibri" w:hAnsi="Calibri"/>
          <w:b w:val="false"/>
          <w:i w:val="false"/>
          <w:color w:val="000000"/>
          <w:sz w:val="22"/>
        </w:rPr>
        <w:t>D. octopus</w:t>
      </w:r>
    </w:p>
    <w:p>
      <w:pPr>
        <w:pStyle w:val="Normal"/>
        <w:spacing w:before="0" w:after="60"/>
        <w:ind w:start="360"/>
        <w:jc w:val="start"/>
        <w:rPr/>
      </w:pPr>
      <w:r>
        <w:rPr>
          <w:rFonts w:ascii="Calibri" w:hAnsi="Calibri"/>
          <w:b w:val="false"/>
          <w:i w:val="false"/>
          <w:color w:val="000000"/>
          <w:sz w:val="22"/>
        </w:rPr>
        <w:t>8. The circulatory system consists of the following except</w:t>
      </w:r>
    </w:p>
    <w:p>
      <w:pPr>
        <w:pStyle w:val="Normal"/>
        <w:spacing w:before="0" w:after="60"/>
        <w:ind w:start="360"/>
        <w:jc w:val="start"/>
        <w:rPr/>
      </w:pPr>
      <w:r>
        <w:rPr>
          <w:rFonts w:ascii="Calibri" w:hAnsi="Calibri"/>
          <w:b w:val="false"/>
          <w:i w:val="false"/>
          <w:color w:val="000000"/>
          <w:sz w:val="22"/>
        </w:rPr>
        <w:t>A. blood</w:t>
      </w:r>
    </w:p>
    <w:p>
      <w:pPr>
        <w:pStyle w:val="Normal"/>
        <w:spacing w:before="0" w:after="60"/>
        <w:ind w:start="360"/>
        <w:jc w:val="start"/>
        <w:rPr/>
      </w:pPr>
      <w:r>
        <w:rPr>
          <w:rFonts w:ascii="Calibri" w:hAnsi="Calibri"/>
          <w:b w:val="false"/>
          <w:i w:val="false"/>
          <w:color w:val="000000"/>
          <w:sz w:val="22"/>
        </w:rPr>
        <w:t>B. heart</w:t>
      </w:r>
    </w:p>
    <w:p>
      <w:pPr>
        <w:pStyle w:val="Normal"/>
        <w:spacing w:before="0" w:after="60"/>
        <w:ind w:start="360"/>
        <w:jc w:val="start"/>
        <w:rPr/>
      </w:pPr>
      <w:r>
        <w:rPr>
          <w:rFonts w:ascii="Calibri" w:hAnsi="Calibri"/>
          <w:b w:val="false"/>
          <w:i w:val="false"/>
          <w:color w:val="000000"/>
          <w:sz w:val="22"/>
        </w:rPr>
        <w:t>C. blood vessels</w:t>
      </w:r>
    </w:p>
    <w:p>
      <w:pPr>
        <w:pStyle w:val="Normal"/>
        <w:spacing w:before="0" w:after="60"/>
        <w:ind w:start="360"/>
        <w:jc w:val="start"/>
        <w:rPr/>
      </w:pPr>
      <w:r>
        <w:rPr>
          <w:rFonts w:ascii="Calibri" w:hAnsi="Calibri"/>
          <w:b w:val="false"/>
          <w:i w:val="false"/>
          <w:color w:val="000000"/>
          <w:sz w:val="22"/>
        </w:rPr>
        <w:t>D. liver</w:t>
      </w:r>
    </w:p>
    <w:p>
      <w:pPr>
        <w:pStyle w:val="Normal"/>
        <w:spacing w:before="0" w:after="60"/>
        <w:ind w:start="360"/>
        <w:jc w:val="start"/>
        <w:rPr/>
      </w:pPr>
      <w:r>
        <w:rPr>
          <w:rFonts w:ascii="Calibri" w:hAnsi="Calibri"/>
          <w:b w:val="false"/>
          <w:i w:val="false"/>
          <w:color w:val="000000"/>
          <w:sz w:val="22"/>
        </w:rPr>
        <w:t>9. All arteries carry oxygenated blood except</w:t>
      </w:r>
    </w:p>
    <w:p>
      <w:pPr>
        <w:pStyle w:val="Normal"/>
        <w:spacing w:before="0" w:after="60"/>
        <w:ind w:start="360"/>
        <w:jc w:val="start"/>
        <w:rPr/>
      </w:pPr>
      <w:r>
        <w:rPr>
          <w:rFonts w:ascii="Calibri" w:hAnsi="Calibri"/>
          <w:b w:val="false"/>
          <w:i w:val="false"/>
          <w:color w:val="000000"/>
          <w:sz w:val="22"/>
        </w:rPr>
        <w:t>A. aorta</w:t>
      </w:r>
    </w:p>
    <w:p>
      <w:pPr>
        <w:pStyle w:val="Normal"/>
        <w:spacing w:before="0" w:after="60"/>
        <w:ind w:start="360"/>
        <w:jc w:val="start"/>
        <w:rPr/>
      </w:pPr>
      <w:r>
        <w:rPr>
          <w:rFonts w:ascii="Calibri" w:hAnsi="Calibri"/>
          <w:b w:val="false"/>
          <w:i w:val="false"/>
          <w:color w:val="000000"/>
          <w:sz w:val="22"/>
        </w:rPr>
        <w:t>B. pulmonary vein</w:t>
      </w:r>
    </w:p>
    <w:p>
      <w:pPr>
        <w:pStyle w:val="Normal"/>
        <w:spacing w:before="0" w:after="60"/>
        <w:ind w:start="360"/>
        <w:jc w:val="start"/>
        <w:rPr/>
      </w:pPr>
      <w:r>
        <w:rPr>
          <w:rFonts w:ascii="Calibri" w:hAnsi="Calibri"/>
          <w:b w:val="false"/>
          <w:i w:val="false"/>
          <w:color w:val="000000"/>
          <w:sz w:val="22"/>
        </w:rPr>
        <w:t>C. pulmonary artery</w:t>
      </w:r>
    </w:p>
    <w:p>
      <w:pPr>
        <w:pStyle w:val="Normal"/>
        <w:spacing w:before="0" w:after="60"/>
        <w:ind w:start="360"/>
        <w:jc w:val="start"/>
        <w:rPr/>
      </w:pPr>
      <w:r>
        <w:rPr>
          <w:rFonts w:ascii="Calibri" w:hAnsi="Calibri"/>
          <w:b w:val="false"/>
          <w:i w:val="false"/>
          <w:color w:val="000000"/>
          <w:sz w:val="22"/>
        </w:rPr>
        <w:t>D. venacava</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10. The chart below shows the changes of states of matter.</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drawing>
          <wp:anchor distT="0" distB="0" distL="0" distR="0" simplePos="0" relativeHeight="20" behindDoc="0" locked="0" layoutInCell="0" allowOverlap="1">
            <wp:simplePos x="0" y="0"/>
            <wp:positionH relativeFrom="column">
              <wp:posOffset>281305</wp:posOffset>
            </wp:positionH>
            <wp:positionV relativeFrom="paragraph">
              <wp:posOffset>120015</wp:posOffset>
            </wp:positionV>
            <wp:extent cx="2943225" cy="885825"/>
            <wp:effectExtent l="0" t="0" r="0" b="0"/>
            <wp:wrapSquare wrapText="largest"/>
            <wp:docPr id="19" name="Image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9"/>
                    <pic:cNvPicPr>
                      <a:picLocks noChangeAspect="1" noChangeArrowheads="1"/>
                    </pic:cNvPicPr>
                  </pic:nvPicPr>
                  <pic:blipFill>
                    <a:blip r:embed="rId20"/>
                    <a:stretch>
                      <a:fillRect/>
                    </a:stretch>
                  </pic:blipFill>
                  <pic:spPr bwMode="auto">
                    <a:xfrm>
                      <a:off x="0" y="0"/>
                      <a:ext cx="2943225" cy="885825"/>
                    </a:xfrm>
                    <a:prstGeom prst="rect">
                      <a:avLst/>
                    </a:prstGeom>
                    <a:noFill/>
                  </pic:spPr>
                </pic:pic>
              </a:graphicData>
            </a:graphic>
          </wp:anchor>
        </w:drawing>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pPr>
      <w:r>
        <w:rPr>
          <w:rFonts w:ascii="Calibri" w:hAnsi="Calibri"/>
          <w:b w:val="false"/>
          <w:i w:val="false"/>
          <w:color w:val="000000"/>
          <w:sz w:val="22"/>
        </w:rPr>
        <w:t>Which of the labelled processes require cooling?</w:t>
      </w:r>
    </w:p>
    <w:p>
      <w:pPr>
        <w:pStyle w:val="Normal"/>
        <w:spacing w:before="0" w:after="60"/>
        <w:ind w:start="360"/>
        <w:jc w:val="start"/>
        <w:rPr/>
      </w:pPr>
      <w:r>
        <w:rPr>
          <w:rFonts w:ascii="Calibri" w:hAnsi="Calibri"/>
          <w:b w:val="false"/>
          <w:i w:val="false"/>
          <w:color w:val="000000"/>
          <w:sz w:val="22"/>
        </w:rPr>
        <w:t>A. W</w:t>
      </w:r>
    </w:p>
    <w:p>
      <w:pPr>
        <w:pStyle w:val="Normal"/>
        <w:spacing w:before="0" w:after="60"/>
        <w:ind w:start="360"/>
        <w:jc w:val="start"/>
        <w:rPr/>
      </w:pPr>
      <w:r>
        <w:rPr>
          <w:rFonts w:ascii="Calibri" w:hAnsi="Calibri"/>
          <w:b w:val="false"/>
          <w:i w:val="false"/>
          <w:color w:val="000000"/>
          <w:sz w:val="22"/>
        </w:rPr>
        <w:t>B. Z</w:t>
      </w:r>
    </w:p>
    <w:p>
      <w:pPr>
        <w:pStyle w:val="Normal"/>
        <w:spacing w:before="0" w:after="60"/>
        <w:ind w:start="360"/>
        <w:jc w:val="start"/>
        <w:rPr/>
      </w:pPr>
      <w:r>
        <w:rPr>
          <w:rFonts w:ascii="Calibri" w:hAnsi="Calibri"/>
          <w:b w:val="false"/>
          <w:i w:val="false"/>
          <w:color w:val="000000"/>
          <w:sz w:val="22"/>
        </w:rPr>
        <w:t>C. X</w:t>
      </w:r>
    </w:p>
    <w:p>
      <w:pPr>
        <w:pStyle w:val="Normal"/>
        <w:spacing w:before="0" w:after="60"/>
        <w:ind w:start="360"/>
        <w:jc w:val="start"/>
        <w:rPr/>
      </w:pPr>
      <w:r>
        <w:rPr>
          <w:rFonts w:ascii="Calibri" w:hAnsi="Calibri"/>
          <w:b w:val="false"/>
          <w:i w:val="false"/>
          <w:color w:val="000000"/>
          <w:sz w:val="22"/>
        </w:rPr>
        <w:t>D. U</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 xml:space="preserve">11. The picture below shows a vertebrate. </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drawing>
          <wp:anchor distT="0" distB="0" distL="0" distR="0" simplePos="0" relativeHeight="21" behindDoc="0" locked="0" layoutInCell="0" allowOverlap="1">
            <wp:simplePos x="0" y="0"/>
            <wp:positionH relativeFrom="column">
              <wp:posOffset>238125</wp:posOffset>
            </wp:positionH>
            <wp:positionV relativeFrom="paragraph">
              <wp:posOffset>110490</wp:posOffset>
            </wp:positionV>
            <wp:extent cx="2076450" cy="1247775"/>
            <wp:effectExtent l="0" t="0" r="0" b="0"/>
            <wp:wrapSquare wrapText="largest"/>
            <wp:docPr id="20" name="Imag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0"/>
                    <pic:cNvPicPr>
                      <a:picLocks noChangeAspect="1" noChangeArrowheads="1"/>
                    </pic:cNvPicPr>
                  </pic:nvPicPr>
                  <pic:blipFill>
                    <a:blip r:embed="rId21"/>
                    <a:stretch>
                      <a:fillRect/>
                    </a:stretch>
                  </pic:blipFill>
                  <pic:spPr bwMode="auto">
                    <a:xfrm>
                      <a:off x="0" y="0"/>
                      <a:ext cx="2076450" cy="1247775"/>
                    </a:xfrm>
                    <a:prstGeom prst="rect">
                      <a:avLst/>
                    </a:prstGeom>
                    <a:noFill/>
                  </pic:spPr>
                </pic:pic>
              </a:graphicData>
            </a:graphic>
          </wp:anchor>
        </w:drawing>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The vertebrate shown above possess the following characteristics. Which one is not?</w:t>
      </w:r>
    </w:p>
    <w:p>
      <w:pPr>
        <w:pStyle w:val="Normal"/>
        <w:spacing w:before="0" w:after="60"/>
        <w:ind w:start="360"/>
        <w:jc w:val="start"/>
        <w:rPr/>
      </w:pPr>
      <w:r>
        <w:rPr>
          <w:rFonts w:ascii="Calibri" w:hAnsi="Calibri"/>
          <w:b w:val="false"/>
          <w:i w:val="false"/>
          <w:color w:val="000000"/>
          <w:sz w:val="22"/>
        </w:rPr>
        <w:t>A. Warm blooded</w:t>
      </w:r>
    </w:p>
    <w:p>
      <w:pPr>
        <w:pStyle w:val="Normal"/>
        <w:spacing w:before="0" w:after="60"/>
        <w:ind w:start="360"/>
        <w:jc w:val="start"/>
        <w:rPr/>
      </w:pPr>
      <w:r>
        <w:rPr>
          <w:rFonts w:ascii="Calibri" w:hAnsi="Calibri"/>
          <w:b w:val="false"/>
          <w:i w:val="false"/>
          <w:color w:val="000000"/>
          <w:sz w:val="22"/>
        </w:rPr>
        <w:t>B. Lays eggs</w:t>
      </w:r>
    </w:p>
    <w:p>
      <w:pPr>
        <w:pStyle w:val="Normal"/>
        <w:spacing w:before="0" w:after="60"/>
        <w:ind w:start="360"/>
        <w:jc w:val="start"/>
        <w:rPr/>
      </w:pPr>
      <w:r>
        <w:rPr>
          <w:rFonts w:ascii="Calibri" w:hAnsi="Calibri"/>
          <w:b w:val="false"/>
          <w:i w:val="false"/>
          <w:color w:val="000000"/>
          <w:sz w:val="22"/>
        </w:rPr>
        <w:t>C. Body covered with scales</w:t>
      </w:r>
    </w:p>
    <w:p>
      <w:pPr>
        <w:pStyle w:val="Normal"/>
        <w:spacing w:before="0" w:after="60"/>
        <w:ind w:start="360"/>
        <w:jc w:val="start"/>
        <w:rPr/>
      </w:pPr>
      <w:r>
        <w:rPr>
          <w:rFonts w:ascii="Calibri" w:hAnsi="Calibri"/>
          <w:b w:val="false"/>
          <w:i w:val="false"/>
          <w:color w:val="000000"/>
          <w:sz w:val="22"/>
        </w:rPr>
        <w:t>D. Breathes through lungs</w:t>
      </w:r>
    </w:p>
    <w:p>
      <w:pPr>
        <w:pStyle w:val="Normal"/>
        <w:spacing w:before="0" w:after="60"/>
        <w:ind w:start="360"/>
        <w:jc w:val="start"/>
        <w:rPr/>
      </w:pPr>
      <w:r>
        <w:rPr>
          <w:rFonts w:ascii="Calibri" w:hAnsi="Calibri"/>
          <w:b w:val="false"/>
          <w:i w:val="false"/>
          <w:color w:val="000000"/>
          <w:sz w:val="22"/>
        </w:rPr>
        <w:t>12. A grade 6 learner gave the following points about sound. Which one is wrong?</w:t>
      </w:r>
    </w:p>
    <w:p>
      <w:pPr>
        <w:pStyle w:val="Normal"/>
        <w:spacing w:before="0" w:after="60"/>
        <w:ind w:start="360"/>
        <w:jc w:val="start"/>
        <w:rPr/>
      </w:pPr>
      <w:r>
        <w:rPr>
          <w:rFonts w:ascii="Calibri" w:hAnsi="Calibri"/>
          <w:b w:val="false"/>
          <w:i w:val="false"/>
          <w:color w:val="000000"/>
          <w:sz w:val="22"/>
        </w:rPr>
        <w:t>A. Reflected sound is called echo</w:t>
      </w:r>
    </w:p>
    <w:p>
      <w:pPr>
        <w:pStyle w:val="Normal"/>
        <w:spacing w:before="0" w:after="60"/>
        <w:ind w:start="360"/>
        <w:jc w:val="start"/>
        <w:rPr/>
      </w:pPr>
      <w:r>
        <w:rPr>
          <w:rFonts w:ascii="Calibri" w:hAnsi="Calibri"/>
          <w:b w:val="false"/>
          <w:i w:val="false"/>
          <w:color w:val="000000"/>
          <w:sz w:val="22"/>
        </w:rPr>
        <w:t>B. Sound travels in one direction</w:t>
      </w:r>
    </w:p>
    <w:p>
      <w:pPr>
        <w:pStyle w:val="Normal"/>
        <w:spacing w:before="0" w:after="60"/>
        <w:ind w:start="360"/>
        <w:jc w:val="start"/>
        <w:rPr/>
      </w:pPr>
      <w:r>
        <w:rPr>
          <w:rFonts w:ascii="Calibri" w:hAnsi="Calibri"/>
          <w:b w:val="false"/>
          <w:i w:val="false"/>
          <w:color w:val="000000"/>
          <w:sz w:val="22"/>
        </w:rPr>
        <w:t>C. Loud sound affects ears</w:t>
      </w:r>
    </w:p>
    <w:p>
      <w:pPr>
        <w:pStyle w:val="Normal"/>
        <w:spacing w:before="0" w:after="60"/>
        <w:ind w:start="360"/>
        <w:jc w:val="start"/>
        <w:rPr/>
      </w:pPr>
      <w:r>
        <w:rPr>
          <w:rFonts w:ascii="Calibri" w:hAnsi="Calibri"/>
          <w:b w:val="false"/>
          <w:i w:val="false"/>
          <w:color w:val="000000"/>
          <w:sz w:val="22"/>
        </w:rPr>
        <w:t>D. Sound is a form of energy</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 xml:space="preserve">13. Charity drew a flower as shown below. </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drawing>
          <wp:anchor distT="0" distB="0" distL="0" distR="0" simplePos="0" relativeHeight="22" behindDoc="0" locked="0" layoutInCell="0" allowOverlap="1">
            <wp:simplePos x="0" y="0"/>
            <wp:positionH relativeFrom="column">
              <wp:posOffset>438150</wp:posOffset>
            </wp:positionH>
            <wp:positionV relativeFrom="paragraph">
              <wp:posOffset>106680</wp:posOffset>
            </wp:positionV>
            <wp:extent cx="1847850" cy="1143000"/>
            <wp:effectExtent l="0" t="0" r="0" b="0"/>
            <wp:wrapSquare wrapText="largest"/>
            <wp:docPr id="21" name="Image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21"/>
                    <pic:cNvPicPr>
                      <a:picLocks noChangeAspect="1" noChangeArrowheads="1"/>
                    </pic:cNvPicPr>
                  </pic:nvPicPr>
                  <pic:blipFill>
                    <a:blip r:embed="rId22"/>
                    <a:stretch>
                      <a:fillRect/>
                    </a:stretch>
                  </pic:blipFill>
                  <pic:spPr bwMode="auto">
                    <a:xfrm>
                      <a:off x="0" y="0"/>
                      <a:ext cx="1847850" cy="1143000"/>
                    </a:xfrm>
                    <a:prstGeom prst="rect">
                      <a:avLst/>
                    </a:prstGeom>
                    <a:noFill/>
                  </pic:spPr>
                </pic:pic>
              </a:graphicData>
            </a:graphic>
          </wp:anchor>
        </w:drawing>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What is the function of the part marked H?</w:t>
      </w:r>
    </w:p>
    <w:p>
      <w:pPr>
        <w:pStyle w:val="Normal"/>
        <w:spacing w:before="0" w:after="60"/>
        <w:ind w:start="360"/>
        <w:jc w:val="start"/>
        <w:rPr/>
      </w:pPr>
      <w:r>
        <w:rPr>
          <w:rFonts w:ascii="Calibri" w:hAnsi="Calibri"/>
          <w:b w:val="false"/>
          <w:i w:val="false"/>
          <w:color w:val="000000"/>
          <w:sz w:val="22"/>
        </w:rPr>
        <w:t>A. Receives pollen grains</w:t>
      </w:r>
    </w:p>
    <w:p>
      <w:pPr>
        <w:pStyle w:val="Normal"/>
        <w:spacing w:before="0" w:after="60"/>
        <w:ind w:start="360"/>
        <w:jc w:val="start"/>
        <w:rPr/>
      </w:pPr>
      <w:r>
        <w:rPr>
          <w:rFonts w:ascii="Calibri" w:hAnsi="Calibri"/>
          <w:b w:val="false"/>
          <w:i w:val="false"/>
          <w:color w:val="000000"/>
          <w:sz w:val="22"/>
        </w:rPr>
        <w:t>B. Develops into fruit</w:t>
      </w:r>
    </w:p>
    <w:p>
      <w:pPr>
        <w:pStyle w:val="Normal"/>
        <w:spacing w:before="0" w:after="60"/>
        <w:ind w:start="360"/>
        <w:jc w:val="start"/>
        <w:rPr/>
      </w:pPr>
      <w:r>
        <w:rPr>
          <w:rFonts w:ascii="Calibri" w:hAnsi="Calibri"/>
          <w:b w:val="false"/>
          <w:i w:val="false"/>
          <w:color w:val="000000"/>
          <w:sz w:val="22"/>
        </w:rPr>
        <w:t>C. Protects flower at bud stage</w:t>
      </w:r>
    </w:p>
    <w:p>
      <w:pPr>
        <w:pStyle w:val="Normal"/>
        <w:spacing w:before="0" w:after="60"/>
        <w:ind w:start="360"/>
        <w:jc w:val="start"/>
        <w:rPr/>
      </w:pPr>
      <w:r>
        <w:rPr>
          <w:rFonts w:ascii="Calibri" w:hAnsi="Calibri"/>
          <w:b w:val="false"/>
          <w:i w:val="false"/>
          <w:color w:val="000000"/>
          <w:sz w:val="22"/>
        </w:rPr>
        <w:t>D. Attracts insects for pollination</w:t>
      </w:r>
    </w:p>
    <w:p>
      <w:pPr>
        <w:pStyle w:val="Normal"/>
        <w:spacing w:before="0" w:after="60"/>
        <w:ind w:start="360"/>
        <w:jc w:val="start"/>
        <w:rPr/>
      </w:pPr>
      <w:r>
        <w:rPr>
          <w:rFonts w:ascii="Calibri" w:hAnsi="Calibri"/>
          <w:b w:val="false"/>
          <w:i w:val="false"/>
          <w:color w:val="000000"/>
          <w:sz w:val="22"/>
        </w:rPr>
        <w:t>14. A ship floats on water because of its</w:t>
      </w:r>
    </w:p>
    <w:p>
      <w:pPr>
        <w:pStyle w:val="Normal"/>
        <w:spacing w:before="0" w:after="60"/>
        <w:ind w:start="360"/>
        <w:jc w:val="start"/>
        <w:rPr/>
      </w:pPr>
      <w:r>
        <w:rPr>
          <w:rFonts w:ascii="Calibri" w:hAnsi="Calibri"/>
          <w:b w:val="false"/>
          <w:i w:val="false"/>
          <w:color w:val="000000"/>
          <w:sz w:val="22"/>
        </w:rPr>
        <w:t>A. shape</w:t>
      </w:r>
    </w:p>
    <w:p>
      <w:pPr>
        <w:pStyle w:val="Normal"/>
        <w:spacing w:before="0" w:after="60"/>
        <w:ind w:start="360"/>
        <w:jc w:val="start"/>
        <w:rPr/>
      </w:pPr>
      <w:r>
        <w:rPr>
          <w:rFonts w:ascii="Calibri" w:hAnsi="Calibri"/>
          <w:b w:val="false"/>
          <w:i w:val="false"/>
          <w:color w:val="000000"/>
          <w:sz w:val="22"/>
        </w:rPr>
        <w:t>B. mass</w:t>
      </w:r>
    </w:p>
    <w:p>
      <w:pPr>
        <w:pStyle w:val="Normal"/>
        <w:spacing w:before="0" w:after="60"/>
        <w:ind w:start="360"/>
        <w:jc w:val="start"/>
        <w:rPr/>
      </w:pPr>
      <w:r>
        <w:rPr>
          <w:rFonts w:ascii="Calibri" w:hAnsi="Calibri"/>
          <w:b w:val="false"/>
          <w:i w:val="false"/>
          <w:color w:val="000000"/>
          <w:sz w:val="22"/>
        </w:rPr>
        <w:t>C. density</w:t>
      </w:r>
    </w:p>
    <w:p>
      <w:pPr>
        <w:pStyle w:val="Normal"/>
        <w:spacing w:before="0" w:after="60"/>
        <w:ind w:start="360"/>
        <w:jc w:val="start"/>
        <w:rPr/>
      </w:pPr>
      <w:r>
        <w:rPr>
          <w:rFonts w:ascii="Calibri" w:hAnsi="Calibri"/>
          <w:b w:val="false"/>
          <w:i w:val="false"/>
          <w:color w:val="000000"/>
          <w:sz w:val="22"/>
        </w:rPr>
        <w:t>D. size</w:t>
      </w:r>
    </w:p>
    <w:p>
      <w:pPr>
        <w:pStyle w:val="Normal"/>
        <w:spacing w:before="0" w:after="60"/>
        <w:ind w:start="360"/>
        <w:jc w:val="start"/>
        <w:rPr/>
      </w:pPr>
      <w:r>
        <w:rPr>
          <w:rFonts w:ascii="Calibri" w:hAnsi="Calibri"/>
          <w:b w:val="false"/>
          <w:i w:val="false"/>
          <w:color w:val="000000"/>
          <w:sz w:val="22"/>
        </w:rPr>
        <w:t>15. Njoroge had a mixture of maize flour and metallic paper clips. He can use all the three methods below to separate the mixture except</w:t>
      </w:r>
    </w:p>
    <w:p>
      <w:pPr>
        <w:pStyle w:val="Normal"/>
        <w:spacing w:before="0" w:after="60"/>
        <w:ind w:start="360"/>
        <w:jc w:val="start"/>
        <w:rPr/>
      </w:pPr>
      <w:r>
        <w:rPr>
          <w:rFonts w:ascii="Calibri" w:hAnsi="Calibri"/>
          <w:b w:val="false"/>
          <w:i w:val="false"/>
          <w:color w:val="000000"/>
          <w:sz w:val="22"/>
        </w:rPr>
        <w:t>A. sieving</w:t>
      </w:r>
    </w:p>
    <w:p>
      <w:pPr>
        <w:pStyle w:val="Normal"/>
        <w:spacing w:before="0" w:after="60"/>
        <w:ind w:start="360"/>
        <w:jc w:val="start"/>
        <w:rPr/>
      </w:pPr>
      <w:r>
        <w:rPr>
          <w:rFonts w:ascii="Calibri" w:hAnsi="Calibri"/>
          <w:b w:val="false"/>
          <w:i w:val="false"/>
          <w:color w:val="000000"/>
          <w:sz w:val="22"/>
        </w:rPr>
        <w:t>B. use of magnet</w:t>
      </w:r>
    </w:p>
    <w:p>
      <w:pPr>
        <w:pStyle w:val="Normal"/>
        <w:spacing w:before="0" w:after="60"/>
        <w:ind w:start="360"/>
        <w:jc w:val="start"/>
        <w:rPr/>
      </w:pPr>
      <w:r>
        <w:rPr>
          <w:rFonts w:ascii="Calibri" w:hAnsi="Calibri"/>
          <w:b w:val="false"/>
          <w:i w:val="false"/>
          <w:color w:val="000000"/>
          <w:sz w:val="22"/>
        </w:rPr>
        <w:t>C. filtering</w:t>
      </w:r>
    </w:p>
    <w:p>
      <w:pPr>
        <w:pStyle w:val="Normal"/>
        <w:spacing w:before="0" w:after="60"/>
        <w:ind w:start="360"/>
        <w:jc w:val="start"/>
        <w:rPr/>
      </w:pPr>
      <w:r>
        <w:rPr>
          <w:rFonts w:ascii="Calibri" w:hAnsi="Calibri"/>
          <w:b w:val="false"/>
          <w:i w:val="false"/>
          <w:color w:val="000000"/>
          <w:sz w:val="22"/>
        </w:rPr>
        <w:t>D. picking</w:t>
      </w:r>
    </w:p>
    <w:p>
      <w:pPr>
        <w:pStyle w:val="Normal"/>
        <w:spacing w:before="0" w:after="60"/>
        <w:ind w:start="360"/>
        <w:jc w:val="start"/>
        <w:rPr/>
      </w:pPr>
      <w:r>
        <w:rPr>
          <w:rFonts w:ascii="Calibri" w:hAnsi="Calibri"/>
          <w:b w:val="false"/>
          <w:i w:val="false"/>
          <w:color w:val="000000"/>
          <w:sz w:val="22"/>
        </w:rPr>
        <w:t>16. Covid-19 is a disease of the breathing system. It has the following signs and symptoms except</w:t>
      </w:r>
    </w:p>
    <w:p>
      <w:pPr>
        <w:pStyle w:val="Normal"/>
        <w:spacing w:before="0" w:after="60"/>
        <w:ind w:start="360"/>
        <w:jc w:val="start"/>
        <w:rPr/>
      </w:pPr>
      <w:r>
        <w:rPr>
          <w:rFonts w:ascii="Calibri" w:hAnsi="Calibri"/>
          <w:b w:val="false"/>
          <w:i w:val="false"/>
          <w:color w:val="000000"/>
          <w:sz w:val="22"/>
        </w:rPr>
        <w:t>A. fever</w:t>
      </w:r>
    </w:p>
    <w:p>
      <w:pPr>
        <w:pStyle w:val="Normal"/>
        <w:spacing w:before="0" w:after="60"/>
        <w:ind w:start="360"/>
        <w:jc w:val="start"/>
        <w:rPr/>
      </w:pPr>
      <w:r>
        <w:rPr>
          <w:rFonts w:ascii="Calibri" w:hAnsi="Calibri"/>
          <w:b w:val="false"/>
          <w:i w:val="false"/>
          <w:color w:val="000000"/>
          <w:sz w:val="22"/>
        </w:rPr>
        <w:t>B. running nose</w:t>
      </w:r>
    </w:p>
    <w:p>
      <w:pPr>
        <w:pStyle w:val="Normal"/>
        <w:spacing w:before="0" w:after="60"/>
        <w:ind w:start="360"/>
        <w:jc w:val="start"/>
        <w:rPr/>
      </w:pPr>
      <w:r>
        <w:rPr>
          <w:rFonts w:ascii="Calibri" w:hAnsi="Calibri"/>
          <w:b w:val="false"/>
          <w:i w:val="false"/>
          <w:color w:val="000000"/>
          <w:sz w:val="22"/>
        </w:rPr>
        <w:t>C. loss of taste and smell</w:t>
      </w:r>
    </w:p>
    <w:p>
      <w:pPr>
        <w:pStyle w:val="Normal"/>
        <w:spacing w:before="0" w:after="60"/>
        <w:ind w:start="360"/>
        <w:jc w:val="start"/>
        <w:rPr/>
      </w:pPr>
      <w:r>
        <w:rPr>
          <w:rFonts w:ascii="Calibri" w:hAnsi="Calibri"/>
          <w:b w:val="false"/>
          <w:i w:val="false"/>
          <w:color w:val="000000"/>
          <w:sz w:val="22"/>
        </w:rPr>
        <w:t>D. coughing</w:t>
      </w:r>
    </w:p>
    <w:p>
      <w:pPr>
        <w:pStyle w:val="Normal"/>
        <w:spacing w:before="0" w:after="60"/>
        <w:ind w:start="360"/>
        <w:jc w:val="start"/>
        <w:rPr/>
      </w:pPr>
      <w:r>
        <w:rPr>
          <w:rFonts w:ascii="Calibri" w:hAnsi="Calibri"/>
          <w:b w:val="false"/>
          <w:i w:val="false"/>
          <w:color w:val="000000"/>
          <w:sz w:val="22"/>
        </w:rPr>
        <w:t>17. Lucy collected samples of non-flowering plants. Which one did she collect?</w:t>
      </w:r>
    </w:p>
    <w:p>
      <w:pPr>
        <w:pStyle w:val="Normal"/>
        <w:spacing w:before="0" w:after="60"/>
        <w:ind w:start="360"/>
        <w:jc w:val="start"/>
        <w:rPr/>
      </w:pPr>
      <w:r>
        <w:rPr>
          <w:rFonts w:ascii="Calibri" w:hAnsi="Calibri"/>
          <w:b w:val="false"/>
          <w:i w:val="false"/>
          <w:color w:val="000000"/>
          <w:sz w:val="22"/>
        </w:rPr>
        <w:t>A. Moss, mushroom, ferns</w:t>
      </w:r>
    </w:p>
    <w:p>
      <w:pPr>
        <w:pStyle w:val="Normal"/>
        <w:spacing w:before="0" w:after="60"/>
        <w:ind w:start="360"/>
        <w:jc w:val="start"/>
        <w:rPr/>
      </w:pPr>
      <w:r>
        <w:rPr>
          <w:rFonts w:ascii="Calibri" w:hAnsi="Calibri"/>
          <w:b w:val="false"/>
          <w:i w:val="false"/>
          <w:color w:val="000000"/>
          <w:sz w:val="22"/>
        </w:rPr>
        <w:t>B. Wheat, grass, beans</w:t>
      </w:r>
    </w:p>
    <w:p>
      <w:pPr>
        <w:pStyle w:val="Normal"/>
        <w:spacing w:before="0" w:after="60"/>
        <w:ind w:start="360"/>
        <w:jc w:val="start"/>
        <w:rPr/>
      </w:pPr>
      <w:r>
        <w:rPr>
          <w:rFonts w:ascii="Calibri" w:hAnsi="Calibri"/>
          <w:b w:val="false"/>
          <w:i w:val="false"/>
          <w:color w:val="000000"/>
          <w:sz w:val="22"/>
        </w:rPr>
        <w:t>C. Cacti, sisal, banana</w:t>
      </w:r>
    </w:p>
    <w:p>
      <w:pPr>
        <w:pStyle w:val="Normal"/>
        <w:spacing w:before="0" w:after="60"/>
        <w:ind w:start="360"/>
        <w:jc w:val="start"/>
        <w:rPr/>
      </w:pPr>
      <w:r>
        <w:rPr>
          <w:rFonts w:ascii="Calibri" w:hAnsi="Calibri"/>
          <w:b w:val="false"/>
          <w:i w:val="false"/>
          <w:color w:val="000000"/>
          <w:sz w:val="22"/>
        </w:rPr>
        <w:t>D. Mould, lichens, grass</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 xml:space="preserve">18. John held a metal nail over candle fire as shown. </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drawing>
          <wp:anchor distT="0" distB="0" distL="0" distR="0" simplePos="0" relativeHeight="23" behindDoc="0" locked="0" layoutInCell="0" allowOverlap="1">
            <wp:simplePos x="0" y="0"/>
            <wp:positionH relativeFrom="column">
              <wp:posOffset>224155</wp:posOffset>
            </wp:positionH>
            <wp:positionV relativeFrom="paragraph">
              <wp:posOffset>53340</wp:posOffset>
            </wp:positionV>
            <wp:extent cx="2143125" cy="1114425"/>
            <wp:effectExtent l="0" t="0" r="0" b="0"/>
            <wp:wrapSquare wrapText="largest"/>
            <wp:docPr id="22" name="Image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2"/>
                    <pic:cNvPicPr>
                      <a:picLocks noChangeAspect="1" noChangeArrowheads="1"/>
                    </pic:cNvPicPr>
                  </pic:nvPicPr>
                  <pic:blipFill>
                    <a:blip r:embed="rId23"/>
                    <a:stretch>
                      <a:fillRect/>
                    </a:stretch>
                  </pic:blipFill>
                  <pic:spPr bwMode="auto">
                    <a:xfrm>
                      <a:off x="0" y="0"/>
                      <a:ext cx="2143125" cy="1114425"/>
                    </a:xfrm>
                    <a:prstGeom prst="rect">
                      <a:avLst/>
                    </a:prstGeom>
                    <a:noFill/>
                  </pic:spPr>
                </pic:pic>
              </a:graphicData>
            </a:graphic>
          </wp:anchor>
        </w:drawing>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How did the heat move from the candle fire to John's hand? Through</w:t>
      </w:r>
    </w:p>
    <w:p>
      <w:pPr>
        <w:pStyle w:val="Normal"/>
        <w:spacing w:before="0" w:after="60"/>
        <w:ind w:start="360"/>
        <w:jc w:val="start"/>
        <w:rPr/>
      </w:pPr>
      <w:r>
        <w:rPr>
          <w:rFonts w:ascii="Calibri" w:hAnsi="Calibri"/>
          <w:b w:val="false"/>
          <w:i w:val="false"/>
          <w:color w:val="000000"/>
          <w:sz w:val="22"/>
        </w:rPr>
        <w:t>A. convection</w:t>
      </w:r>
    </w:p>
    <w:p>
      <w:pPr>
        <w:pStyle w:val="Normal"/>
        <w:spacing w:before="0" w:after="60"/>
        <w:ind w:start="360"/>
        <w:jc w:val="start"/>
        <w:rPr/>
      </w:pPr>
      <w:r>
        <w:rPr>
          <w:rFonts w:ascii="Calibri" w:hAnsi="Calibri"/>
          <w:b w:val="false"/>
          <w:i w:val="false"/>
          <w:color w:val="000000"/>
          <w:sz w:val="22"/>
        </w:rPr>
        <w:t>B. radiation</w:t>
      </w:r>
    </w:p>
    <w:p>
      <w:pPr>
        <w:pStyle w:val="Normal"/>
        <w:spacing w:before="0" w:after="60"/>
        <w:ind w:start="360"/>
        <w:jc w:val="start"/>
        <w:rPr/>
      </w:pPr>
      <w:r>
        <w:rPr>
          <w:rFonts w:ascii="Calibri" w:hAnsi="Calibri"/>
          <w:b w:val="false"/>
          <w:i w:val="false"/>
          <w:color w:val="000000"/>
          <w:sz w:val="22"/>
        </w:rPr>
        <w:t>C. evaporation</w:t>
      </w:r>
    </w:p>
    <w:p>
      <w:pPr>
        <w:pStyle w:val="Normal"/>
        <w:spacing w:before="0" w:after="60"/>
        <w:ind w:start="360"/>
        <w:jc w:val="start"/>
        <w:rPr/>
      </w:pPr>
      <w:r>
        <w:rPr>
          <w:rFonts w:ascii="Calibri" w:hAnsi="Calibri"/>
          <w:b w:val="false"/>
          <w:i w:val="false"/>
          <w:color w:val="000000"/>
          <w:sz w:val="22"/>
        </w:rPr>
        <w:t>D. conduction</w:t>
      </w:r>
    </w:p>
    <w:p>
      <w:pPr>
        <w:pStyle w:val="Normal"/>
        <w:spacing w:before="0" w:after="60"/>
        <w:ind w:start="360"/>
        <w:jc w:val="start"/>
        <w:rPr/>
      </w:pPr>
      <w:r>
        <w:rPr>
          <w:rFonts w:ascii="Calibri" w:hAnsi="Calibri"/>
          <w:b w:val="false"/>
          <w:i w:val="false"/>
          <w:color w:val="000000"/>
          <w:sz w:val="22"/>
        </w:rPr>
        <w:t>19. Which one of the following consists of floaters only?</w:t>
      </w:r>
    </w:p>
    <w:p>
      <w:pPr>
        <w:pStyle w:val="Normal"/>
        <w:spacing w:before="0" w:after="60"/>
        <w:ind w:start="360"/>
        <w:jc w:val="start"/>
        <w:rPr/>
      </w:pPr>
      <w:r>
        <w:rPr>
          <w:rFonts w:ascii="Calibri" w:hAnsi="Calibri"/>
          <w:b w:val="false"/>
          <w:i w:val="false"/>
          <w:color w:val="000000"/>
          <w:sz w:val="22"/>
        </w:rPr>
        <w:t>A. Wax and pin</w:t>
      </w:r>
    </w:p>
    <w:p>
      <w:pPr>
        <w:pStyle w:val="Normal"/>
        <w:spacing w:before="0" w:after="60"/>
        <w:ind w:start="360"/>
        <w:jc w:val="start"/>
        <w:rPr/>
      </w:pPr>
      <w:r>
        <w:rPr>
          <w:rFonts w:ascii="Calibri" w:hAnsi="Calibri"/>
          <w:b w:val="false"/>
          <w:i w:val="false"/>
          <w:color w:val="000000"/>
          <w:sz w:val="22"/>
        </w:rPr>
        <w:t>B. Glass and feather</w:t>
      </w:r>
    </w:p>
    <w:p>
      <w:pPr>
        <w:pStyle w:val="Normal"/>
        <w:spacing w:before="0" w:after="60"/>
        <w:ind w:start="360"/>
        <w:jc w:val="start"/>
        <w:rPr/>
      </w:pPr>
      <w:r>
        <w:rPr>
          <w:rFonts w:ascii="Calibri" w:hAnsi="Calibri"/>
          <w:b w:val="false"/>
          <w:i w:val="false"/>
          <w:color w:val="000000"/>
          <w:sz w:val="22"/>
        </w:rPr>
        <w:t>C. Ice cubes and leaf</w:t>
      </w:r>
    </w:p>
    <w:p>
      <w:pPr>
        <w:pStyle w:val="Normal"/>
        <w:spacing w:before="0" w:after="60"/>
        <w:ind w:start="360"/>
        <w:jc w:val="start"/>
        <w:rPr/>
      </w:pPr>
      <w:r>
        <w:rPr>
          <w:rFonts w:ascii="Calibri" w:hAnsi="Calibri"/>
          <w:b w:val="false"/>
          <w:i w:val="false"/>
          <w:color w:val="000000"/>
          <w:sz w:val="22"/>
        </w:rPr>
        <w:t>D. Bottle tops and nail</w:t>
      </w:r>
    </w:p>
    <w:p>
      <w:pPr>
        <w:pStyle w:val="Normal"/>
        <w:spacing w:before="0" w:after="60"/>
        <w:ind w:start="360"/>
        <w:jc w:val="start"/>
        <w:rPr/>
      </w:pPr>
      <w:r>
        <w:rPr>
          <w:rFonts w:ascii="Calibri" w:hAnsi="Calibri"/>
          <w:b w:val="false"/>
          <w:i w:val="false"/>
          <w:color w:val="000000"/>
          <w:sz w:val="22"/>
        </w:rPr>
        <w:t>20. Harmful substances that cause pollution in water are called</w:t>
      </w:r>
    </w:p>
    <w:p>
      <w:pPr>
        <w:pStyle w:val="Normal"/>
        <w:spacing w:before="0" w:after="60"/>
        <w:ind w:start="360"/>
        <w:jc w:val="start"/>
        <w:rPr/>
      </w:pPr>
      <w:r>
        <w:rPr>
          <w:rFonts w:ascii="Calibri" w:hAnsi="Calibri"/>
          <w:b w:val="false"/>
          <w:i w:val="false"/>
          <w:color w:val="000000"/>
          <w:sz w:val="22"/>
        </w:rPr>
        <w:t>A. materials</w:t>
      </w:r>
    </w:p>
    <w:p>
      <w:pPr>
        <w:pStyle w:val="Normal"/>
        <w:spacing w:before="0" w:after="60"/>
        <w:ind w:start="360"/>
        <w:jc w:val="start"/>
        <w:rPr/>
      </w:pPr>
      <w:r>
        <w:rPr>
          <w:rFonts w:ascii="Calibri" w:hAnsi="Calibri"/>
          <w:b w:val="false"/>
          <w:i w:val="false"/>
          <w:color w:val="000000"/>
          <w:sz w:val="22"/>
        </w:rPr>
        <w:t>B. objects</w:t>
      </w:r>
    </w:p>
    <w:p>
      <w:pPr>
        <w:pStyle w:val="Normal"/>
        <w:spacing w:before="0" w:after="60"/>
        <w:ind w:start="360"/>
        <w:jc w:val="start"/>
        <w:rPr/>
      </w:pPr>
      <w:r>
        <w:rPr>
          <w:rFonts w:ascii="Calibri" w:hAnsi="Calibri"/>
          <w:b w:val="false"/>
          <w:i w:val="false"/>
          <w:color w:val="000000"/>
          <w:sz w:val="22"/>
        </w:rPr>
        <w:t>C. solutes</w:t>
      </w:r>
    </w:p>
    <w:p>
      <w:pPr>
        <w:pStyle w:val="Normal"/>
        <w:spacing w:before="0" w:after="60"/>
        <w:ind w:start="360"/>
        <w:jc w:val="start"/>
        <w:rPr/>
      </w:pPr>
      <w:r>
        <w:rPr>
          <w:rFonts w:ascii="Calibri" w:hAnsi="Calibri"/>
          <w:b w:val="false"/>
          <w:i w:val="false"/>
          <w:color w:val="000000"/>
          <w:sz w:val="22"/>
        </w:rPr>
        <w:t>D. pollutants</w:t>
      </w:r>
    </w:p>
    <w:p>
      <w:pPr>
        <w:pStyle w:val="Normal"/>
        <w:spacing w:before="0" w:after="60"/>
        <w:ind w:start="360"/>
        <w:jc w:val="start"/>
        <w:rPr/>
      </w:pPr>
      <w:r>
        <w:rPr>
          <w:rFonts w:ascii="Calibri" w:hAnsi="Calibri"/>
          <w:b w:val="false"/>
          <w:i w:val="false"/>
          <w:color w:val="000000"/>
          <w:sz w:val="22"/>
        </w:rPr>
        <w:t>21. Digestion of food takes place in the following parts of the digestive system. Which one is not correct?</w:t>
      </w:r>
    </w:p>
    <w:p>
      <w:pPr>
        <w:pStyle w:val="Normal"/>
        <w:spacing w:before="0" w:after="60"/>
        <w:ind w:start="360"/>
        <w:jc w:val="start"/>
        <w:rPr/>
      </w:pPr>
      <w:r>
        <w:rPr>
          <w:rFonts w:ascii="Calibri" w:hAnsi="Calibri"/>
          <w:b w:val="false"/>
          <w:i w:val="false"/>
          <w:color w:val="000000"/>
          <w:sz w:val="22"/>
        </w:rPr>
        <w:t>A. Small intestine</w:t>
      </w:r>
    </w:p>
    <w:p>
      <w:pPr>
        <w:pStyle w:val="Normal"/>
        <w:spacing w:before="0" w:after="60"/>
        <w:ind w:start="360"/>
        <w:jc w:val="start"/>
        <w:rPr/>
      </w:pPr>
      <w:r>
        <w:rPr>
          <w:rFonts w:ascii="Calibri" w:hAnsi="Calibri"/>
          <w:b w:val="false"/>
          <w:i w:val="false"/>
          <w:color w:val="000000"/>
          <w:sz w:val="22"/>
        </w:rPr>
        <w:t>B. Rectum</w:t>
      </w:r>
    </w:p>
    <w:p>
      <w:pPr>
        <w:pStyle w:val="Normal"/>
        <w:spacing w:before="0" w:after="60"/>
        <w:ind w:start="360"/>
        <w:jc w:val="start"/>
        <w:rPr/>
      </w:pPr>
      <w:r>
        <w:rPr>
          <w:rFonts w:ascii="Calibri" w:hAnsi="Calibri"/>
          <w:b w:val="false"/>
          <w:i w:val="false"/>
          <w:color w:val="000000"/>
          <w:sz w:val="22"/>
        </w:rPr>
        <w:t>C. Stomach</w:t>
      </w:r>
    </w:p>
    <w:p>
      <w:pPr>
        <w:pStyle w:val="Normal"/>
        <w:spacing w:before="0" w:after="60"/>
        <w:ind w:start="360"/>
        <w:jc w:val="start"/>
        <w:rPr/>
      </w:pPr>
      <w:r>
        <w:rPr>
          <w:rFonts w:ascii="Calibri" w:hAnsi="Calibri"/>
          <w:b w:val="false"/>
          <w:i w:val="false"/>
          <w:color w:val="000000"/>
          <w:sz w:val="22"/>
        </w:rPr>
        <w:t>D. Mouth</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 xml:space="preserve">22. The diagram below shows a part of a plant. </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drawing>
          <wp:anchor distT="0" distB="0" distL="0" distR="0" simplePos="0" relativeHeight="24" behindDoc="0" locked="0" layoutInCell="0" allowOverlap="1">
            <wp:simplePos x="0" y="0"/>
            <wp:positionH relativeFrom="column">
              <wp:posOffset>252730</wp:posOffset>
            </wp:positionH>
            <wp:positionV relativeFrom="paragraph">
              <wp:posOffset>66675</wp:posOffset>
            </wp:positionV>
            <wp:extent cx="1666875" cy="752475"/>
            <wp:effectExtent l="0" t="0" r="0" b="0"/>
            <wp:wrapSquare wrapText="largest"/>
            <wp:docPr id="23" name="Image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23"/>
                    <pic:cNvPicPr>
                      <a:picLocks noChangeAspect="1" noChangeArrowheads="1"/>
                    </pic:cNvPicPr>
                  </pic:nvPicPr>
                  <pic:blipFill>
                    <a:blip r:embed="rId24"/>
                    <a:stretch>
                      <a:fillRect/>
                    </a:stretch>
                  </pic:blipFill>
                  <pic:spPr bwMode="auto">
                    <a:xfrm>
                      <a:off x="0" y="0"/>
                      <a:ext cx="1666875" cy="752475"/>
                    </a:xfrm>
                    <a:prstGeom prst="rect">
                      <a:avLst/>
                    </a:prstGeom>
                    <a:noFill/>
                  </pic:spPr>
                </pic:pic>
              </a:graphicData>
            </a:graphic>
          </wp:anchor>
        </w:drawing>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The main function of the part of the plant above is</w:t>
      </w:r>
    </w:p>
    <w:p>
      <w:pPr>
        <w:pStyle w:val="Normal"/>
        <w:spacing w:before="0" w:after="60"/>
        <w:ind w:start="360"/>
        <w:jc w:val="start"/>
        <w:rPr/>
      </w:pPr>
      <w:r>
        <w:rPr>
          <w:rFonts w:ascii="Calibri" w:hAnsi="Calibri"/>
          <w:b w:val="false"/>
          <w:i w:val="false"/>
          <w:color w:val="000000"/>
          <w:sz w:val="22"/>
        </w:rPr>
        <w:t>A. absorbs water in soil</w:t>
      </w:r>
    </w:p>
    <w:p>
      <w:pPr>
        <w:pStyle w:val="Normal"/>
        <w:spacing w:before="0" w:after="60"/>
        <w:ind w:start="360"/>
        <w:jc w:val="start"/>
        <w:rPr/>
      </w:pPr>
      <w:r>
        <w:rPr>
          <w:rFonts w:ascii="Calibri" w:hAnsi="Calibri"/>
          <w:b w:val="false"/>
          <w:i w:val="false"/>
          <w:color w:val="000000"/>
          <w:sz w:val="22"/>
        </w:rPr>
        <w:t>B. develops into fruits</w:t>
      </w:r>
    </w:p>
    <w:p>
      <w:pPr>
        <w:pStyle w:val="Normal"/>
        <w:spacing w:before="0" w:after="60"/>
        <w:ind w:start="360"/>
        <w:jc w:val="start"/>
        <w:rPr/>
      </w:pPr>
      <w:r>
        <w:rPr>
          <w:rFonts w:ascii="Calibri" w:hAnsi="Calibri"/>
          <w:b w:val="false"/>
          <w:i w:val="false"/>
          <w:color w:val="000000"/>
          <w:sz w:val="22"/>
        </w:rPr>
        <w:t>C. makes plant food</w:t>
      </w:r>
    </w:p>
    <w:p>
      <w:pPr>
        <w:pStyle w:val="Normal"/>
        <w:spacing w:before="0" w:after="60"/>
        <w:ind w:start="360"/>
        <w:jc w:val="start"/>
        <w:rPr/>
      </w:pPr>
      <w:r>
        <w:rPr>
          <w:rFonts w:ascii="Calibri" w:hAnsi="Calibri"/>
          <w:b w:val="false"/>
          <w:i w:val="false"/>
          <w:color w:val="000000"/>
          <w:sz w:val="22"/>
        </w:rPr>
        <w:t>D. supports the plant</w:t>
      </w:r>
    </w:p>
    <w:p>
      <w:pPr>
        <w:pStyle w:val="Normal"/>
        <w:spacing w:before="0" w:after="60"/>
        <w:ind w:start="360"/>
        <w:jc w:val="start"/>
        <w:rPr/>
      </w:pPr>
      <w:r>
        <w:rPr>
          <w:rFonts w:ascii="Calibri" w:hAnsi="Calibri"/>
          <w:b w:val="false"/>
          <w:i w:val="false"/>
          <w:color w:val="000000"/>
          <w:sz w:val="22"/>
        </w:rPr>
        <w:t>23. To ensure healthy digestive system you should avoid the following foods. Which one is it?</w:t>
      </w:r>
    </w:p>
    <w:p>
      <w:pPr>
        <w:pStyle w:val="Normal"/>
        <w:spacing w:before="0" w:after="60"/>
        <w:ind w:start="360"/>
        <w:jc w:val="start"/>
        <w:rPr/>
      </w:pPr>
      <w:r>
        <w:rPr>
          <w:rFonts w:ascii="Calibri" w:hAnsi="Calibri"/>
          <w:b w:val="false"/>
          <w:i w:val="false"/>
          <w:color w:val="000000"/>
          <w:sz w:val="22"/>
        </w:rPr>
        <w:t>A. Biscuits</w:t>
      </w:r>
    </w:p>
    <w:p>
      <w:pPr>
        <w:pStyle w:val="Normal"/>
        <w:spacing w:before="0" w:after="60"/>
        <w:ind w:start="360"/>
        <w:jc w:val="start"/>
        <w:rPr/>
      </w:pPr>
      <w:r>
        <w:rPr>
          <w:rFonts w:ascii="Calibri" w:hAnsi="Calibri"/>
          <w:b w:val="false"/>
          <w:i w:val="false"/>
          <w:color w:val="000000"/>
          <w:sz w:val="22"/>
        </w:rPr>
        <w:t>B. Milk</w:t>
      </w:r>
    </w:p>
    <w:p>
      <w:pPr>
        <w:pStyle w:val="Normal"/>
        <w:spacing w:before="0" w:after="60"/>
        <w:ind w:start="360"/>
        <w:jc w:val="start"/>
        <w:rPr/>
      </w:pPr>
      <w:r>
        <w:rPr>
          <w:rFonts w:ascii="Calibri" w:hAnsi="Calibri"/>
          <w:b w:val="false"/>
          <w:i w:val="false"/>
          <w:color w:val="000000"/>
          <w:sz w:val="22"/>
        </w:rPr>
        <w:t>C. Cassava</w:t>
      </w:r>
    </w:p>
    <w:p>
      <w:pPr>
        <w:pStyle w:val="Normal"/>
        <w:spacing w:before="0" w:after="60"/>
        <w:ind w:start="360"/>
        <w:jc w:val="start"/>
        <w:rPr/>
      </w:pPr>
      <w:r>
        <w:rPr>
          <w:rFonts w:ascii="Calibri" w:hAnsi="Calibri"/>
          <w:b w:val="false"/>
          <w:i w:val="false"/>
          <w:color w:val="000000"/>
          <w:sz w:val="22"/>
        </w:rPr>
        <w:t>D. Oranges</w:t>
      </w:r>
    </w:p>
    <w:p>
      <w:pPr>
        <w:pStyle w:val="Normal"/>
        <w:spacing w:before="0" w:after="60"/>
        <w:ind w:start="360"/>
        <w:jc w:val="start"/>
        <w:rPr/>
      </w:pPr>
      <w:r>
        <w:rPr>
          <w:rFonts w:ascii="Calibri" w:hAnsi="Calibri"/>
          <w:b w:val="false"/>
          <w:i w:val="false"/>
          <w:color w:val="000000"/>
          <w:sz w:val="22"/>
        </w:rPr>
        <w:t>24. A certain matter has the following properties;</w:t>
      </w:r>
    </w:p>
    <w:p>
      <w:pPr>
        <w:pStyle w:val="Normal"/>
        <w:spacing w:before="0" w:after="60"/>
        <w:ind w:start="360"/>
        <w:jc w:val="start"/>
        <w:rPr/>
      </w:pPr>
      <w:r>
        <w:rPr>
          <w:rFonts w:ascii="Calibri" w:hAnsi="Calibri"/>
          <w:b w:val="false"/>
          <w:i w:val="false"/>
          <w:color w:val="000000"/>
          <w:sz w:val="22"/>
        </w:rPr>
        <w:t>i) fixed shape</w:t>
      </w:r>
    </w:p>
    <w:p>
      <w:pPr>
        <w:pStyle w:val="Normal"/>
        <w:spacing w:before="0" w:after="60"/>
        <w:ind w:start="360"/>
        <w:jc w:val="start"/>
        <w:rPr/>
      </w:pPr>
      <w:r>
        <w:rPr>
          <w:rFonts w:ascii="Calibri" w:hAnsi="Calibri"/>
          <w:b w:val="false"/>
          <w:i w:val="false"/>
          <w:color w:val="000000"/>
          <w:sz w:val="22"/>
        </w:rPr>
        <w:t>ii) fixed volume</w:t>
      </w:r>
    </w:p>
    <w:p>
      <w:pPr>
        <w:pStyle w:val="Normal"/>
        <w:spacing w:before="0" w:after="60"/>
        <w:ind w:start="360"/>
        <w:jc w:val="start"/>
        <w:rPr/>
      </w:pPr>
      <w:r>
        <w:rPr>
          <w:rFonts w:ascii="Calibri" w:hAnsi="Calibri"/>
          <w:b w:val="false"/>
          <w:i w:val="false"/>
          <w:color w:val="000000"/>
          <w:sz w:val="22"/>
        </w:rPr>
        <w:t>iii) fixed mass</w:t>
      </w:r>
    </w:p>
    <w:p>
      <w:pPr>
        <w:pStyle w:val="Normal"/>
        <w:spacing w:before="0" w:after="60"/>
        <w:ind w:start="360"/>
        <w:jc w:val="start"/>
        <w:rPr/>
      </w:pPr>
      <w:r>
        <w:rPr>
          <w:rFonts w:ascii="Calibri" w:hAnsi="Calibri"/>
          <w:b w:val="false"/>
          <w:i w:val="false"/>
          <w:color w:val="000000"/>
          <w:sz w:val="22"/>
        </w:rPr>
        <w:t>The matter is likely to be</w:t>
      </w:r>
    </w:p>
    <w:p>
      <w:pPr>
        <w:pStyle w:val="Normal"/>
        <w:spacing w:before="0" w:after="60"/>
        <w:ind w:start="360"/>
        <w:jc w:val="start"/>
        <w:rPr/>
      </w:pPr>
      <w:r>
        <w:rPr>
          <w:rFonts w:ascii="Calibri" w:hAnsi="Calibri"/>
          <w:b w:val="false"/>
          <w:i w:val="false"/>
          <w:color w:val="000000"/>
          <w:sz w:val="22"/>
        </w:rPr>
        <w:t>A. maize flour</w:t>
      </w:r>
    </w:p>
    <w:p>
      <w:pPr>
        <w:pStyle w:val="Normal"/>
        <w:spacing w:before="0" w:after="60"/>
        <w:ind w:start="360"/>
        <w:jc w:val="start"/>
        <w:rPr/>
      </w:pPr>
      <w:r>
        <w:rPr>
          <w:rFonts w:ascii="Calibri" w:hAnsi="Calibri"/>
          <w:b w:val="false"/>
          <w:i w:val="false"/>
          <w:color w:val="000000"/>
          <w:sz w:val="22"/>
        </w:rPr>
        <w:t>B. air</w:t>
      </w:r>
    </w:p>
    <w:p>
      <w:pPr>
        <w:pStyle w:val="Normal"/>
        <w:spacing w:before="0" w:after="60"/>
        <w:ind w:start="360"/>
        <w:jc w:val="start"/>
        <w:rPr/>
      </w:pPr>
      <w:r>
        <w:rPr>
          <w:rFonts w:ascii="Calibri" w:hAnsi="Calibri"/>
          <w:b w:val="false"/>
          <w:i w:val="false"/>
          <w:color w:val="000000"/>
          <w:sz w:val="22"/>
        </w:rPr>
        <w:t>C. steam</w:t>
      </w:r>
    </w:p>
    <w:p>
      <w:pPr>
        <w:pStyle w:val="Normal"/>
        <w:spacing w:before="0" w:after="60"/>
        <w:ind w:start="360"/>
        <w:jc w:val="start"/>
        <w:rPr/>
      </w:pPr>
      <w:r>
        <w:rPr>
          <w:rFonts w:ascii="Calibri" w:hAnsi="Calibri"/>
          <w:b w:val="false"/>
          <w:i w:val="false"/>
          <w:color w:val="000000"/>
          <w:sz w:val="22"/>
        </w:rPr>
        <w:t>D. water</w:t>
      </w:r>
    </w:p>
    <w:p>
      <w:pPr>
        <w:pStyle w:val="Normal"/>
        <w:spacing w:before="0" w:after="60"/>
        <w:ind w:start="360"/>
        <w:jc w:val="start"/>
        <w:rPr/>
      </w:pPr>
      <w:r>
        <w:rPr>
          <w:rFonts w:ascii="Calibri" w:hAnsi="Calibri"/>
          <w:b w:val="false"/>
          <w:i w:val="false"/>
          <w:color w:val="000000"/>
          <w:sz w:val="22"/>
        </w:rPr>
        <w:t>25. The following solid wastes can be reused at home except</w:t>
      </w:r>
    </w:p>
    <w:p>
      <w:pPr>
        <w:pStyle w:val="Normal"/>
        <w:spacing w:before="0" w:after="60"/>
        <w:ind w:start="360"/>
        <w:jc w:val="start"/>
        <w:rPr/>
      </w:pPr>
      <w:r>
        <w:rPr>
          <w:rFonts w:ascii="Calibri" w:hAnsi="Calibri"/>
          <w:b w:val="false"/>
          <w:i w:val="false"/>
          <w:color w:val="000000"/>
          <w:sz w:val="22"/>
        </w:rPr>
        <w:t>A. plastic bottles</w:t>
      </w:r>
    </w:p>
    <w:p>
      <w:pPr>
        <w:pStyle w:val="Normal"/>
        <w:spacing w:before="0" w:after="60"/>
        <w:ind w:start="360"/>
        <w:jc w:val="start"/>
        <w:rPr/>
      </w:pPr>
      <w:r>
        <w:rPr>
          <w:rFonts w:ascii="Calibri" w:hAnsi="Calibri"/>
          <w:b w:val="false"/>
          <w:i w:val="false"/>
          <w:color w:val="000000"/>
          <w:sz w:val="22"/>
        </w:rPr>
        <w:t>B. empty jerricans</w:t>
      </w:r>
    </w:p>
    <w:p>
      <w:pPr>
        <w:pStyle w:val="Normal"/>
        <w:spacing w:before="0" w:after="60"/>
        <w:ind w:start="360"/>
        <w:jc w:val="start"/>
        <w:rPr/>
      </w:pPr>
      <w:r>
        <w:rPr>
          <w:rFonts w:ascii="Calibri" w:hAnsi="Calibri"/>
          <w:b w:val="false"/>
          <w:i w:val="false"/>
          <w:color w:val="000000"/>
          <w:sz w:val="22"/>
        </w:rPr>
        <w:t>C. old tyres</w:t>
      </w:r>
    </w:p>
    <w:p>
      <w:pPr>
        <w:pStyle w:val="Normal"/>
        <w:spacing w:before="0" w:after="60"/>
        <w:ind w:start="360"/>
        <w:jc w:val="start"/>
        <w:rPr/>
      </w:pPr>
      <w:r>
        <w:rPr>
          <w:rFonts w:ascii="Calibri" w:hAnsi="Calibri"/>
          <w:b w:val="false"/>
          <w:i w:val="false"/>
          <w:color w:val="000000"/>
          <w:sz w:val="22"/>
        </w:rPr>
        <w:t>D. banana peelings</w:t>
      </w:r>
    </w:p>
    <w:p>
      <w:pPr>
        <w:pStyle w:val="Normal"/>
        <w:spacing w:before="200" w:after="80"/>
        <w:ind w:start="360"/>
        <w:jc w:val="start"/>
        <w:rPr/>
      </w:pPr>
      <w:r>
        <w:rPr>
          <w:rFonts w:ascii="Calibri" w:hAnsi="Calibri"/>
          <w:b/>
          <w:i w:val="false"/>
          <w:color w:val="000000"/>
          <w:sz w:val="24"/>
        </w:rPr>
        <w:t>SECTION B: AGRICULTURE</w:t>
      </w:r>
    </w:p>
    <w:p>
      <w:pPr>
        <w:pStyle w:val="Normal"/>
        <w:spacing w:before="0" w:after="60"/>
        <w:ind w:start="360"/>
        <w:jc w:val="start"/>
        <w:rPr/>
      </w:pPr>
      <w:r>
        <w:rPr>
          <w:rFonts w:ascii="Calibri" w:hAnsi="Calibri"/>
          <w:b w:val="false"/>
          <w:i w:val="false"/>
          <w:color w:val="000000"/>
          <w:sz w:val="22"/>
        </w:rPr>
        <w:t>26. Why is it advisable not to puncture the polythene sheet when constructing a raised moist bed? To</w:t>
      </w:r>
    </w:p>
    <w:p>
      <w:pPr>
        <w:pStyle w:val="Normal"/>
        <w:spacing w:before="0" w:after="60"/>
        <w:ind w:start="360"/>
        <w:jc w:val="start"/>
        <w:rPr/>
      </w:pPr>
      <w:r>
        <w:rPr>
          <w:rFonts w:ascii="Calibri" w:hAnsi="Calibri"/>
          <w:b w:val="false"/>
          <w:i w:val="false"/>
          <w:color w:val="000000"/>
          <w:sz w:val="22"/>
        </w:rPr>
        <w:t>A. control weeds</w:t>
      </w:r>
    </w:p>
    <w:p>
      <w:pPr>
        <w:pStyle w:val="Normal"/>
        <w:spacing w:before="0" w:after="60"/>
        <w:ind w:start="360"/>
        <w:jc w:val="start"/>
        <w:rPr/>
      </w:pPr>
      <w:r>
        <w:rPr>
          <w:rFonts w:ascii="Calibri" w:hAnsi="Calibri"/>
          <w:b w:val="false"/>
          <w:i w:val="false"/>
          <w:color w:val="000000"/>
          <w:sz w:val="22"/>
        </w:rPr>
        <w:t>B. prevent evaporation</w:t>
      </w:r>
    </w:p>
    <w:p>
      <w:pPr>
        <w:pStyle w:val="Normal"/>
        <w:spacing w:before="0" w:after="60"/>
        <w:ind w:start="360"/>
        <w:jc w:val="start"/>
        <w:rPr/>
      </w:pPr>
      <w:r>
        <w:rPr>
          <w:rFonts w:ascii="Calibri" w:hAnsi="Calibri"/>
          <w:b w:val="false"/>
          <w:i w:val="false"/>
          <w:color w:val="000000"/>
          <w:sz w:val="22"/>
        </w:rPr>
        <w:t>C. prevent water loss</w:t>
      </w:r>
    </w:p>
    <w:p>
      <w:pPr>
        <w:pStyle w:val="Normal"/>
        <w:spacing w:before="0" w:after="60"/>
        <w:ind w:start="360"/>
        <w:jc w:val="start"/>
        <w:rPr/>
      </w:pPr>
      <w:r>
        <w:rPr>
          <w:rFonts w:ascii="Calibri" w:hAnsi="Calibri"/>
          <w:b w:val="false"/>
          <w:i w:val="false"/>
          <w:color w:val="000000"/>
          <w:sz w:val="22"/>
        </w:rPr>
        <w:t>D. improve soil fertility</w:t>
      </w:r>
    </w:p>
    <w:p>
      <w:pPr>
        <w:pStyle w:val="Normal"/>
        <w:spacing w:before="0" w:after="60"/>
        <w:ind w:start="360"/>
        <w:jc w:val="start"/>
        <w:rPr/>
      </w:pPr>
      <w:r>
        <w:rPr>
          <w:rFonts w:ascii="Calibri" w:hAnsi="Calibri"/>
          <w:b w:val="false"/>
          <w:i w:val="false"/>
          <w:color w:val="000000"/>
          <w:sz w:val="22"/>
        </w:rPr>
        <w:t>27. Grade 6 learners have formed a crocheting club. They can make the following items except</w:t>
      </w:r>
    </w:p>
    <w:p>
      <w:pPr>
        <w:pStyle w:val="Normal"/>
        <w:spacing w:before="0" w:after="60"/>
        <w:ind w:start="360"/>
        <w:jc w:val="start"/>
        <w:rPr/>
      </w:pPr>
      <w:r>
        <w:rPr>
          <w:rFonts w:ascii="Calibri" w:hAnsi="Calibri"/>
          <w:b w:val="false"/>
          <w:i w:val="false"/>
          <w:color w:val="000000"/>
          <w:sz w:val="22"/>
        </w:rPr>
        <w:t>A. socks</w:t>
      </w:r>
    </w:p>
    <w:p>
      <w:pPr>
        <w:pStyle w:val="Normal"/>
        <w:spacing w:before="0" w:after="60"/>
        <w:ind w:start="360"/>
        <w:jc w:val="start"/>
        <w:rPr/>
      </w:pPr>
      <w:r>
        <w:rPr>
          <w:rFonts w:ascii="Calibri" w:hAnsi="Calibri"/>
          <w:b w:val="false"/>
          <w:i w:val="false"/>
          <w:color w:val="000000"/>
          <w:sz w:val="22"/>
        </w:rPr>
        <w:t>B. gumboots</w:t>
      </w:r>
    </w:p>
    <w:p>
      <w:pPr>
        <w:pStyle w:val="Normal"/>
        <w:spacing w:before="0" w:after="60"/>
        <w:ind w:start="360"/>
        <w:jc w:val="start"/>
        <w:rPr/>
      </w:pPr>
      <w:r>
        <w:rPr>
          <w:rFonts w:ascii="Calibri" w:hAnsi="Calibri"/>
          <w:b w:val="false"/>
          <w:i w:val="false"/>
          <w:color w:val="000000"/>
          <w:sz w:val="22"/>
        </w:rPr>
        <w:t>C. table mats</w:t>
      </w:r>
    </w:p>
    <w:p>
      <w:pPr>
        <w:pStyle w:val="Normal"/>
        <w:spacing w:before="0" w:after="60"/>
        <w:ind w:start="360"/>
        <w:jc w:val="start"/>
        <w:rPr/>
      </w:pPr>
      <w:r>
        <w:rPr>
          <w:rFonts w:ascii="Calibri" w:hAnsi="Calibri"/>
          <w:b w:val="false"/>
          <w:i w:val="false"/>
          <w:color w:val="000000"/>
          <w:sz w:val="22"/>
        </w:rPr>
        <w:t>D. neck scarf</w:t>
      </w:r>
    </w:p>
    <w:p>
      <w:pPr>
        <w:pStyle w:val="Normal"/>
        <w:spacing w:before="0" w:after="60"/>
        <w:ind w:start="360"/>
        <w:jc w:val="start"/>
        <w:rPr/>
      </w:pPr>
      <w:r>
        <w:rPr>
          <w:rFonts w:ascii="Calibri" w:hAnsi="Calibri"/>
          <w:b w:val="false"/>
          <w:i w:val="false"/>
          <w:color w:val="000000"/>
          <w:sz w:val="22"/>
        </w:rPr>
        <w:t>28. The following substances are used to remove grass stain on a garment. Which one is it?</w:t>
      </w:r>
    </w:p>
    <w:p>
      <w:pPr>
        <w:pStyle w:val="Normal"/>
        <w:spacing w:before="0" w:after="60"/>
        <w:ind w:start="360"/>
        <w:jc w:val="start"/>
        <w:rPr/>
      </w:pPr>
      <w:r>
        <w:rPr>
          <w:rFonts w:ascii="Calibri" w:hAnsi="Calibri"/>
          <w:b w:val="false"/>
          <w:i w:val="false"/>
          <w:color w:val="000000"/>
          <w:sz w:val="22"/>
        </w:rPr>
        <w:t>A. Baking soda</w:t>
      </w:r>
    </w:p>
    <w:p>
      <w:pPr>
        <w:pStyle w:val="Normal"/>
        <w:spacing w:before="0" w:after="60"/>
        <w:ind w:start="360"/>
        <w:jc w:val="start"/>
        <w:rPr/>
      </w:pPr>
      <w:r>
        <w:rPr>
          <w:rFonts w:ascii="Calibri" w:hAnsi="Calibri"/>
          <w:b w:val="false"/>
          <w:i w:val="false"/>
          <w:color w:val="000000"/>
          <w:sz w:val="22"/>
        </w:rPr>
        <w:t>B. Salt</w:t>
      </w:r>
    </w:p>
    <w:p>
      <w:pPr>
        <w:pStyle w:val="Normal"/>
        <w:spacing w:before="0" w:after="60"/>
        <w:ind w:start="360"/>
        <w:jc w:val="start"/>
        <w:rPr/>
      </w:pPr>
      <w:r>
        <w:rPr>
          <w:rFonts w:ascii="Calibri" w:hAnsi="Calibri"/>
          <w:b w:val="false"/>
          <w:i w:val="false"/>
          <w:color w:val="000000"/>
          <w:sz w:val="22"/>
        </w:rPr>
        <w:t>C. Vinegar</w:t>
      </w:r>
    </w:p>
    <w:p>
      <w:pPr>
        <w:pStyle w:val="Normal"/>
        <w:spacing w:before="0" w:after="60"/>
        <w:ind w:start="360"/>
        <w:jc w:val="start"/>
        <w:rPr/>
      </w:pPr>
      <w:r>
        <w:rPr>
          <w:rFonts w:ascii="Calibri" w:hAnsi="Calibri"/>
          <w:b w:val="false"/>
          <w:i w:val="false"/>
          <w:color w:val="000000"/>
          <w:sz w:val="22"/>
        </w:rPr>
        <w:t>D. Methylated spirit</w:t>
      </w:r>
    </w:p>
    <w:p>
      <w:pPr>
        <w:pStyle w:val="Normal"/>
        <w:spacing w:before="0" w:after="60"/>
        <w:ind w:start="360"/>
        <w:jc w:val="start"/>
        <w:rPr/>
      </w:pPr>
      <w:r>
        <w:rPr>
          <w:rFonts w:ascii="Calibri" w:hAnsi="Calibri"/>
          <w:b w:val="false"/>
          <w:i w:val="false"/>
          <w:color w:val="000000"/>
          <w:sz w:val="22"/>
        </w:rPr>
        <w:t>29. Grade 6 girls should maintain good menstrual hygiene by carrying out the following practices except</w:t>
      </w:r>
    </w:p>
    <w:p>
      <w:pPr>
        <w:pStyle w:val="Normal"/>
        <w:spacing w:before="0" w:after="60"/>
        <w:ind w:start="360"/>
        <w:jc w:val="start"/>
        <w:rPr/>
      </w:pPr>
      <w:r>
        <w:rPr>
          <w:rFonts w:ascii="Calibri" w:hAnsi="Calibri"/>
          <w:b w:val="false"/>
          <w:i w:val="false"/>
          <w:color w:val="000000"/>
          <w:sz w:val="22"/>
        </w:rPr>
        <w:t>A. change sanitary towels regularly</w:t>
      </w:r>
    </w:p>
    <w:p>
      <w:pPr>
        <w:pStyle w:val="Normal"/>
        <w:spacing w:before="0" w:after="60"/>
        <w:ind w:start="360"/>
        <w:jc w:val="start"/>
        <w:rPr/>
      </w:pPr>
      <w:r>
        <w:rPr>
          <w:rFonts w:ascii="Calibri" w:hAnsi="Calibri"/>
          <w:b w:val="false"/>
          <w:i w:val="false"/>
          <w:color w:val="000000"/>
          <w:sz w:val="22"/>
        </w:rPr>
        <w:t>B. bathe regularly</w:t>
      </w:r>
    </w:p>
    <w:p>
      <w:pPr>
        <w:pStyle w:val="Normal"/>
        <w:spacing w:before="0" w:after="60"/>
        <w:ind w:start="360"/>
        <w:jc w:val="start"/>
        <w:rPr/>
      </w:pPr>
      <w:r>
        <w:rPr>
          <w:rFonts w:ascii="Calibri" w:hAnsi="Calibri"/>
          <w:b w:val="false"/>
          <w:i w:val="false"/>
          <w:color w:val="000000"/>
          <w:sz w:val="22"/>
        </w:rPr>
        <w:t>C. avoid wearing very tight underwear</w:t>
      </w:r>
    </w:p>
    <w:p>
      <w:pPr>
        <w:pStyle w:val="Normal"/>
        <w:spacing w:before="0" w:after="60"/>
        <w:ind w:start="360"/>
        <w:jc w:val="start"/>
        <w:rPr/>
      </w:pPr>
      <w:r>
        <w:rPr>
          <w:rFonts w:ascii="Calibri" w:hAnsi="Calibri"/>
          <w:b w:val="false"/>
          <w:i w:val="false"/>
          <w:color w:val="000000"/>
          <w:sz w:val="22"/>
        </w:rPr>
        <w:t>D. wear sanitary pads for days</w:t>
      </w:r>
    </w:p>
    <w:p>
      <w:pPr>
        <w:pStyle w:val="Normal"/>
        <w:spacing w:before="0" w:after="60"/>
        <w:ind w:start="360"/>
        <w:jc w:val="start"/>
        <w:rPr/>
      </w:pPr>
      <w:r>
        <w:rPr>
          <w:rFonts w:ascii="Calibri" w:hAnsi="Calibri"/>
          <w:b w:val="false"/>
          <w:i w:val="false"/>
          <w:color w:val="000000"/>
          <w:sz w:val="22"/>
        </w:rPr>
        <w:t>30. Jane wants to bake a cake using the rubbing-in method. She needs all the following ingredients except</w:t>
      </w:r>
    </w:p>
    <w:p>
      <w:pPr>
        <w:pStyle w:val="Normal"/>
        <w:spacing w:before="0" w:after="60"/>
        <w:ind w:start="360"/>
        <w:jc w:val="start"/>
        <w:rPr/>
      </w:pPr>
      <w:r>
        <w:rPr>
          <w:rFonts w:ascii="Calibri" w:hAnsi="Calibri"/>
          <w:b w:val="false"/>
          <w:i w:val="false"/>
          <w:color w:val="000000"/>
          <w:sz w:val="22"/>
        </w:rPr>
        <w:t>A. wheat flour</w:t>
      </w:r>
    </w:p>
    <w:p>
      <w:pPr>
        <w:pStyle w:val="Normal"/>
        <w:spacing w:before="0" w:after="60"/>
        <w:ind w:start="360"/>
        <w:jc w:val="start"/>
        <w:rPr/>
      </w:pPr>
      <w:r>
        <w:rPr>
          <w:rFonts w:ascii="Calibri" w:hAnsi="Calibri"/>
          <w:b w:val="false"/>
          <w:i w:val="false"/>
          <w:color w:val="000000"/>
          <w:sz w:val="22"/>
        </w:rPr>
        <w:t>B. eggs</w:t>
      </w:r>
    </w:p>
    <w:p>
      <w:pPr>
        <w:pStyle w:val="Normal"/>
        <w:spacing w:before="0" w:after="60"/>
        <w:ind w:start="360"/>
        <w:jc w:val="start"/>
        <w:rPr/>
      </w:pPr>
      <w:r>
        <w:rPr>
          <w:rFonts w:ascii="Calibri" w:hAnsi="Calibri"/>
          <w:b w:val="false"/>
          <w:i w:val="false"/>
          <w:color w:val="000000"/>
          <w:sz w:val="22"/>
        </w:rPr>
        <w:t>C. spices</w:t>
      </w:r>
    </w:p>
    <w:p>
      <w:pPr>
        <w:pStyle w:val="Normal"/>
        <w:spacing w:before="0" w:after="60"/>
        <w:ind w:start="360"/>
        <w:jc w:val="start"/>
        <w:rPr/>
      </w:pPr>
      <w:r>
        <w:rPr>
          <w:rFonts w:ascii="Calibri" w:hAnsi="Calibri"/>
          <w:b w:val="false"/>
          <w:i w:val="false"/>
          <w:color w:val="000000"/>
          <w:sz w:val="22"/>
        </w:rPr>
        <w:t>D. milk</w:t>
      </w:r>
    </w:p>
    <w:p>
      <w:pPr>
        <w:pStyle w:val="Normal"/>
        <w:spacing w:before="0" w:after="60"/>
        <w:ind w:start="360"/>
        <w:jc w:val="start"/>
        <w:rPr/>
      </w:pPr>
      <w:r>
        <w:rPr>
          <w:rFonts w:ascii="Calibri" w:hAnsi="Calibri"/>
          <w:b w:val="false"/>
          <w:i w:val="false"/>
          <w:color w:val="000000"/>
          <w:sz w:val="22"/>
        </w:rPr>
        <w:t>31. Nekesa covered fruits and vegetables with a net when sun-drying. This was to</w:t>
      </w:r>
    </w:p>
    <w:p>
      <w:pPr>
        <w:pStyle w:val="Normal"/>
        <w:spacing w:before="0" w:after="60"/>
        <w:ind w:start="360"/>
        <w:jc w:val="start"/>
        <w:rPr/>
      </w:pPr>
      <w:r>
        <w:rPr>
          <w:rFonts w:ascii="Calibri" w:hAnsi="Calibri"/>
          <w:b w:val="false"/>
          <w:i w:val="false"/>
          <w:color w:val="000000"/>
          <w:sz w:val="22"/>
        </w:rPr>
        <w:t>A. enable it dry faster</w:t>
      </w:r>
    </w:p>
    <w:p>
      <w:pPr>
        <w:pStyle w:val="Normal"/>
        <w:spacing w:before="0" w:after="60"/>
        <w:ind w:start="360"/>
        <w:jc w:val="start"/>
        <w:rPr/>
      </w:pPr>
      <w:r>
        <w:rPr>
          <w:rFonts w:ascii="Calibri" w:hAnsi="Calibri"/>
          <w:b w:val="false"/>
          <w:i w:val="false"/>
          <w:color w:val="000000"/>
          <w:sz w:val="22"/>
        </w:rPr>
        <w:t>B. improve flavour</w:t>
      </w:r>
    </w:p>
    <w:p>
      <w:pPr>
        <w:pStyle w:val="Normal"/>
        <w:spacing w:before="0" w:after="60"/>
        <w:ind w:start="360"/>
        <w:jc w:val="start"/>
        <w:rPr/>
      </w:pPr>
      <w:r>
        <w:rPr>
          <w:rFonts w:ascii="Calibri" w:hAnsi="Calibri"/>
          <w:b w:val="false"/>
          <w:i w:val="false"/>
          <w:color w:val="000000"/>
          <w:sz w:val="22"/>
        </w:rPr>
        <w:t>C. preserve colour</w:t>
      </w:r>
    </w:p>
    <w:p>
      <w:pPr>
        <w:pStyle w:val="Normal"/>
        <w:spacing w:before="0" w:after="60"/>
        <w:ind w:start="360"/>
        <w:jc w:val="start"/>
        <w:rPr/>
      </w:pPr>
      <w:r>
        <w:rPr>
          <w:rFonts w:ascii="Calibri" w:hAnsi="Calibri"/>
          <w:b w:val="false"/>
          <w:i w:val="false"/>
          <w:color w:val="000000"/>
          <w:sz w:val="22"/>
        </w:rPr>
        <w:t>D. keep off flies and birds</w:t>
      </w:r>
    </w:p>
    <w:p>
      <w:pPr>
        <w:pStyle w:val="Normal"/>
        <w:spacing w:before="0" w:after="60"/>
        <w:ind w:start="360"/>
        <w:jc w:val="start"/>
        <w:rPr/>
      </w:pPr>
      <w:r>
        <w:rPr>
          <w:rFonts w:ascii="Calibri" w:hAnsi="Calibri"/>
          <w:b w:val="false"/>
          <w:i w:val="false"/>
          <w:color w:val="000000"/>
          <w:sz w:val="22"/>
        </w:rPr>
        <w:t>32. When constructing the roof of a hutch, grade six learners made sure that it was slightly sloping. Why do you think they did so? To</w:t>
      </w:r>
    </w:p>
    <w:p>
      <w:pPr>
        <w:pStyle w:val="Normal"/>
        <w:spacing w:before="0" w:after="60"/>
        <w:ind w:start="360"/>
        <w:jc w:val="start"/>
        <w:rPr/>
      </w:pPr>
      <w:r>
        <w:rPr>
          <w:rFonts w:ascii="Calibri" w:hAnsi="Calibri"/>
          <w:b w:val="false"/>
          <w:i w:val="false"/>
          <w:color w:val="000000"/>
          <w:sz w:val="22"/>
        </w:rPr>
        <w:t>A. allow rain water to slide off</w:t>
      </w:r>
    </w:p>
    <w:p>
      <w:pPr>
        <w:pStyle w:val="Normal"/>
        <w:spacing w:before="0" w:after="60"/>
        <w:ind w:start="360"/>
        <w:jc w:val="start"/>
        <w:rPr/>
      </w:pPr>
      <w:r>
        <w:rPr>
          <w:rFonts w:ascii="Calibri" w:hAnsi="Calibri"/>
          <w:b w:val="false"/>
          <w:i w:val="false"/>
          <w:color w:val="000000"/>
          <w:sz w:val="22"/>
        </w:rPr>
        <w:t>B. prevent pests</w:t>
      </w:r>
    </w:p>
    <w:p>
      <w:pPr>
        <w:pStyle w:val="Normal"/>
        <w:spacing w:before="0" w:after="60"/>
        <w:ind w:start="360"/>
        <w:jc w:val="start"/>
        <w:rPr/>
      </w:pPr>
      <w:r>
        <w:rPr>
          <w:rFonts w:ascii="Calibri" w:hAnsi="Calibri"/>
          <w:b w:val="false"/>
          <w:i w:val="false"/>
          <w:color w:val="000000"/>
          <w:sz w:val="22"/>
        </w:rPr>
        <w:t>C. ventilate the hutch</w:t>
      </w:r>
    </w:p>
    <w:p>
      <w:pPr>
        <w:pStyle w:val="Normal"/>
        <w:spacing w:before="0" w:after="60"/>
        <w:ind w:start="360"/>
        <w:jc w:val="start"/>
        <w:rPr/>
      </w:pPr>
      <w:r>
        <w:rPr>
          <w:rFonts w:ascii="Calibri" w:hAnsi="Calibri"/>
          <w:b w:val="false"/>
          <w:i w:val="false"/>
          <w:color w:val="000000"/>
          <w:sz w:val="22"/>
        </w:rPr>
        <w:t>D. kill the germs</w:t>
      </w:r>
    </w:p>
    <w:p>
      <w:pPr>
        <w:pStyle w:val="Normal"/>
        <w:spacing w:before="0" w:after="60"/>
        <w:ind w:start="360"/>
        <w:jc w:val="start"/>
        <w:rPr/>
      </w:pPr>
      <w:r>
        <w:rPr>
          <w:rFonts w:ascii="Calibri" w:hAnsi="Calibri"/>
          <w:b w:val="false"/>
          <w:i w:val="false"/>
          <w:color w:val="000000"/>
          <w:sz w:val="22"/>
        </w:rPr>
        <w:t>33. Omoto uses safe traps to capture wild animals in her farm. What should he do with the wild animals caught?</w:t>
      </w:r>
    </w:p>
    <w:p>
      <w:pPr>
        <w:pStyle w:val="Normal"/>
        <w:spacing w:before="0" w:after="60"/>
        <w:ind w:start="360"/>
        <w:jc w:val="start"/>
        <w:rPr/>
      </w:pPr>
      <w:r>
        <w:rPr>
          <w:rFonts w:ascii="Calibri" w:hAnsi="Calibri"/>
          <w:b w:val="false"/>
          <w:i w:val="false"/>
          <w:color w:val="000000"/>
          <w:sz w:val="22"/>
        </w:rPr>
        <w:t>A. Eat them</w:t>
      </w:r>
    </w:p>
    <w:p>
      <w:pPr>
        <w:pStyle w:val="Normal"/>
        <w:spacing w:before="0" w:after="60"/>
        <w:ind w:start="360"/>
        <w:jc w:val="start"/>
        <w:rPr/>
      </w:pPr>
      <w:r>
        <w:rPr>
          <w:rFonts w:ascii="Calibri" w:hAnsi="Calibri"/>
          <w:b w:val="false"/>
          <w:i w:val="false"/>
          <w:color w:val="000000"/>
          <w:sz w:val="22"/>
        </w:rPr>
        <w:t>B. Release them to the forest</w:t>
      </w:r>
    </w:p>
    <w:p>
      <w:pPr>
        <w:pStyle w:val="Normal"/>
        <w:spacing w:before="0" w:after="60"/>
        <w:ind w:start="360"/>
        <w:jc w:val="start"/>
        <w:rPr/>
      </w:pPr>
      <w:r>
        <w:rPr>
          <w:rFonts w:ascii="Calibri" w:hAnsi="Calibri"/>
          <w:b w:val="false"/>
          <w:i w:val="false"/>
          <w:color w:val="000000"/>
          <w:sz w:val="22"/>
        </w:rPr>
        <w:t>C. Kill them</w:t>
      </w:r>
    </w:p>
    <w:p>
      <w:pPr>
        <w:pStyle w:val="Normal"/>
        <w:spacing w:before="0" w:after="60"/>
        <w:ind w:start="360"/>
        <w:jc w:val="start"/>
        <w:rPr/>
      </w:pPr>
      <w:r>
        <w:rPr>
          <w:rFonts w:ascii="Calibri" w:hAnsi="Calibri"/>
          <w:b w:val="false"/>
          <w:i w:val="false"/>
          <w:color w:val="000000"/>
          <w:sz w:val="22"/>
        </w:rPr>
        <w:t>D. Keep them in the farm</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34. The diagram below shows a way of controlling a certain type of soil erosion.</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drawing>
          <wp:anchor distT="0" distB="0" distL="0" distR="0" simplePos="0" relativeHeight="25" behindDoc="0" locked="0" layoutInCell="0" allowOverlap="1">
            <wp:simplePos x="0" y="0"/>
            <wp:positionH relativeFrom="column">
              <wp:posOffset>252730</wp:posOffset>
            </wp:positionH>
            <wp:positionV relativeFrom="paragraph">
              <wp:posOffset>81915</wp:posOffset>
            </wp:positionV>
            <wp:extent cx="2428875" cy="1295400"/>
            <wp:effectExtent l="0" t="0" r="0" b="0"/>
            <wp:wrapSquare wrapText="largest"/>
            <wp:docPr id="24" name="Image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4"/>
                    <pic:cNvPicPr>
                      <a:picLocks noChangeAspect="1" noChangeArrowheads="1"/>
                    </pic:cNvPicPr>
                  </pic:nvPicPr>
                  <pic:blipFill>
                    <a:blip r:embed="rId25"/>
                    <a:stretch>
                      <a:fillRect/>
                    </a:stretch>
                  </pic:blipFill>
                  <pic:spPr bwMode="auto">
                    <a:xfrm>
                      <a:off x="0" y="0"/>
                      <a:ext cx="2428875" cy="1295400"/>
                    </a:xfrm>
                    <a:prstGeom prst="rect">
                      <a:avLst/>
                    </a:prstGeom>
                    <a:noFill/>
                  </pic:spPr>
                </pic:pic>
              </a:graphicData>
            </a:graphic>
          </wp:anchor>
        </w:drawing>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 xml:space="preserve"> </w:t>
      </w:r>
      <w:r>
        <w:rPr>
          <w:rFonts w:ascii="Calibri" w:hAnsi="Calibri"/>
          <w:b w:val="false"/>
          <w:i w:val="false"/>
          <w:color w:val="000000"/>
          <w:sz w:val="22"/>
        </w:rPr>
        <w:t>The soil erosion being controlled is called</w:t>
      </w:r>
    </w:p>
    <w:p>
      <w:pPr>
        <w:pStyle w:val="Normal"/>
        <w:spacing w:before="0" w:after="60"/>
        <w:ind w:start="360"/>
        <w:jc w:val="start"/>
        <w:rPr/>
      </w:pPr>
      <w:r>
        <w:rPr>
          <w:rFonts w:ascii="Calibri" w:hAnsi="Calibri"/>
          <w:b w:val="false"/>
          <w:i w:val="false"/>
          <w:color w:val="000000"/>
          <w:sz w:val="22"/>
        </w:rPr>
        <w:t>A. sheet erosion</w:t>
      </w:r>
    </w:p>
    <w:p>
      <w:pPr>
        <w:pStyle w:val="Normal"/>
        <w:spacing w:before="0" w:after="60"/>
        <w:ind w:start="360"/>
        <w:jc w:val="start"/>
        <w:rPr/>
      </w:pPr>
      <w:r>
        <w:rPr>
          <w:rFonts w:ascii="Calibri" w:hAnsi="Calibri"/>
          <w:b w:val="false"/>
          <w:i w:val="false"/>
          <w:color w:val="000000"/>
          <w:sz w:val="22"/>
        </w:rPr>
        <w:t>B. splash erosion</w:t>
      </w:r>
    </w:p>
    <w:p>
      <w:pPr>
        <w:pStyle w:val="Normal"/>
        <w:spacing w:before="0" w:after="60"/>
        <w:ind w:start="360"/>
        <w:jc w:val="start"/>
        <w:rPr/>
      </w:pPr>
      <w:r>
        <w:rPr>
          <w:rFonts w:ascii="Calibri" w:hAnsi="Calibri"/>
          <w:b w:val="false"/>
          <w:i w:val="false"/>
          <w:color w:val="000000"/>
          <w:sz w:val="22"/>
        </w:rPr>
        <w:t>C. gulley erosion</w:t>
      </w:r>
    </w:p>
    <w:p>
      <w:pPr>
        <w:pStyle w:val="Normal"/>
        <w:spacing w:before="0" w:after="60"/>
        <w:ind w:start="360"/>
        <w:jc w:val="start"/>
        <w:rPr/>
      </w:pPr>
      <w:r>
        <w:rPr>
          <w:rFonts w:ascii="Calibri" w:hAnsi="Calibri"/>
          <w:b w:val="false"/>
          <w:i w:val="false"/>
          <w:color w:val="000000"/>
          <w:sz w:val="22"/>
        </w:rPr>
        <w:t>D. rill erosion</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 xml:space="preserve">35. A farmer grew his vegetable crops in the type of bed shown in the picture. </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drawing>
          <wp:anchor distT="0" distB="0" distL="0" distR="0" simplePos="0" relativeHeight="26" behindDoc="0" locked="0" layoutInCell="0" allowOverlap="1">
            <wp:simplePos x="0" y="0"/>
            <wp:positionH relativeFrom="column">
              <wp:posOffset>119380</wp:posOffset>
            </wp:positionH>
            <wp:positionV relativeFrom="paragraph">
              <wp:posOffset>57150</wp:posOffset>
            </wp:positionV>
            <wp:extent cx="2181225" cy="1181100"/>
            <wp:effectExtent l="0" t="0" r="0" b="0"/>
            <wp:wrapSquare wrapText="largest"/>
            <wp:docPr id="25" name="Image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25"/>
                    <pic:cNvPicPr>
                      <a:picLocks noChangeAspect="1" noChangeArrowheads="1"/>
                    </pic:cNvPicPr>
                  </pic:nvPicPr>
                  <pic:blipFill>
                    <a:blip r:embed="rId26"/>
                    <a:stretch>
                      <a:fillRect/>
                    </a:stretch>
                  </pic:blipFill>
                  <pic:spPr bwMode="auto">
                    <a:xfrm>
                      <a:off x="0" y="0"/>
                      <a:ext cx="2181225" cy="1181100"/>
                    </a:xfrm>
                    <a:prstGeom prst="rect">
                      <a:avLst/>
                    </a:prstGeom>
                    <a:noFill/>
                  </pic:spPr>
                </pic:pic>
              </a:graphicData>
            </a:graphic>
          </wp:anchor>
        </w:drawing>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The main advantage of the bed is that it</w:t>
      </w:r>
    </w:p>
    <w:p>
      <w:pPr>
        <w:pStyle w:val="Normal"/>
        <w:spacing w:before="0" w:after="60"/>
        <w:ind w:start="360"/>
        <w:jc w:val="start"/>
        <w:rPr/>
      </w:pPr>
      <w:r>
        <w:rPr>
          <w:rFonts w:ascii="Calibri" w:hAnsi="Calibri"/>
          <w:b w:val="false"/>
          <w:i w:val="false"/>
          <w:color w:val="000000"/>
          <w:sz w:val="22"/>
        </w:rPr>
        <w:t>A. controls weeds</w:t>
      </w:r>
    </w:p>
    <w:p>
      <w:pPr>
        <w:pStyle w:val="Normal"/>
        <w:spacing w:before="0" w:after="60"/>
        <w:ind w:start="360"/>
        <w:jc w:val="start"/>
        <w:rPr/>
      </w:pPr>
      <w:r>
        <w:rPr>
          <w:rFonts w:ascii="Calibri" w:hAnsi="Calibri"/>
          <w:b w:val="false"/>
          <w:i w:val="false"/>
          <w:color w:val="000000"/>
          <w:sz w:val="22"/>
        </w:rPr>
        <w:t>B. adds nutrients to soil</w:t>
      </w:r>
    </w:p>
    <w:p>
      <w:pPr>
        <w:pStyle w:val="Normal"/>
        <w:spacing w:before="0" w:after="60"/>
        <w:ind w:start="360"/>
        <w:jc w:val="start"/>
        <w:rPr/>
      </w:pPr>
      <w:r>
        <w:rPr>
          <w:rFonts w:ascii="Calibri" w:hAnsi="Calibri"/>
          <w:b w:val="false"/>
          <w:i w:val="false"/>
          <w:color w:val="000000"/>
          <w:sz w:val="22"/>
        </w:rPr>
        <w:t>C. conserves soil moisture</w:t>
      </w:r>
    </w:p>
    <w:p>
      <w:pPr>
        <w:pStyle w:val="Normal"/>
        <w:spacing w:before="0" w:after="60"/>
        <w:ind w:start="360"/>
        <w:jc w:val="start"/>
        <w:rPr/>
      </w:pPr>
      <w:r>
        <w:rPr>
          <w:rFonts w:ascii="Calibri" w:hAnsi="Calibri"/>
          <w:b w:val="false"/>
          <w:i w:val="false"/>
          <w:color w:val="000000"/>
          <w:sz w:val="22"/>
        </w:rPr>
        <w:t>D. makes crops grow upright</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 xml:space="preserve">36. Rael used the needlework tool below when sewing. </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drawing>
          <wp:anchor distT="0" distB="0" distL="0" distR="0" simplePos="0" relativeHeight="27" behindDoc="0" locked="0" layoutInCell="0" allowOverlap="1">
            <wp:simplePos x="0" y="0"/>
            <wp:positionH relativeFrom="column">
              <wp:posOffset>266700</wp:posOffset>
            </wp:positionH>
            <wp:positionV relativeFrom="paragraph">
              <wp:posOffset>110490</wp:posOffset>
            </wp:positionV>
            <wp:extent cx="914400" cy="952500"/>
            <wp:effectExtent l="0" t="0" r="0" b="0"/>
            <wp:wrapSquare wrapText="largest"/>
            <wp:docPr id="26" name="Image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6"/>
                    <pic:cNvPicPr>
                      <a:picLocks noChangeAspect="1" noChangeArrowheads="1"/>
                    </pic:cNvPicPr>
                  </pic:nvPicPr>
                  <pic:blipFill>
                    <a:blip r:embed="rId27"/>
                    <a:stretch>
                      <a:fillRect/>
                    </a:stretch>
                  </pic:blipFill>
                  <pic:spPr bwMode="auto">
                    <a:xfrm>
                      <a:off x="0" y="0"/>
                      <a:ext cx="914400" cy="952500"/>
                    </a:xfrm>
                    <a:prstGeom prst="rect">
                      <a:avLst/>
                    </a:prstGeom>
                    <a:noFill/>
                  </pic:spPr>
                </pic:pic>
              </a:graphicData>
            </a:graphic>
          </wp:anchor>
        </w:drawing>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It is used to</w:t>
      </w:r>
    </w:p>
    <w:p>
      <w:pPr>
        <w:pStyle w:val="Normal"/>
        <w:spacing w:before="0" w:after="60"/>
        <w:ind w:start="360"/>
        <w:jc w:val="start"/>
        <w:rPr/>
      </w:pPr>
      <w:r>
        <w:rPr>
          <w:rFonts w:ascii="Calibri" w:hAnsi="Calibri"/>
          <w:b w:val="false"/>
          <w:i w:val="false"/>
          <w:color w:val="000000"/>
          <w:sz w:val="22"/>
        </w:rPr>
        <w:t>A. protect fingers</w:t>
      </w:r>
    </w:p>
    <w:p>
      <w:pPr>
        <w:pStyle w:val="Normal"/>
        <w:spacing w:before="0" w:after="60"/>
        <w:ind w:start="360"/>
        <w:jc w:val="start"/>
        <w:rPr/>
      </w:pPr>
      <w:r>
        <w:rPr>
          <w:rFonts w:ascii="Calibri" w:hAnsi="Calibri"/>
          <w:b w:val="false"/>
          <w:i w:val="false"/>
          <w:color w:val="000000"/>
          <w:sz w:val="22"/>
        </w:rPr>
        <w:t>B. measure garments</w:t>
      </w:r>
    </w:p>
    <w:p>
      <w:pPr>
        <w:pStyle w:val="Normal"/>
        <w:spacing w:before="0" w:after="60"/>
        <w:ind w:start="360"/>
        <w:jc w:val="start"/>
        <w:rPr/>
      </w:pPr>
      <w:r>
        <w:rPr>
          <w:rFonts w:ascii="Calibri" w:hAnsi="Calibri"/>
          <w:b w:val="false"/>
          <w:i w:val="false"/>
          <w:color w:val="000000"/>
          <w:sz w:val="22"/>
        </w:rPr>
        <w:t>C. store needles</w:t>
      </w:r>
    </w:p>
    <w:p>
      <w:pPr>
        <w:pStyle w:val="Normal"/>
        <w:spacing w:before="0" w:after="60"/>
        <w:ind w:start="360"/>
        <w:jc w:val="start"/>
        <w:rPr/>
      </w:pPr>
      <w:r>
        <w:rPr>
          <w:rFonts w:ascii="Calibri" w:hAnsi="Calibri"/>
          <w:b w:val="false"/>
          <w:i w:val="false"/>
          <w:color w:val="000000"/>
          <w:sz w:val="22"/>
        </w:rPr>
        <w:t>D. cut garments</w:t>
      </w:r>
    </w:p>
    <w:p>
      <w:pPr>
        <w:pStyle w:val="Normal"/>
        <w:spacing w:before="0" w:after="60"/>
        <w:ind w:start="360"/>
        <w:jc w:val="start"/>
        <w:rPr/>
      </w:pPr>
      <w:r>
        <w:rPr>
          <w:rFonts w:ascii="Calibri" w:hAnsi="Calibri"/>
          <w:b w:val="false"/>
          <w:i w:val="false"/>
          <w:color w:val="000000"/>
          <w:sz w:val="22"/>
        </w:rPr>
        <w:t>37. A grade 6 learner was using a protective equipment that should not be shared. Which one is it?</w:t>
      </w:r>
    </w:p>
    <w:p>
      <w:pPr>
        <w:pStyle w:val="Normal"/>
        <w:spacing w:before="0" w:after="60"/>
        <w:ind w:start="360"/>
        <w:jc w:val="start"/>
        <w:rPr/>
      </w:pPr>
      <w:r>
        <w:rPr>
          <w:rFonts w:ascii="Calibri" w:hAnsi="Calibri"/>
          <w:b w:val="false"/>
          <w:i w:val="false"/>
          <w:color w:val="000000"/>
          <w:sz w:val="22"/>
        </w:rPr>
        <w:t>A. Head gear</w:t>
      </w:r>
    </w:p>
    <w:p>
      <w:pPr>
        <w:pStyle w:val="Normal"/>
        <w:spacing w:before="0" w:after="60"/>
        <w:ind w:start="360"/>
        <w:jc w:val="start"/>
        <w:rPr/>
      </w:pPr>
      <w:r>
        <w:rPr>
          <w:rFonts w:ascii="Calibri" w:hAnsi="Calibri"/>
          <w:b w:val="false"/>
          <w:i w:val="false"/>
          <w:color w:val="000000"/>
          <w:sz w:val="22"/>
        </w:rPr>
        <w:t>B. Hand gloves</w:t>
      </w:r>
    </w:p>
    <w:p>
      <w:pPr>
        <w:pStyle w:val="Normal"/>
        <w:spacing w:before="0" w:after="60"/>
        <w:ind w:start="360"/>
        <w:jc w:val="start"/>
        <w:rPr/>
      </w:pPr>
      <w:r>
        <w:rPr>
          <w:rFonts w:ascii="Calibri" w:hAnsi="Calibri"/>
          <w:b w:val="false"/>
          <w:i w:val="false"/>
          <w:color w:val="000000"/>
          <w:sz w:val="22"/>
        </w:rPr>
        <w:t>C. Overall</w:t>
      </w:r>
    </w:p>
    <w:p>
      <w:pPr>
        <w:pStyle w:val="Normal"/>
        <w:spacing w:before="0" w:after="60"/>
        <w:ind w:start="360"/>
        <w:jc w:val="start"/>
        <w:rPr/>
      </w:pPr>
      <w:r>
        <w:rPr>
          <w:rFonts w:ascii="Calibri" w:hAnsi="Calibri"/>
          <w:b w:val="false"/>
          <w:i w:val="false"/>
          <w:color w:val="000000"/>
          <w:sz w:val="22"/>
        </w:rPr>
        <w:t>D. Face mask</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 xml:space="preserve">38. Jery is cleaning the house and using the tool below. </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drawing>
          <wp:anchor distT="0" distB="0" distL="0" distR="0" simplePos="0" relativeHeight="28" behindDoc="0" locked="0" layoutInCell="0" allowOverlap="1">
            <wp:simplePos x="0" y="0"/>
            <wp:positionH relativeFrom="column">
              <wp:posOffset>376555</wp:posOffset>
            </wp:positionH>
            <wp:positionV relativeFrom="paragraph">
              <wp:posOffset>15240</wp:posOffset>
            </wp:positionV>
            <wp:extent cx="752475" cy="981075"/>
            <wp:effectExtent l="0" t="0" r="0" b="0"/>
            <wp:wrapSquare wrapText="largest"/>
            <wp:docPr id="27" name="Image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27"/>
                    <pic:cNvPicPr>
                      <a:picLocks noChangeAspect="1" noChangeArrowheads="1"/>
                    </pic:cNvPicPr>
                  </pic:nvPicPr>
                  <pic:blipFill>
                    <a:blip r:embed="rId28"/>
                    <a:stretch>
                      <a:fillRect/>
                    </a:stretch>
                  </pic:blipFill>
                  <pic:spPr bwMode="auto">
                    <a:xfrm>
                      <a:off x="0" y="0"/>
                      <a:ext cx="752475" cy="981075"/>
                    </a:xfrm>
                    <a:prstGeom prst="rect">
                      <a:avLst/>
                    </a:prstGeom>
                    <a:noFill/>
                  </pic:spPr>
                </pic:pic>
              </a:graphicData>
            </a:graphic>
          </wp:anchor>
        </w:drawing>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The cleaning tool above is used for</w:t>
      </w:r>
    </w:p>
    <w:p>
      <w:pPr>
        <w:pStyle w:val="Normal"/>
        <w:spacing w:before="0" w:after="60"/>
        <w:ind w:start="360"/>
        <w:jc w:val="start"/>
        <w:rPr/>
      </w:pPr>
      <w:r>
        <w:rPr>
          <w:rFonts w:ascii="Calibri" w:hAnsi="Calibri"/>
          <w:b w:val="false"/>
          <w:i w:val="false"/>
          <w:color w:val="000000"/>
          <w:sz w:val="22"/>
        </w:rPr>
        <w:t>A. sweeping the floor</w:t>
      </w:r>
    </w:p>
    <w:p>
      <w:pPr>
        <w:pStyle w:val="Normal"/>
        <w:spacing w:before="0" w:after="60"/>
        <w:ind w:start="360"/>
        <w:jc w:val="start"/>
        <w:rPr/>
      </w:pPr>
      <w:r>
        <w:rPr>
          <w:rFonts w:ascii="Calibri" w:hAnsi="Calibri"/>
          <w:b w:val="false"/>
          <w:i w:val="false"/>
          <w:color w:val="000000"/>
          <w:sz w:val="22"/>
        </w:rPr>
        <w:t>B. disposing wastes</w:t>
      </w:r>
    </w:p>
    <w:p>
      <w:pPr>
        <w:pStyle w:val="Normal"/>
        <w:spacing w:before="0" w:after="60"/>
        <w:ind w:start="360"/>
        <w:jc w:val="start"/>
        <w:rPr/>
      </w:pPr>
      <w:r>
        <w:rPr>
          <w:rFonts w:ascii="Calibri" w:hAnsi="Calibri"/>
          <w:b w:val="false"/>
          <w:i w:val="false"/>
          <w:color w:val="000000"/>
          <w:sz w:val="22"/>
        </w:rPr>
        <w:t>C. mopping the floor</w:t>
      </w:r>
    </w:p>
    <w:p>
      <w:pPr>
        <w:pStyle w:val="Normal"/>
        <w:spacing w:before="0" w:after="60"/>
        <w:ind w:start="360"/>
        <w:jc w:val="start"/>
        <w:rPr/>
      </w:pPr>
      <w:r>
        <w:rPr>
          <w:rFonts w:ascii="Calibri" w:hAnsi="Calibri"/>
          <w:b w:val="false"/>
          <w:i w:val="false"/>
          <w:color w:val="000000"/>
          <w:sz w:val="22"/>
        </w:rPr>
        <w:t>D. dusting the house</w:t>
      </w:r>
    </w:p>
    <w:p>
      <w:pPr>
        <w:pStyle w:val="Normal"/>
        <w:spacing w:before="0" w:after="60"/>
        <w:ind w:start="360"/>
        <w:jc w:val="start"/>
        <w:rPr/>
      </w:pPr>
      <w:r>
        <w:rPr>
          <w:rFonts w:ascii="Calibri" w:hAnsi="Calibri"/>
          <w:b w:val="false"/>
          <w:i w:val="false"/>
          <w:color w:val="000000"/>
          <w:sz w:val="22"/>
        </w:rPr>
        <w:t>39. After visiting the toilet, you should</w:t>
      </w:r>
    </w:p>
    <w:p>
      <w:pPr>
        <w:pStyle w:val="Normal"/>
        <w:spacing w:before="0" w:after="60"/>
        <w:ind w:start="360"/>
        <w:jc w:val="start"/>
        <w:rPr/>
      </w:pPr>
      <w:r>
        <w:rPr>
          <w:rFonts w:ascii="Calibri" w:hAnsi="Calibri"/>
          <w:b w:val="false"/>
          <w:i w:val="false"/>
          <w:color w:val="000000"/>
          <w:sz w:val="22"/>
        </w:rPr>
        <w:t>A. wash your hands</w:t>
      </w:r>
    </w:p>
    <w:p>
      <w:pPr>
        <w:pStyle w:val="Normal"/>
        <w:spacing w:before="0" w:after="60"/>
        <w:ind w:start="360"/>
        <w:jc w:val="start"/>
        <w:rPr/>
      </w:pPr>
      <w:r>
        <w:rPr>
          <w:rFonts w:ascii="Calibri" w:hAnsi="Calibri"/>
          <w:b w:val="false"/>
          <w:i w:val="false"/>
          <w:color w:val="000000"/>
          <w:sz w:val="22"/>
        </w:rPr>
        <w:t>B. eat food</w:t>
      </w:r>
    </w:p>
    <w:p>
      <w:pPr>
        <w:pStyle w:val="Normal"/>
        <w:spacing w:before="0" w:after="60"/>
        <w:ind w:start="360"/>
        <w:jc w:val="start"/>
        <w:rPr/>
      </w:pPr>
      <w:r>
        <w:rPr>
          <w:rFonts w:ascii="Calibri" w:hAnsi="Calibri"/>
          <w:b w:val="false"/>
          <w:i w:val="false"/>
          <w:color w:val="000000"/>
          <w:sz w:val="22"/>
        </w:rPr>
        <w:t>C. drink water</w:t>
      </w:r>
    </w:p>
    <w:p>
      <w:pPr>
        <w:pStyle w:val="Normal"/>
        <w:spacing w:before="0" w:after="60"/>
        <w:ind w:start="360"/>
        <w:jc w:val="start"/>
        <w:rPr/>
      </w:pPr>
      <w:r>
        <w:rPr>
          <w:rFonts w:ascii="Calibri" w:hAnsi="Calibri"/>
          <w:b w:val="false"/>
          <w:i w:val="false"/>
          <w:color w:val="000000"/>
          <w:sz w:val="22"/>
        </w:rPr>
        <w:t>D. clean the toilet</w:t>
      </w:r>
    </w:p>
    <w:p>
      <w:pPr>
        <w:pStyle w:val="Normal"/>
        <w:spacing w:before="0" w:after="60"/>
        <w:ind w:start="360"/>
        <w:jc w:val="start"/>
        <w:rPr/>
      </w:pPr>
      <w:r>
        <w:rPr>
          <w:rFonts w:ascii="Calibri" w:hAnsi="Calibri"/>
          <w:b w:val="false"/>
          <w:i w:val="false"/>
          <w:color w:val="000000"/>
          <w:sz w:val="22"/>
        </w:rPr>
        <w:t>40. When shallow frying eggs, Odera should observe the following safety precautions except</w:t>
      </w:r>
    </w:p>
    <w:p>
      <w:pPr>
        <w:pStyle w:val="Normal"/>
        <w:spacing w:before="0" w:after="60"/>
        <w:ind w:start="360"/>
        <w:jc w:val="start"/>
        <w:rPr/>
      </w:pPr>
      <w:r>
        <w:rPr>
          <w:rFonts w:ascii="Calibri" w:hAnsi="Calibri"/>
          <w:b w:val="false"/>
          <w:i w:val="false"/>
          <w:color w:val="000000"/>
          <w:sz w:val="22"/>
        </w:rPr>
        <w:t>A. pour cooking oil carefully</w:t>
      </w:r>
    </w:p>
    <w:p>
      <w:pPr>
        <w:pStyle w:val="Normal"/>
        <w:spacing w:before="0" w:after="60"/>
        <w:ind w:start="360"/>
        <w:jc w:val="start"/>
        <w:rPr/>
      </w:pPr>
      <w:r>
        <w:rPr>
          <w:rFonts w:ascii="Calibri" w:hAnsi="Calibri"/>
          <w:b w:val="false"/>
          <w:i w:val="false"/>
          <w:color w:val="000000"/>
          <w:sz w:val="22"/>
        </w:rPr>
        <w:t>B. do not touch the hot frying pan with fingers</w:t>
      </w:r>
    </w:p>
    <w:p>
      <w:pPr>
        <w:pStyle w:val="Normal"/>
        <w:spacing w:before="0" w:after="60"/>
        <w:ind w:start="360"/>
        <w:jc w:val="start"/>
        <w:rPr/>
      </w:pPr>
      <w:r>
        <w:rPr>
          <w:rFonts w:ascii="Calibri" w:hAnsi="Calibri"/>
          <w:b w:val="false"/>
          <w:i w:val="false"/>
          <w:color w:val="000000"/>
          <w:sz w:val="22"/>
        </w:rPr>
        <w:t>C. touch the hot frying pan with fingers</w:t>
      </w:r>
    </w:p>
    <w:p>
      <w:pPr>
        <w:pStyle w:val="Normal"/>
        <w:spacing w:before="0" w:after="60"/>
        <w:ind w:start="360"/>
        <w:jc w:val="start"/>
        <w:rPr/>
      </w:pPr>
      <w:r>
        <w:rPr>
          <w:rFonts w:ascii="Calibri" w:hAnsi="Calibri"/>
          <w:b w:val="false"/>
          <w:i w:val="false"/>
          <w:color w:val="000000"/>
          <w:sz w:val="22"/>
        </w:rPr>
        <w:t>D. hold the frying pan with insulated handle</w:t>
      </w:r>
    </w:p>
    <w:p>
      <w:pPr>
        <w:pStyle w:val="Normal"/>
        <w:spacing w:before="0" w:after="60"/>
        <w:ind w:start="360"/>
        <w:jc w:val="start"/>
        <w:rPr/>
      </w:pPr>
      <w:r>
        <w:rPr>
          <w:rFonts w:ascii="Calibri" w:hAnsi="Calibri"/>
          <w:b w:val="false"/>
          <w:i w:val="false"/>
          <w:color w:val="000000"/>
          <w:sz w:val="22"/>
        </w:rPr>
        <w:t>41. Koros ate a balanced diet. Koros was likely to have eaten</w:t>
      </w:r>
    </w:p>
    <w:p>
      <w:pPr>
        <w:pStyle w:val="Normal"/>
        <w:spacing w:before="0" w:after="60"/>
        <w:ind w:start="360"/>
        <w:jc w:val="start"/>
        <w:rPr/>
      </w:pPr>
      <w:r>
        <w:rPr>
          <w:rFonts w:ascii="Calibri" w:hAnsi="Calibri"/>
          <w:b w:val="false"/>
          <w:i w:val="false"/>
          <w:color w:val="000000"/>
          <w:sz w:val="22"/>
        </w:rPr>
        <w:t>A. bread, milk, eggs</w:t>
      </w:r>
    </w:p>
    <w:p>
      <w:pPr>
        <w:pStyle w:val="Normal"/>
        <w:spacing w:before="0" w:after="60"/>
        <w:ind w:start="360"/>
        <w:jc w:val="start"/>
        <w:rPr/>
      </w:pPr>
      <w:r>
        <w:rPr>
          <w:rFonts w:ascii="Calibri" w:hAnsi="Calibri"/>
          <w:b w:val="false"/>
          <w:i w:val="false"/>
          <w:color w:val="000000"/>
          <w:sz w:val="22"/>
        </w:rPr>
        <w:t>B. ugali, oranges, chicken</w:t>
      </w:r>
    </w:p>
    <w:p>
      <w:pPr>
        <w:pStyle w:val="Normal"/>
        <w:spacing w:before="0" w:after="60"/>
        <w:ind w:start="360"/>
        <w:jc w:val="start"/>
        <w:rPr/>
      </w:pPr>
      <w:r>
        <w:rPr>
          <w:rFonts w:ascii="Calibri" w:hAnsi="Calibri"/>
          <w:b w:val="false"/>
          <w:i w:val="false"/>
          <w:color w:val="000000"/>
          <w:sz w:val="22"/>
        </w:rPr>
        <w:t>C. spinach, rice, mangoes</w:t>
      </w:r>
    </w:p>
    <w:p>
      <w:pPr>
        <w:pStyle w:val="Normal"/>
        <w:spacing w:before="0" w:after="60"/>
        <w:ind w:start="360"/>
        <w:jc w:val="start"/>
        <w:rPr/>
      </w:pPr>
      <w:r>
        <w:rPr>
          <w:rFonts w:ascii="Calibri" w:hAnsi="Calibri"/>
          <w:b w:val="false"/>
          <w:i w:val="false"/>
          <w:color w:val="000000"/>
          <w:sz w:val="22"/>
        </w:rPr>
        <w:t>D. meat, chapati, soda</w:t>
      </w:r>
    </w:p>
    <w:p>
      <w:pPr>
        <w:pStyle w:val="Normal"/>
        <w:spacing w:before="0" w:after="60"/>
        <w:ind w:hanging="0" w:start="0"/>
        <w:jc w:val="start"/>
        <w:rPr>
          <w:rFonts w:ascii="Calibri" w:hAnsi="Calibri"/>
          <w:b w:val="false"/>
          <w:i w:val="false"/>
          <w:color w:val="000000"/>
          <w:sz w:val="22"/>
        </w:rPr>
      </w:pPr>
      <w:r>
        <w:rPr>
          <w:rFonts w:ascii="Calibri" w:hAnsi="Calibri"/>
          <w:b w:val="false"/>
          <w:i w:val="false"/>
          <w:color w:val="000000"/>
          <w:sz w:val="22"/>
        </w:rPr>
        <w:t xml:space="preserve">    </w:t>
      </w:r>
      <w:r>
        <w:rPr>
          <w:rFonts w:ascii="Calibri" w:hAnsi="Calibri"/>
          <w:b w:val="false"/>
          <w:i w:val="false"/>
          <w:color w:val="000000"/>
          <w:sz w:val="22"/>
        </w:rPr>
        <w:t xml:space="preserve">42. The picture below shows a domestic animal. </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drawing>
          <wp:anchor distT="0" distB="0" distL="0" distR="0" simplePos="0" relativeHeight="29" behindDoc="0" locked="0" layoutInCell="0" allowOverlap="1">
            <wp:simplePos x="0" y="0"/>
            <wp:positionH relativeFrom="column">
              <wp:posOffset>238125</wp:posOffset>
            </wp:positionH>
            <wp:positionV relativeFrom="paragraph">
              <wp:posOffset>635</wp:posOffset>
            </wp:positionV>
            <wp:extent cx="1809750" cy="1104900"/>
            <wp:effectExtent l="0" t="0" r="0" b="0"/>
            <wp:wrapSquare wrapText="largest"/>
            <wp:docPr id="28" name="Image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8"/>
                    <pic:cNvPicPr>
                      <a:picLocks noChangeAspect="1" noChangeArrowheads="1"/>
                    </pic:cNvPicPr>
                  </pic:nvPicPr>
                  <pic:blipFill>
                    <a:blip r:embed="rId29"/>
                    <a:stretch>
                      <a:fillRect/>
                    </a:stretch>
                  </pic:blipFill>
                  <pic:spPr bwMode="auto">
                    <a:xfrm>
                      <a:off x="0" y="0"/>
                      <a:ext cx="1809750" cy="1104900"/>
                    </a:xfrm>
                    <a:prstGeom prst="rect">
                      <a:avLst/>
                    </a:prstGeom>
                    <a:noFill/>
                  </pic:spPr>
                </pic:pic>
              </a:graphicData>
            </a:graphic>
          </wp:anchor>
        </w:drawing>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bidi w:val="0"/>
        <w:spacing w:before="0" w:after="60"/>
        <w:ind w:start="360"/>
        <w:jc w:val="start"/>
        <w:rPr>
          <w:rFonts w:ascii="Calibri" w:hAnsi="Calibri"/>
          <w:b w:val="false"/>
          <w:i w:val="false"/>
          <w:color w:val="000000"/>
          <w:sz w:val="22"/>
        </w:rPr>
      </w:pPr>
      <w:r>
        <w:rPr>
          <w:rFonts w:ascii="Calibri" w:hAnsi="Calibri"/>
          <w:b w:val="false"/>
          <w:i w:val="false"/>
          <w:color w:val="000000"/>
          <w:sz w:val="22"/>
        </w:rPr>
        <w:t>The meat of the animal above is called</w:t>
      </w:r>
    </w:p>
    <w:p>
      <w:pPr>
        <w:pStyle w:val="Normal"/>
        <w:spacing w:before="0" w:after="60"/>
        <w:ind w:start="360"/>
        <w:jc w:val="start"/>
        <w:rPr/>
      </w:pPr>
      <w:r>
        <w:rPr>
          <w:rFonts w:ascii="Calibri" w:hAnsi="Calibri"/>
          <w:b w:val="false"/>
          <w:i w:val="false"/>
          <w:color w:val="000000"/>
          <w:sz w:val="22"/>
        </w:rPr>
        <w:t>A. mutton</w:t>
      </w:r>
    </w:p>
    <w:p>
      <w:pPr>
        <w:pStyle w:val="Normal"/>
        <w:spacing w:before="0" w:after="60"/>
        <w:ind w:start="360"/>
        <w:jc w:val="start"/>
        <w:rPr/>
      </w:pPr>
      <w:r>
        <w:rPr>
          <w:rFonts w:ascii="Calibri" w:hAnsi="Calibri"/>
          <w:b w:val="false"/>
          <w:i w:val="false"/>
          <w:color w:val="000000"/>
          <w:sz w:val="22"/>
        </w:rPr>
        <w:t>B. chevon</w:t>
      </w:r>
    </w:p>
    <w:p>
      <w:pPr>
        <w:pStyle w:val="Normal"/>
        <w:spacing w:before="0" w:after="60"/>
        <w:ind w:start="360"/>
        <w:jc w:val="start"/>
        <w:rPr/>
      </w:pPr>
      <w:r>
        <w:rPr>
          <w:rFonts w:ascii="Calibri" w:hAnsi="Calibri"/>
          <w:b w:val="false"/>
          <w:i w:val="false"/>
          <w:color w:val="000000"/>
          <w:sz w:val="22"/>
        </w:rPr>
        <w:t>C. beef</w:t>
      </w:r>
    </w:p>
    <w:p>
      <w:pPr>
        <w:pStyle w:val="Normal"/>
        <w:spacing w:before="0" w:after="60"/>
        <w:ind w:start="360"/>
        <w:jc w:val="start"/>
        <w:rPr/>
      </w:pPr>
      <w:r>
        <w:rPr>
          <w:rFonts w:ascii="Calibri" w:hAnsi="Calibri"/>
          <w:b w:val="false"/>
          <w:i w:val="false"/>
          <w:color w:val="000000"/>
          <w:sz w:val="22"/>
        </w:rPr>
        <w:t>D. pork</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r>
        <w:br w:type="page"/>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43. A grade 6 learner was advised to consume fruits in her diet. This was to</w:t>
      </w:r>
    </w:p>
    <w:p>
      <w:pPr>
        <w:pStyle w:val="Normal"/>
        <w:spacing w:before="0" w:after="60"/>
        <w:ind w:start="360"/>
        <w:jc w:val="start"/>
        <w:rPr/>
      </w:pPr>
      <w:r>
        <w:rPr>
          <w:rFonts w:ascii="Calibri" w:hAnsi="Calibri"/>
          <w:b w:val="false"/>
          <w:i w:val="false"/>
          <w:color w:val="000000"/>
          <w:sz w:val="22"/>
        </w:rPr>
        <w:t>A. protect body against infections</w:t>
      </w:r>
    </w:p>
    <w:p>
      <w:pPr>
        <w:pStyle w:val="Normal"/>
        <w:spacing w:before="0" w:after="60"/>
        <w:ind w:start="360"/>
        <w:jc w:val="start"/>
        <w:rPr/>
      </w:pPr>
      <w:r>
        <w:rPr>
          <w:rFonts w:ascii="Calibri" w:hAnsi="Calibri"/>
          <w:b w:val="false"/>
          <w:i w:val="false"/>
          <w:color w:val="000000"/>
          <w:sz w:val="22"/>
        </w:rPr>
        <w:t>B. build body tissues</w:t>
      </w:r>
    </w:p>
    <w:p>
      <w:pPr>
        <w:pStyle w:val="Normal"/>
        <w:spacing w:before="0" w:after="60"/>
        <w:ind w:start="360"/>
        <w:jc w:val="start"/>
        <w:rPr/>
      </w:pPr>
      <w:r>
        <w:rPr>
          <w:rFonts w:ascii="Calibri" w:hAnsi="Calibri"/>
          <w:b w:val="false"/>
          <w:i w:val="false"/>
          <w:color w:val="000000"/>
          <w:sz w:val="22"/>
        </w:rPr>
        <w:t>C. provide energy to the body</w:t>
      </w:r>
    </w:p>
    <w:p>
      <w:pPr>
        <w:pStyle w:val="Normal"/>
        <w:spacing w:before="0" w:after="60"/>
        <w:ind w:start="360"/>
        <w:jc w:val="start"/>
        <w:rPr/>
      </w:pPr>
      <w:r>
        <w:rPr>
          <w:rFonts w:ascii="Calibri" w:hAnsi="Calibri"/>
          <w:b w:val="false"/>
          <w:i w:val="false"/>
          <w:color w:val="000000"/>
          <w:sz w:val="22"/>
        </w:rPr>
        <w:t>D. repair worn out tissues</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Nyamnyam saw the structure in the picture in a certain farm. Use it to answer questions 44 and 45.</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drawing>
          <wp:anchor distT="0" distB="0" distL="0" distR="0" simplePos="0" relativeHeight="30" behindDoc="0" locked="0" layoutInCell="0" allowOverlap="1">
            <wp:simplePos x="0" y="0"/>
            <wp:positionH relativeFrom="column">
              <wp:posOffset>314325</wp:posOffset>
            </wp:positionH>
            <wp:positionV relativeFrom="paragraph">
              <wp:posOffset>120015</wp:posOffset>
            </wp:positionV>
            <wp:extent cx="1314450" cy="1228725"/>
            <wp:effectExtent l="0" t="0" r="0" b="0"/>
            <wp:wrapSquare wrapText="largest"/>
            <wp:docPr id="29" name="Image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29"/>
                    <pic:cNvPicPr>
                      <a:picLocks noChangeAspect="1" noChangeArrowheads="1"/>
                    </pic:cNvPicPr>
                  </pic:nvPicPr>
                  <pic:blipFill>
                    <a:blip r:embed="rId30"/>
                    <a:stretch>
                      <a:fillRect/>
                    </a:stretch>
                  </pic:blipFill>
                  <pic:spPr bwMode="auto">
                    <a:xfrm>
                      <a:off x="0" y="0"/>
                      <a:ext cx="1314450" cy="1228725"/>
                    </a:xfrm>
                    <a:prstGeom prst="rect">
                      <a:avLst/>
                    </a:prstGeom>
                    <a:noFill/>
                  </pic:spPr>
                </pic:pic>
              </a:graphicData>
            </a:graphic>
          </wp:anchor>
        </w:drawing>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44. The structure is used for</w:t>
      </w:r>
    </w:p>
    <w:p>
      <w:pPr>
        <w:pStyle w:val="Normal"/>
        <w:spacing w:before="0" w:after="60"/>
        <w:ind w:start="360"/>
        <w:jc w:val="start"/>
        <w:rPr/>
      </w:pPr>
      <w:r>
        <w:rPr>
          <w:rFonts w:ascii="Calibri" w:hAnsi="Calibri"/>
          <w:b w:val="false"/>
          <w:i w:val="false"/>
          <w:color w:val="000000"/>
          <w:sz w:val="22"/>
        </w:rPr>
        <w:t>A. attracting animals</w:t>
      </w:r>
    </w:p>
    <w:p>
      <w:pPr>
        <w:pStyle w:val="Normal"/>
        <w:spacing w:before="0" w:after="60"/>
        <w:ind w:start="360"/>
        <w:jc w:val="start"/>
        <w:rPr/>
      </w:pPr>
      <w:r>
        <w:rPr>
          <w:rFonts w:ascii="Calibri" w:hAnsi="Calibri"/>
          <w:b w:val="false"/>
          <w:i w:val="false"/>
          <w:color w:val="000000"/>
          <w:sz w:val="22"/>
        </w:rPr>
        <w:t>B. making farm beautiful</w:t>
      </w:r>
    </w:p>
    <w:p>
      <w:pPr>
        <w:pStyle w:val="Normal"/>
        <w:spacing w:before="0" w:after="60"/>
        <w:ind w:start="360"/>
        <w:jc w:val="start"/>
        <w:rPr/>
      </w:pPr>
      <w:r>
        <w:rPr>
          <w:rFonts w:ascii="Calibri" w:hAnsi="Calibri"/>
          <w:b w:val="false"/>
          <w:i w:val="false"/>
          <w:color w:val="000000"/>
          <w:sz w:val="22"/>
        </w:rPr>
        <w:t>C. keeping off wild animals</w:t>
      </w:r>
    </w:p>
    <w:p>
      <w:pPr>
        <w:pStyle w:val="Normal"/>
        <w:spacing w:before="0" w:after="60"/>
        <w:ind w:start="360"/>
        <w:jc w:val="start"/>
        <w:rPr/>
      </w:pPr>
      <w:r>
        <w:rPr>
          <w:rFonts w:ascii="Calibri" w:hAnsi="Calibri"/>
          <w:b w:val="false"/>
          <w:i w:val="false"/>
          <w:color w:val="000000"/>
          <w:sz w:val="22"/>
        </w:rPr>
        <w:t>D. feeding birds</w:t>
      </w:r>
    </w:p>
    <w:p>
      <w:pPr>
        <w:pStyle w:val="Normal"/>
        <w:spacing w:before="0" w:after="60"/>
        <w:ind w:start="360"/>
        <w:jc w:val="start"/>
        <w:rPr/>
      </w:pPr>
      <w:r>
        <w:rPr>
          <w:rFonts w:ascii="Calibri" w:hAnsi="Calibri"/>
          <w:b w:val="false"/>
          <w:i w:val="false"/>
          <w:color w:val="000000"/>
          <w:sz w:val="22"/>
        </w:rPr>
        <w:t>45. The structure can be used to control all the following animals except</w:t>
      </w:r>
    </w:p>
    <w:p>
      <w:pPr>
        <w:pStyle w:val="Normal"/>
        <w:spacing w:before="0" w:after="60"/>
        <w:ind w:start="360"/>
        <w:jc w:val="start"/>
        <w:rPr/>
      </w:pPr>
      <w:r>
        <w:rPr>
          <w:rFonts w:ascii="Calibri" w:hAnsi="Calibri"/>
          <w:b w:val="false"/>
          <w:i w:val="false"/>
          <w:color w:val="000000"/>
          <w:sz w:val="22"/>
        </w:rPr>
        <w:t>A. monkey</w:t>
      </w:r>
    </w:p>
    <w:p>
      <w:pPr>
        <w:pStyle w:val="Normal"/>
        <w:spacing w:before="0" w:after="60"/>
        <w:ind w:start="360"/>
        <w:jc w:val="start"/>
        <w:rPr/>
      </w:pPr>
      <w:r>
        <w:rPr>
          <w:rFonts w:ascii="Calibri" w:hAnsi="Calibri"/>
          <w:b w:val="false"/>
          <w:i w:val="false"/>
          <w:color w:val="000000"/>
          <w:sz w:val="22"/>
        </w:rPr>
        <w:t>B. hare</w:t>
      </w:r>
    </w:p>
    <w:p>
      <w:pPr>
        <w:pStyle w:val="Normal"/>
        <w:spacing w:before="0" w:after="60"/>
        <w:ind w:start="360"/>
        <w:jc w:val="start"/>
        <w:rPr/>
      </w:pPr>
      <w:r>
        <w:rPr>
          <w:rFonts w:ascii="Calibri" w:hAnsi="Calibri"/>
          <w:b w:val="false"/>
          <w:i w:val="false"/>
          <w:color w:val="000000"/>
          <w:sz w:val="22"/>
        </w:rPr>
        <w:t>C. antelopes</w:t>
      </w:r>
    </w:p>
    <w:p>
      <w:pPr>
        <w:pStyle w:val="Normal"/>
        <w:spacing w:before="0" w:after="60"/>
        <w:ind w:start="360"/>
        <w:jc w:val="start"/>
        <w:rPr/>
      </w:pPr>
      <w:r>
        <w:rPr>
          <w:rFonts w:ascii="Calibri" w:hAnsi="Calibri"/>
          <w:b w:val="false"/>
          <w:i w:val="false"/>
          <w:color w:val="000000"/>
          <w:sz w:val="22"/>
        </w:rPr>
        <w:t>D. buffalo</w:t>
      </w:r>
    </w:p>
    <w:p>
      <w:pPr>
        <w:pStyle w:val="Normal"/>
        <w:spacing w:before="0" w:after="60"/>
        <w:ind w:start="360"/>
        <w:jc w:val="start"/>
        <w:rPr/>
      </w:pPr>
      <w:r>
        <w:rPr>
          <w:rFonts w:ascii="Calibri" w:hAnsi="Calibri"/>
          <w:b w:val="false"/>
          <w:i w:val="false"/>
          <w:color w:val="000000"/>
          <w:sz w:val="22"/>
        </w:rPr>
        <w:t>46. Sharon was asked to mention the gardening practice that is done to conserve soil moisture and reduce growth of weeds in a seedbed. The gardening practice is known as</w:t>
      </w:r>
    </w:p>
    <w:p>
      <w:pPr>
        <w:pStyle w:val="Normal"/>
        <w:spacing w:before="0" w:after="60"/>
        <w:ind w:start="360"/>
        <w:jc w:val="start"/>
        <w:rPr/>
      </w:pPr>
      <w:r>
        <w:rPr>
          <w:rFonts w:ascii="Calibri" w:hAnsi="Calibri"/>
          <w:b w:val="false"/>
          <w:i w:val="false"/>
          <w:color w:val="000000"/>
          <w:sz w:val="22"/>
        </w:rPr>
        <w:t>A. weeding</w:t>
      </w:r>
    </w:p>
    <w:p>
      <w:pPr>
        <w:pStyle w:val="Normal"/>
        <w:spacing w:before="0" w:after="60"/>
        <w:ind w:start="360"/>
        <w:jc w:val="start"/>
        <w:rPr/>
      </w:pPr>
      <w:r>
        <w:rPr>
          <w:rFonts w:ascii="Calibri" w:hAnsi="Calibri"/>
          <w:b w:val="false"/>
          <w:i w:val="false"/>
          <w:color w:val="000000"/>
          <w:sz w:val="22"/>
        </w:rPr>
        <w:t>B. mulching</w:t>
      </w:r>
    </w:p>
    <w:p>
      <w:pPr>
        <w:pStyle w:val="Normal"/>
        <w:spacing w:before="0" w:after="60"/>
        <w:ind w:start="360"/>
        <w:jc w:val="start"/>
        <w:rPr/>
      </w:pPr>
      <w:r>
        <w:rPr>
          <w:rFonts w:ascii="Calibri" w:hAnsi="Calibri"/>
          <w:b w:val="false"/>
          <w:i w:val="false"/>
          <w:color w:val="000000"/>
          <w:sz w:val="22"/>
        </w:rPr>
        <w:t>C. training</w:t>
      </w:r>
    </w:p>
    <w:p>
      <w:pPr>
        <w:pStyle w:val="Normal"/>
        <w:spacing w:before="0" w:after="60"/>
        <w:ind w:start="360"/>
        <w:jc w:val="start"/>
        <w:rPr/>
      </w:pPr>
      <w:r>
        <w:rPr>
          <w:rFonts w:ascii="Calibri" w:hAnsi="Calibri"/>
          <w:b w:val="false"/>
          <w:i w:val="false"/>
          <w:color w:val="000000"/>
          <w:sz w:val="22"/>
        </w:rPr>
        <w:t>D. shading</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 xml:space="preserve">47. Loiman made the stitch below on a garment. </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drawing>
          <wp:anchor distT="0" distB="0" distL="0" distR="0" simplePos="0" relativeHeight="31" behindDoc="0" locked="0" layoutInCell="0" allowOverlap="1">
            <wp:simplePos x="0" y="0"/>
            <wp:positionH relativeFrom="column">
              <wp:posOffset>290830</wp:posOffset>
            </wp:positionH>
            <wp:positionV relativeFrom="paragraph">
              <wp:posOffset>62865</wp:posOffset>
            </wp:positionV>
            <wp:extent cx="1743075" cy="695325"/>
            <wp:effectExtent l="0" t="0" r="0" b="0"/>
            <wp:wrapSquare wrapText="largest"/>
            <wp:docPr id="30" name="Image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30"/>
                    <pic:cNvPicPr>
                      <a:picLocks noChangeAspect="1" noChangeArrowheads="1"/>
                    </pic:cNvPicPr>
                  </pic:nvPicPr>
                  <pic:blipFill>
                    <a:blip r:embed="rId31"/>
                    <a:stretch>
                      <a:fillRect/>
                    </a:stretch>
                  </pic:blipFill>
                  <pic:spPr bwMode="auto">
                    <a:xfrm>
                      <a:off x="0" y="0"/>
                      <a:ext cx="1743075" cy="695325"/>
                    </a:xfrm>
                    <a:prstGeom prst="rect">
                      <a:avLst/>
                    </a:prstGeom>
                    <a:noFill/>
                  </pic:spPr>
                </pic:pic>
              </a:graphicData>
            </a:graphic>
          </wp:anchor>
        </w:drawing>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r>
        <w:br w:type="page"/>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The type of stitch is called</w:t>
      </w:r>
    </w:p>
    <w:p>
      <w:pPr>
        <w:pStyle w:val="Normal"/>
        <w:spacing w:before="0" w:after="60"/>
        <w:ind w:start="360"/>
        <w:jc w:val="start"/>
        <w:rPr/>
      </w:pPr>
      <w:r>
        <w:rPr>
          <w:rFonts w:ascii="Calibri" w:hAnsi="Calibri"/>
          <w:b w:val="false"/>
          <w:i w:val="false"/>
          <w:color w:val="000000"/>
          <w:sz w:val="22"/>
        </w:rPr>
        <w:t>A. tacking stitch</w:t>
      </w:r>
    </w:p>
    <w:p>
      <w:pPr>
        <w:pStyle w:val="Normal"/>
        <w:spacing w:before="0" w:after="60"/>
        <w:ind w:start="360"/>
        <w:jc w:val="start"/>
        <w:rPr/>
      </w:pPr>
      <w:r>
        <w:rPr>
          <w:rFonts w:ascii="Calibri" w:hAnsi="Calibri"/>
          <w:b w:val="false"/>
          <w:i w:val="false"/>
          <w:color w:val="000000"/>
          <w:sz w:val="22"/>
        </w:rPr>
        <w:t>B. running stitch</w:t>
      </w:r>
    </w:p>
    <w:p>
      <w:pPr>
        <w:pStyle w:val="Normal"/>
        <w:spacing w:before="0" w:after="60"/>
        <w:ind w:start="360"/>
        <w:jc w:val="start"/>
        <w:rPr/>
      </w:pPr>
      <w:r>
        <w:rPr>
          <w:rFonts w:ascii="Calibri" w:hAnsi="Calibri"/>
          <w:b w:val="false"/>
          <w:i w:val="false"/>
          <w:color w:val="000000"/>
          <w:sz w:val="22"/>
        </w:rPr>
        <w:t>C. back stitch</w:t>
      </w:r>
    </w:p>
    <w:p>
      <w:pPr>
        <w:pStyle w:val="Normal"/>
        <w:spacing w:before="0" w:after="60"/>
        <w:ind w:start="360"/>
        <w:jc w:val="start"/>
        <w:rPr/>
      </w:pPr>
      <w:r>
        <w:rPr>
          <w:rFonts w:ascii="Calibri" w:hAnsi="Calibri"/>
          <w:b w:val="false"/>
          <w:i w:val="false"/>
          <w:color w:val="000000"/>
          <w:sz w:val="22"/>
        </w:rPr>
        <w:t>D. hemming stitch</w:t>
      </w:r>
    </w:p>
    <w:p>
      <w:pPr>
        <w:pStyle w:val="Normal"/>
        <w:spacing w:before="0" w:after="60"/>
        <w:ind w:start="360"/>
        <w:jc w:val="start"/>
        <w:rPr/>
      </w:pPr>
      <w:r>
        <w:rPr>
          <w:rFonts w:ascii="Calibri" w:hAnsi="Calibri"/>
          <w:b w:val="false"/>
          <w:i w:val="false"/>
          <w:color w:val="000000"/>
          <w:sz w:val="22"/>
        </w:rPr>
        <w:t>48. When laundering a fast coloured item, Eunice added vinegar to the final rinsing water. This was to</w:t>
      </w:r>
    </w:p>
    <w:p>
      <w:pPr>
        <w:pStyle w:val="Normal"/>
        <w:spacing w:before="0" w:after="60"/>
        <w:ind w:start="360"/>
        <w:jc w:val="start"/>
        <w:rPr/>
      </w:pPr>
      <w:r>
        <w:rPr>
          <w:rFonts w:ascii="Calibri" w:hAnsi="Calibri"/>
          <w:b w:val="false"/>
          <w:i w:val="false"/>
          <w:color w:val="000000"/>
          <w:sz w:val="22"/>
        </w:rPr>
        <w:t>A. bleach the garment</w:t>
      </w:r>
    </w:p>
    <w:p>
      <w:pPr>
        <w:pStyle w:val="Normal"/>
        <w:spacing w:before="0" w:after="60"/>
        <w:ind w:start="360"/>
        <w:jc w:val="start"/>
        <w:rPr/>
      </w:pPr>
      <w:r>
        <w:rPr>
          <w:rFonts w:ascii="Calibri" w:hAnsi="Calibri"/>
          <w:b w:val="false"/>
          <w:i w:val="false"/>
          <w:color w:val="000000"/>
          <w:sz w:val="22"/>
        </w:rPr>
        <w:t>B. brighten colour</w:t>
      </w:r>
    </w:p>
    <w:p>
      <w:pPr>
        <w:pStyle w:val="Normal"/>
        <w:spacing w:before="0" w:after="60"/>
        <w:ind w:start="360"/>
        <w:jc w:val="start"/>
        <w:rPr/>
      </w:pPr>
      <w:r>
        <w:rPr>
          <w:rFonts w:ascii="Calibri" w:hAnsi="Calibri"/>
          <w:b w:val="false"/>
          <w:i w:val="false"/>
          <w:color w:val="000000"/>
          <w:sz w:val="22"/>
        </w:rPr>
        <w:t>C. remove stains</w:t>
      </w:r>
    </w:p>
    <w:p>
      <w:pPr>
        <w:pStyle w:val="Normal"/>
        <w:spacing w:before="0" w:after="60"/>
        <w:ind w:start="360"/>
        <w:jc w:val="start"/>
        <w:rPr/>
      </w:pPr>
      <w:r>
        <w:rPr>
          <w:rFonts w:ascii="Calibri" w:hAnsi="Calibri"/>
          <w:b w:val="false"/>
          <w:i w:val="false"/>
          <w:color w:val="000000"/>
          <w:sz w:val="22"/>
        </w:rPr>
        <w:t>D. remove creases</w:t>
      </w:r>
    </w:p>
    <w:p>
      <w:pPr>
        <w:pStyle w:val="Normal"/>
        <w:spacing w:before="0" w:after="60"/>
        <w:ind w:start="360"/>
        <w:jc w:val="start"/>
        <w:rPr/>
      </w:pPr>
      <w:r>
        <w:rPr>
          <w:rFonts w:ascii="Calibri" w:hAnsi="Calibri"/>
          <w:b w:val="false"/>
          <w:i w:val="false"/>
          <w:color w:val="000000"/>
          <w:sz w:val="22"/>
        </w:rPr>
        <w:t>49. Four learners arrived in school one morning. The teacher on duty checked who among them was not well groomed. Who was he?</w:t>
      </w:r>
    </w:p>
    <w:p>
      <w:pPr>
        <w:pStyle w:val="Normal"/>
        <w:spacing w:before="0" w:after="60"/>
        <w:ind w:start="360"/>
        <w:jc w:val="start"/>
        <w:rPr/>
      </w:pPr>
      <w:r>
        <w:rPr>
          <w:rFonts w:ascii="Calibri" w:hAnsi="Calibri"/>
          <w:b w:val="false"/>
          <w:i w:val="false"/>
          <w:color w:val="000000"/>
          <w:sz w:val="22"/>
        </w:rPr>
        <w:t>A. Ben - had well combed hair</w:t>
      </w:r>
    </w:p>
    <w:p>
      <w:pPr>
        <w:pStyle w:val="Normal"/>
        <w:spacing w:before="0" w:after="60"/>
        <w:ind w:start="360"/>
        <w:jc w:val="start"/>
        <w:rPr/>
      </w:pPr>
      <w:r>
        <w:rPr>
          <w:rFonts w:ascii="Calibri" w:hAnsi="Calibri"/>
          <w:b w:val="false"/>
          <w:i w:val="false"/>
          <w:color w:val="000000"/>
          <w:sz w:val="22"/>
        </w:rPr>
        <w:t>B. Baraza - had unkempt hair</w:t>
      </w:r>
    </w:p>
    <w:p>
      <w:pPr>
        <w:pStyle w:val="Normal"/>
        <w:spacing w:before="0" w:after="60"/>
        <w:ind w:start="360"/>
        <w:jc w:val="start"/>
        <w:rPr/>
      </w:pPr>
      <w:r>
        <w:rPr>
          <w:rFonts w:ascii="Calibri" w:hAnsi="Calibri"/>
          <w:b w:val="false"/>
          <w:i w:val="false"/>
          <w:color w:val="000000"/>
          <w:sz w:val="22"/>
        </w:rPr>
        <w:t>C. Bosire - had well pressed shirt</w:t>
      </w:r>
    </w:p>
    <w:p>
      <w:pPr>
        <w:pStyle w:val="Normal"/>
        <w:spacing w:before="0" w:after="60"/>
        <w:ind w:start="360"/>
        <w:jc w:val="start"/>
        <w:rPr/>
      </w:pPr>
      <w:r>
        <w:rPr>
          <w:rFonts w:ascii="Calibri" w:hAnsi="Calibri"/>
          <w:b w:val="false"/>
          <w:i w:val="false"/>
          <w:color w:val="000000"/>
          <w:sz w:val="22"/>
        </w:rPr>
        <w:t>D. Boss - had well polished shoes</w:t>
      </w:r>
    </w:p>
    <w:p>
      <w:pPr>
        <w:pStyle w:val="Normal"/>
        <w:spacing w:before="0" w:after="60"/>
        <w:ind w:start="360"/>
        <w:jc w:val="start"/>
        <w:rPr/>
      </w:pPr>
      <w:r>
        <w:rPr>
          <w:rFonts w:ascii="Calibri" w:hAnsi="Calibri"/>
          <w:b w:val="false"/>
          <w:i w:val="false"/>
          <w:color w:val="000000"/>
          <w:sz w:val="22"/>
        </w:rPr>
        <w:t>50. A child suffering from scurvy lacks</w:t>
      </w:r>
    </w:p>
    <w:p>
      <w:pPr>
        <w:pStyle w:val="Normal"/>
        <w:spacing w:before="0" w:after="60"/>
        <w:ind w:start="360"/>
        <w:jc w:val="start"/>
        <w:rPr/>
      </w:pPr>
      <w:r>
        <w:rPr>
          <w:rFonts w:ascii="Calibri" w:hAnsi="Calibri"/>
          <w:b w:val="false"/>
          <w:i w:val="false"/>
          <w:color w:val="000000"/>
          <w:sz w:val="22"/>
        </w:rPr>
        <w:t>A. vitamin D</w:t>
      </w:r>
    </w:p>
    <w:p>
      <w:pPr>
        <w:pStyle w:val="Normal"/>
        <w:spacing w:before="0" w:after="60"/>
        <w:ind w:start="360"/>
        <w:jc w:val="start"/>
        <w:rPr/>
      </w:pPr>
      <w:r>
        <w:rPr>
          <w:rFonts w:ascii="Calibri" w:hAnsi="Calibri"/>
          <w:b w:val="false"/>
          <w:i w:val="false"/>
          <w:color w:val="000000"/>
          <w:sz w:val="22"/>
        </w:rPr>
        <w:t>B. iodine</w:t>
      </w:r>
    </w:p>
    <w:p>
      <w:pPr>
        <w:pStyle w:val="Normal"/>
        <w:spacing w:before="0" w:after="60"/>
        <w:ind w:start="360"/>
        <w:jc w:val="start"/>
        <w:rPr/>
      </w:pPr>
      <w:r>
        <w:rPr>
          <w:rFonts w:ascii="Calibri" w:hAnsi="Calibri"/>
          <w:b w:val="false"/>
          <w:i w:val="false"/>
          <w:color w:val="000000"/>
          <w:sz w:val="22"/>
        </w:rPr>
        <w:t>C. iron</w:t>
      </w:r>
    </w:p>
    <w:p>
      <w:pPr>
        <w:pStyle w:val="Normal"/>
        <w:spacing w:before="0" w:after="60"/>
        <w:ind w:start="360"/>
        <w:jc w:val="start"/>
        <w:rPr/>
      </w:pPr>
      <w:r>
        <w:rPr>
          <w:rFonts w:ascii="Calibri" w:hAnsi="Calibri"/>
          <w:b w:val="false"/>
          <w:i w:val="false"/>
          <w:color w:val="000000"/>
          <w:sz w:val="22"/>
        </w:rPr>
        <w:t>D. vitamin C</w:t>
      </w:r>
    </w:p>
    <w:p>
      <w:pPr>
        <w:pStyle w:val="Normal"/>
        <w:spacing w:before="0" w:after="40"/>
        <w:ind w:start="0"/>
        <w:jc w:val="start"/>
        <w:rPr>
          <w:rFonts w:ascii="Calibri" w:hAnsi="Calibri"/>
          <w:b/>
          <w:i w:val="false"/>
          <w:color w:val="000000"/>
          <w:sz w:val="28"/>
        </w:rPr>
      </w:pPr>
      <w:r>
        <w:rPr>
          <w:rFonts w:ascii="Calibri" w:hAnsi="Calibri"/>
          <w:b/>
          <w:i w:val="false"/>
          <w:color w:val="000000"/>
          <w:sz w:val="28"/>
        </w:rPr>
      </w:r>
      <w:r>
        <w:br w:type="page"/>
      </w:r>
    </w:p>
    <w:p>
      <w:pPr>
        <w:pStyle w:val="Normal"/>
        <w:spacing w:before="0" w:after="80"/>
        <w:ind w:start="0"/>
        <w:jc w:val="start"/>
        <w:rPr/>
      </w:pPr>
      <w:r>
        <w:rPr>
          <w:rFonts w:ascii="Calibri" w:hAnsi="Calibri"/>
          <w:b/>
          <w:i w:val="false"/>
          <w:color w:val="000000"/>
          <w:sz w:val="26"/>
        </w:rPr>
        <w:t>CREATIVE ARTS</w:t>
      </w:r>
    </w:p>
    <w:p>
      <w:pPr>
        <w:pStyle w:val="Normal"/>
        <w:spacing w:before="0" w:after="40"/>
        <w:ind w:start="0"/>
        <w:jc w:val="start"/>
        <w:rPr/>
      </w:pPr>
      <w:r>
        <w:rPr>
          <w:rFonts w:ascii="Calibri" w:hAnsi="Calibri"/>
          <w:b/>
          <w:i w:val="false"/>
          <w:color w:val="000000"/>
          <w:sz w:val="26"/>
        </w:rPr>
        <w:t>GRADE 6</w:t>
      </w:r>
    </w:p>
    <w:p>
      <w:pPr>
        <w:pStyle w:val="Normal"/>
        <w:spacing w:before="0" w:after="120"/>
        <w:ind w:start="0"/>
        <w:jc w:val="start"/>
        <w:rPr/>
      </w:pPr>
      <w:r>
        <w:rPr>
          <w:rFonts w:ascii="Calibri" w:hAnsi="Calibri"/>
          <w:b/>
          <w:i w:val="false"/>
          <w:color w:val="000000"/>
          <w:sz w:val="22"/>
        </w:rPr>
        <w:t>Time: 1hr 40mins</w:t>
      </w:r>
    </w:p>
    <w:p>
      <w:pPr>
        <w:pStyle w:val="Normal"/>
        <w:spacing w:before="0" w:after="60"/>
        <w:ind w:start="360"/>
        <w:jc w:val="start"/>
        <w:rPr/>
      </w:pPr>
      <w:r>
        <w:rPr>
          <w:rFonts w:ascii="Calibri" w:hAnsi="Calibri"/>
          <w:b w:val="false"/>
          <w:i w:val="false"/>
          <w:color w:val="000000"/>
          <w:sz w:val="22"/>
        </w:rPr>
        <w:t>1. A music teacher asked learners to draw the notes of the following rhythmic pattern.</w:t>
      </w:r>
    </w:p>
    <w:p>
      <w:pPr>
        <w:pStyle w:val="Normal"/>
        <w:spacing w:before="0" w:after="60"/>
        <w:ind w:start="360"/>
        <w:jc w:val="start"/>
        <w:rPr/>
      </w:pPr>
      <w:r>
        <w:rPr>
          <w:rFonts w:ascii="Calibri" w:hAnsi="Calibri"/>
          <w:b w:val="false"/>
          <w:i w:val="false"/>
          <w:color w:val="000000"/>
          <w:sz w:val="22"/>
        </w:rPr>
        <w:t>taa ta-te taa-aa.</w:t>
      </w:r>
    </w:p>
    <w:p>
      <w:pPr>
        <w:pStyle w:val="Normal"/>
        <w:spacing w:before="0" w:after="60"/>
        <w:ind w:start="360"/>
        <w:jc w:val="start"/>
        <w:rPr/>
      </w:pPr>
      <w:r>
        <w:rPr>
          <w:rFonts w:ascii="Calibri" w:hAnsi="Calibri"/>
          <w:b w:val="false"/>
          <w:i w:val="false"/>
          <w:color w:val="000000"/>
          <w:sz w:val="22"/>
        </w:rPr>
        <w:t>Who drew the correct rhythm?</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drawing>
          <wp:anchor distT="0" distB="0" distL="0" distR="0" simplePos="0" relativeHeight="32" behindDoc="0" locked="0" layoutInCell="0" allowOverlap="1">
            <wp:simplePos x="0" y="0"/>
            <wp:positionH relativeFrom="column">
              <wp:posOffset>224155</wp:posOffset>
            </wp:positionH>
            <wp:positionV relativeFrom="paragraph">
              <wp:posOffset>53340</wp:posOffset>
            </wp:positionV>
            <wp:extent cx="2714625" cy="2019300"/>
            <wp:effectExtent l="0" t="0" r="0" b="0"/>
            <wp:wrapSquare wrapText="largest"/>
            <wp:docPr id="31" name="Image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31"/>
                    <pic:cNvPicPr>
                      <a:picLocks noChangeAspect="1" noChangeArrowheads="1"/>
                    </pic:cNvPicPr>
                  </pic:nvPicPr>
                  <pic:blipFill>
                    <a:blip r:embed="rId32"/>
                    <a:stretch>
                      <a:fillRect/>
                    </a:stretch>
                  </pic:blipFill>
                  <pic:spPr bwMode="auto">
                    <a:xfrm>
                      <a:off x="0" y="0"/>
                      <a:ext cx="2714625" cy="2019300"/>
                    </a:xfrm>
                    <a:prstGeom prst="rect">
                      <a:avLst/>
                    </a:prstGeom>
                    <a:noFill/>
                  </pic:spPr>
                </pic:pic>
              </a:graphicData>
            </a:graphic>
          </wp:anchor>
        </w:drawing>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hanging="0" w:start="0"/>
        <w:jc w:val="start"/>
        <w:rPr>
          <w:rFonts w:ascii="Calibri" w:hAnsi="Calibri"/>
          <w:b w:val="false"/>
          <w:i w:val="false"/>
          <w:color w:val="000000"/>
          <w:sz w:val="22"/>
        </w:rPr>
      </w:pPr>
      <w:r>
        <w:rPr>
          <w:rFonts w:ascii="Calibri" w:hAnsi="Calibri"/>
          <w:b w:val="false"/>
          <w:i w:val="false"/>
          <w:color w:val="000000"/>
          <w:sz w:val="22"/>
        </w:rPr>
        <w:t xml:space="preserve">     </w:t>
      </w:r>
      <w:r>
        <w:rPr>
          <w:rFonts w:ascii="Calibri" w:hAnsi="Calibri"/>
          <w:b w:val="false"/>
          <w:i w:val="false"/>
          <w:color w:val="000000"/>
          <w:sz w:val="22"/>
        </w:rPr>
        <w:t>2. Which of the following hand signs is not correctly matched with the correct solfa syllable?</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drawing>
          <wp:anchor distT="0" distB="0" distL="0" distR="0" simplePos="0" relativeHeight="33" behindDoc="0" locked="0" layoutInCell="0" allowOverlap="1">
            <wp:simplePos x="0" y="0"/>
            <wp:positionH relativeFrom="column">
              <wp:posOffset>228600</wp:posOffset>
            </wp:positionH>
            <wp:positionV relativeFrom="paragraph">
              <wp:posOffset>20955</wp:posOffset>
            </wp:positionV>
            <wp:extent cx="2647950" cy="2028825"/>
            <wp:effectExtent l="0" t="0" r="0" b="0"/>
            <wp:wrapSquare wrapText="largest"/>
            <wp:docPr id="32" name="Image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32"/>
                    <pic:cNvPicPr>
                      <a:picLocks noChangeAspect="1" noChangeArrowheads="1"/>
                    </pic:cNvPicPr>
                  </pic:nvPicPr>
                  <pic:blipFill>
                    <a:blip r:embed="rId33"/>
                    <a:stretch>
                      <a:fillRect/>
                    </a:stretch>
                  </pic:blipFill>
                  <pic:spPr bwMode="auto">
                    <a:xfrm>
                      <a:off x="0" y="0"/>
                      <a:ext cx="2647950" cy="2028825"/>
                    </a:xfrm>
                    <a:prstGeom prst="rect">
                      <a:avLst/>
                    </a:prstGeom>
                    <a:noFill/>
                  </pic:spPr>
                </pic:pic>
              </a:graphicData>
            </a:graphic>
          </wp:anchor>
        </w:drawing>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pPr>
      <w:r>
        <w:rPr>
          <w:rFonts w:ascii="Calibri" w:hAnsi="Calibri"/>
          <w:b w:val="false"/>
          <w:i w:val="false"/>
          <w:color w:val="000000"/>
          <w:sz w:val="22"/>
        </w:rPr>
        <w:t>3. Gor is playing notes on a descant recorder. Which of the notes is played when the backhole is open?</w:t>
      </w:r>
    </w:p>
    <w:p>
      <w:pPr>
        <w:pStyle w:val="Normal"/>
        <w:spacing w:before="0" w:after="60"/>
        <w:ind w:start="360"/>
        <w:jc w:val="start"/>
        <w:rPr/>
      </w:pPr>
      <w:r>
        <w:rPr>
          <w:rFonts w:ascii="Calibri" w:hAnsi="Calibri"/>
          <w:b w:val="false"/>
          <w:i w:val="false"/>
          <w:color w:val="000000"/>
          <w:sz w:val="22"/>
        </w:rPr>
        <w:t>A. Note D¹</w:t>
      </w:r>
    </w:p>
    <w:p>
      <w:pPr>
        <w:pStyle w:val="Normal"/>
        <w:spacing w:before="0" w:after="60"/>
        <w:ind w:start="360"/>
        <w:jc w:val="start"/>
        <w:rPr/>
      </w:pPr>
      <w:r>
        <w:rPr>
          <w:rFonts w:ascii="Calibri" w:hAnsi="Calibri"/>
          <w:b w:val="false"/>
          <w:i w:val="false"/>
          <w:color w:val="000000"/>
          <w:sz w:val="22"/>
        </w:rPr>
        <w:t>B. Note A</w:t>
      </w:r>
    </w:p>
    <w:p>
      <w:pPr>
        <w:pStyle w:val="Normal"/>
        <w:spacing w:before="0" w:after="60"/>
        <w:ind w:start="360"/>
        <w:jc w:val="start"/>
        <w:rPr/>
      </w:pPr>
      <w:r>
        <w:rPr>
          <w:rFonts w:ascii="Calibri" w:hAnsi="Calibri"/>
          <w:b w:val="false"/>
          <w:i w:val="false"/>
          <w:color w:val="000000"/>
          <w:sz w:val="22"/>
        </w:rPr>
        <w:t>C. Note C¹</w:t>
      </w:r>
    </w:p>
    <w:p>
      <w:pPr>
        <w:pStyle w:val="Normal"/>
        <w:spacing w:before="0" w:after="60"/>
        <w:ind w:start="360"/>
        <w:jc w:val="start"/>
        <w:rPr/>
      </w:pPr>
      <w:r>
        <w:rPr>
          <w:rFonts w:ascii="Calibri" w:hAnsi="Calibri"/>
          <w:b w:val="false"/>
          <w:i w:val="false"/>
          <w:color w:val="000000"/>
          <w:sz w:val="22"/>
        </w:rPr>
        <w:t>D. Note E</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r>
        <w:br w:type="page"/>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4. Amang drew the rest symbol of minim. Which one did he draw?</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drawing>
          <wp:anchor distT="0" distB="0" distL="0" distR="0" simplePos="0" relativeHeight="34" behindDoc="0" locked="0" layoutInCell="0" allowOverlap="1">
            <wp:simplePos x="0" y="0"/>
            <wp:positionH relativeFrom="column">
              <wp:posOffset>328930</wp:posOffset>
            </wp:positionH>
            <wp:positionV relativeFrom="paragraph">
              <wp:posOffset>66675</wp:posOffset>
            </wp:positionV>
            <wp:extent cx="1971675" cy="1123950"/>
            <wp:effectExtent l="0" t="0" r="0" b="0"/>
            <wp:wrapSquare wrapText="largest"/>
            <wp:docPr id="33" name="Image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33"/>
                    <pic:cNvPicPr>
                      <a:picLocks noChangeAspect="1" noChangeArrowheads="1"/>
                    </pic:cNvPicPr>
                  </pic:nvPicPr>
                  <pic:blipFill>
                    <a:blip r:embed="rId34"/>
                    <a:stretch>
                      <a:fillRect/>
                    </a:stretch>
                  </pic:blipFill>
                  <pic:spPr bwMode="auto">
                    <a:xfrm>
                      <a:off x="0" y="0"/>
                      <a:ext cx="1971675" cy="1123950"/>
                    </a:xfrm>
                    <a:prstGeom prst="rect">
                      <a:avLst/>
                    </a:prstGeom>
                    <a:noFill/>
                  </pic:spPr>
                </pic:pic>
              </a:graphicData>
            </a:graphic>
          </wp:anchor>
        </w:drawing>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160" w:after="80"/>
        <w:ind w:start="360"/>
        <w:jc w:val="start"/>
        <w:rPr>
          <w:rFonts w:ascii="Calibri" w:hAnsi="Calibri"/>
          <w:b/>
          <w:i/>
          <w:color w:val="000000"/>
          <w:sz w:val="22"/>
        </w:rPr>
      </w:pPr>
      <w:r>
        <w:rPr>
          <w:rFonts w:ascii="Calibri" w:hAnsi="Calibri"/>
          <w:b/>
          <w:i/>
          <w:color w:val="000000"/>
          <w:sz w:val="22"/>
        </w:rPr>
        <w:t>Study the figure on performance of a certain race in athletics. Use it to answer question 5.</w:t>
      </w:r>
    </w:p>
    <w:p>
      <w:pPr>
        <w:pStyle w:val="Normal"/>
        <w:spacing w:before="160" w:after="80"/>
        <w:ind w:start="360"/>
        <w:jc w:val="start"/>
        <w:rPr>
          <w:rFonts w:ascii="Calibri" w:hAnsi="Calibri"/>
          <w:b/>
          <w:i/>
          <w:color w:val="000000"/>
          <w:sz w:val="22"/>
        </w:rPr>
      </w:pPr>
      <w:r>
        <w:rPr>
          <w:rFonts w:ascii="Calibri" w:hAnsi="Calibri"/>
          <w:b/>
          <w:i/>
          <w:color w:val="000000"/>
          <w:sz w:val="22"/>
        </w:rPr>
        <w:drawing>
          <wp:anchor distT="0" distB="0" distL="0" distR="0" simplePos="0" relativeHeight="35" behindDoc="0" locked="0" layoutInCell="0" allowOverlap="1">
            <wp:simplePos x="0" y="0"/>
            <wp:positionH relativeFrom="column">
              <wp:posOffset>295275</wp:posOffset>
            </wp:positionH>
            <wp:positionV relativeFrom="paragraph">
              <wp:posOffset>133350</wp:posOffset>
            </wp:positionV>
            <wp:extent cx="2038350" cy="1543050"/>
            <wp:effectExtent l="0" t="0" r="0" b="0"/>
            <wp:wrapSquare wrapText="largest"/>
            <wp:docPr id="34" name="Image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34"/>
                    <pic:cNvPicPr>
                      <a:picLocks noChangeAspect="1" noChangeArrowheads="1"/>
                    </pic:cNvPicPr>
                  </pic:nvPicPr>
                  <pic:blipFill>
                    <a:blip r:embed="rId35"/>
                    <a:stretch>
                      <a:fillRect/>
                    </a:stretch>
                  </pic:blipFill>
                  <pic:spPr bwMode="auto">
                    <a:xfrm>
                      <a:off x="0" y="0"/>
                      <a:ext cx="2038350" cy="1543050"/>
                    </a:xfrm>
                    <a:prstGeom prst="rect">
                      <a:avLst/>
                    </a:prstGeom>
                    <a:noFill/>
                  </pic:spPr>
                </pic:pic>
              </a:graphicData>
            </a:graphic>
          </wp:anchor>
        </w:drawing>
      </w:r>
    </w:p>
    <w:p>
      <w:pPr>
        <w:pStyle w:val="Normal"/>
        <w:spacing w:before="160" w:after="80"/>
        <w:ind w:start="360"/>
        <w:jc w:val="start"/>
        <w:rPr>
          <w:rFonts w:ascii="Calibri" w:hAnsi="Calibri"/>
          <w:b/>
          <w:i/>
          <w:color w:val="000000"/>
          <w:sz w:val="22"/>
        </w:rPr>
      </w:pPr>
      <w:r>
        <w:rPr>
          <w:rFonts w:ascii="Calibri" w:hAnsi="Calibri"/>
          <w:b/>
          <w:i/>
          <w:color w:val="000000"/>
          <w:sz w:val="22"/>
        </w:rPr>
      </w:r>
    </w:p>
    <w:p>
      <w:pPr>
        <w:pStyle w:val="Normal"/>
        <w:spacing w:before="160" w:after="80"/>
        <w:ind w:start="360"/>
        <w:jc w:val="start"/>
        <w:rPr>
          <w:rFonts w:ascii="Calibri" w:hAnsi="Calibri"/>
          <w:b/>
          <w:i/>
          <w:color w:val="000000"/>
          <w:sz w:val="22"/>
        </w:rPr>
      </w:pPr>
      <w:r>
        <w:rPr>
          <w:rFonts w:ascii="Calibri" w:hAnsi="Calibri"/>
          <w:b/>
          <w:i/>
          <w:color w:val="000000"/>
          <w:sz w:val="22"/>
        </w:rPr>
      </w:r>
    </w:p>
    <w:p>
      <w:pPr>
        <w:pStyle w:val="Normal"/>
        <w:spacing w:before="160" w:after="80"/>
        <w:ind w:start="360"/>
        <w:jc w:val="start"/>
        <w:rPr>
          <w:rFonts w:ascii="Calibri" w:hAnsi="Calibri"/>
          <w:b/>
          <w:i/>
          <w:color w:val="000000"/>
          <w:sz w:val="22"/>
        </w:rPr>
      </w:pPr>
      <w:r>
        <w:rPr>
          <w:rFonts w:ascii="Calibri" w:hAnsi="Calibri"/>
          <w:b/>
          <w:i/>
          <w:color w:val="000000"/>
          <w:sz w:val="22"/>
        </w:rPr>
      </w:r>
    </w:p>
    <w:p>
      <w:pPr>
        <w:pStyle w:val="Normal"/>
        <w:spacing w:before="160" w:after="80"/>
        <w:ind w:start="360"/>
        <w:jc w:val="start"/>
        <w:rPr>
          <w:rFonts w:ascii="Calibri" w:hAnsi="Calibri"/>
          <w:b/>
          <w:i/>
          <w:color w:val="000000"/>
          <w:sz w:val="22"/>
        </w:rPr>
      </w:pPr>
      <w:r>
        <w:rPr>
          <w:rFonts w:ascii="Calibri" w:hAnsi="Calibri"/>
          <w:b/>
          <w:i/>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5. What is the name of the equipment used in the activity?</w:t>
      </w:r>
    </w:p>
    <w:p>
      <w:pPr>
        <w:pStyle w:val="Normal"/>
        <w:spacing w:before="0" w:after="60"/>
        <w:ind w:start="360"/>
        <w:jc w:val="start"/>
        <w:rPr/>
      </w:pPr>
      <w:r>
        <w:rPr>
          <w:rFonts w:ascii="Calibri" w:hAnsi="Calibri"/>
          <w:b w:val="false"/>
          <w:i w:val="false"/>
          <w:color w:val="000000"/>
          <w:sz w:val="22"/>
        </w:rPr>
        <w:t>A. Bat</w:t>
      </w:r>
    </w:p>
    <w:p>
      <w:pPr>
        <w:pStyle w:val="Normal"/>
        <w:spacing w:before="0" w:after="60"/>
        <w:ind w:start="360"/>
        <w:jc w:val="start"/>
        <w:rPr/>
      </w:pPr>
      <w:r>
        <w:rPr>
          <w:rFonts w:ascii="Calibri" w:hAnsi="Calibri"/>
          <w:b w:val="false"/>
          <w:i w:val="false"/>
          <w:color w:val="000000"/>
          <w:sz w:val="22"/>
        </w:rPr>
        <w:t>B. Javelin</w:t>
      </w:r>
    </w:p>
    <w:p>
      <w:pPr>
        <w:pStyle w:val="Normal"/>
        <w:spacing w:before="0" w:after="60"/>
        <w:ind w:start="360"/>
        <w:jc w:val="start"/>
        <w:rPr/>
      </w:pPr>
      <w:r>
        <w:rPr>
          <w:rFonts w:ascii="Calibri" w:hAnsi="Calibri"/>
          <w:b w:val="false"/>
          <w:i w:val="false"/>
          <w:color w:val="000000"/>
          <w:sz w:val="22"/>
        </w:rPr>
        <w:t>C. Baton</w:t>
      </w:r>
    </w:p>
    <w:p>
      <w:pPr>
        <w:pStyle w:val="Normal"/>
        <w:spacing w:before="0" w:after="60"/>
        <w:ind w:start="360"/>
        <w:jc w:val="start"/>
        <w:rPr/>
      </w:pPr>
      <w:r>
        <w:rPr>
          <w:rFonts w:ascii="Calibri" w:hAnsi="Calibri"/>
          <w:b w:val="false"/>
          <w:i w:val="false"/>
          <w:color w:val="000000"/>
          <w:sz w:val="22"/>
        </w:rPr>
        <w:t>D. Rod</w:t>
      </w:r>
    </w:p>
    <w:p>
      <w:pPr>
        <w:pStyle w:val="Normal"/>
        <w:spacing w:before="0" w:after="60"/>
        <w:ind w:start="360"/>
        <w:jc w:val="start"/>
        <w:rPr/>
      </w:pPr>
      <w:r>
        <w:rPr>
          <w:rFonts w:ascii="Calibri" w:hAnsi="Calibri"/>
          <w:b w:val="false"/>
          <w:i w:val="false"/>
          <w:color w:val="000000"/>
          <w:sz w:val="22"/>
        </w:rPr>
        <w:t>6. Karendi, a grade six learner was a fielder in a game of rounders. She collected the ball after the opponent batted and touched a post with the ball before the incoming player got to the post. The skill of touching the post with the ball is called</w:t>
      </w:r>
    </w:p>
    <w:p>
      <w:pPr>
        <w:pStyle w:val="Normal"/>
        <w:spacing w:before="0" w:after="60"/>
        <w:ind w:start="360"/>
        <w:jc w:val="start"/>
        <w:rPr/>
      </w:pPr>
      <w:r>
        <w:rPr>
          <w:rFonts w:ascii="Calibri" w:hAnsi="Calibri"/>
          <w:b w:val="false"/>
          <w:i w:val="false"/>
          <w:color w:val="000000"/>
          <w:sz w:val="22"/>
        </w:rPr>
        <w:t>A. batting</w:t>
      </w:r>
    </w:p>
    <w:p>
      <w:pPr>
        <w:pStyle w:val="Normal"/>
        <w:spacing w:before="0" w:after="60"/>
        <w:ind w:start="360"/>
        <w:jc w:val="start"/>
        <w:rPr/>
      </w:pPr>
      <w:r>
        <w:rPr>
          <w:rFonts w:ascii="Calibri" w:hAnsi="Calibri"/>
          <w:b w:val="false"/>
          <w:i w:val="false"/>
          <w:color w:val="000000"/>
          <w:sz w:val="22"/>
        </w:rPr>
        <w:t>B. fielding</w:t>
      </w:r>
    </w:p>
    <w:p>
      <w:pPr>
        <w:pStyle w:val="Normal"/>
        <w:spacing w:before="0" w:after="60"/>
        <w:ind w:start="360"/>
        <w:jc w:val="start"/>
        <w:rPr/>
      </w:pPr>
      <w:r>
        <w:rPr>
          <w:rFonts w:ascii="Calibri" w:hAnsi="Calibri"/>
          <w:b w:val="false"/>
          <w:i w:val="false"/>
          <w:color w:val="000000"/>
          <w:sz w:val="22"/>
        </w:rPr>
        <w:t>C. bowling</w:t>
      </w:r>
    </w:p>
    <w:p>
      <w:pPr>
        <w:pStyle w:val="Normal"/>
        <w:spacing w:before="0" w:after="60"/>
        <w:ind w:start="360"/>
        <w:jc w:val="start"/>
        <w:rPr/>
      </w:pPr>
      <w:r>
        <w:rPr>
          <w:rFonts w:ascii="Calibri" w:hAnsi="Calibri"/>
          <w:b w:val="false"/>
          <w:i w:val="false"/>
          <w:color w:val="000000"/>
          <w:sz w:val="22"/>
        </w:rPr>
        <w:t>D. stumping</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 xml:space="preserve">7. A player used the type of kicking below to pass a ball to his teammate in a game of football. </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drawing>
          <wp:anchor distT="0" distB="0" distL="0" distR="0" simplePos="0" relativeHeight="36" behindDoc="0" locked="0" layoutInCell="0" allowOverlap="1">
            <wp:simplePos x="0" y="0"/>
            <wp:positionH relativeFrom="column">
              <wp:posOffset>114300</wp:posOffset>
            </wp:positionH>
            <wp:positionV relativeFrom="paragraph">
              <wp:posOffset>133350</wp:posOffset>
            </wp:positionV>
            <wp:extent cx="1695450" cy="1457325"/>
            <wp:effectExtent l="0" t="0" r="0" b="0"/>
            <wp:wrapSquare wrapText="largest"/>
            <wp:docPr id="35" name="Image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35"/>
                    <pic:cNvPicPr>
                      <a:picLocks noChangeAspect="1" noChangeArrowheads="1"/>
                    </pic:cNvPicPr>
                  </pic:nvPicPr>
                  <pic:blipFill>
                    <a:blip r:embed="rId36"/>
                    <a:stretch>
                      <a:fillRect/>
                    </a:stretch>
                  </pic:blipFill>
                  <pic:spPr bwMode="auto">
                    <a:xfrm>
                      <a:off x="0" y="0"/>
                      <a:ext cx="1695450" cy="1457325"/>
                    </a:xfrm>
                    <a:prstGeom prst="rect">
                      <a:avLst/>
                    </a:prstGeom>
                    <a:noFill/>
                  </pic:spPr>
                </pic:pic>
              </a:graphicData>
            </a:graphic>
          </wp:anchor>
        </w:drawing>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The type of kicking technique is called</w:t>
      </w:r>
    </w:p>
    <w:p>
      <w:pPr>
        <w:pStyle w:val="Normal"/>
        <w:spacing w:before="0" w:after="60"/>
        <w:ind w:start="360"/>
        <w:jc w:val="start"/>
        <w:rPr/>
      </w:pPr>
      <w:r>
        <w:rPr>
          <w:rFonts w:ascii="Calibri" w:hAnsi="Calibri"/>
          <w:b w:val="false"/>
          <w:i w:val="false"/>
          <w:color w:val="000000"/>
          <w:sz w:val="22"/>
        </w:rPr>
        <w:t>A. instep kick</w:t>
      </w:r>
    </w:p>
    <w:p>
      <w:pPr>
        <w:pStyle w:val="Normal"/>
        <w:spacing w:before="0" w:after="60"/>
        <w:ind w:start="360"/>
        <w:jc w:val="start"/>
        <w:rPr/>
      </w:pPr>
      <w:r>
        <w:rPr>
          <w:rFonts w:ascii="Calibri" w:hAnsi="Calibri"/>
          <w:b w:val="false"/>
          <w:i w:val="false"/>
          <w:color w:val="000000"/>
          <w:sz w:val="22"/>
        </w:rPr>
        <w:t>B. outside the foot kick</w:t>
      </w:r>
    </w:p>
    <w:p>
      <w:pPr>
        <w:pStyle w:val="Normal"/>
        <w:spacing w:before="0" w:after="60"/>
        <w:ind w:start="360"/>
        <w:jc w:val="start"/>
        <w:rPr/>
      </w:pPr>
      <w:r>
        <w:rPr>
          <w:rFonts w:ascii="Calibri" w:hAnsi="Calibri"/>
          <w:b w:val="false"/>
          <w:i w:val="false"/>
          <w:color w:val="000000"/>
          <w:sz w:val="22"/>
        </w:rPr>
        <w:t>C. toe kick</w:t>
      </w:r>
    </w:p>
    <w:p>
      <w:pPr>
        <w:pStyle w:val="Normal"/>
        <w:spacing w:before="0" w:after="60"/>
        <w:ind w:start="360"/>
        <w:jc w:val="start"/>
        <w:rPr/>
      </w:pPr>
      <w:r>
        <w:rPr>
          <w:rFonts w:ascii="Calibri" w:hAnsi="Calibri"/>
          <w:b w:val="false"/>
          <w:i w:val="false"/>
          <w:color w:val="000000"/>
          <w:sz w:val="22"/>
        </w:rPr>
        <w:t>D. inside the foot kick</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 xml:space="preserve">8. Koikai made a decoration on his garment using the technique shown. </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drawing>
          <wp:anchor distT="0" distB="0" distL="0" distR="0" simplePos="0" relativeHeight="37" behindDoc="0" locked="0" layoutInCell="0" allowOverlap="1">
            <wp:simplePos x="0" y="0"/>
            <wp:positionH relativeFrom="column">
              <wp:posOffset>228600</wp:posOffset>
            </wp:positionH>
            <wp:positionV relativeFrom="paragraph">
              <wp:posOffset>15240</wp:posOffset>
            </wp:positionV>
            <wp:extent cx="2076450" cy="1733550"/>
            <wp:effectExtent l="0" t="0" r="0" b="0"/>
            <wp:wrapSquare wrapText="largest"/>
            <wp:docPr id="36" name="Image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36"/>
                    <pic:cNvPicPr>
                      <a:picLocks noChangeAspect="1" noChangeArrowheads="1"/>
                    </pic:cNvPicPr>
                  </pic:nvPicPr>
                  <pic:blipFill>
                    <a:blip r:embed="rId37"/>
                    <a:stretch>
                      <a:fillRect/>
                    </a:stretch>
                  </pic:blipFill>
                  <pic:spPr bwMode="auto">
                    <a:xfrm>
                      <a:off x="0" y="0"/>
                      <a:ext cx="2076450" cy="1733550"/>
                    </a:xfrm>
                    <a:prstGeom prst="rect">
                      <a:avLst/>
                    </a:prstGeom>
                    <a:noFill/>
                  </pic:spPr>
                </pic:pic>
              </a:graphicData>
            </a:graphic>
          </wp:anchor>
        </w:drawing>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The decoration technique is known as</w:t>
      </w:r>
    </w:p>
    <w:p>
      <w:pPr>
        <w:pStyle w:val="Normal"/>
        <w:spacing w:before="0" w:after="60"/>
        <w:ind w:start="360"/>
        <w:jc w:val="start"/>
        <w:rPr/>
      </w:pPr>
      <w:r>
        <w:rPr>
          <w:rFonts w:ascii="Calibri" w:hAnsi="Calibri"/>
          <w:b w:val="false"/>
          <w:i w:val="false"/>
          <w:color w:val="000000"/>
          <w:sz w:val="22"/>
        </w:rPr>
        <w:t>A. tie and dye</w:t>
      </w:r>
    </w:p>
    <w:p>
      <w:pPr>
        <w:pStyle w:val="Normal"/>
        <w:spacing w:before="0" w:after="60"/>
        <w:ind w:start="360"/>
        <w:jc w:val="start"/>
        <w:rPr/>
      </w:pPr>
      <w:r>
        <w:rPr>
          <w:rFonts w:ascii="Calibri" w:hAnsi="Calibri"/>
          <w:b w:val="false"/>
          <w:i w:val="false"/>
          <w:color w:val="000000"/>
          <w:sz w:val="22"/>
        </w:rPr>
        <w:t>B. flat wash</w:t>
      </w:r>
    </w:p>
    <w:p>
      <w:pPr>
        <w:pStyle w:val="Normal"/>
        <w:spacing w:before="0" w:after="60"/>
        <w:ind w:start="360"/>
        <w:jc w:val="start"/>
        <w:rPr/>
      </w:pPr>
      <w:r>
        <w:rPr>
          <w:rFonts w:ascii="Calibri" w:hAnsi="Calibri"/>
          <w:b w:val="false"/>
          <w:i w:val="false"/>
          <w:color w:val="000000"/>
          <w:sz w:val="22"/>
        </w:rPr>
        <w:t>C. applique</w:t>
      </w:r>
    </w:p>
    <w:p>
      <w:pPr>
        <w:pStyle w:val="Normal"/>
        <w:spacing w:before="0" w:after="60"/>
        <w:ind w:start="360"/>
        <w:jc w:val="start"/>
        <w:rPr/>
      </w:pPr>
      <w:r>
        <w:rPr>
          <w:rFonts w:ascii="Calibri" w:hAnsi="Calibri"/>
          <w:b w:val="false"/>
          <w:i w:val="false"/>
          <w:color w:val="000000"/>
          <w:sz w:val="22"/>
        </w:rPr>
        <w:t>D. printing</w:t>
      </w:r>
    </w:p>
    <w:p>
      <w:pPr>
        <w:pStyle w:val="Normal"/>
        <w:spacing w:before="0" w:after="60"/>
        <w:ind w:start="360"/>
        <w:jc w:val="start"/>
        <w:rPr/>
      </w:pPr>
      <w:r>
        <w:rPr>
          <w:rFonts w:ascii="Calibri" w:hAnsi="Calibri"/>
          <w:b w:val="false"/>
          <w:i w:val="false"/>
          <w:color w:val="000000"/>
          <w:sz w:val="22"/>
        </w:rPr>
        <w:t>9. Malua mixed the colours below during Creative Arts lesson.</w:t>
      </w:r>
    </w:p>
    <w:p>
      <w:pPr>
        <w:pStyle w:val="Normal"/>
        <w:spacing w:before="0" w:after="60"/>
        <w:ind w:start="360"/>
        <w:jc w:val="start"/>
        <w:rPr/>
      </w:pPr>
      <w:r>
        <w:rPr>
          <w:rFonts w:ascii="Calibri" w:hAnsi="Calibri"/>
          <w:b w:val="false"/>
          <w:i w:val="false"/>
          <w:color w:val="000000"/>
          <w:sz w:val="22"/>
        </w:rPr>
        <w:t>Blue + Red = [ ]</w:t>
      </w:r>
    </w:p>
    <w:p>
      <w:pPr>
        <w:pStyle w:val="Normal"/>
        <w:spacing w:before="0" w:after="60"/>
        <w:ind w:start="360"/>
        <w:jc w:val="start"/>
        <w:rPr/>
      </w:pPr>
      <w:r>
        <w:rPr>
          <w:rFonts w:ascii="Calibri" w:hAnsi="Calibri"/>
          <w:b w:val="false"/>
          <w:i w:val="false"/>
          <w:color w:val="000000"/>
          <w:sz w:val="22"/>
        </w:rPr>
        <w:t>What colour did he get?</w:t>
      </w:r>
    </w:p>
    <w:p>
      <w:pPr>
        <w:pStyle w:val="Normal"/>
        <w:spacing w:before="0" w:after="60"/>
        <w:ind w:start="360"/>
        <w:jc w:val="start"/>
        <w:rPr/>
      </w:pPr>
      <w:r>
        <w:rPr>
          <w:rFonts w:ascii="Calibri" w:hAnsi="Calibri"/>
          <w:b w:val="false"/>
          <w:i w:val="false"/>
          <w:color w:val="000000"/>
          <w:sz w:val="22"/>
        </w:rPr>
        <w:t>A. Orange</w:t>
      </w:r>
    </w:p>
    <w:p>
      <w:pPr>
        <w:pStyle w:val="Normal"/>
        <w:spacing w:before="0" w:after="60"/>
        <w:ind w:start="360"/>
        <w:jc w:val="start"/>
        <w:rPr/>
      </w:pPr>
      <w:r>
        <w:rPr>
          <w:rFonts w:ascii="Calibri" w:hAnsi="Calibri"/>
          <w:b w:val="false"/>
          <w:i w:val="false"/>
          <w:color w:val="000000"/>
          <w:sz w:val="22"/>
        </w:rPr>
        <w:t>B. Yellow</w:t>
      </w:r>
    </w:p>
    <w:p>
      <w:pPr>
        <w:pStyle w:val="Normal"/>
        <w:spacing w:before="0" w:after="60"/>
        <w:ind w:start="360"/>
        <w:jc w:val="start"/>
        <w:rPr/>
      </w:pPr>
      <w:r>
        <w:rPr>
          <w:rFonts w:ascii="Calibri" w:hAnsi="Calibri"/>
          <w:b w:val="false"/>
          <w:i w:val="false"/>
          <w:color w:val="000000"/>
          <w:sz w:val="22"/>
        </w:rPr>
        <w:t>C. Purple</w:t>
      </w:r>
    </w:p>
    <w:p>
      <w:pPr>
        <w:pStyle w:val="Normal"/>
        <w:spacing w:before="0" w:after="60"/>
        <w:ind w:start="360"/>
        <w:jc w:val="start"/>
        <w:rPr/>
      </w:pPr>
      <w:r>
        <w:rPr>
          <w:rFonts w:ascii="Calibri" w:hAnsi="Calibri"/>
          <w:b w:val="false"/>
          <w:i w:val="false"/>
          <w:color w:val="000000"/>
          <w:sz w:val="22"/>
        </w:rPr>
        <w:t>D. Green</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 xml:space="preserve">10. Oduor was playing the wind instrument below. </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drawing>
          <wp:anchor distT="0" distB="0" distL="0" distR="0" simplePos="0" relativeHeight="38" behindDoc="0" locked="0" layoutInCell="0" allowOverlap="1">
            <wp:simplePos x="0" y="0"/>
            <wp:positionH relativeFrom="column">
              <wp:posOffset>367030</wp:posOffset>
            </wp:positionH>
            <wp:positionV relativeFrom="paragraph">
              <wp:posOffset>62865</wp:posOffset>
            </wp:positionV>
            <wp:extent cx="1057275" cy="831215"/>
            <wp:effectExtent l="0" t="0" r="0" b="0"/>
            <wp:wrapSquare wrapText="largest"/>
            <wp:docPr id="37" name="Image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37"/>
                    <pic:cNvPicPr>
                      <a:picLocks noChangeAspect="1" noChangeArrowheads="1"/>
                    </pic:cNvPicPr>
                  </pic:nvPicPr>
                  <pic:blipFill>
                    <a:blip r:embed="rId38"/>
                    <a:stretch>
                      <a:fillRect/>
                    </a:stretch>
                  </pic:blipFill>
                  <pic:spPr bwMode="auto">
                    <a:xfrm>
                      <a:off x="0" y="0"/>
                      <a:ext cx="1057275" cy="831215"/>
                    </a:xfrm>
                    <a:prstGeom prst="rect">
                      <a:avLst/>
                    </a:prstGeom>
                    <a:noFill/>
                  </pic:spPr>
                </pic:pic>
              </a:graphicData>
            </a:graphic>
          </wp:anchor>
        </w:drawing>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Which community in Kenya plays the instrument above?</w:t>
      </w:r>
    </w:p>
    <w:p>
      <w:pPr>
        <w:pStyle w:val="Normal"/>
        <w:spacing w:before="0" w:after="60"/>
        <w:ind w:start="360"/>
        <w:jc w:val="start"/>
        <w:rPr/>
      </w:pPr>
      <w:r>
        <w:rPr>
          <w:rFonts w:ascii="Calibri" w:hAnsi="Calibri"/>
          <w:b w:val="false"/>
          <w:i w:val="false"/>
          <w:color w:val="000000"/>
          <w:sz w:val="22"/>
        </w:rPr>
        <w:t>A. Kuria</w:t>
      </w:r>
    </w:p>
    <w:p>
      <w:pPr>
        <w:pStyle w:val="Normal"/>
        <w:spacing w:before="0" w:after="60"/>
        <w:ind w:start="360"/>
        <w:jc w:val="start"/>
        <w:rPr/>
      </w:pPr>
      <w:r>
        <w:rPr>
          <w:rFonts w:ascii="Calibri" w:hAnsi="Calibri"/>
          <w:b w:val="false"/>
          <w:i w:val="false"/>
          <w:color w:val="000000"/>
          <w:sz w:val="22"/>
        </w:rPr>
        <w:t>B. Luhya</w:t>
      </w:r>
    </w:p>
    <w:p>
      <w:pPr>
        <w:pStyle w:val="Normal"/>
        <w:spacing w:before="0" w:after="60"/>
        <w:ind w:start="360"/>
        <w:jc w:val="start"/>
        <w:rPr/>
      </w:pPr>
      <w:r>
        <w:rPr>
          <w:rFonts w:ascii="Calibri" w:hAnsi="Calibri"/>
          <w:b w:val="false"/>
          <w:i w:val="false"/>
          <w:color w:val="000000"/>
          <w:sz w:val="22"/>
        </w:rPr>
        <w:t>C. Luo</w:t>
      </w:r>
    </w:p>
    <w:p>
      <w:pPr>
        <w:pStyle w:val="Normal"/>
        <w:spacing w:before="0" w:after="60"/>
        <w:ind w:start="360"/>
        <w:jc w:val="start"/>
        <w:rPr/>
      </w:pPr>
      <w:r>
        <w:rPr>
          <w:rFonts w:ascii="Calibri" w:hAnsi="Calibri"/>
          <w:b w:val="false"/>
          <w:i w:val="false"/>
          <w:color w:val="000000"/>
          <w:sz w:val="22"/>
        </w:rPr>
        <w:t>D. Kisii</w:t>
      </w:r>
    </w:p>
    <w:p>
      <w:pPr>
        <w:pStyle w:val="Normal"/>
        <w:spacing w:before="0" w:after="60"/>
        <w:ind w:start="360"/>
        <w:jc w:val="start"/>
        <w:rPr/>
      </w:pPr>
      <w:r>
        <w:rPr>
          <w:rFonts w:ascii="Calibri" w:hAnsi="Calibri"/>
          <w:b w:val="false"/>
          <w:i w:val="false"/>
          <w:color w:val="000000"/>
          <w:sz w:val="22"/>
        </w:rPr>
        <w:t>11. When carving you can use all the following tools except</w:t>
      </w:r>
    </w:p>
    <w:p>
      <w:pPr>
        <w:pStyle w:val="Normal"/>
        <w:spacing w:before="0" w:after="60"/>
        <w:ind w:start="360"/>
        <w:jc w:val="start"/>
        <w:rPr/>
      </w:pPr>
      <w:r>
        <w:rPr>
          <w:rFonts w:ascii="Calibri" w:hAnsi="Calibri"/>
          <w:b w:val="false"/>
          <w:i w:val="false"/>
          <w:color w:val="000000"/>
          <w:sz w:val="22"/>
        </w:rPr>
        <w:t>A. panga</w:t>
      </w:r>
    </w:p>
    <w:p>
      <w:pPr>
        <w:pStyle w:val="Normal"/>
        <w:spacing w:before="0" w:after="60"/>
        <w:ind w:start="360"/>
        <w:jc w:val="start"/>
        <w:rPr/>
      </w:pPr>
      <w:r>
        <w:rPr>
          <w:rFonts w:ascii="Calibri" w:hAnsi="Calibri"/>
          <w:b w:val="false"/>
          <w:i w:val="false"/>
          <w:color w:val="000000"/>
          <w:sz w:val="22"/>
        </w:rPr>
        <w:t>B. adze</w:t>
      </w:r>
    </w:p>
    <w:p>
      <w:pPr>
        <w:pStyle w:val="Normal"/>
        <w:spacing w:before="0" w:after="60"/>
        <w:ind w:start="360"/>
        <w:jc w:val="start"/>
        <w:rPr/>
      </w:pPr>
      <w:r>
        <w:rPr>
          <w:rFonts w:ascii="Calibri" w:hAnsi="Calibri"/>
          <w:b w:val="false"/>
          <w:i w:val="false"/>
          <w:color w:val="000000"/>
          <w:sz w:val="22"/>
        </w:rPr>
        <w:t>C. carving knife</w:t>
      </w:r>
    </w:p>
    <w:p>
      <w:pPr>
        <w:pStyle w:val="Normal"/>
        <w:spacing w:before="0" w:after="60"/>
        <w:ind w:start="360"/>
        <w:jc w:val="start"/>
        <w:rPr/>
      </w:pPr>
      <w:r>
        <w:rPr>
          <w:rFonts w:ascii="Calibri" w:hAnsi="Calibri"/>
          <w:b w:val="false"/>
          <w:i w:val="false"/>
          <w:color w:val="000000"/>
          <w:sz w:val="22"/>
        </w:rPr>
        <w:t>D. razor blade</w:t>
      </w:r>
    </w:p>
    <w:p>
      <w:pPr>
        <w:pStyle w:val="Normal"/>
        <w:spacing w:before="0" w:after="60"/>
        <w:ind w:start="360"/>
        <w:jc w:val="start"/>
        <w:rPr/>
      </w:pPr>
      <w:r>
        <w:rPr>
          <w:rFonts w:ascii="Calibri" w:hAnsi="Calibri"/>
          <w:b w:val="false"/>
          <w:i w:val="false"/>
          <w:color w:val="000000"/>
          <w:sz w:val="22"/>
        </w:rPr>
        <w:t>12. Grade 6 learners of Best Care primary school were playing musical instruments ensemble. Which one below represents percussion instruments they were likely to play?</w:t>
      </w:r>
    </w:p>
    <w:p>
      <w:pPr>
        <w:pStyle w:val="Normal"/>
        <w:spacing w:before="0" w:after="60"/>
        <w:ind w:start="360"/>
        <w:jc w:val="start"/>
        <w:rPr/>
      </w:pPr>
      <w:r>
        <w:rPr>
          <w:rFonts w:ascii="Calibri" w:hAnsi="Calibri"/>
          <w:b w:val="false"/>
          <w:i w:val="false"/>
          <w:color w:val="000000"/>
          <w:sz w:val="22"/>
        </w:rPr>
        <w:t>A. Drum, Kayamba, Adongo</w:t>
      </w:r>
    </w:p>
    <w:p>
      <w:pPr>
        <w:pStyle w:val="Normal"/>
        <w:spacing w:before="0" w:after="60"/>
        <w:ind w:start="360"/>
        <w:jc w:val="start"/>
        <w:rPr/>
      </w:pPr>
      <w:r>
        <w:rPr>
          <w:rFonts w:ascii="Calibri" w:hAnsi="Calibri"/>
          <w:b w:val="false"/>
          <w:i w:val="false"/>
          <w:color w:val="000000"/>
          <w:sz w:val="22"/>
        </w:rPr>
        <w:t>B. Abu, Olwika, Mulele</w:t>
      </w:r>
    </w:p>
    <w:p>
      <w:pPr>
        <w:pStyle w:val="Normal"/>
        <w:spacing w:before="0" w:after="60"/>
        <w:ind w:start="360"/>
        <w:jc w:val="start"/>
        <w:rPr/>
      </w:pPr>
      <w:r>
        <w:rPr>
          <w:rFonts w:ascii="Calibri" w:hAnsi="Calibri"/>
          <w:b w:val="false"/>
          <w:i w:val="false"/>
          <w:color w:val="000000"/>
          <w:sz w:val="22"/>
        </w:rPr>
        <w:t>C. Obutu, Ishiriri, Litungu</w:t>
      </w:r>
    </w:p>
    <w:p>
      <w:pPr>
        <w:pStyle w:val="Normal"/>
        <w:spacing w:before="0" w:after="60"/>
        <w:ind w:start="360"/>
        <w:jc w:val="start"/>
        <w:rPr/>
      </w:pPr>
      <w:r>
        <w:rPr>
          <w:rFonts w:ascii="Calibri" w:hAnsi="Calibri"/>
          <w:b w:val="false"/>
          <w:i w:val="false"/>
          <w:color w:val="000000"/>
          <w:sz w:val="22"/>
        </w:rPr>
        <w:t>D. Nyatiti, Obokano, Nzumari</w:t>
      </w:r>
    </w:p>
    <w:p>
      <w:pPr>
        <w:pStyle w:val="Normal"/>
        <w:spacing w:before="0" w:after="60"/>
        <w:ind w:start="360"/>
        <w:jc w:val="start"/>
        <w:rPr/>
      </w:pPr>
      <w:r>
        <w:rPr>
          <w:rFonts w:ascii="Calibri" w:hAnsi="Calibri"/>
          <w:b w:val="false"/>
          <w:i w:val="false"/>
          <w:color w:val="000000"/>
          <w:sz w:val="22"/>
        </w:rPr>
        <w:t>13. Zuma wants to tune a drum. What will he do?</w:t>
      </w:r>
    </w:p>
    <w:p>
      <w:pPr>
        <w:pStyle w:val="Normal"/>
        <w:spacing w:before="0" w:after="60"/>
        <w:ind w:start="360"/>
        <w:jc w:val="start"/>
        <w:rPr/>
      </w:pPr>
      <w:r>
        <w:rPr>
          <w:rFonts w:ascii="Calibri" w:hAnsi="Calibri"/>
          <w:b w:val="false"/>
          <w:i w:val="false"/>
          <w:color w:val="000000"/>
          <w:sz w:val="22"/>
        </w:rPr>
        <w:t>A. Enlarge the mouth hole</w:t>
      </w:r>
    </w:p>
    <w:p>
      <w:pPr>
        <w:pStyle w:val="Normal"/>
        <w:spacing w:before="0" w:after="60"/>
        <w:ind w:start="360"/>
        <w:jc w:val="start"/>
        <w:rPr/>
      </w:pPr>
      <w:r>
        <w:rPr>
          <w:rFonts w:ascii="Calibri" w:hAnsi="Calibri"/>
          <w:b w:val="false"/>
          <w:i w:val="false"/>
          <w:color w:val="000000"/>
          <w:sz w:val="22"/>
        </w:rPr>
        <w:t>B. Put the drum in the sun</w:t>
      </w:r>
    </w:p>
    <w:p>
      <w:pPr>
        <w:pStyle w:val="Normal"/>
        <w:spacing w:before="0" w:after="60"/>
        <w:ind w:start="360"/>
        <w:jc w:val="start"/>
        <w:rPr/>
      </w:pPr>
      <w:r>
        <w:rPr>
          <w:rFonts w:ascii="Calibri" w:hAnsi="Calibri"/>
          <w:b w:val="false"/>
          <w:i w:val="false"/>
          <w:color w:val="000000"/>
          <w:sz w:val="22"/>
        </w:rPr>
        <w:t>C. Tighten the strings</w:t>
      </w:r>
    </w:p>
    <w:p>
      <w:pPr>
        <w:pStyle w:val="Normal"/>
        <w:spacing w:before="0" w:after="60"/>
        <w:ind w:start="360"/>
        <w:jc w:val="start"/>
        <w:rPr/>
      </w:pPr>
      <w:r>
        <w:rPr>
          <w:rFonts w:ascii="Calibri" w:hAnsi="Calibri"/>
          <w:b w:val="false"/>
          <w:i w:val="false"/>
          <w:color w:val="000000"/>
          <w:sz w:val="22"/>
        </w:rPr>
        <w:t>D. Block the finger holes</w:t>
      </w:r>
    </w:p>
    <w:p>
      <w:pPr>
        <w:pStyle w:val="Normal"/>
        <w:spacing w:before="0" w:after="60"/>
        <w:ind w:start="360"/>
        <w:jc w:val="start"/>
        <w:rPr/>
      </w:pPr>
      <w:r>
        <w:rPr>
          <w:rFonts w:ascii="Calibri" w:hAnsi="Calibri"/>
          <w:b w:val="false"/>
          <w:i w:val="false"/>
          <w:color w:val="000000"/>
          <w:sz w:val="22"/>
        </w:rPr>
        <w:t>14. Folk songs are performed during the following occasions except</w:t>
      </w:r>
    </w:p>
    <w:p>
      <w:pPr>
        <w:pStyle w:val="Normal"/>
        <w:spacing w:before="0" w:after="60"/>
        <w:ind w:start="360"/>
        <w:jc w:val="start"/>
        <w:rPr/>
      </w:pPr>
      <w:r>
        <w:rPr>
          <w:rFonts w:ascii="Calibri" w:hAnsi="Calibri"/>
          <w:b w:val="false"/>
          <w:i w:val="false"/>
          <w:color w:val="000000"/>
          <w:sz w:val="22"/>
        </w:rPr>
        <w:t>A. naming ceremony</w:t>
      </w:r>
    </w:p>
    <w:p>
      <w:pPr>
        <w:pStyle w:val="Normal"/>
        <w:spacing w:before="0" w:after="60"/>
        <w:ind w:start="360"/>
        <w:jc w:val="start"/>
        <w:rPr/>
      </w:pPr>
      <w:r>
        <w:rPr>
          <w:rFonts w:ascii="Calibri" w:hAnsi="Calibri"/>
          <w:b w:val="false"/>
          <w:i w:val="false"/>
          <w:color w:val="000000"/>
          <w:sz w:val="22"/>
        </w:rPr>
        <w:t>B. wedding ceremony</w:t>
      </w:r>
    </w:p>
    <w:p>
      <w:pPr>
        <w:pStyle w:val="Normal"/>
        <w:spacing w:before="0" w:after="60"/>
        <w:ind w:start="360"/>
        <w:jc w:val="start"/>
        <w:rPr/>
      </w:pPr>
      <w:r>
        <w:rPr>
          <w:rFonts w:ascii="Calibri" w:hAnsi="Calibri"/>
          <w:b w:val="false"/>
          <w:i w:val="false"/>
          <w:color w:val="000000"/>
          <w:sz w:val="22"/>
        </w:rPr>
        <w:t>C. soothing the baby</w:t>
      </w:r>
    </w:p>
    <w:p>
      <w:pPr>
        <w:pStyle w:val="Normal"/>
        <w:spacing w:before="0" w:after="60"/>
        <w:ind w:start="360"/>
        <w:jc w:val="start"/>
        <w:rPr/>
      </w:pPr>
      <w:r>
        <w:rPr>
          <w:rFonts w:ascii="Calibri" w:hAnsi="Calibri"/>
          <w:b w:val="false"/>
          <w:i w:val="false"/>
          <w:color w:val="000000"/>
          <w:sz w:val="22"/>
        </w:rPr>
        <w:t>D. funeral ceremony</w:t>
      </w:r>
    </w:p>
    <w:p>
      <w:pPr>
        <w:pStyle w:val="Normal"/>
        <w:spacing w:before="0" w:after="60"/>
        <w:ind w:start="360"/>
        <w:jc w:val="start"/>
        <w:rPr/>
      </w:pPr>
      <w:r>
        <w:rPr>
          <w:rFonts w:ascii="Calibri" w:hAnsi="Calibri"/>
          <w:b w:val="false"/>
          <w:i w:val="false"/>
          <w:color w:val="000000"/>
          <w:sz w:val="22"/>
        </w:rPr>
        <w:t>15. The East African Community Anthem is sung during the following occasions. Which one is it?</w:t>
      </w:r>
    </w:p>
    <w:p>
      <w:pPr>
        <w:pStyle w:val="Normal"/>
        <w:spacing w:before="0" w:after="60"/>
        <w:ind w:start="360"/>
        <w:jc w:val="start"/>
        <w:rPr/>
      </w:pPr>
      <w:r>
        <w:rPr>
          <w:rFonts w:ascii="Calibri" w:hAnsi="Calibri"/>
          <w:b w:val="false"/>
          <w:i w:val="false"/>
          <w:color w:val="000000"/>
          <w:sz w:val="22"/>
        </w:rPr>
        <w:t>A. National Days</w:t>
      </w:r>
    </w:p>
    <w:p>
      <w:pPr>
        <w:pStyle w:val="Normal"/>
        <w:spacing w:before="0" w:after="60"/>
        <w:ind w:start="360"/>
        <w:jc w:val="start"/>
        <w:rPr/>
      </w:pPr>
      <w:r>
        <w:rPr>
          <w:rFonts w:ascii="Calibri" w:hAnsi="Calibri"/>
          <w:b w:val="false"/>
          <w:i w:val="false"/>
          <w:color w:val="000000"/>
          <w:sz w:val="22"/>
        </w:rPr>
        <w:t>B. World Men's Day</w:t>
      </w:r>
    </w:p>
    <w:p>
      <w:pPr>
        <w:pStyle w:val="Normal"/>
        <w:spacing w:before="0" w:after="60"/>
        <w:ind w:start="360"/>
        <w:jc w:val="start"/>
        <w:rPr/>
      </w:pPr>
      <w:r>
        <w:rPr>
          <w:rFonts w:ascii="Calibri" w:hAnsi="Calibri"/>
          <w:b w:val="false"/>
          <w:i w:val="false"/>
          <w:color w:val="000000"/>
          <w:sz w:val="22"/>
        </w:rPr>
        <w:t>C. Christmas Day</w:t>
      </w:r>
    </w:p>
    <w:p>
      <w:pPr>
        <w:pStyle w:val="Normal"/>
        <w:spacing w:before="0" w:after="60"/>
        <w:ind w:start="360"/>
        <w:jc w:val="start"/>
        <w:rPr/>
      </w:pPr>
      <w:r>
        <w:rPr>
          <w:rFonts w:ascii="Calibri" w:hAnsi="Calibri"/>
          <w:b w:val="false"/>
          <w:i w:val="false"/>
          <w:color w:val="000000"/>
          <w:sz w:val="22"/>
        </w:rPr>
        <w:t>D. During Sunday Service</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 xml:space="preserve">16. Nyapara performed the gymnastic skill shown in the picture. </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drawing>
          <wp:anchor distT="0" distB="0" distL="0" distR="0" simplePos="0" relativeHeight="39" behindDoc="0" locked="0" layoutInCell="0" allowOverlap="1">
            <wp:simplePos x="0" y="0"/>
            <wp:positionH relativeFrom="column">
              <wp:posOffset>481330</wp:posOffset>
            </wp:positionH>
            <wp:positionV relativeFrom="paragraph">
              <wp:posOffset>120015</wp:posOffset>
            </wp:positionV>
            <wp:extent cx="2409825" cy="1390650"/>
            <wp:effectExtent l="0" t="0" r="0" b="0"/>
            <wp:wrapSquare wrapText="largest"/>
            <wp:docPr id="38" name="Image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38"/>
                    <pic:cNvPicPr>
                      <a:picLocks noChangeAspect="1" noChangeArrowheads="1"/>
                    </pic:cNvPicPr>
                  </pic:nvPicPr>
                  <pic:blipFill>
                    <a:blip r:embed="rId39"/>
                    <a:stretch>
                      <a:fillRect/>
                    </a:stretch>
                  </pic:blipFill>
                  <pic:spPr bwMode="auto">
                    <a:xfrm>
                      <a:off x="0" y="0"/>
                      <a:ext cx="2409825" cy="1390650"/>
                    </a:xfrm>
                    <a:prstGeom prst="rect">
                      <a:avLst/>
                    </a:prstGeom>
                    <a:noFill/>
                  </pic:spPr>
                </pic:pic>
              </a:graphicData>
            </a:graphic>
          </wp:anchor>
        </w:drawing>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The gymnastic skill is called</w:t>
      </w:r>
    </w:p>
    <w:p>
      <w:pPr>
        <w:pStyle w:val="Normal"/>
        <w:spacing w:before="0" w:after="60"/>
        <w:ind w:start="360"/>
        <w:jc w:val="start"/>
        <w:rPr/>
      </w:pPr>
      <w:r>
        <w:rPr>
          <w:rFonts w:ascii="Calibri" w:hAnsi="Calibri"/>
          <w:b w:val="false"/>
          <w:i w:val="false"/>
          <w:color w:val="000000"/>
          <w:sz w:val="22"/>
        </w:rPr>
        <w:t>A. swan balance</w:t>
      </w:r>
    </w:p>
    <w:p>
      <w:pPr>
        <w:pStyle w:val="Normal"/>
        <w:spacing w:before="0" w:after="60"/>
        <w:ind w:start="360"/>
        <w:jc w:val="start"/>
        <w:rPr/>
      </w:pPr>
      <w:r>
        <w:rPr>
          <w:rFonts w:ascii="Calibri" w:hAnsi="Calibri"/>
          <w:b w:val="false"/>
          <w:i w:val="false"/>
          <w:color w:val="000000"/>
          <w:sz w:val="22"/>
        </w:rPr>
        <w:t>B. handwalk</w:t>
      </w:r>
    </w:p>
    <w:p>
      <w:pPr>
        <w:pStyle w:val="Normal"/>
        <w:spacing w:before="0" w:after="60"/>
        <w:ind w:start="360"/>
        <w:jc w:val="start"/>
        <w:rPr/>
      </w:pPr>
      <w:r>
        <w:rPr>
          <w:rFonts w:ascii="Calibri" w:hAnsi="Calibri"/>
          <w:b w:val="false"/>
          <w:i w:val="false"/>
          <w:color w:val="000000"/>
          <w:sz w:val="22"/>
        </w:rPr>
        <w:t>C. V-balance</w:t>
      </w:r>
    </w:p>
    <w:p>
      <w:pPr>
        <w:pStyle w:val="Normal"/>
        <w:spacing w:before="0" w:after="60"/>
        <w:ind w:start="360"/>
        <w:jc w:val="start"/>
        <w:rPr/>
      </w:pPr>
      <w:r>
        <w:rPr>
          <w:rFonts w:ascii="Calibri" w:hAnsi="Calibri"/>
          <w:b w:val="false"/>
          <w:i w:val="false"/>
          <w:color w:val="000000"/>
          <w:sz w:val="22"/>
        </w:rPr>
        <w:t>D. crabwalk</w:t>
      </w:r>
    </w:p>
    <w:p>
      <w:pPr>
        <w:pStyle w:val="Normal"/>
        <w:spacing w:before="0" w:after="60"/>
        <w:ind w:start="360"/>
        <w:jc w:val="start"/>
        <w:rPr/>
      </w:pPr>
      <w:r>
        <w:rPr>
          <w:rFonts w:ascii="Calibri" w:hAnsi="Calibri"/>
          <w:b w:val="false"/>
          <w:i w:val="false"/>
          <w:color w:val="000000"/>
          <w:sz w:val="22"/>
        </w:rPr>
        <w:t>17. Grade 6 learners were asked to run back and forth before gymnastic activities. Why did the learners jog? To</w:t>
      </w:r>
    </w:p>
    <w:p>
      <w:pPr>
        <w:pStyle w:val="Normal"/>
        <w:spacing w:before="0" w:after="60"/>
        <w:ind w:start="360"/>
        <w:jc w:val="start"/>
        <w:rPr/>
      </w:pPr>
      <w:r>
        <w:rPr>
          <w:rFonts w:ascii="Calibri" w:hAnsi="Calibri"/>
          <w:b w:val="false"/>
          <w:i w:val="false"/>
          <w:color w:val="000000"/>
          <w:sz w:val="22"/>
        </w:rPr>
        <w:t>A. enjoy themselves</w:t>
      </w:r>
    </w:p>
    <w:p>
      <w:pPr>
        <w:pStyle w:val="Normal"/>
        <w:spacing w:before="0" w:after="60"/>
        <w:ind w:start="360"/>
        <w:jc w:val="start"/>
        <w:rPr/>
      </w:pPr>
      <w:r>
        <w:rPr>
          <w:rFonts w:ascii="Calibri" w:hAnsi="Calibri"/>
          <w:b w:val="false"/>
          <w:i w:val="false"/>
          <w:color w:val="000000"/>
          <w:sz w:val="22"/>
        </w:rPr>
        <w:t>B. entertaining fans</w:t>
      </w:r>
    </w:p>
    <w:p>
      <w:pPr>
        <w:pStyle w:val="Normal"/>
        <w:spacing w:before="0" w:after="60"/>
        <w:ind w:start="360"/>
        <w:jc w:val="start"/>
        <w:rPr/>
      </w:pPr>
      <w:r>
        <w:rPr>
          <w:rFonts w:ascii="Calibri" w:hAnsi="Calibri"/>
          <w:b w:val="false"/>
          <w:i w:val="false"/>
          <w:color w:val="000000"/>
          <w:sz w:val="22"/>
        </w:rPr>
        <w:t>C. prepare body muscles</w:t>
      </w:r>
    </w:p>
    <w:p>
      <w:pPr>
        <w:pStyle w:val="Normal"/>
        <w:spacing w:before="0" w:after="60"/>
        <w:ind w:start="360"/>
        <w:jc w:val="start"/>
        <w:rPr/>
      </w:pPr>
      <w:r>
        <w:rPr>
          <w:rFonts w:ascii="Calibri" w:hAnsi="Calibri"/>
          <w:b w:val="false"/>
          <w:i w:val="false"/>
          <w:color w:val="000000"/>
          <w:sz w:val="22"/>
        </w:rPr>
        <w:t>D. get injury</w:t>
      </w:r>
    </w:p>
    <w:p>
      <w:pPr>
        <w:pStyle w:val="Normal"/>
        <w:spacing w:before="0" w:after="60"/>
        <w:ind w:start="360"/>
        <w:jc w:val="start"/>
        <w:rPr/>
      </w:pPr>
      <w:r>
        <w:rPr>
          <w:rFonts w:ascii="Calibri" w:hAnsi="Calibri"/>
          <w:b w:val="false"/>
          <w:i w:val="false"/>
          <w:color w:val="000000"/>
          <w:sz w:val="22"/>
        </w:rPr>
        <w:t>18. What should an athlete do upon the command "Set" when performing medium sprint start?</w:t>
      </w:r>
    </w:p>
    <w:p>
      <w:pPr>
        <w:pStyle w:val="Normal"/>
        <w:spacing w:before="0" w:after="60"/>
        <w:ind w:start="360"/>
        <w:jc w:val="start"/>
        <w:rPr/>
      </w:pPr>
      <w:r>
        <w:rPr>
          <w:rFonts w:ascii="Calibri" w:hAnsi="Calibri"/>
          <w:b w:val="false"/>
          <w:i w:val="false"/>
          <w:color w:val="000000"/>
          <w:sz w:val="22"/>
        </w:rPr>
        <w:t>A. Run to the finish line</w:t>
      </w:r>
    </w:p>
    <w:p>
      <w:pPr>
        <w:pStyle w:val="Normal"/>
        <w:spacing w:before="0" w:after="60"/>
        <w:ind w:start="360"/>
        <w:jc w:val="start"/>
        <w:rPr/>
      </w:pPr>
      <w:r>
        <w:rPr>
          <w:rFonts w:ascii="Calibri" w:hAnsi="Calibri"/>
          <w:b w:val="false"/>
          <w:i w:val="false"/>
          <w:color w:val="000000"/>
          <w:sz w:val="22"/>
        </w:rPr>
        <w:t>B. Position on the start line</w:t>
      </w:r>
    </w:p>
    <w:p>
      <w:pPr>
        <w:pStyle w:val="Normal"/>
        <w:spacing w:before="0" w:after="60"/>
        <w:ind w:start="360"/>
        <w:jc w:val="start"/>
        <w:rPr/>
      </w:pPr>
      <w:r>
        <w:rPr>
          <w:rFonts w:ascii="Calibri" w:hAnsi="Calibri"/>
          <w:b w:val="false"/>
          <w:i w:val="false"/>
          <w:color w:val="000000"/>
          <w:sz w:val="22"/>
        </w:rPr>
        <w:t>C. Push the knee of rear leg forward</w:t>
      </w:r>
    </w:p>
    <w:p>
      <w:pPr>
        <w:pStyle w:val="Normal"/>
        <w:spacing w:before="0" w:after="60"/>
        <w:ind w:start="360"/>
        <w:jc w:val="start"/>
        <w:rPr/>
      </w:pPr>
      <w:r>
        <w:rPr>
          <w:rFonts w:ascii="Calibri" w:hAnsi="Calibri"/>
          <w:b w:val="false"/>
          <w:i w:val="false"/>
          <w:color w:val="000000"/>
          <w:sz w:val="22"/>
        </w:rPr>
        <w:t>D. Raise hips above the shoulders</w:t>
      </w:r>
    </w:p>
    <w:p>
      <w:pPr>
        <w:pStyle w:val="Normal"/>
        <w:spacing w:before="0" w:after="60"/>
        <w:ind w:start="360"/>
        <w:jc w:val="start"/>
        <w:rPr/>
      </w:pPr>
      <w:r>
        <w:rPr>
          <w:rFonts w:ascii="Calibri" w:hAnsi="Calibri"/>
          <w:b w:val="false"/>
          <w:i w:val="false"/>
          <w:color w:val="000000"/>
          <w:sz w:val="22"/>
        </w:rPr>
        <w:t>19. Boaz created a montage composition themed "ball games". What would be the first step when creating the montage?</w:t>
      </w:r>
    </w:p>
    <w:p>
      <w:pPr>
        <w:pStyle w:val="Normal"/>
        <w:spacing w:before="0" w:after="60"/>
        <w:ind w:start="360"/>
        <w:jc w:val="start"/>
        <w:rPr/>
      </w:pPr>
      <w:r>
        <w:rPr>
          <w:rFonts w:ascii="Calibri" w:hAnsi="Calibri"/>
          <w:b w:val="false"/>
          <w:i w:val="false"/>
          <w:color w:val="000000"/>
          <w:sz w:val="22"/>
        </w:rPr>
        <w:t>A. Cut out pictures</w:t>
      </w:r>
    </w:p>
    <w:p>
      <w:pPr>
        <w:pStyle w:val="Normal"/>
        <w:spacing w:before="0" w:after="60"/>
        <w:ind w:start="360"/>
        <w:jc w:val="start"/>
        <w:rPr/>
      </w:pPr>
      <w:r>
        <w:rPr>
          <w:rFonts w:ascii="Calibri" w:hAnsi="Calibri"/>
          <w:b w:val="false"/>
          <w:i w:val="false"/>
          <w:color w:val="000000"/>
          <w:sz w:val="22"/>
        </w:rPr>
        <w:t>B. Collect materials</w:t>
      </w:r>
    </w:p>
    <w:p>
      <w:pPr>
        <w:pStyle w:val="Normal"/>
        <w:spacing w:before="0" w:after="60"/>
        <w:ind w:start="360"/>
        <w:jc w:val="start"/>
        <w:rPr/>
      </w:pPr>
      <w:r>
        <w:rPr>
          <w:rFonts w:ascii="Calibri" w:hAnsi="Calibri"/>
          <w:b w:val="false"/>
          <w:i w:val="false"/>
          <w:color w:val="000000"/>
          <w:sz w:val="22"/>
        </w:rPr>
        <w:t>C. Glue the cut outs</w:t>
      </w:r>
    </w:p>
    <w:p>
      <w:pPr>
        <w:pStyle w:val="Normal"/>
        <w:spacing w:before="0" w:after="60"/>
        <w:ind w:start="360"/>
        <w:jc w:val="start"/>
        <w:rPr/>
      </w:pPr>
      <w:r>
        <w:rPr>
          <w:rFonts w:ascii="Calibri" w:hAnsi="Calibri"/>
          <w:b w:val="false"/>
          <w:i w:val="false"/>
          <w:color w:val="000000"/>
          <w:sz w:val="22"/>
        </w:rPr>
        <w:t>D. Display finished work</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 xml:space="preserve">20. Roy improvised a ball using strings. In order to make the ball strong they used the type of knot shown below. </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drawing>
          <wp:anchor distT="0" distB="0" distL="0" distR="0" simplePos="0" relativeHeight="40" behindDoc="0" locked="0" layoutInCell="0" allowOverlap="1">
            <wp:simplePos x="0" y="0"/>
            <wp:positionH relativeFrom="column">
              <wp:posOffset>228600</wp:posOffset>
            </wp:positionH>
            <wp:positionV relativeFrom="paragraph">
              <wp:posOffset>85725</wp:posOffset>
            </wp:positionV>
            <wp:extent cx="2266950" cy="1219200"/>
            <wp:effectExtent l="0" t="0" r="0" b="0"/>
            <wp:wrapSquare wrapText="largest"/>
            <wp:docPr id="39" name="Image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39"/>
                    <pic:cNvPicPr>
                      <a:picLocks noChangeAspect="1" noChangeArrowheads="1"/>
                    </pic:cNvPicPr>
                  </pic:nvPicPr>
                  <pic:blipFill>
                    <a:blip r:embed="rId40"/>
                    <a:stretch>
                      <a:fillRect/>
                    </a:stretch>
                  </pic:blipFill>
                  <pic:spPr bwMode="auto">
                    <a:xfrm>
                      <a:off x="0" y="0"/>
                      <a:ext cx="2266950" cy="1219200"/>
                    </a:xfrm>
                    <a:prstGeom prst="rect">
                      <a:avLst/>
                    </a:prstGeom>
                    <a:noFill/>
                  </pic:spPr>
                </pic:pic>
              </a:graphicData>
            </a:graphic>
          </wp:anchor>
        </w:drawing>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The type of knot used is called</w:t>
      </w:r>
    </w:p>
    <w:p>
      <w:pPr>
        <w:pStyle w:val="Normal"/>
        <w:spacing w:before="0" w:after="60"/>
        <w:ind w:start="360"/>
        <w:jc w:val="start"/>
        <w:rPr/>
      </w:pPr>
      <w:r>
        <w:rPr>
          <w:rFonts w:ascii="Calibri" w:hAnsi="Calibri"/>
          <w:b w:val="false"/>
          <w:i w:val="false"/>
          <w:color w:val="000000"/>
          <w:sz w:val="22"/>
        </w:rPr>
        <w:t>A. overhand knot</w:t>
      </w:r>
    </w:p>
    <w:p>
      <w:pPr>
        <w:pStyle w:val="Normal"/>
        <w:spacing w:before="0" w:after="60"/>
        <w:ind w:start="360"/>
        <w:jc w:val="start"/>
        <w:rPr/>
      </w:pPr>
      <w:r>
        <w:rPr>
          <w:rFonts w:ascii="Calibri" w:hAnsi="Calibri"/>
          <w:b w:val="false"/>
          <w:i w:val="false"/>
          <w:color w:val="000000"/>
          <w:sz w:val="22"/>
        </w:rPr>
        <w:t>B. square knot</w:t>
      </w:r>
    </w:p>
    <w:p>
      <w:pPr>
        <w:pStyle w:val="Normal"/>
        <w:spacing w:before="0" w:after="60"/>
        <w:ind w:start="360"/>
        <w:jc w:val="start"/>
        <w:rPr/>
      </w:pPr>
      <w:r>
        <w:rPr>
          <w:rFonts w:ascii="Calibri" w:hAnsi="Calibri"/>
          <w:b w:val="false"/>
          <w:i w:val="false"/>
          <w:color w:val="000000"/>
          <w:sz w:val="22"/>
        </w:rPr>
        <w:t>C. bowline knot</w:t>
      </w:r>
    </w:p>
    <w:p>
      <w:pPr>
        <w:pStyle w:val="Normal"/>
        <w:spacing w:before="0" w:after="60"/>
        <w:ind w:start="360"/>
        <w:jc w:val="start"/>
        <w:rPr/>
      </w:pPr>
      <w:r>
        <w:rPr>
          <w:rFonts w:ascii="Calibri" w:hAnsi="Calibri"/>
          <w:b w:val="false"/>
          <w:i w:val="false"/>
          <w:color w:val="000000"/>
          <w:sz w:val="22"/>
        </w:rPr>
        <w:t>D. sheet bend knot</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r>
        <w:br w:type="page"/>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 xml:space="preserve">21. Peris and Beris are passing ball using the type of pass shown below. </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drawing>
          <wp:anchor distT="0" distB="0" distL="0" distR="0" simplePos="0" relativeHeight="41" behindDoc="0" locked="0" layoutInCell="0" allowOverlap="1">
            <wp:simplePos x="0" y="0"/>
            <wp:positionH relativeFrom="column">
              <wp:posOffset>323850</wp:posOffset>
            </wp:positionH>
            <wp:positionV relativeFrom="paragraph">
              <wp:posOffset>72390</wp:posOffset>
            </wp:positionV>
            <wp:extent cx="1847850" cy="1438275"/>
            <wp:effectExtent l="0" t="0" r="0" b="0"/>
            <wp:wrapSquare wrapText="largest"/>
            <wp:docPr id="40" name="Image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40"/>
                    <pic:cNvPicPr>
                      <a:picLocks noChangeAspect="1" noChangeArrowheads="1"/>
                    </pic:cNvPicPr>
                  </pic:nvPicPr>
                  <pic:blipFill>
                    <a:blip r:embed="rId41"/>
                    <a:stretch>
                      <a:fillRect/>
                    </a:stretch>
                  </pic:blipFill>
                  <pic:spPr bwMode="auto">
                    <a:xfrm>
                      <a:off x="0" y="0"/>
                      <a:ext cx="1847850" cy="1438275"/>
                    </a:xfrm>
                    <a:prstGeom prst="rect">
                      <a:avLst/>
                    </a:prstGeom>
                    <a:noFill/>
                  </pic:spPr>
                </pic:pic>
              </a:graphicData>
            </a:graphic>
          </wp:anchor>
        </w:drawing>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The following are true when performing the skill. Which one is wrong?</w:t>
      </w:r>
    </w:p>
    <w:p>
      <w:pPr>
        <w:pStyle w:val="Normal"/>
        <w:spacing w:before="0" w:after="60"/>
        <w:ind w:start="360"/>
        <w:jc w:val="start"/>
        <w:rPr/>
      </w:pPr>
      <w:r>
        <w:rPr>
          <w:rFonts w:ascii="Calibri" w:hAnsi="Calibri"/>
          <w:b w:val="false"/>
          <w:i w:val="false"/>
          <w:color w:val="000000"/>
          <w:sz w:val="22"/>
        </w:rPr>
        <w:t>A. Bends knees slightly</w:t>
      </w:r>
    </w:p>
    <w:p>
      <w:pPr>
        <w:pStyle w:val="Normal"/>
        <w:spacing w:before="0" w:after="60"/>
        <w:ind w:start="360"/>
        <w:jc w:val="start"/>
        <w:rPr/>
      </w:pPr>
      <w:r>
        <w:rPr>
          <w:rFonts w:ascii="Calibri" w:hAnsi="Calibri"/>
          <w:b w:val="false"/>
          <w:i w:val="false"/>
          <w:color w:val="000000"/>
          <w:sz w:val="22"/>
        </w:rPr>
        <w:t>B. Spread fingers well</w:t>
      </w:r>
    </w:p>
    <w:p>
      <w:pPr>
        <w:pStyle w:val="Normal"/>
        <w:spacing w:before="0" w:after="60"/>
        <w:ind w:start="360"/>
        <w:jc w:val="start"/>
        <w:rPr/>
      </w:pPr>
      <w:r>
        <w:rPr>
          <w:rFonts w:ascii="Calibri" w:hAnsi="Calibri"/>
          <w:b w:val="false"/>
          <w:i w:val="false"/>
          <w:color w:val="000000"/>
          <w:sz w:val="22"/>
        </w:rPr>
        <w:t>C. Be in sitting position</w:t>
      </w:r>
    </w:p>
    <w:p>
      <w:pPr>
        <w:pStyle w:val="Normal"/>
        <w:spacing w:before="0" w:after="60"/>
        <w:ind w:start="360"/>
        <w:jc w:val="start"/>
        <w:rPr/>
      </w:pPr>
      <w:r>
        <w:rPr>
          <w:rFonts w:ascii="Calibri" w:hAnsi="Calibri"/>
          <w:b w:val="false"/>
          <w:i w:val="false"/>
          <w:color w:val="000000"/>
          <w:sz w:val="22"/>
        </w:rPr>
        <w:t>D. Stand one foot slightly forward</w:t>
      </w:r>
    </w:p>
    <w:p>
      <w:pPr>
        <w:pStyle w:val="Normal"/>
        <w:spacing w:before="0" w:after="60"/>
        <w:ind w:start="360"/>
        <w:jc w:val="start"/>
        <w:rPr/>
      </w:pPr>
      <w:r>
        <w:rPr>
          <w:rFonts w:ascii="Calibri" w:hAnsi="Calibri"/>
          <w:b w:val="false"/>
          <w:i w:val="false"/>
          <w:color w:val="000000"/>
          <w:sz w:val="22"/>
        </w:rPr>
        <w:t>22. The following musical instrument is called the musical bow. Which one is it?</w:t>
      </w:r>
    </w:p>
    <w:p>
      <w:pPr>
        <w:pStyle w:val="Normal"/>
        <w:spacing w:before="0" w:after="60"/>
        <w:ind w:start="360"/>
        <w:jc w:val="start"/>
        <w:rPr/>
      </w:pPr>
      <w:r>
        <w:rPr>
          <w:rFonts w:ascii="Calibri" w:hAnsi="Calibri"/>
          <w:b w:val="false"/>
          <w:i w:val="false"/>
          <w:color w:val="000000"/>
          <w:sz w:val="22"/>
        </w:rPr>
        <w:t>A. Litungu</w:t>
      </w:r>
    </w:p>
    <w:p>
      <w:pPr>
        <w:pStyle w:val="Normal"/>
        <w:spacing w:before="0" w:after="60"/>
        <w:ind w:start="360"/>
        <w:jc w:val="start"/>
        <w:rPr/>
      </w:pPr>
      <w:r>
        <w:rPr>
          <w:rFonts w:ascii="Calibri" w:hAnsi="Calibri"/>
          <w:b w:val="false"/>
          <w:i w:val="false"/>
          <w:color w:val="000000"/>
          <w:sz w:val="22"/>
        </w:rPr>
        <w:t>B. Entono</w:t>
      </w:r>
    </w:p>
    <w:p>
      <w:pPr>
        <w:pStyle w:val="Normal"/>
        <w:spacing w:before="0" w:after="60"/>
        <w:ind w:start="360"/>
        <w:jc w:val="start"/>
        <w:rPr/>
      </w:pPr>
      <w:r>
        <w:rPr>
          <w:rFonts w:ascii="Calibri" w:hAnsi="Calibri"/>
          <w:b w:val="false"/>
          <w:i w:val="false"/>
          <w:color w:val="000000"/>
          <w:sz w:val="22"/>
        </w:rPr>
        <w:t>C. Kimengeng</w:t>
      </w:r>
    </w:p>
    <w:p>
      <w:pPr>
        <w:pStyle w:val="Normal"/>
        <w:spacing w:before="0" w:after="60"/>
        <w:ind w:start="360"/>
        <w:jc w:val="start"/>
        <w:rPr/>
      </w:pPr>
      <w:r>
        <w:rPr>
          <w:rFonts w:ascii="Calibri" w:hAnsi="Calibri"/>
          <w:b w:val="false"/>
          <w:i w:val="false"/>
          <w:color w:val="000000"/>
          <w:sz w:val="22"/>
        </w:rPr>
        <w:t>D. Adeudeu</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23. Muge improvised rhythms in three-beat patterns on percussion instruments. Which one shows a three-beat pattern?</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drawing>
          <wp:anchor distT="0" distB="0" distL="0" distR="0" simplePos="0" relativeHeight="42" behindDoc="0" locked="0" layoutInCell="0" allowOverlap="1">
            <wp:simplePos x="0" y="0"/>
            <wp:positionH relativeFrom="column">
              <wp:posOffset>414655</wp:posOffset>
            </wp:positionH>
            <wp:positionV relativeFrom="paragraph">
              <wp:posOffset>91440</wp:posOffset>
            </wp:positionV>
            <wp:extent cx="2162175" cy="2038350"/>
            <wp:effectExtent l="0" t="0" r="0" b="0"/>
            <wp:wrapSquare wrapText="largest"/>
            <wp:docPr id="41" name="Image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41"/>
                    <pic:cNvPicPr>
                      <a:picLocks noChangeAspect="1" noChangeArrowheads="1"/>
                    </pic:cNvPicPr>
                  </pic:nvPicPr>
                  <pic:blipFill>
                    <a:blip r:embed="rId42"/>
                    <a:stretch>
                      <a:fillRect/>
                    </a:stretch>
                  </pic:blipFill>
                  <pic:spPr bwMode="auto">
                    <a:xfrm>
                      <a:off x="0" y="0"/>
                      <a:ext cx="2162175" cy="2038350"/>
                    </a:xfrm>
                    <a:prstGeom prst="rect">
                      <a:avLst/>
                    </a:prstGeom>
                    <a:noFill/>
                  </pic:spPr>
                </pic:pic>
              </a:graphicData>
            </a:graphic>
          </wp:anchor>
        </w:drawing>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24. The tune of a musical sound is known as</w:t>
      </w:r>
    </w:p>
    <w:p>
      <w:pPr>
        <w:pStyle w:val="Normal"/>
        <w:spacing w:before="0" w:after="60"/>
        <w:ind w:start="360"/>
        <w:jc w:val="start"/>
        <w:rPr/>
      </w:pPr>
      <w:r>
        <w:rPr>
          <w:rFonts w:ascii="Calibri" w:hAnsi="Calibri"/>
          <w:b w:val="false"/>
          <w:i w:val="false"/>
          <w:color w:val="000000"/>
          <w:sz w:val="22"/>
        </w:rPr>
        <w:t>A. melody</w:t>
      </w:r>
    </w:p>
    <w:p>
      <w:pPr>
        <w:pStyle w:val="Normal"/>
        <w:spacing w:before="0" w:after="60"/>
        <w:ind w:start="360"/>
        <w:jc w:val="start"/>
        <w:rPr/>
      </w:pPr>
      <w:r>
        <w:rPr>
          <w:rFonts w:ascii="Calibri" w:hAnsi="Calibri"/>
          <w:b w:val="false"/>
          <w:i w:val="false"/>
          <w:color w:val="000000"/>
          <w:sz w:val="22"/>
        </w:rPr>
        <w:t>B. pitch</w:t>
      </w:r>
    </w:p>
    <w:p>
      <w:pPr>
        <w:pStyle w:val="Normal"/>
        <w:spacing w:before="0" w:after="60"/>
        <w:ind w:start="360"/>
        <w:jc w:val="start"/>
        <w:rPr/>
      </w:pPr>
      <w:r>
        <w:rPr>
          <w:rFonts w:ascii="Calibri" w:hAnsi="Calibri"/>
          <w:b w:val="false"/>
          <w:i w:val="false"/>
          <w:color w:val="000000"/>
          <w:sz w:val="22"/>
        </w:rPr>
        <w:t>C. volume</w:t>
      </w:r>
    </w:p>
    <w:p>
      <w:pPr>
        <w:pStyle w:val="Normal"/>
        <w:spacing w:before="0" w:after="60"/>
        <w:ind w:start="360"/>
        <w:jc w:val="start"/>
        <w:rPr/>
      </w:pPr>
      <w:r>
        <w:rPr>
          <w:rFonts w:ascii="Calibri" w:hAnsi="Calibri"/>
          <w:b w:val="false"/>
          <w:i w:val="false"/>
          <w:color w:val="000000"/>
          <w:sz w:val="22"/>
        </w:rPr>
        <w:t>D. tempo</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 xml:space="preserve">25. The diagram below shows a long jump field. </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drawing>
          <wp:anchor distT="0" distB="0" distL="0" distR="0" simplePos="0" relativeHeight="43" behindDoc="0" locked="0" layoutInCell="0" allowOverlap="1">
            <wp:simplePos x="0" y="0"/>
            <wp:positionH relativeFrom="column">
              <wp:posOffset>109855</wp:posOffset>
            </wp:positionH>
            <wp:positionV relativeFrom="paragraph">
              <wp:posOffset>635</wp:posOffset>
            </wp:positionV>
            <wp:extent cx="3057525" cy="1209675"/>
            <wp:effectExtent l="0" t="0" r="0" b="0"/>
            <wp:wrapSquare wrapText="largest"/>
            <wp:docPr id="42" name="Image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42"/>
                    <pic:cNvPicPr>
                      <a:picLocks noChangeAspect="1" noChangeArrowheads="1"/>
                    </pic:cNvPicPr>
                  </pic:nvPicPr>
                  <pic:blipFill>
                    <a:blip r:embed="rId43"/>
                    <a:stretch>
                      <a:fillRect/>
                    </a:stretch>
                  </pic:blipFill>
                  <pic:spPr bwMode="auto">
                    <a:xfrm>
                      <a:off x="0" y="0"/>
                      <a:ext cx="3057525" cy="1209675"/>
                    </a:xfrm>
                    <a:prstGeom prst="rect">
                      <a:avLst/>
                    </a:prstGeom>
                    <a:noFill/>
                  </pic:spPr>
                </pic:pic>
              </a:graphicData>
            </a:graphic>
          </wp:anchor>
        </w:drawing>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What step in long jump takes place at the part marked P?</w:t>
      </w:r>
    </w:p>
    <w:p>
      <w:pPr>
        <w:pStyle w:val="Normal"/>
        <w:spacing w:before="0" w:after="60"/>
        <w:ind w:start="360"/>
        <w:jc w:val="start"/>
        <w:rPr/>
      </w:pPr>
      <w:r>
        <w:rPr>
          <w:rFonts w:ascii="Calibri" w:hAnsi="Calibri"/>
          <w:b w:val="false"/>
          <w:i w:val="false"/>
          <w:color w:val="000000"/>
          <w:sz w:val="22"/>
        </w:rPr>
        <w:t>A. Approach</w:t>
      </w:r>
    </w:p>
    <w:p>
      <w:pPr>
        <w:pStyle w:val="Normal"/>
        <w:spacing w:before="0" w:after="60"/>
        <w:ind w:start="360"/>
        <w:jc w:val="start"/>
        <w:rPr/>
      </w:pPr>
      <w:r>
        <w:rPr>
          <w:rFonts w:ascii="Calibri" w:hAnsi="Calibri"/>
          <w:b w:val="false"/>
          <w:i w:val="false"/>
          <w:color w:val="000000"/>
          <w:sz w:val="22"/>
        </w:rPr>
        <w:t>B. Landing</w:t>
      </w:r>
    </w:p>
    <w:p>
      <w:pPr>
        <w:pStyle w:val="Normal"/>
        <w:spacing w:before="0" w:after="60"/>
        <w:ind w:start="360"/>
        <w:jc w:val="start"/>
        <w:rPr/>
      </w:pPr>
      <w:r>
        <w:rPr>
          <w:rFonts w:ascii="Calibri" w:hAnsi="Calibri"/>
          <w:b w:val="false"/>
          <w:i w:val="false"/>
          <w:color w:val="000000"/>
          <w:sz w:val="22"/>
        </w:rPr>
        <w:t>C. Flight</w:t>
      </w:r>
    </w:p>
    <w:p>
      <w:pPr>
        <w:pStyle w:val="Normal"/>
        <w:spacing w:before="0" w:after="60"/>
        <w:ind w:start="360"/>
        <w:jc w:val="start"/>
        <w:rPr/>
      </w:pPr>
      <w:r>
        <w:rPr>
          <w:rFonts w:ascii="Calibri" w:hAnsi="Calibri"/>
          <w:b w:val="false"/>
          <w:i w:val="false"/>
          <w:color w:val="000000"/>
          <w:sz w:val="22"/>
        </w:rPr>
        <w:t>D. Take-off</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26. Which one is a dotted minim?</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drawing>
          <wp:anchor distT="0" distB="0" distL="0" distR="0" simplePos="0" relativeHeight="44" behindDoc="0" locked="0" layoutInCell="0" allowOverlap="1">
            <wp:simplePos x="0" y="0"/>
            <wp:positionH relativeFrom="column">
              <wp:posOffset>281305</wp:posOffset>
            </wp:positionH>
            <wp:positionV relativeFrom="paragraph">
              <wp:posOffset>104775</wp:posOffset>
            </wp:positionV>
            <wp:extent cx="2219325" cy="1057275"/>
            <wp:effectExtent l="0" t="0" r="0" b="0"/>
            <wp:wrapSquare wrapText="largest"/>
            <wp:docPr id="43" name="Image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43"/>
                    <pic:cNvPicPr>
                      <a:picLocks noChangeAspect="1" noChangeArrowheads="1"/>
                    </pic:cNvPicPr>
                  </pic:nvPicPr>
                  <pic:blipFill>
                    <a:blip r:embed="rId44"/>
                    <a:stretch>
                      <a:fillRect/>
                    </a:stretch>
                  </pic:blipFill>
                  <pic:spPr bwMode="auto">
                    <a:xfrm>
                      <a:off x="0" y="0"/>
                      <a:ext cx="2219325" cy="1057275"/>
                    </a:xfrm>
                    <a:prstGeom prst="rect">
                      <a:avLst/>
                    </a:prstGeom>
                    <a:noFill/>
                  </pic:spPr>
                </pic:pic>
              </a:graphicData>
            </a:graphic>
          </wp:anchor>
        </w:drawing>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pPr>
      <w:r>
        <w:rPr>
          <w:rFonts w:ascii="Calibri" w:hAnsi="Calibri"/>
          <w:b w:val="false"/>
          <w:i w:val="false"/>
          <w:color w:val="000000"/>
          <w:sz w:val="22"/>
        </w:rPr>
        <w:t>27. When performing high jump you need the following equipment. Which one is not?</w:t>
      </w:r>
    </w:p>
    <w:p>
      <w:pPr>
        <w:pStyle w:val="Normal"/>
        <w:spacing w:before="0" w:after="60"/>
        <w:ind w:start="360"/>
        <w:jc w:val="start"/>
        <w:rPr/>
      </w:pPr>
      <w:r>
        <w:rPr>
          <w:rFonts w:ascii="Calibri" w:hAnsi="Calibri"/>
          <w:b w:val="false"/>
          <w:i w:val="false"/>
          <w:color w:val="000000"/>
          <w:sz w:val="22"/>
        </w:rPr>
        <w:t>A. Horizontal bar</w:t>
      </w:r>
    </w:p>
    <w:p>
      <w:pPr>
        <w:pStyle w:val="Normal"/>
        <w:spacing w:before="0" w:after="60"/>
        <w:ind w:start="360"/>
        <w:jc w:val="start"/>
        <w:rPr/>
      </w:pPr>
      <w:r>
        <w:rPr>
          <w:rFonts w:ascii="Calibri" w:hAnsi="Calibri"/>
          <w:b w:val="false"/>
          <w:i w:val="false"/>
          <w:color w:val="000000"/>
          <w:sz w:val="22"/>
        </w:rPr>
        <w:t>B. Discus</w:t>
      </w:r>
    </w:p>
    <w:p>
      <w:pPr>
        <w:pStyle w:val="Normal"/>
        <w:spacing w:before="0" w:after="60"/>
        <w:ind w:start="360"/>
        <w:jc w:val="start"/>
        <w:rPr/>
      </w:pPr>
      <w:r>
        <w:rPr>
          <w:rFonts w:ascii="Calibri" w:hAnsi="Calibri"/>
          <w:b w:val="false"/>
          <w:i w:val="false"/>
          <w:color w:val="000000"/>
          <w:sz w:val="22"/>
        </w:rPr>
        <w:t>C. Upright bar</w:t>
      </w:r>
    </w:p>
    <w:p>
      <w:pPr>
        <w:pStyle w:val="Normal"/>
        <w:spacing w:before="0" w:after="60"/>
        <w:ind w:start="360"/>
        <w:jc w:val="start"/>
        <w:rPr/>
      </w:pPr>
      <w:r>
        <w:rPr>
          <w:rFonts w:ascii="Calibri" w:hAnsi="Calibri"/>
          <w:b w:val="false"/>
          <w:i w:val="false"/>
          <w:color w:val="000000"/>
          <w:sz w:val="22"/>
        </w:rPr>
        <w:t>D. Landing gear</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 xml:space="preserve">28. Jared performed the skill shown in the picture below in volleyball. </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drawing>
          <wp:anchor distT="0" distB="0" distL="0" distR="0" simplePos="0" relativeHeight="45" behindDoc="0" locked="0" layoutInCell="0" allowOverlap="1">
            <wp:simplePos x="0" y="0"/>
            <wp:positionH relativeFrom="column">
              <wp:posOffset>386080</wp:posOffset>
            </wp:positionH>
            <wp:positionV relativeFrom="paragraph">
              <wp:posOffset>62865</wp:posOffset>
            </wp:positionV>
            <wp:extent cx="2486025" cy="1047750"/>
            <wp:effectExtent l="0" t="0" r="0" b="0"/>
            <wp:wrapSquare wrapText="largest"/>
            <wp:docPr id="44" name="Image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44"/>
                    <pic:cNvPicPr>
                      <a:picLocks noChangeAspect="1" noChangeArrowheads="1"/>
                    </pic:cNvPicPr>
                  </pic:nvPicPr>
                  <pic:blipFill>
                    <a:blip r:embed="rId45"/>
                    <a:stretch>
                      <a:fillRect/>
                    </a:stretch>
                  </pic:blipFill>
                  <pic:spPr bwMode="auto">
                    <a:xfrm>
                      <a:off x="0" y="0"/>
                      <a:ext cx="2486025" cy="1047750"/>
                    </a:xfrm>
                    <a:prstGeom prst="rect">
                      <a:avLst/>
                    </a:prstGeom>
                    <a:noFill/>
                  </pic:spPr>
                </pic:pic>
              </a:graphicData>
            </a:graphic>
          </wp:anchor>
        </w:drawing>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The skill is known as</w:t>
      </w:r>
    </w:p>
    <w:p>
      <w:pPr>
        <w:pStyle w:val="Normal"/>
        <w:spacing w:before="0" w:after="60"/>
        <w:ind w:start="360"/>
        <w:jc w:val="start"/>
        <w:rPr/>
      </w:pPr>
      <w:r>
        <w:rPr>
          <w:rFonts w:ascii="Calibri" w:hAnsi="Calibri"/>
          <w:b w:val="false"/>
          <w:i w:val="false"/>
          <w:color w:val="000000"/>
          <w:sz w:val="22"/>
        </w:rPr>
        <w:t>A. dig</w:t>
      </w:r>
    </w:p>
    <w:p>
      <w:pPr>
        <w:pStyle w:val="Normal"/>
        <w:spacing w:before="0" w:after="60"/>
        <w:ind w:start="360"/>
        <w:jc w:val="start"/>
        <w:rPr/>
      </w:pPr>
      <w:r>
        <w:rPr>
          <w:rFonts w:ascii="Calibri" w:hAnsi="Calibri"/>
          <w:b w:val="false"/>
          <w:i w:val="false"/>
          <w:color w:val="000000"/>
          <w:sz w:val="22"/>
        </w:rPr>
        <w:t>B. volley</w:t>
      </w:r>
    </w:p>
    <w:p>
      <w:pPr>
        <w:pStyle w:val="Normal"/>
        <w:spacing w:before="0" w:after="60"/>
        <w:ind w:start="360"/>
        <w:jc w:val="start"/>
        <w:rPr/>
      </w:pPr>
      <w:r>
        <w:rPr>
          <w:rFonts w:ascii="Calibri" w:hAnsi="Calibri"/>
          <w:b w:val="false"/>
          <w:i w:val="false"/>
          <w:color w:val="000000"/>
          <w:sz w:val="22"/>
        </w:rPr>
        <w:t>C. single hand dig</w:t>
      </w:r>
    </w:p>
    <w:p>
      <w:pPr>
        <w:pStyle w:val="Normal"/>
        <w:spacing w:before="0" w:after="60"/>
        <w:ind w:start="360"/>
        <w:jc w:val="start"/>
        <w:rPr/>
      </w:pPr>
      <w:r>
        <w:rPr>
          <w:rFonts w:ascii="Calibri" w:hAnsi="Calibri"/>
          <w:b w:val="false"/>
          <w:i w:val="false"/>
          <w:color w:val="000000"/>
          <w:sz w:val="22"/>
        </w:rPr>
        <w:t>D. underarm serve</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 xml:space="preserve">29. Habil carried weaving as shown. </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drawing>
          <wp:anchor distT="0" distB="0" distL="0" distR="0" simplePos="0" relativeHeight="46" behindDoc="0" locked="0" layoutInCell="0" allowOverlap="1">
            <wp:simplePos x="0" y="0"/>
            <wp:positionH relativeFrom="column">
              <wp:posOffset>323850</wp:posOffset>
            </wp:positionH>
            <wp:positionV relativeFrom="paragraph">
              <wp:posOffset>125730</wp:posOffset>
            </wp:positionV>
            <wp:extent cx="1466850" cy="1419225"/>
            <wp:effectExtent l="0" t="0" r="0" b="0"/>
            <wp:wrapSquare wrapText="largest"/>
            <wp:docPr id="45" name="Image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45"/>
                    <pic:cNvPicPr>
                      <a:picLocks noChangeAspect="1" noChangeArrowheads="1"/>
                    </pic:cNvPicPr>
                  </pic:nvPicPr>
                  <pic:blipFill>
                    <a:blip r:embed="rId46"/>
                    <a:stretch>
                      <a:fillRect/>
                    </a:stretch>
                  </pic:blipFill>
                  <pic:spPr bwMode="auto">
                    <a:xfrm>
                      <a:off x="0" y="0"/>
                      <a:ext cx="1466850" cy="1419225"/>
                    </a:xfrm>
                    <a:prstGeom prst="rect">
                      <a:avLst/>
                    </a:prstGeom>
                    <a:noFill/>
                  </pic:spPr>
                </pic:pic>
              </a:graphicData>
            </a:graphic>
          </wp:anchor>
        </w:drawing>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She could have used the materials below except</w:t>
      </w:r>
    </w:p>
    <w:p>
      <w:pPr>
        <w:pStyle w:val="Normal"/>
        <w:spacing w:before="0" w:after="60"/>
        <w:ind w:start="360"/>
        <w:jc w:val="start"/>
        <w:rPr/>
      </w:pPr>
      <w:r>
        <w:rPr>
          <w:rFonts w:ascii="Calibri" w:hAnsi="Calibri"/>
          <w:b w:val="false"/>
          <w:i w:val="false"/>
          <w:color w:val="000000"/>
          <w:sz w:val="22"/>
        </w:rPr>
        <w:t>A. raffia</w:t>
      </w:r>
    </w:p>
    <w:p>
      <w:pPr>
        <w:pStyle w:val="Normal"/>
        <w:spacing w:before="0" w:after="60"/>
        <w:ind w:start="360"/>
        <w:jc w:val="start"/>
        <w:rPr/>
      </w:pPr>
      <w:r>
        <w:rPr>
          <w:rFonts w:ascii="Calibri" w:hAnsi="Calibri"/>
          <w:b w:val="false"/>
          <w:i w:val="false"/>
          <w:color w:val="000000"/>
          <w:sz w:val="22"/>
        </w:rPr>
        <w:t>B. banana leaf</w:t>
      </w:r>
    </w:p>
    <w:p>
      <w:pPr>
        <w:pStyle w:val="Normal"/>
        <w:spacing w:before="0" w:after="60"/>
        <w:ind w:start="360"/>
        <w:jc w:val="start"/>
        <w:rPr/>
      </w:pPr>
      <w:r>
        <w:rPr>
          <w:rFonts w:ascii="Calibri" w:hAnsi="Calibri"/>
          <w:b w:val="false"/>
          <w:i w:val="false"/>
          <w:color w:val="000000"/>
          <w:sz w:val="22"/>
        </w:rPr>
        <w:t>C. waste paper</w:t>
      </w:r>
    </w:p>
    <w:p>
      <w:pPr>
        <w:pStyle w:val="Normal"/>
        <w:spacing w:before="0" w:after="60"/>
        <w:ind w:start="360"/>
        <w:jc w:val="start"/>
        <w:rPr/>
      </w:pPr>
      <w:r>
        <w:rPr>
          <w:rFonts w:ascii="Calibri" w:hAnsi="Calibri"/>
          <w:b w:val="false"/>
          <w:i w:val="false"/>
          <w:color w:val="000000"/>
          <w:sz w:val="22"/>
        </w:rPr>
        <w:t>D. grass</w:t>
      </w:r>
    </w:p>
    <w:p>
      <w:pPr>
        <w:pStyle w:val="Normal"/>
        <w:spacing w:before="0" w:after="60"/>
        <w:ind w:start="360"/>
        <w:jc w:val="start"/>
        <w:rPr/>
      </w:pPr>
      <w:r>
        <w:rPr>
          <w:rFonts w:ascii="Calibri" w:hAnsi="Calibri"/>
          <w:b w:val="false"/>
          <w:i w:val="false"/>
          <w:color w:val="000000"/>
          <w:sz w:val="22"/>
        </w:rPr>
        <w:t>30. A form of pottery treatment in which the surface of pot is polished using a hard smooth surface is known as</w:t>
      </w:r>
    </w:p>
    <w:p>
      <w:pPr>
        <w:pStyle w:val="Normal"/>
        <w:spacing w:before="0" w:after="60"/>
        <w:ind w:start="360"/>
        <w:jc w:val="start"/>
        <w:rPr/>
      </w:pPr>
      <w:r>
        <w:rPr>
          <w:rFonts w:ascii="Calibri" w:hAnsi="Calibri"/>
          <w:b w:val="false"/>
          <w:i w:val="false"/>
          <w:color w:val="000000"/>
          <w:sz w:val="22"/>
        </w:rPr>
        <w:t>A. burnishing</w:t>
      </w:r>
    </w:p>
    <w:p>
      <w:pPr>
        <w:pStyle w:val="Normal"/>
        <w:spacing w:before="0" w:after="60"/>
        <w:ind w:start="360"/>
        <w:jc w:val="start"/>
        <w:rPr/>
      </w:pPr>
      <w:r>
        <w:rPr>
          <w:rFonts w:ascii="Calibri" w:hAnsi="Calibri"/>
          <w:b w:val="false"/>
          <w:i w:val="false"/>
          <w:color w:val="000000"/>
          <w:sz w:val="22"/>
        </w:rPr>
        <w:t>B. kneading</w:t>
      </w:r>
    </w:p>
    <w:p>
      <w:pPr>
        <w:pStyle w:val="Normal"/>
        <w:spacing w:before="0" w:after="60"/>
        <w:ind w:start="360"/>
        <w:jc w:val="start"/>
        <w:rPr/>
      </w:pPr>
      <w:r>
        <w:rPr>
          <w:rFonts w:ascii="Calibri" w:hAnsi="Calibri"/>
          <w:b w:val="false"/>
          <w:i w:val="false"/>
          <w:color w:val="000000"/>
          <w:sz w:val="22"/>
        </w:rPr>
        <w:t>C. stamping</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D. wedging</w:t>
      </w:r>
      <w:r>
        <w:br w:type="page"/>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80"/>
        <w:ind w:start="0"/>
        <w:jc w:val="start"/>
        <w:rPr/>
      </w:pPr>
      <w:r>
        <w:rPr>
          <w:rFonts w:ascii="Calibri" w:hAnsi="Calibri"/>
          <w:b/>
          <w:i w:val="false"/>
          <w:color w:val="000000"/>
          <w:sz w:val="26"/>
        </w:rPr>
        <w:t>SOCIAL STUDIES &amp; RELIGIOUS EDUCATION</w:t>
      </w:r>
    </w:p>
    <w:p>
      <w:pPr>
        <w:pStyle w:val="Normal"/>
        <w:spacing w:before="0" w:after="40"/>
        <w:ind w:start="0"/>
        <w:jc w:val="start"/>
        <w:rPr/>
      </w:pPr>
      <w:r>
        <w:rPr>
          <w:rFonts w:ascii="Calibri" w:hAnsi="Calibri"/>
          <w:b/>
          <w:i w:val="false"/>
          <w:color w:val="000000"/>
          <w:sz w:val="26"/>
        </w:rPr>
        <w:t xml:space="preserve">GRADE 6 </w:t>
      </w:r>
    </w:p>
    <w:p>
      <w:pPr>
        <w:pStyle w:val="Normal"/>
        <w:spacing w:before="0" w:after="120"/>
        <w:ind w:start="0"/>
        <w:jc w:val="start"/>
        <w:rPr/>
      </w:pPr>
      <w:r>
        <w:rPr>
          <w:rFonts w:ascii="Calibri" w:hAnsi="Calibri"/>
          <w:b/>
          <w:i w:val="false"/>
          <w:color w:val="000000"/>
          <w:sz w:val="22"/>
        </w:rPr>
        <w:t>Time: 1hr 40mins</w:t>
      </w:r>
    </w:p>
    <w:p>
      <w:pPr>
        <w:pStyle w:val="Normal"/>
        <w:spacing w:before="200" w:after="80"/>
        <w:ind w:start="360"/>
        <w:jc w:val="start"/>
        <w:rPr/>
      </w:pPr>
      <w:r>
        <w:rPr>
          <w:rFonts w:ascii="Calibri" w:hAnsi="Calibri"/>
          <w:b/>
          <w:i w:val="false"/>
          <w:color w:val="000000"/>
          <w:sz w:val="24"/>
        </w:rPr>
        <w:t>SECTION A: SOCIAL STUDIES</w:t>
      </w:r>
    </w:p>
    <w:p>
      <w:pPr>
        <w:pStyle w:val="Normal"/>
        <w:spacing w:before="160" w:after="80"/>
        <w:ind w:start="360"/>
        <w:jc w:val="start"/>
        <w:rPr>
          <w:rFonts w:ascii="Calibri" w:hAnsi="Calibri"/>
          <w:b/>
          <w:i/>
          <w:color w:val="000000"/>
          <w:sz w:val="22"/>
        </w:rPr>
      </w:pPr>
      <w:r>
        <w:rPr>
          <w:rFonts w:ascii="Calibri" w:hAnsi="Calibri"/>
          <w:b/>
          <w:i/>
          <w:color w:val="000000"/>
          <w:sz w:val="22"/>
        </w:rPr>
        <w:t>Study the map of Kenya below and answer questions 1 and 2</w:t>
      </w:r>
    </w:p>
    <w:p>
      <w:pPr>
        <w:pStyle w:val="Normal"/>
        <w:spacing w:before="160" w:after="80"/>
        <w:ind w:start="360"/>
        <w:jc w:val="start"/>
        <w:rPr>
          <w:rFonts w:ascii="Calibri" w:hAnsi="Calibri"/>
          <w:b/>
          <w:i/>
          <w:color w:val="000000"/>
          <w:sz w:val="22"/>
        </w:rPr>
      </w:pPr>
      <w:r>
        <w:rPr>
          <w:rFonts w:ascii="Calibri" w:hAnsi="Calibri"/>
          <w:b/>
          <w:i/>
          <w:color w:val="000000"/>
          <w:sz w:val="22"/>
        </w:rPr>
        <w:drawing>
          <wp:anchor distT="0" distB="0" distL="0" distR="0" simplePos="0" relativeHeight="47" behindDoc="0" locked="0" layoutInCell="0" allowOverlap="1">
            <wp:simplePos x="0" y="0"/>
            <wp:positionH relativeFrom="column">
              <wp:posOffset>361950</wp:posOffset>
            </wp:positionH>
            <wp:positionV relativeFrom="paragraph">
              <wp:posOffset>2540</wp:posOffset>
            </wp:positionV>
            <wp:extent cx="1771650" cy="1762125"/>
            <wp:effectExtent l="0" t="0" r="0" b="0"/>
            <wp:wrapSquare wrapText="largest"/>
            <wp:docPr id="46" name="Image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46"/>
                    <pic:cNvPicPr>
                      <a:picLocks noChangeAspect="1" noChangeArrowheads="1"/>
                    </pic:cNvPicPr>
                  </pic:nvPicPr>
                  <pic:blipFill>
                    <a:blip r:embed="rId47"/>
                    <a:stretch>
                      <a:fillRect/>
                    </a:stretch>
                  </pic:blipFill>
                  <pic:spPr bwMode="auto">
                    <a:xfrm>
                      <a:off x="0" y="0"/>
                      <a:ext cx="1771650" cy="1762125"/>
                    </a:xfrm>
                    <a:prstGeom prst="rect">
                      <a:avLst/>
                    </a:prstGeom>
                    <a:noFill/>
                  </pic:spPr>
                </pic:pic>
              </a:graphicData>
            </a:graphic>
          </wp:anchor>
        </w:drawing>
      </w:r>
    </w:p>
    <w:p>
      <w:pPr>
        <w:pStyle w:val="Normal"/>
        <w:spacing w:before="160" w:after="80"/>
        <w:ind w:start="360"/>
        <w:jc w:val="start"/>
        <w:rPr>
          <w:rFonts w:ascii="Calibri" w:hAnsi="Calibri"/>
          <w:b/>
          <w:i/>
          <w:color w:val="000000"/>
          <w:sz w:val="22"/>
        </w:rPr>
      </w:pPr>
      <w:r>
        <w:rPr>
          <w:rFonts w:ascii="Calibri" w:hAnsi="Calibri"/>
          <w:b/>
          <w:i/>
          <w:color w:val="000000"/>
          <w:sz w:val="22"/>
        </w:rPr>
      </w:r>
    </w:p>
    <w:p>
      <w:pPr>
        <w:pStyle w:val="Normal"/>
        <w:spacing w:before="160" w:after="80"/>
        <w:ind w:start="360"/>
        <w:jc w:val="start"/>
        <w:rPr>
          <w:rFonts w:ascii="Calibri" w:hAnsi="Calibri"/>
          <w:b/>
          <w:i/>
          <w:color w:val="000000"/>
          <w:sz w:val="22"/>
        </w:rPr>
      </w:pPr>
      <w:r>
        <w:rPr>
          <w:rFonts w:ascii="Calibri" w:hAnsi="Calibri"/>
          <w:b/>
          <w:i/>
          <w:color w:val="000000"/>
          <w:sz w:val="22"/>
        </w:rPr>
      </w:r>
    </w:p>
    <w:p>
      <w:pPr>
        <w:pStyle w:val="Normal"/>
        <w:spacing w:before="160" w:after="80"/>
        <w:ind w:start="360"/>
        <w:jc w:val="start"/>
        <w:rPr>
          <w:rFonts w:ascii="Calibri" w:hAnsi="Calibri"/>
          <w:b/>
          <w:i/>
          <w:color w:val="000000"/>
          <w:sz w:val="22"/>
        </w:rPr>
      </w:pPr>
      <w:r>
        <w:rPr>
          <w:rFonts w:ascii="Calibri" w:hAnsi="Calibri"/>
          <w:b/>
          <w:i/>
          <w:color w:val="000000"/>
          <w:sz w:val="22"/>
        </w:rPr>
      </w:r>
    </w:p>
    <w:p>
      <w:pPr>
        <w:pStyle w:val="Normal"/>
        <w:spacing w:before="160" w:after="80"/>
        <w:ind w:start="360"/>
        <w:jc w:val="start"/>
        <w:rPr>
          <w:rFonts w:ascii="Calibri" w:hAnsi="Calibri"/>
          <w:b/>
          <w:i/>
          <w:color w:val="000000"/>
          <w:sz w:val="22"/>
        </w:rPr>
      </w:pPr>
      <w:r>
        <w:rPr>
          <w:rFonts w:ascii="Calibri" w:hAnsi="Calibri"/>
          <w:b/>
          <w:i/>
          <w:color w:val="000000"/>
          <w:sz w:val="22"/>
        </w:rPr>
      </w:r>
    </w:p>
    <w:p>
      <w:pPr>
        <w:pStyle w:val="Normal"/>
        <w:spacing w:before="160" w:after="80"/>
        <w:ind w:start="360"/>
        <w:jc w:val="start"/>
        <w:rPr>
          <w:rFonts w:ascii="Calibri" w:hAnsi="Calibri"/>
          <w:b/>
          <w:i/>
          <w:color w:val="000000"/>
          <w:sz w:val="22"/>
        </w:rPr>
      </w:pPr>
      <w:r>
        <w:rPr>
          <w:rFonts w:ascii="Calibri" w:hAnsi="Calibri"/>
          <w:b/>
          <w:i/>
          <w:color w:val="000000"/>
          <w:sz w:val="22"/>
        </w:rPr>
      </w:r>
    </w:p>
    <w:p>
      <w:pPr>
        <w:pStyle w:val="Normal"/>
        <w:spacing w:before="0" w:after="60"/>
        <w:ind w:start="360"/>
        <w:jc w:val="start"/>
        <w:rPr/>
      </w:pPr>
      <w:r>
        <w:rPr>
          <w:rFonts w:ascii="Calibri" w:hAnsi="Calibri"/>
          <w:b w:val="false"/>
          <w:i w:val="false"/>
          <w:color w:val="000000"/>
          <w:sz w:val="22"/>
        </w:rPr>
        <w:t>1. Lumba visited the mountain marked M. The mountain was formed through a process called</w:t>
      </w:r>
    </w:p>
    <w:p>
      <w:pPr>
        <w:pStyle w:val="Normal"/>
        <w:spacing w:before="0" w:after="60"/>
        <w:ind w:start="360"/>
        <w:jc w:val="start"/>
        <w:rPr/>
      </w:pPr>
      <w:r>
        <w:rPr>
          <w:rFonts w:ascii="Calibri" w:hAnsi="Calibri"/>
          <w:b w:val="false"/>
          <w:i w:val="false"/>
          <w:color w:val="000000"/>
          <w:sz w:val="22"/>
        </w:rPr>
        <w:t>A. folding</w:t>
      </w:r>
    </w:p>
    <w:p>
      <w:pPr>
        <w:pStyle w:val="Normal"/>
        <w:spacing w:before="0" w:after="60"/>
        <w:ind w:start="360"/>
        <w:jc w:val="start"/>
        <w:rPr/>
      </w:pPr>
      <w:r>
        <w:rPr>
          <w:rFonts w:ascii="Calibri" w:hAnsi="Calibri"/>
          <w:b w:val="false"/>
          <w:i w:val="false"/>
          <w:color w:val="000000"/>
          <w:sz w:val="22"/>
        </w:rPr>
        <w:t>B. faulting</w:t>
      </w:r>
    </w:p>
    <w:p>
      <w:pPr>
        <w:pStyle w:val="Normal"/>
        <w:spacing w:before="0" w:after="60"/>
        <w:ind w:start="360"/>
        <w:jc w:val="start"/>
        <w:rPr/>
      </w:pPr>
      <w:r>
        <w:rPr>
          <w:rFonts w:ascii="Calibri" w:hAnsi="Calibri"/>
          <w:b w:val="false"/>
          <w:i w:val="false"/>
          <w:color w:val="000000"/>
          <w:sz w:val="22"/>
        </w:rPr>
        <w:t>C. downwarping</w:t>
      </w:r>
    </w:p>
    <w:p>
      <w:pPr>
        <w:pStyle w:val="Normal"/>
        <w:spacing w:before="0" w:after="60"/>
        <w:ind w:start="360"/>
        <w:jc w:val="start"/>
        <w:rPr/>
      </w:pPr>
      <w:r>
        <w:rPr>
          <w:rFonts w:ascii="Calibri" w:hAnsi="Calibri"/>
          <w:b w:val="false"/>
          <w:i w:val="false"/>
          <w:color w:val="000000"/>
          <w:sz w:val="22"/>
        </w:rPr>
        <w:t>D. volcanicity</w:t>
      </w:r>
    </w:p>
    <w:p>
      <w:pPr>
        <w:pStyle w:val="Normal"/>
        <w:spacing w:before="0" w:after="60"/>
        <w:ind w:start="360"/>
        <w:jc w:val="start"/>
        <w:rPr/>
      </w:pPr>
      <w:r>
        <w:rPr>
          <w:rFonts w:ascii="Calibri" w:hAnsi="Calibri"/>
          <w:b w:val="false"/>
          <w:i w:val="false"/>
          <w:color w:val="000000"/>
          <w:sz w:val="22"/>
        </w:rPr>
        <w:t>2. The country marked N is headed by</w:t>
      </w:r>
    </w:p>
    <w:p>
      <w:pPr>
        <w:pStyle w:val="Normal"/>
        <w:spacing w:before="0" w:after="60"/>
        <w:ind w:start="360"/>
        <w:jc w:val="start"/>
        <w:rPr/>
      </w:pPr>
      <w:r>
        <w:rPr>
          <w:rFonts w:ascii="Calibri" w:hAnsi="Calibri"/>
          <w:b w:val="false"/>
          <w:i w:val="false"/>
          <w:color w:val="000000"/>
          <w:sz w:val="22"/>
        </w:rPr>
        <w:t>A. King</w:t>
      </w:r>
    </w:p>
    <w:p>
      <w:pPr>
        <w:pStyle w:val="Normal"/>
        <w:spacing w:before="0" w:after="60"/>
        <w:ind w:start="360"/>
        <w:jc w:val="start"/>
        <w:rPr/>
      </w:pPr>
      <w:r>
        <w:rPr>
          <w:rFonts w:ascii="Calibri" w:hAnsi="Calibri"/>
          <w:b w:val="false"/>
          <w:i w:val="false"/>
          <w:color w:val="000000"/>
          <w:sz w:val="22"/>
        </w:rPr>
        <w:t>B. Prime Minister</w:t>
      </w:r>
    </w:p>
    <w:p>
      <w:pPr>
        <w:pStyle w:val="Normal"/>
        <w:spacing w:before="0" w:after="60"/>
        <w:ind w:start="360"/>
        <w:jc w:val="start"/>
        <w:rPr/>
      </w:pPr>
      <w:r>
        <w:rPr>
          <w:rFonts w:ascii="Calibri" w:hAnsi="Calibri"/>
          <w:b w:val="false"/>
          <w:i w:val="false"/>
          <w:color w:val="000000"/>
          <w:sz w:val="22"/>
        </w:rPr>
        <w:t>C. President</w:t>
      </w:r>
    </w:p>
    <w:p>
      <w:pPr>
        <w:pStyle w:val="Normal"/>
        <w:spacing w:before="0" w:after="60"/>
        <w:ind w:start="360"/>
        <w:jc w:val="start"/>
        <w:rPr/>
      </w:pPr>
      <w:r>
        <w:rPr>
          <w:rFonts w:ascii="Calibri" w:hAnsi="Calibri"/>
          <w:b w:val="false"/>
          <w:i w:val="false"/>
          <w:color w:val="000000"/>
          <w:sz w:val="22"/>
        </w:rPr>
        <w:t>D. Chancellor</w:t>
      </w:r>
    </w:p>
    <w:p>
      <w:pPr>
        <w:pStyle w:val="Normal"/>
        <w:spacing w:before="0" w:after="60"/>
        <w:ind w:start="360"/>
        <w:jc w:val="start"/>
        <w:rPr/>
      </w:pPr>
      <w:r>
        <w:rPr>
          <w:rFonts w:ascii="Calibri" w:hAnsi="Calibri"/>
          <w:b w:val="false"/>
          <w:i w:val="false"/>
          <w:color w:val="000000"/>
          <w:sz w:val="22"/>
        </w:rPr>
        <w:t>3. Kaya drew drainage feature in her book. She drew all the following except</w:t>
      </w:r>
    </w:p>
    <w:p>
      <w:pPr>
        <w:pStyle w:val="Normal"/>
        <w:spacing w:before="0" w:after="60"/>
        <w:ind w:start="360"/>
        <w:jc w:val="start"/>
        <w:rPr/>
      </w:pPr>
      <w:r>
        <w:rPr>
          <w:rFonts w:ascii="Calibri" w:hAnsi="Calibri"/>
          <w:b w:val="false"/>
          <w:i w:val="false"/>
          <w:color w:val="000000"/>
          <w:sz w:val="22"/>
        </w:rPr>
        <w:t>A. hills</w:t>
      </w:r>
    </w:p>
    <w:p>
      <w:pPr>
        <w:pStyle w:val="Normal"/>
        <w:spacing w:before="0" w:after="60"/>
        <w:ind w:start="360"/>
        <w:jc w:val="start"/>
        <w:rPr/>
      </w:pPr>
      <w:r>
        <w:rPr>
          <w:rFonts w:ascii="Calibri" w:hAnsi="Calibri"/>
          <w:b w:val="false"/>
          <w:i w:val="false"/>
          <w:color w:val="000000"/>
          <w:sz w:val="22"/>
        </w:rPr>
        <w:t>B. lakes</w:t>
      </w:r>
    </w:p>
    <w:p>
      <w:pPr>
        <w:pStyle w:val="Normal"/>
        <w:spacing w:before="0" w:after="60"/>
        <w:ind w:start="360"/>
        <w:jc w:val="start"/>
        <w:rPr/>
      </w:pPr>
      <w:r>
        <w:rPr>
          <w:rFonts w:ascii="Calibri" w:hAnsi="Calibri"/>
          <w:b w:val="false"/>
          <w:i w:val="false"/>
          <w:color w:val="000000"/>
          <w:sz w:val="22"/>
        </w:rPr>
        <w:t>C. swamps</w:t>
      </w:r>
    </w:p>
    <w:p>
      <w:pPr>
        <w:pStyle w:val="Normal"/>
        <w:spacing w:before="0" w:after="60"/>
        <w:ind w:start="360"/>
        <w:jc w:val="start"/>
        <w:rPr/>
      </w:pPr>
      <w:r>
        <w:rPr>
          <w:rFonts w:ascii="Calibri" w:hAnsi="Calibri"/>
          <w:b w:val="false"/>
          <w:i w:val="false"/>
          <w:color w:val="000000"/>
          <w:sz w:val="22"/>
        </w:rPr>
        <w:t>D. rivers</w:t>
      </w:r>
    </w:p>
    <w:p>
      <w:pPr>
        <w:pStyle w:val="Normal"/>
        <w:spacing w:before="0" w:after="60"/>
        <w:ind w:start="360"/>
        <w:jc w:val="start"/>
        <w:rPr/>
      </w:pPr>
      <w:r>
        <w:rPr>
          <w:rFonts w:ascii="Calibri" w:hAnsi="Calibri"/>
          <w:b w:val="false"/>
          <w:i w:val="false"/>
          <w:color w:val="000000"/>
          <w:sz w:val="22"/>
        </w:rPr>
        <w:t>4. One of the following is a historic built environment found in Sudan. Which one is it?</w:t>
      </w:r>
    </w:p>
    <w:p>
      <w:pPr>
        <w:pStyle w:val="Normal"/>
        <w:spacing w:before="0" w:after="60"/>
        <w:ind w:start="360"/>
        <w:jc w:val="start"/>
        <w:rPr/>
      </w:pPr>
      <w:r>
        <w:rPr>
          <w:rFonts w:ascii="Calibri" w:hAnsi="Calibri"/>
          <w:b w:val="false"/>
          <w:i w:val="false"/>
          <w:color w:val="000000"/>
          <w:sz w:val="22"/>
        </w:rPr>
        <w:t>A. Roman Kiosk</w:t>
      </w:r>
    </w:p>
    <w:p>
      <w:pPr>
        <w:pStyle w:val="Normal"/>
        <w:spacing w:before="0" w:after="60"/>
        <w:ind w:start="360"/>
        <w:jc w:val="start"/>
        <w:rPr/>
      </w:pPr>
      <w:r>
        <w:rPr>
          <w:rFonts w:ascii="Calibri" w:hAnsi="Calibri"/>
          <w:b w:val="false"/>
          <w:i w:val="false"/>
          <w:color w:val="000000"/>
          <w:sz w:val="22"/>
        </w:rPr>
        <w:t>B. Fort Jesus</w:t>
      </w:r>
    </w:p>
    <w:p>
      <w:pPr>
        <w:pStyle w:val="Normal"/>
        <w:spacing w:before="0" w:after="60"/>
        <w:ind w:start="360"/>
        <w:jc w:val="start"/>
        <w:rPr/>
      </w:pPr>
      <w:r>
        <w:rPr>
          <w:rFonts w:ascii="Calibri" w:hAnsi="Calibri"/>
          <w:b w:val="false"/>
          <w:i w:val="false"/>
          <w:color w:val="000000"/>
          <w:sz w:val="22"/>
        </w:rPr>
        <w:t>C. People's Palace</w:t>
      </w:r>
    </w:p>
    <w:p>
      <w:pPr>
        <w:pStyle w:val="Normal"/>
        <w:spacing w:before="0" w:after="60"/>
        <w:ind w:start="360"/>
        <w:jc w:val="start"/>
        <w:rPr/>
      </w:pPr>
      <w:r>
        <w:rPr>
          <w:rFonts w:ascii="Calibri" w:hAnsi="Calibri"/>
          <w:b w:val="false"/>
          <w:i w:val="false"/>
          <w:color w:val="000000"/>
          <w:sz w:val="22"/>
        </w:rPr>
        <w:t>D. Namugongo Shrine</w:t>
      </w:r>
    </w:p>
    <w:p>
      <w:pPr>
        <w:pStyle w:val="Normal"/>
        <w:spacing w:before="0" w:after="60"/>
        <w:ind w:start="360"/>
        <w:jc w:val="start"/>
        <w:rPr/>
      </w:pPr>
      <w:r>
        <w:rPr>
          <w:rFonts w:ascii="Calibri" w:hAnsi="Calibri"/>
          <w:b w:val="false"/>
          <w:i w:val="false"/>
          <w:color w:val="000000"/>
          <w:sz w:val="22"/>
        </w:rPr>
        <w:t>5. Gracia found Steve quarreling with Martin over a stolen pen. What should Gracia do to resolve the conflict between Steven and Martin?</w:t>
      </w:r>
    </w:p>
    <w:p>
      <w:pPr>
        <w:pStyle w:val="Normal"/>
        <w:spacing w:before="0" w:after="60"/>
        <w:ind w:start="360"/>
        <w:jc w:val="start"/>
        <w:rPr/>
      </w:pPr>
      <w:r>
        <w:rPr>
          <w:rFonts w:ascii="Calibri" w:hAnsi="Calibri"/>
          <w:b w:val="false"/>
          <w:i w:val="false"/>
          <w:color w:val="000000"/>
          <w:sz w:val="22"/>
        </w:rPr>
        <w:t>A. Give Martin the pen</w:t>
      </w:r>
    </w:p>
    <w:p>
      <w:pPr>
        <w:pStyle w:val="Normal"/>
        <w:spacing w:before="0" w:after="60"/>
        <w:ind w:start="360"/>
        <w:jc w:val="start"/>
        <w:rPr/>
      </w:pPr>
      <w:r>
        <w:rPr>
          <w:rFonts w:ascii="Calibri" w:hAnsi="Calibri"/>
          <w:b w:val="false"/>
          <w:i w:val="false"/>
          <w:color w:val="000000"/>
          <w:sz w:val="22"/>
        </w:rPr>
        <w:t>B. Give Steve the pen</w:t>
      </w:r>
    </w:p>
    <w:p>
      <w:pPr>
        <w:pStyle w:val="Normal"/>
        <w:spacing w:before="0" w:after="60"/>
        <w:ind w:start="360"/>
        <w:jc w:val="start"/>
        <w:rPr/>
      </w:pPr>
      <w:r>
        <w:rPr>
          <w:rFonts w:ascii="Calibri" w:hAnsi="Calibri"/>
          <w:b w:val="false"/>
          <w:i w:val="false"/>
          <w:color w:val="000000"/>
          <w:sz w:val="22"/>
        </w:rPr>
        <w:t>C. Mediate between them</w:t>
      </w:r>
    </w:p>
    <w:p>
      <w:pPr>
        <w:pStyle w:val="Normal"/>
        <w:spacing w:before="0" w:after="60"/>
        <w:ind w:start="360"/>
        <w:jc w:val="start"/>
        <w:rPr/>
      </w:pPr>
      <w:r>
        <w:rPr>
          <w:rFonts w:ascii="Calibri" w:hAnsi="Calibri"/>
          <w:b w:val="false"/>
          <w:i w:val="false"/>
          <w:color w:val="000000"/>
          <w:sz w:val="22"/>
        </w:rPr>
        <w:t>D. Ask them to fight</w:t>
      </w:r>
    </w:p>
    <w:p>
      <w:pPr>
        <w:pStyle w:val="Normal"/>
        <w:spacing w:before="0" w:after="60"/>
        <w:ind w:start="360"/>
        <w:jc w:val="start"/>
        <w:rPr/>
      </w:pPr>
      <w:r>
        <w:rPr>
          <w:rFonts w:ascii="Calibri" w:hAnsi="Calibri"/>
          <w:b w:val="false"/>
          <w:i w:val="false"/>
          <w:color w:val="000000"/>
          <w:sz w:val="22"/>
        </w:rPr>
        <w:t>6. The following are examples of political human rights. Which one is not?</w:t>
      </w:r>
    </w:p>
    <w:p>
      <w:pPr>
        <w:pStyle w:val="Normal"/>
        <w:spacing w:before="0" w:after="60"/>
        <w:ind w:start="360"/>
        <w:jc w:val="start"/>
        <w:rPr/>
      </w:pPr>
      <w:r>
        <w:rPr>
          <w:rFonts w:ascii="Calibri" w:hAnsi="Calibri"/>
          <w:b w:val="false"/>
          <w:i w:val="false"/>
          <w:color w:val="000000"/>
          <w:sz w:val="22"/>
        </w:rPr>
        <w:t>A. Freedom of speech</w:t>
      </w:r>
    </w:p>
    <w:p>
      <w:pPr>
        <w:pStyle w:val="Normal"/>
        <w:spacing w:before="0" w:after="60"/>
        <w:ind w:start="360"/>
        <w:jc w:val="start"/>
        <w:rPr/>
      </w:pPr>
      <w:r>
        <w:rPr>
          <w:rFonts w:ascii="Calibri" w:hAnsi="Calibri"/>
          <w:b w:val="false"/>
          <w:i w:val="false"/>
          <w:color w:val="000000"/>
          <w:sz w:val="22"/>
        </w:rPr>
        <w:t>B. Right to education</w:t>
      </w:r>
    </w:p>
    <w:p>
      <w:pPr>
        <w:pStyle w:val="Normal"/>
        <w:spacing w:before="0" w:after="60"/>
        <w:ind w:start="360"/>
        <w:jc w:val="start"/>
        <w:rPr/>
      </w:pPr>
      <w:r>
        <w:rPr>
          <w:rFonts w:ascii="Calibri" w:hAnsi="Calibri"/>
          <w:b w:val="false"/>
          <w:i w:val="false"/>
          <w:color w:val="000000"/>
          <w:sz w:val="22"/>
        </w:rPr>
        <w:t>C. Right to vote</w:t>
      </w:r>
    </w:p>
    <w:p>
      <w:pPr>
        <w:pStyle w:val="Normal"/>
        <w:spacing w:before="0" w:after="60"/>
        <w:ind w:start="360"/>
        <w:jc w:val="start"/>
        <w:rPr/>
      </w:pPr>
      <w:r>
        <w:rPr>
          <w:rFonts w:ascii="Calibri" w:hAnsi="Calibri"/>
          <w:b w:val="false"/>
          <w:i w:val="false"/>
          <w:color w:val="000000"/>
          <w:sz w:val="22"/>
        </w:rPr>
        <w:t>D. Freedom of worship</w:t>
      </w:r>
    </w:p>
    <w:p>
      <w:pPr>
        <w:pStyle w:val="Normal"/>
        <w:spacing w:before="0" w:after="60"/>
        <w:ind w:start="360"/>
        <w:jc w:val="start"/>
        <w:rPr/>
      </w:pPr>
      <w:r>
        <w:rPr>
          <w:rFonts w:ascii="Calibri" w:hAnsi="Calibri"/>
          <w:b w:val="false"/>
          <w:i w:val="false"/>
          <w:color w:val="000000"/>
          <w:sz w:val="22"/>
        </w:rPr>
        <w:t>7. Grade 6 learners can demonstrate patriotism in the following ways except</w:t>
      </w:r>
    </w:p>
    <w:p>
      <w:pPr>
        <w:pStyle w:val="Normal"/>
        <w:spacing w:before="0" w:after="60"/>
        <w:ind w:start="360"/>
        <w:jc w:val="start"/>
        <w:rPr/>
      </w:pPr>
      <w:r>
        <w:rPr>
          <w:rFonts w:ascii="Calibri" w:hAnsi="Calibri"/>
          <w:b w:val="false"/>
          <w:i w:val="false"/>
          <w:color w:val="000000"/>
          <w:sz w:val="22"/>
        </w:rPr>
        <w:t>A. supporting the national teams when playing</w:t>
      </w:r>
    </w:p>
    <w:p>
      <w:pPr>
        <w:pStyle w:val="Normal"/>
        <w:spacing w:before="0" w:after="60"/>
        <w:ind w:start="360"/>
        <w:jc w:val="start"/>
        <w:rPr/>
      </w:pPr>
      <w:r>
        <w:rPr>
          <w:rFonts w:ascii="Calibri" w:hAnsi="Calibri"/>
          <w:b w:val="false"/>
          <w:i w:val="false"/>
          <w:color w:val="000000"/>
          <w:sz w:val="22"/>
        </w:rPr>
        <w:t>B. singing the national anthem</w:t>
      </w:r>
    </w:p>
    <w:p>
      <w:pPr>
        <w:pStyle w:val="Normal"/>
        <w:spacing w:before="0" w:after="60"/>
        <w:ind w:start="360"/>
        <w:jc w:val="start"/>
        <w:rPr/>
      </w:pPr>
      <w:r>
        <w:rPr>
          <w:rFonts w:ascii="Calibri" w:hAnsi="Calibri"/>
          <w:b w:val="false"/>
          <w:i w:val="false"/>
          <w:color w:val="000000"/>
          <w:sz w:val="22"/>
        </w:rPr>
        <w:t>C. participating in National Environmental Day</w:t>
      </w:r>
    </w:p>
    <w:p>
      <w:pPr>
        <w:pStyle w:val="Normal"/>
        <w:spacing w:before="0" w:after="60"/>
        <w:ind w:start="360"/>
        <w:jc w:val="start"/>
        <w:rPr/>
      </w:pPr>
      <w:r>
        <w:rPr>
          <w:rFonts w:ascii="Calibri" w:hAnsi="Calibri"/>
          <w:b w:val="false"/>
          <w:i w:val="false"/>
          <w:color w:val="000000"/>
          <w:sz w:val="22"/>
        </w:rPr>
        <w:t>D. destroying and burning the National flag</w:t>
      </w:r>
    </w:p>
    <w:p>
      <w:pPr>
        <w:pStyle w:val="Normal"/>
        <w:spacing w:before="0" w:after="60"/>
        <w:ind w:start="360"/>
        <w:jc w:val="start"/>
        <w:rPr/>
      </w:pPr>
      <w:r>
        <w:rPr>
          <w:rFonts w:ascii="Calibri" w:hAnsi="Calibri"/>
          <w:b w:val="false"/>
          <w:i w:val="false"/>
          <w:color w:val="000000"/>
          <w:sz w:val="22"/>
        </w:rPr>
        <w:t>8. Among the Nyamwezi, who was the head of a Gunguli?</w:t>
      </w:r>
    </w:p>
    <w:p>
      <w:pPr>
        <w:pStyle w:val="Normal"/>
        <w:spacing w:before="0" w:after="60"/>
        <w:ind w:start="360"/>
        <w:jc w:val="start"/>
        <w:rPr/>
      </w:pPr>
      <w:r>
        <w:rPr>
          <w:rFonts w:ascii="Calibri" w:hAnsi="Calibri"/>
          <w:b w:val="false"/>
          <w:i w:val="false"/>
          <w:color w:val="000000"/>
          <w:sz w:val="22"/>
        </w:rPr>
        <w:t>A. Ntemi</w:t>
      </w:r>
    </w:p>
    <w:p>
      <w:pPr>
        <w:pStyle w:val="Normal"/>
        <w:spacing w:before="0" w:after="60"/>
        <w:ind w:start="360"/>
        <w:jc w:val="start"/>
        <w:rPr/>
      </w:pPr>
      <w:r>
        <w:rPr>
          <w:rFonts w:ascii="Calibri" w:hAnsi="Calibri"/>
          <w:b w:val="false"/>
          <w:i w:val="false"/>
          <w:color w:val="000000"/>
          <w:sz w:val="22"/>
        </w:rPr>
        <w:t>B. Minule</w:t>
      </w:r>
    </w:p>
    <w:p>
      <w:pPr>
        <w:pStyle w:val="Normal"/>
        <w:spacing w:before="0" w:after="60"/>
        <w:ind w:start="360"/>
        <w:jc w:val="start"/>
        <w:rPr/>
      </w:pPr>
      <w:r>
        <w:rPr>
          <w:rFonts w:ascii="Calibri" w:hAnsi="Calibri"/>
          <w:b w:val="false"/>
          <w:i w:val="false"/>
          <w:color w:val="000000"/>
          <w:sz w:val="22"/>
        </w:rPr>
        <w:t>C. Kikoma</w:t>
      </w:r>
    </w:p>
    <w:p>
      <w:pPr>
        <w:pStyle w:val="Normal"/>
        <w:spacing w:before="0" w:after="60"/>
        <w:ind w:start="360"/>
        <w:jc w:val="start"/>
        <w:rPr/>
      </w:pPr>
      <w:r>
        <w:rPr>
          <w:rFonts w:ascii="Calibri" w:hAnsi="Calibri"/>
          <w:b w:val="false"/>
          <w:i w:val="false"/>
          <w:color w:val="000000"/>
          <w:sz w:val="22"/>
        </w:rPr>
        <w:t>D. Wanyukulu</w:t>
      </w:r>
    </w:p>
    <w:p>
      <w:pPr>
        <w:pStyle w:val="Normal"/>
        <w:spacing w:before="0" w:after="60"/>
        <w:ind w:start="360"/>
        <w:jc w:val="start"/>
        <w:rPr/>
      </w:pPr>
      <w:r>
        <w:rPr>
          <w:rFonts w:ascii="Calibri" w:hAnsi="Calibri"/>
          <w:b w:val="false"/>
          <w:i w:val="false"/>
          <w:color w:val="000000"/>
          <w:sz w:val="22"/>
        </w:rPr>
        <w:t>9. Bobi was a member of the Buganda kingdom parliament. Among the Buganda kingdom the parliament was called</w:t>
      </w:r>
    </w:p>
    <w:p>
      <w:pPr>
        <w:pStyle w:val="Normal"/>
        <w:spacing w:before="0" w:after="60"/>
        <w:ind w:start="360"/>
        <w:jc w:val="start"/>
        <w:rPr/>
      </w:pPr>
      <w:r>
        <w:rPr>
          <w:rFonts w:ascii="Calibri" w:hAnsi="Calibri"/>
          <w:b w:val="false"/>
          <w:i w:val="false"/>
          <w:color w:val="000000"/>
          <w:sz w:val="22"/>
        </w:rPr>
        <w:t>A. Gombola</w:t>
      </w:r>
    </w:p>
    <w:p>
      <w:pPr>
        <w:pStyle w:val="Normal"/>
        <w:spacing w:before="0" w:after="60"/>
        <w:ind w:start="360"/>
        <w:jc w:val="start"/>
        <w:rPr/>
      </w:pPr>
      <w:r>
        <w:rPr>
          <w:rFonts w:ascii="Calibri" w:hAnsi="Calibri"/>
          <w:b w:val="false"/>
          <w:i w:val="false"/>
          <w:color w:val="000000"/>
          <w:sz w:val="22"/>
        </w:rPr>
        <w:t>B. Lukiiko</w:t>
      </w:r>
    </w:p>
    <w:p>
      <w:pPr>
        <w:pStyle w:val="Normal"/>
        <w:spacing w:before="0" w:after="60"/>
        <w:ind w:start="360"/>
        <w:jc w:val="start"/>
        <w:rPr/>
      </w:pPr>
      <w:r>
        <w:rPr>
          <w:rFonts w:ascii="Calibri" w:hAnsi="Calibri"/>
          <w:b w:val="false"/>
          <w:i w:val="false"/>
          <w:color w:val="000000"/>
          <w:sz w:val="22"/>
        </w:rPr>
        <w:t>C. Balangole</w:t>
      </w:r>
    </w:p>
    <w:p>
      <w:pPr>
        <w:pStyle w:val="Normal"/>
        <w:spacing w:before="0" w:after="60"/>
        <w:ind w:start="360"/>
        <w:jc w:val="start"/>
        <w:rPr/>
      </w:pPr>
      <w:r>
        <w:rPr>
          <w:rFonts w:ascii="Calibri" w:hAnsi="Calibri"/>
          <w:b w:val="false"/>
          <w:i w:val="false"/>
          <w:color w:val="000000"/>
          <w:sz w:val="22"/>
        </w:rPr>
        <w:t>D. Amassaza</w:t>
      </w:r>
    </w:p>
    <w:p>
      <w:pPr>
        <w:pStyle w:val="Normal"/>
        <w:spacing w:before="0" w:after="60"/>
        <w:ind w:start="360"/>
        <w:jc w:val="start"/>
        <w:rPr/>
      </w:pPr>
      <w:r>
        <w:rPr>
          <w:rFonts w:ascii="Calibri" w:hAnsi="Calibri"/>
          <w:b w:val="false"/>
          <w:i w:val="false"/>
          <w:color w:val="000000"/>
          <w:sz w:val="22"/>
        </w:rPr>
        <w:t>10. Which of the countries in Eastern Africa is not correctly matched with the mineral it mines?</w:t>
      </w:r>
    </w:p>
    <w:p>
      <w:pPr>
        <w:pStyle w:val="Normal"/>
        <w:spacing w:before="0" w:after="60"/>
        <w:ind w:start="360"/>
        <w:jc w:val="start"/>
        <w:rPr>
          <w:rFonts w:ascii="Calibri" w:hAnsi="Calibri"/>
          <w:b w:val="false"/>
          <w:i w:val="false"/>
          <w:color w:val="000000"/>
          <w:sz w:val="22"/>
        </w:rPr>
      </w:pPr>
      <w:r>
        <w:drawing>
          <wp:anchor distT="0" distB="0" distL="0" distR="0" simplePos="0" relativeHeight="48" behindDoc="0" locked="0" layoutInCell="0" allowOverlap="1">
            <wp:simplePos x="0" y="0"/>
            <wp:positionH relativeFrom="column">
              <wp:posOffset>352425</wp:posOffset>
            </wp:positionH>
            <wp:positionV relativeFrom="paragraph">
              <wp:posOffset>72390</wp:posOffset>
            </wp:positionV>
            <wp:extent cx="2152650" cy="781050"/>
            <wp:effectExtent l="0" t="0" r="0" b="0"/>
            <wp:wrapSquare wrapText="largest"/>
            <wp:docPr id="47" name="Image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47"/>
                    <pic:cNvPicPr>
                      <a:picLocks noChangeAspect="1" noChangeArrowheads="1"/>
                    </pic:cNvPicPr>
                  </pic:nvPicPr>
                  <pic:blipFill>
                    <a:blip r:embed="rId48"/>
                    <a:stretch>
                      <a:fillRect/>
                    </a:stretch>
                  </pic:blipFill>
                  <pic:spPr bwMode="auto">
                    <a:xfrm>
                      <a:off x="0" y="0"/>
                      <a:ext cx="2152650" cy="781050"/>
                    </a:xfrm>
                    <a:prstGeom prst="rect">
                      <a:avLst/>
                    </a:prstGeom>
                    <a:noFill/>
                  </pic:spPr>
                </pic:pic>
              </a:graphicData>
            </a:graphic>
          </wp:anchor>
        </w:drawing>
      </w:r>
      <w:r>
        <w:rPr>
          <w:rFonts w:ascii="Calibri" w:hAnsi="Calibri"/>
          <w:b w:val="false"/>
          <w:i w:val="false"/>
          <w:color w:val="000000"/>
          <w:sz w:val="22"/>
        </w:rPr>
        <w:t xml:space="preserve">   </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pPr>
      <w:r>
        <w:rPr>
          <w:rFonts w:ascii="Calibri" w:hAnsi="Calibri"/>
          <w:b w:val="false"/>
          <w:i w:val="false"/>
          <w:color w:val="000000"/>
          <w:sz w:val="22"/>
        </w:rPr>
        <w:t>11. Nyasore visited a National Park in Kenya. Which one below did he visit?</w:t>
      </w:r>
    </w:p>
    <w:p>
      <w:pPr>
        <w:pStyle w:val="Normal"/>
        <w:spacing w:before="0" w:after="60"/>
        <w:ind w:start="360"/>
        <w:jc w:val="start"/>
        <w:rPr/>
      </w:pPr>
      <w:r>
        <w:rPr>
          <w:rFonts w:ascii="Calibri" w:hAnsi="Calibri"/>
          <w:b w:val="false"/>
          <w:i w:val="false"/>
          <w:color w:val="000000"/>
          <w:sz w:val="22"/>
        </w:rPr>
        <w:t>A. Amboseli National Park</w:t>
      </w:r>
    </w:p>
    <w:p>
      <w:pPr>
        <w:pStyle w:val="Normal"/>
        <w:spacing w:before="0" w:after="60"/>
        <w:ind w:start="360"/>
        <w:jc w:val="start"/>
        <w:rPr/>
      </w:pPr>
      <w:r>
        <w:rPr>
          <w:rFonts w:ascii="Calibri" w:hAnsi="Calibri"/>
          <w:b w:val="false"/>
          <w:i w:val="false"/>
          <w:color w:val="000000"/>
          <w:sz w:val="22"/>
        </w:rPr>
        <w:t>B. Maasai Mara</w:t>
      </w:r>
    </w:p>
    <w:p>
      <w:pPr>
        <w:pStyle w:val="Normal"/>
        <w:spacing w:before="0" w:after="60"/>
        <w:ind w:start="360"/>
        <w:jc w:val="start"/>
        <w:rPr/>
      </w:pPr>
      <w:r>
        <w:rPr>
          <w:rFonts w:ascii="Calibri" w:hAnsi="Calibri"/>
          <w:b w:val="false"/>
          <w:i w:val="false"/>
          <w:color w:val="000000"/>
          <w:sz w:val="22"/>
        </w:rPr>
        <w:t>C. Serengeti</w:t>
      </w:r>
    </w:p>
    <w:p>
      <w:pPr>
        <w:pStyle w:val="Normal"/>
        <w:spacing w:before="0" w:after="60"/>
        <w:ind w:start="360"/>
        <w:jc w:val="start"/>
        <w:rPr/>
      </w:pPr>
      <w:r>
        <w:rPr>
          <w:rFonts w:ascii="Calibri" w:hAnsi="Calibri"/>
          <w:b w:val="false"/>
          <w:i w:val="false"/>
          <w:color w:val="000000"/>
          <w:sz w:val="22"/>
        </w:rPr>
        <w:t>D. Ras Dashen</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 xml:space="preserve">12. Pombe is a marine fisherman. He uses the method shown below in marine fishing. </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drawing>
          <wp:anchor distT="0" distB="0" distL="0" distR="0" simplePos="0" relativeHeight="49" behindDoc="0" locked="0" layoutInCell="0" allowOverlap="1">
            <wp:simplePos x="0" y="0"/>
            <wp:positionH relativeFrom="column">
              <wp:posOffset>252730</wp:posOffset>
            </wp:positionH>
            <wp:positionV relativeFrom="paragraph">
              <wp:posOffset>15240</wp:posOffset>
            </wp:positionV>
            <wp:extent cx="2562225" cy="1323975"/>
            <wp:effectExtent l="0" t="0" r="0" b="0"/>
            <wp:wrapSquare wrapText="largest"/>
            <wp:docPr id="48" name="Image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48"/>
                    <pic:cNvPicPr>
                      <a:picLocks noChangeAspect="1" noChangeArrowheads="1"/>
                    </pic:cNvPicPr>
                  </pic:nvPicPr>
                  <pic:blipFill>
                    <a:blip r:embed="rId49"/>
                    <a:stretch>
                      <a:fillRect/>
                    </a:stretch>
                  </pic:blipFill>
                  <pic:spPr bwMode="auto">
                    <a:xfrm>
                      <a:off x="0" y="0"/>
                      <a:ext cx="2562225" cy="1323975"/>
                    </a:xfrm>
                    <a:prstGeom prst="rect">
                      <a:avLst/>
                    </a:prstGeom>
                    <a:noFill/>
                  </pic:spPr>
                </pic:pic>
              </a:graphicData>
            </a:graphic>
          </wp:anchor>
        </w:drawing>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The method is called</w:t>
      </w:r>
    </w:p>
    <w:p>
      <w:pPr>
        <w:pStyle w:val="Normal"/>
        <w:spacing w:before="0" w:after="60"/>
        <w:ind w:start="360"/>
        <w:jc w:val="start"/>
        <w:rPr/>
      </w:pPr>
      <w:r>
        <w:rPr>
          <w:rFonts w:ascii="Calibri" w:hAnsi="Calibri"/>
          <w:b w:val="false"/>
          <w:i w:val="false"/>
          <w:color w:val="000000"/>
          <w:sz w:val="22"/>
        </w:rPr>
        <w:t>A. trawling</w:t>
      </w:r>
    </w:p>
    <w:p>
      <w:pPr>
        <w:pStyle w:val="Normal"/>
        <w:spacing w:before="0" w:after="60"/>
        <w:ind w:start="360"/>
        <w:jc w:val="start"/>
        <w:rPr/>
      </w:pPr>
      <w:r>
        <w:rPr>
          <w:rFonts w:ascii="Calibri" w:hAnsi="Calibri"/>
          <w:b w:val="false"/>
          <w:i w:val="false"/>
          <w:color w:val="000000"/>
          <w:sz w:val="22"/>
        </w:rPr>
        <w:t>B. net drifting</w:t>
      </w:r>
    </w:p>
    <w:p>
      <w:pPr>
        <w:pStyle w:val="Normal"/>
        <w:spacing w:before="0" w:after="60"/>
        <w:ind w:start="360"/>
        <w:jc w:val="start"/>
        <w:rPr/>
      </w:pPr>
      <w:r>
        <w:rPr>
          <w:rFonts w:ascii="Calibri" w:hAnsi="Calibri"/>
          <w:b w:val="false"/>
          <w:i w:val="false"/>
          <w:color w:val="000000"/>
          <w:sz w:val="22"/>
        </w:rPr>
        <w:t>C. long line</w:t>
      </w:r>
    </w:p>
    <w:p>
      <w:pPr>
        <w:pStyle w:val="Normal"/>
        <w:spacing w:before="0" w:after="60"/>
        <w:ind w:start="360"/>
        <w:jc w:val="start"/>
        <w:rPr/>
      </w:pPr>
      <w:r>
        <w:rPr>
          <w:rFonts w:ascii="Calibri" w:hAnsi="Calibri"/>
          <w:b w:val="false"/>
          <w:i w:val="false"/>
          <w:color w:val="000000"/>
          <w:sz w:val="22"/>
        </w:rPr>
        <w:t>D. purse-seining</w:t>
      </w:r>
    </w:p>
    <w:p>
      <w:pPr>
        <w:pStyle w:val="Normal"/>
        <w:spacing w:before="0" w:after="60"/>
        <w:ind w:start="360"/>
        <w:jc w:val="start"/>
        <w:rPr/>
      </w:pPr>
      <w:r>
        <w:rPr>
          <w:rFonts w:ascii="Calibri" w:hAnsi="Calibri"/>
          <w:b w:val="false"/>
          <w:i w:val="false"/>
          <w:color w:val="000000"/>
          <w:sz w:val="22"/>
        </w:rPr>
        <w:t>13. A group of people who originate from the same ancestor is called</w:t>
      </w:r>
    </w:p>
    <w:p>
      <w:pPr>
        <w:pStyle w:val="Normal"/>
        <w:spacing w:before="0" w:after="60"/>
        <w:ind w:start="360"/>
        <w:jc w:val="start"/>
        <w:rPr/>
      </w:pPr>
      <w:r>
        <w:rPr>
          <w:rFonts w:ascii="Calibri" w:hAnsi="Calibri"/>
          <w:b w:val="false"/>
          <w:i w:val="false"/>
          <w:color w:val="000000"/>
          <w:sz w:val="22"/>
        </w:rPr>
        <w:t>A. community</w:t>
      </w:r>
    </w:p>
    <w:p>
      <w:pPr>
        <w:pStyle w:val="Normal"/>
        <w:spacing w:before="0" w:after="60"/>
        <w:ind w:start="360"/>
        <w:jc w:val="start"/>
        <w:rPr/>
      </w:pPr>
      <w:r>
        <w:rPr>
          <w:rFonts w:ascii="Calibri" w:hAnsi="Calibri"/>
          <w:b w:val="false"/>
          <w:i w:val="false"/>
          <w:color w:val="000000"/>
          <w:sz w:val="22"/>
        </w:rPr>
        <w:t>B. age group</w:t>
      </w:r>
    </w:p>
    <w:p>
      <w:pPr>
        <w:pStyle w:val="Normal"/>
        <w:spacing w:before="0" w:after="60"/>
        <w:ind w:start="360"/>
        <w:jc w:val="start"/>
        <w:rPr/>
      </w:pPr>
      <w:r>
        <w:rPr>
          <w:rFonts w:ascii="Calibri" w:hAnsi="Calibri"/>
          <w:b w:val="false"/>
          <w:i w:val="false"/>
          <w:color w:val="000000"/>
          <w:sz w:val="22"/>
        </w:rPr>
        <w:t>C. clan</w:t>
      </w:r>
    </w:p>
    <w:p>
      <w:pPr>
        <w:pStyle w:val="Normal"/>
        <w:spacing w:before="0" w:after="60"/>
        <w:ind w:start="360"/>
        <w:jc w:val="start"/>
        <w:rPr/>
      </w:pPr>
      <w:r>
        <w:rPr>
          <w:rFonts w:ascii="Calibri" w:hAnsi="Calibri"/>
          <w:b w:val="false"/>
          <w:i w:val="false"/>
          <w:color w:val="000000"/>
          <w:sz w:val="22"/>
        </w:rPr>
        <w:t>D. society</w:t>
      </w:r>
    </w:p>
    <w:p>
      <w:pPr>
        <w:pStyle w:val="Normal"/>
        <w:spacing w:before="0" w:after="60"/>
        <w:ind w:start="360"/>
        <w:jc w:val="start"/>
        <w:rPr/>
      </w:pPr>
      <w:r>
        <w:rPr>
          <w:rFonts w:ascii="Calibri" w:hAnsi="Calibri"/>
          <w:b w:val="false"/>
          <w:i w:val="false"/>
          <w:color w:val="000000"/>
          <w:sz w:val="22"/>
        </w:rPr>
        <w:t>14. The original homeland of the Bantus was</w:t>
      </w:r>
    </w:p>
    <w:p>
      <w:pPr>
        <w:pStyle w:val="Normal"/>
        <w:spacing w:before="0" w:after="60"/>
        <w:ind w:start="360"/>
        <w:jc w:val="start"/>
        <w:rPr/>
      </w:pPr>
      <w:r>
        <w:rPr>
          <w:rFonts w:ascii="Calibri" w:hAnsi="Calibri"/>
          <w:b w:val="false"/>
          <w:i w:val="false"/>
          <w:color w:val="000000"/>
          <w:sz w:val="22"/>
        </w:rPr>
        <w:t>A. Horn of Africa</w:t>
      </w:r>
    </w:p>
    <w:p>
      <w:pPr>
        <w:pStyle w:val="Normal"/>
        <w:spacing w:before="0" w:after="60"/>
        <w:ind w:start="360"/>
        <w:jc w:val="start"/>
        <w:rPr/>
      </w:pPr>
      <w:r>
        <w:rPr>
          <w:rFonts w:ascii="Calibri" w:hAnsi="Calibri"/>
          <w:b w:val="false"/>
          <w:i w:val="false"/>
          <w:color w:val="000000"/>
          <w:sz w:val="22"/>
        </w:rPr>
        <w:t>B. South Sudan</w:t>
      </w:r>
    </w:p>
    <w:p>
      <w:pPr>
        <w:pStyle w:val="Normal"/>
        <w:spacing w:before="0" w:after="60"/>
        <w:ind w:start="360"/>
        <w:jc w:val="start"/>
        <w:rPr/>
      </w:pPr>
      <w:r>
        <w:rPr>
          <w:rFonts w:ascii="Calibri" w:hAnsi="Calibri"/>
          <w:b w:val="false"/>
          <w:i w:val="false"/>
          <w:color w:val="000000"/>
          <w:sz w:val="22"/>
        </w:rPr>
        <w:t>C. Ethiopia</w:t>
      </w:r>
    </w:p>
    <w:p>
      <w:pPr>
        <w:pStyle w:val="Normal"/>
        <w:spacing w:before="0" w:after="60"/>
        <w:ind w:start="360"/>
        <w:jc w:val="start"/>
        <w:rPr/>
      </w:pPr>
      <w:r>
        <w:rPr>
          <w:rFonts w:ascii="Calibri" w:hAnsi="Calibri"/>
          <w:b w:val="false"/>
          <w:i w:val="false"/>
          <w:color w:val="000000"/>
          <w:sz w:val="22"/>
        </w:rPr>
        <w:t>D. Congo</w:t>
      </w:r>
    </w:p>
    <w:p>
      <w:pPr>
        <w:pStyle w:val="Normal"/>
        <w:spacing w:before="0" w:after="60"/>
        <w:ind w:start="360"/>
        <w:jc w:val="start"/>
        <w:rPr/>
      </w:pPr>
      <w:r>
        <w:rPr>
          <w:rFonts w:ascii="Calibri" w:hAnsi="Calibri"/>
          <w:b w:val="false"/>
          <w:i w:val="false"/>
          <w:color w:val="000000"/>
          <w:sz w:val="22"/>
        </w:rPr>
        <w:t>15. Asha is a Semite. Semites migrated due to the following reasons. Which one is it?</w:t>
      </w:r>
    </w:p>
    <w:p>
      <w:pPr>
        <w:pStyle w:val="Normal"/>
        <w:spacing w:before="0" w:after="60"/>
        <w:ind w:start="360"/>
        <w:jc w:val="start"/>
        <w:rPr/>
      </w:pPr>
      <w:r>
        <w:rPr>
          <w:rFonts w:ascii="Calibri" w:hAnsi="Calibri"/>
          <w:b w:val="false"/>
          <w:i w:val="false"/>
          <w:color w:val="000000"/>
          <w:sz w:val="22"/>
        </w:rPr>
        <w:t>A. To search for farming land</w:t>
      </w:r>
    </w:p>
    <w:p>
      <w:pPr>
        <w:pStyle w:val="Normal"/>
        <w:spacing w:before="0" w:after="60"/>
        <w:ind w:start="360"/>
        <w:jc w:val="start"/>
        <w:rPr/>
      </w:pPr>
      <w:r>
        <w:rPr>
          <w:rFonts w:ascii="Calibri" w:hAnsi="Calibri"/>
          <w:b w:val="false"/>
          <w:i w:val="false"/>
          <w:color w:val="000000"/>
          <w:sz w:val="22"/>
        </w:rPr>
        <w:t>B. To spread Islam</w:t>
      </w:r>
    </w:p>
    <w:p>
      <w:pPr>
        <w:pStyle w:val="Normal"/>
        <w:spacing w:before="0" w:after="60"/>
        <w:ind w:start="360"/>
        <w:jc w:val="start"/>
        <w:rPr/>
      </w:pPr>
      <w:r>
        <w:rPr>
          <w:rFonts w:ascii="Calibri" w:hAnsi="Calibri"/>
          <w:b w:val="false"/>
          <w:i w:val="false"/>
          <w:color w:val="000000"/>
          <w:sz w:val="22"/>
        </w:rPr>
        <w:t>C. Drought and famine</w:t>
      </w:r>
    </w:p>
    <w:p>
      <w:pPr>
        <w:pStyle w:val="Normal"/>
        <w:spacing w:before="0" w:after="60"/>
        <w:ind w:start="360"/>
        <w:jc w:val="start"/>
        <w:rPr/>
      </w:pPr>
      <w:r>
        <w:rPr>
          <w:rFonts w:ascii="Calibri" w:hAnsi="Calibri"/>
          <w:b w:val="false"/>
          <w:i w:val="false"/>
          <w:color w:val="000000"/>
          <w:sz w:val="22"/>
        </w:rPr>
        <w:t>D. Looking for pasture and water</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r>
        <w:br w:type="page"/>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The diagram below represents a vegetation zone in Eastern Africa. Use it to answer questions 16 and 17.</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drawing>
          <wp:anchor distT="0" distB="0" distL="0" distR="0" simplePos="0" relativeHeight="50" behindDoc="0" locked="0" layoutInCell="0" allowOverlap="1">
            <wp:simplePos x="0" y="0"/>
            <wp:positionH relativeFrom="column">
              <wp:posOffset>233680</wp:posOffset>
            </wp:positionH>
            <wp:positionV relativeFrom="paragraph">
              <wp:posOffset>43815</wp:posOffset>
            </wp:positionV>
            <wp:extent cx="2200275" cy="1381125"/>
            <wp:effectExtent l="0" t="0" r="0" b="0"/>
            <wp:wrapSquare wrapText="largest"/>
            <wp:docPr id="49" name="Image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49"/>
                    <pic:cNvPicPr>
                      <a:picLocks noChangeAspect="1" noChangeArrowheads="1"/>
                    </pic:cNvPicPr>
                  </pic:nvPicPr>
                  <pic:blipFill>
                    <a:blip r:embed="rId50"/>
                    <a:stretch>
                      <a:fillRect/>
                    </a:stretch>
                  </pic:blipFill>
                  <pic:spPr bwMode="auto">
                    <a:xfrm>
                      <a:off x="0" y="0"/>
                      <a:ext cx="2200275" cy="1381125"/>
                    </a:xfrm>
                    <a:prstGeom prst="rect">
                      <a:avLst/>
                    </a:prstGeom>
                    <a:noFill/>
                  </pic:spPr>
                </pic:pic>
              </a:graphicData>
            </a:graphic>
          </wp:anchor>
        </w:drawing>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16. The vegetation zone above is called</w:t>
      </w:r>
    </w:p>
    <w:p>
      <w:pPr>
        <w:pStyle w:val="Normal"/>
        <w:spacing w:before="0" w:after="60"/>
        <w:ind w:start="360"/>
        <w:jc w:val="start"/>
        <w:rPr/>
      </w:pPr>
      <w:r>
        <w:rPr>
          <w:rFonts w:ascii="Calibri" w:hAnsi="Calibri"/>
          <w:b w:val="false"/>
          <w:i w:val="false"/>
          <w:color w:val="000000"/>
          <w:sz w:val="22"/>
        </w:rPr>
        <w:t>A. mountain vegetation</w:t>
      </w:r>
    </w:p>
    <w:p>
      <w:pPr>
        <w:pStyle w:val="Normal"/>
        <w:spacing w:before="0" w:after="60"/>
        <w:ind w:start="360"/>
        <w:jc w:val="start"/>
        <w:rPr/>
      </w:pPr>
      <w:r>
        <w:rPr>
          <w:rFonts w:ascii="Calibri" w:hAnsi="Calibri"/>
          <w:b w:val="false"/>
          <w:i w:val="false"/>
          <w:color w:val="000000"/>
          <w:sz w:val="22"/>
        </w:rPr>
        <w:t>B. swamp vegetation</w:t>
      </w:r>
    </w:p>
    <w:p>
      <w:pPr>
        <w:pStyle w:val="Normal"/>
        <w:spacing w:before="0" w:after="60"/>
        <w:ind w:start="360"/>
        <w:jc w:val="start"/>
        <w:rPr/>
      </w:pPr>
      <w:r>
        <w:rPr>
          <w:rFonts w:ascii="Calibri" w:hAnsi="Calibri"/>
          <w:b w:val="false"/>
          <w:i w:val="false"/>
          <w:color w:val="000000"/>
          <w:sz w:val="22"/>
        </w:rPr>
        <w:t>C. mangrove vegetation</w:t>
      </w:r>
    </w:p>
    <w:p>
      <w:pPr>
        <w:pStyle w:val="Normal"/>
        <w:spacing w:before="0" w:after="60"/>
        <w:ind w:start="360"/>
        <w:jc w:val="start"/>
        <w:rPr/>
      </w:pPr>
      <w:r>
        <w:rPr>
          <w:rFonts w:ascii="Calibri" w:hAnsi="Calibri"/>
          <w:b w:val="false"/>
          <w:i w:val="false"/>
          <w:color w:val="000000"/>
          <w:sz w:val="22"/>
        </w:rPr>
        <w:t>D. desert vegetation</w:t>
      </w:r>
    </w:p>
    <w:p>
      <w:pPr>
        <w:pStyle w:val="Normal"/>
        <w:spacing w:before="0" w:after="60"/>
        <w:ind w:start="360"/>
        <w:jc w:val="start"/>
        <w:rPr/>
      </w:pPr>
      <w:r>
        <w:rPr>
          <w:rFonts w:ascii="Calibri" w:hAnsi="Calibri"/>
          <w:b w:val="false"/>
          <w:i w:val="false"/>
          <w:color w:val="000000"/>
          <w:sz w:val="22"/>
        </w:rPr>
        <w:t>17. The main economic activity of people living in arid and semi-arid areas is</w:t>
      </w:r>
    </w:p>
    <w:p>
      <w:pPr>
        <w:pStyle w:val="Normal"/>
        <w:spacing w:before="0" w:after="60"/>
        <w:ind w:start="360"/>
        <w:jc w:val="start"/>
        <w:rPr/>
      </w:pPr>
      <w:r>
        <w:rPr>
          <w:rFonts w:ascii="Calibri" w:hAnsi="Calibri"/>
          <w:b w:val="false"/>
          <w:i w:val="false"/>
          <w:color w:val="000000"/>
          <w:sz w:val="22"/>
        </w:rPr>
        <w:t>A. coffee farming</w:t>
      </w:r>
    </w:p>
    <w:p>
      <w:pPr>
        <w:pStyle w:val="Normal"/>
        <w:spacing w:before="0" w:after="60"/>
        <w:ind w:start="360"/>
        <w:jc w:val="start"/>
        <w:rPr/>
      </w:pPr>
      <w:r>
        <w:rPr>
          <w:rFonts w:ascii="Calibri" w:hAnsi="Calibri"/>
          <w:b w:val="false"/>
          <w:i w:val="false"/>
          <w:color w:val="000000"/>
          <w:sz w:val="22"/>
        </w:rPr>
        <w:t>B. dairy farming</w:t>
      </w:r>
    </w:p>
    <w:p>
      <w:pPr>
        <w:pStyle w:val="Normal"/>
        <w:spacing w:before="0" w:after="60"/>
        <w:ind w:start="360"/>
        <w:jc w:val="start"/>
        <w:rPr/>
      </w:pPr>
      <w:r>
        <w:rPr>
          <w:rFonts w:ascii="Calibri" w:hAnsi="Calibri"/>
          <w:b w:val="false"/>
          <w:i w:val="false"/>
          <w:color w:val="000000"/>
          <w:sz w:val="22"/>
        </w:rPr>
        <w:t>C. pastoralism</w:t>
      </w:r>
    </w:p>
    <w:p>
      <w:pPr>
        <w:pStyle w:val="Normal"/>
        <w:spacing w:before="0" w:after="60"/>
        <w:ind w:start="360"/>
        <w:jc w:val="start"/>
        <w:rPr/>
      </w:pPr>
      <w:r>
        <w:rPr>
          <w:rFonts w:ascii="Calibri" w:hAnsi="Calibri"/>
          <w:b w:val="false"/>
          <w:i w:val="false"/>
          <w:color w:val="000000"/>
          <w:sz w:val="22"/>
        </w:rPr>
        <w:t>D. tea farming</w:t>
      </w:r>
    </w:p>
    <w:p>
      <w:pPr>
        <w:pStyle w:val="Normal"/>
        <w:spacing w:before="0" w:after="60"/>
        <w:ind w:start="360"/>
        <w:jc w:val="start"/>
        <w:rPr/>
      </w:pPr>
      <w:r>
        <w:rPr>
          <w:rFonts w:ascii="Calibri" w:hAnsi="Calibri"/>
          <w:b w:val="false"/>
          <w:i w:val="false"/>
          <w:color w:val="000000"/>
          <w:sz w:val="22"/>
        </w:rPr>
        <w:t>18. A climatic region has the following characteristics;</w:t>
      </w:r>
    </w:p>
    <w:p>
      <w:pPr>
        <w:pStyle w:val="Normal"/>
        <w:spacing w:before="0" w:after="60"/>
        <w:ind w:start="360"/>
        <w:jc w:val="start"/>
        <w:rPr/>
      </w:pPr>
      <w:r>
        <w:rPr>
          <w:rFonts w:ascii="Calibri" w:hAnsi="Calibri"/>
          <w:b w:val="false"/>
          <w:i w:val="false"/>
          <w:color w:val="000000"/>
          <w:sz w:val="22"/>
        </w:rPr>
        <w:t>i) long dry season</w:t>
      </w:r>
    </w:p>
    <w:p>
      <w:pPr>
        <w:pStyle w:val="Normal"/>
        <w:spacing w:before="0" w:after="60"/>
        <w:ind w:start="360"/>
        <w:jc w:val="start"/>
        <w:rPr/>
      </w:pPr>
      <w:r>
        <w:rPr>
          <w:rFonts w:ascii="Calibri" w:hAnsi="Calibri"/>
          <w:b w:val="false"/>
          <w:i w:val="false"/>
          <w:color w:val="000000"/>
          <w:sz w:val="22"/>
        </w:rPr>
        <w:t>ii) high temperatures throughout the year</w:t>
      </w:r>
    </w:p>
    <w:p>
      <w:pPr>
        <w:pStyle w:val="Normal"/>
        <w:spacing w:before="0" w:after="60"/>
        <w:ind w:start="360"/>
        <w:jc w:val="start"/>
        <w:rPr/>
      </w:pPr>
      <w:r>
        <w:rPr>
          <w:rFonts w:ascii="Calibri" w:hAnsi="Calibri"/>
          <w:b w:val="false"/>
          <w:i w:val="false"/>
          <w:color w:val="000000"/>
          <w:sz w:val="22"/>
        </w:rPr>
        <w:t>iii) rainfall range between 250mm to 700mm</w:t>
      </w:r>
    </w:p>
    <w:p>
      <w:pPr>
        <w:pStyle w:val="Normal"/>
        <w:spacing w:before="0" w:after="60"/>
        <w:ind w:start="360"/>
        <w:jc w:val="start"/>
        <w:rPr/>
      </w:pPr>
      <w:r>
        <w:rPr>
          <w:rFonts w:ascii="Calibri" w:hAnsi="Calibri"/>
          <w:b w:val="false"/>
          <w:i w:val="false"/>
          <w:color w:val="000000"/>
          <w:sz w:val="22"/>
        </w:rPr>
        <w:t>The climatic region is called</w:t>
      </w:r>
    </w:p>
    <w:p>
      <w:pPr>
        <w:pStyle w:val="Normal"/>
        <w:spacing w:before="0" w:after="60"/>
        <w:ind w:start="360"/>
        <w:jc w:val="start"/>
        <w:rPr/>
      </w:pPr>
      <w:r>
        <w:rPr>
          <w:rFonts w:ascii="Calibri" w:hAnsi="Calibri"/>
          <w:b w:val="false"/>
          <w:i w:val="false"/>
          <w:color w:val="000000"/>
          <w:sz w:val="22"/>
        </w:rPr>
        <w:t>A. equatorial climate</w:t>
      </w:r>
    </w:p>
    <w:p>
      <w:pPr>
        <w:pStyle w:val="Normal"/>
        <w:spacing w:before="0" w:after="60"/>
        <w:ind w:start="360"/>
        <w:jc w:val="start"/>
        <w:rPr/>
      </w:pPr>
      <w:r>
        <w:rPr>
          <w:rFonts w:ascii="Calibri" w:hAnsi="Calibri"/>
          <w:b w:val="false"/>
          <w:i w:val="false"/>
          <w:color w:val="000000"/>
          <w:sz w:val="22"/>
        </w:rPr>
        <w:t>B. tropical climate</w:t>
      </w:r>
    </w:p>
    <w:p>
      <w:pPr>
        <w:pStyle w:val="Normal"/>
        <w:spacing w:before="0" w:after="60"/>
        <w:ind w:start="360"/>
        <w:jc w:val="start"/>
        <w:rPr/>
      </w:pPr>
      <w:r>
        <w:rPr>
          <w:rFonts w:ascii="Calibri" w:hAnsi="Calibri"/>
          <w:b w:val="false"/>
          <w:i w:val="false"/>
          <w:color w:val="000000"/>
          <w:sz w:val="22"/>
        </w:rPr>
        <w:t>C. desert climate</w:t>
      </w:r>
    </w:p>
    <w:p>
      <w:pPr>
        <w:pStyle w:val="Normal"/>
        <w:spacing w:before="0" w:after="60"/>
        <w:ind w:start="360"/>
        <w:jc w:val="start"/>
        <w:rPr/>
      </w:pPr>
      <w:r>
        <w:rPr>
          <w:rFonts w:ascii="Calibri" w:hAnsi="Calibri"/>
          <w:b w:val="false"/>
          <w:i w:val="false"/>
          <w:color w:val="000000"/>
          <w:sz w:val="22"/>
        </w:rPr>
        <w:t>D. semi-desert climate</w:t>
      </w:r>
    </w:p>
    <w:p>
      <w:pPr>
        <w:pStyle w:val="Normal"/>
        <w:spacing w:before="0" w:after="60"/>
        <w:ind w:start="360"/>
        <w:jc w:val="start"/>
        <w:rPr/>
      </w:pPr>
      <w:r>
        <w:rPr>
          <w:rFonts w:ascii="Calibri" w:hAnsi="Calibri"/>
          <w:b w:val="false"/>
          <w:i w:val="false"/>
          <w:color w:val="000000"/>
          <w:sz w:val="22"/>
        </w:rPr>
        <w:t>19. Jordan listed down examples of Horst mountains in Eastern Africa. Which ones are correct?</w:t>
      </w:r>
    </w:p>
    <w:p>
      <w:pPr>
        <w:pStyle w:val="Normal"/>
        <w:spacing w:before="0" w:after="60"/>
        <w:ind w:start="360"/>
        <w:jc w:val="start"/>
        <w:rPr/>
      </w:pPr>
      <w:r>
        <w:rPr>
          <w:rFonts w:ascii="Calibri" w:hAnsi="Calibri"/>
          <w:b w:val="false"/>
          <w:i w:val="false"/>
          <w:color w:val="000000"/>
          <w:sz w:val="22"/>
        </w:rPr>
        <w:t>A. Mt. Elgon, mt. Kenya, mt. Longonot</w:t>
      </w:r>
    </w:p>
    <w:p>
      <w:pPr>
        <w:pStyle w:val="Normal"/>
        <w:spacing w:before="0" w:after="60"/>
        <w:ind w:start="360"/>
        <w:jc w:val="start"/>
        <w:rPr/>
      </w:pPr>
      <w:r>
        <w:rPr>
          <w:rFonts w:ascii="Calibri" w:hAnsi="Calibri"/>
          <w:b w:val="false"/>
          <w:i w:val="false"/>
          <w:color w:val="000000"/>
          <w:sz w:val="22"/>
        </w:rPr>
        <w:t>B. Mt. Meru, mt. Usambara, mt. Kilimanjaro</w:t>
      </w:r>
    </w:p>
    <w:p>
      <w:pPr>
        <w:pStyle w:val="Normal"/>
        <w:spacing w:before="0" w:after="60"/>
        <w:ind w:start="360"/>
        <w:jc w:val="start"/>
        <w:rPr/>
      </w:pPr>
      <w:r>
        <w:rPr>
          <w:rFonts w:ascii="Calibri" w:hAnsi="Calibri"/>
          <w:b w:val="false"/>
          <w:i w:val="false"/>
          <w:color w:val="000000"/>
          <w:sz w:val="22"/>
        </w:rPr>
        <w:t>C. Mt. Kenya, mt. Peru, mt. Ruwenzori</w:t>
      </w:r>
    </w:p>
    <w:p>
      <w:pPr>
        <w:pStyle w:val="Normal"/>
        <w:spacing w:before="0" w:after="60"/>
        <w:ind w:start="360"/>
        <w:jc w:val="start"/>
        <w:rPr/>
      </w:pPr>
      <w:r>
        <w:rPr>
          <w:rFonts w:ascii="Calibri" w:hAnsi="Calibri"/>
          <w:b w:val="false"/>
          <w:i w:val="false"/>
          <w:color w:val="000000"/>
          <w:sz w:val="22"/>
        </w:rPr>
        <w:t>D. Mt. Peru, mt. Ruwenzori, mt. Usambara</w:t>
      </w:r>
    </w:p>
    <w:p>
      <w:pPr>
        <w:pStyle w:val="Normal"/>
        <w:spacing w:before="0" w:after="60"/>
        <w:ind w:start="360"/>
        <w:jc w:val="start"/>
        <w:rPr/>
      </w:pPr>
      <w:r>
        <w:rPr>
          <w:rFonts w:ascii="Calibri" w:hAnsi="Calibri"/>
          <w:b w:val="false"/>
          <w:i w:val="false"/>
          <w:color w:val="000000"/>
          <w:sz w:val="22"/>
        </w:rPr>
        <w:t>20. The immediate neighbour to Sudan to the South is</w:t>
      </w:r>
    </w:p>
    <w:p>
      <w:pPr>
        <w:pStyle w:val="Normal"/>
        <w:spacing w:before="0" w:after="60"/>
        <w:ind w:start="360"/>
        <w:jc w:val="start"/>
        <w:rPr/>
      </w:pPr>
      <w:r>
        <w:rPr>
          <w:rFonts w:ascii="Calibri" w:hAnsi="Calibri"/>
          <w:b w:val="false"/>
          <w:i w:val="false"/>
          <w:color w:val="000000"/>
          <w:sz w:val="22"/>
        </w:rPr>
        <w:t>A. South Sudan</w:t>
      </w:r>
    </w:p>
    <w:p>
      <w:pPr>
        <w:pStyle w:val="Normal"/>
        <w:spacing w:before="0" w:after="60"/>
        <w:ind w:start="360"/>
        <w:jc w:val="start"/>
        <w:rPr/>
      </w:pPr>
      <w:r>
        <w:rPr>
          <w:rFonts w:ascii="Calibri" w:hAnsi="Calibri"/>
          <w:b w:val="false"/>
          <w:i w:val="false"/>
          <w:color w:val="000000"/>
          <w:sz w:val="22"/>
        </w:rPr>
        <w:t>B. Kenya</w:t>
      </w:r>
    </w:p>
    <w:p>
      <w:pPr>
        <w:pStyle w:val="Normal"/>
        <w:spacing w:before="0" w:after="60"/>
        <w:ind w:start="360"/>
        <w:jc w:val="start"/>
        <w:rPr/>
      </w:pPr>
      <w:r>
        <w:rPr>
          <w:rFonts w:ascii="Calibri" w:hAnsi="Calibri"/>
          <w:b w:val="false"/>
          <w:i w:val="false"/>
          <w:color w:val="000000"/>
          <w:sz w:val="22"/>
        </w:rPr>
        <w:t>C. Uganda</w:t>
      </w:r>
    </w:p>
    <w:p>
      <w:pPr>
        <w:pStyle w:val="Normal"/>
        <w:spacing w:before="0" w:after="60"/>
        <w:ind w:start="360"/>
        <w:jc w:val="start"/>
        <w:rPr/>
      </w:pPr>
      <w:r>
        <w:rPr>
          <w:rFonts w:ascii="Calibri" w:hAnsi="Calibri"/>
          <w:b w:val="false"/>
          <w:i w:val="false"/>
          <w:color w:val="000000"/>
          <w:sz w:val="22"/>
        </w:rPr>
        <w:t>D. Eritrea</w:t>
      </w:r>
    </w:p>
    <w:p>
      <w:pPr>
        <w:pStyle w:val="Normal"/>
        <w:spacing w:before="0" w:after="60"/>
        <w:ind w:start="360"/>
        <w:jc w:val="start"/>
        <w:rPr/>
      </w:pPr>
      <w:r>
        <w:rPr>
          <w:rFonts w:ascii="Calibri" w:hAnsi="Calibri"/>
          <w:b w:val="false"/>
          <w:i w:val="false"/>
          <w:color w:val="000000"/>
          <w:sz w:val="22"/>
        </w:rPr>
        <w:t>21. The arm of the Kenyan government that amends the laws is called</w:t>
      </w:r>
    </w:p>
    <w:p>
      <w:pPr>
        <w:pStyle w:val="Normal"/>
        <w:spacing w:before="0" w:after="60"/>
        <w:ind w:start="360"/>
        <w:jc w:val="start"/>
        <w:rPr/>
      </w:pPr>
      <w:r>
        <w:rPr>
          <w:rFonts w:ascii="Calibri" w:hAnsi="Calibri"/>
          <w:b w:val="false"/>
          <w:i w:val="false"/>
          <w:color w:val="000000"/>
          <w:sz w:val="22"/>
        </w:rPr>
        <w:t>A. judiciary</w:t>
      </w:r>
    </w:p>
    <w:p>
      <w:pPr>
        <w:pStyle w:val="Normal"/>
        <w:spacing w:before="0" w:after="60"/>
        <w:ind w:start="360"/>
        <w:jc w:val="start"/>
        <w:rPr/>
      </w:pPr>
      <w:r>
        <w:rPr>
          <w:rFonts w:ascii="Calibri" w:hAnsi="Calibri"/>
          <w:b w:val="false"/>
          <w:i w:val="false"/>
          <w:color w:val="000000"/>
          <w:sz w:val="22"/>
        </w:rPr>
        <w:t>B. legislature</w:t>
      </w:r>
    </w:p>
    <w:p>
      <w:pPr>
        <w:pStyle w:val="Normal"/>
        <w:spacing w:before="0" w:after="60"/>
        <w:ind w:start="360"/>
        <w:jc w:val="start"/>
        <w:rPr/>
      </w:pPr>
      <w:r>
        <w:rPr>
          <w:rFonts w:ascii="Calibri" w:hAnsi="Calibri"/>
          <w:b w:val="false"/>
          <w:i w:val="false"/>
          <w:color w:val="000000"/>
          <w:sz w:val="22"/>
        </w:rPr>
        <w:t>C. executive</w:t>
      </w:r>
    </w:p>
    <w:p>
      <w:pPr>
        <w:pStyle w:val="Normal"/>
        <w:spacing w:before="0" w:after="60"/>
        <w:ind w:start="360"/>
        <w:jc w:val="start"/>
        <w:rPr/>
      </w:pPr>
      <w:r>
        <w:rPr>
          <w:rFonts w:ascii="Calibri" w:hAnsi="Calibri"/>
          <w:b w:val="false"/>
          <w:i w:val="false"/>
          <w:color w:val="000000"/>
          <w:sz w:val="22"/>
        </w:rPr>
        <w:t>D. the army</w:t>
      </w:r>
    </w:p>
    <w:p>
      <w:pPr>
        <w:pStyle w:val="Normal"/>
        <w:spacing w:before="0" w:after="60"/>
        <w:ind w:start="360"/>
        <w:jc w:val="start"/>
        <w:rPr/>
      </w:pPr>
      <w:r>
        <w:rPr>
          <w:rFonts w:ascii="Calibri" w:hAnsi="Calibri"/>
          <w:b w:val="false"/>
          <w:i w:val="false"/>
          <w:color w:val="000000"/>
          <w:sz w:val="22"/>
        </w:rPr>
        <w:t>22. How many elected women representatives are there in the National Assembly?</w:t>
      </w:r>
    </w:p>
    <w:p>
      <w:pPr>
        <w:pStyle w:val="Normal"/>
        <w:spacing w:before="0" w:after="60"/>
        <w:ind w:start="360"/>
        <w:jc w:val="start"/>
        <w:rPr/>
      </w:pPr>
      <w:r>
        <w:rPr>
          <w:rFonts w:ascii="Calibri" w:hAnsi="Calibri"/>
          <w:b w:val="false"/>
          <w:i w:val="false"/>
          <w:color w:val="000000"/>
          <w:sz w:val="22"/>
        </w:rPr>
        <w:t>A. 47</w:t>
      </w:r>
    </w:p>
    <w:p>
      <w:pPr>
        <w:pStyle w:val="Normal"/>
        <w:spacing w:before="0" w:after="60"/>
        <w:ind w:start="360"/>
        <w:jc w:val="start"/>
        <w:rPr/>
      </w:pPr>
      <w:r>
        <w:rPr>
          <w:rFonts w:ascii="Calibri" w:hAnsi="Calibri"/>
          <w:b w:val="false"/>
          <w:i w:val="false"/>
          <w:color w:val="000000"/>
          <w:sz w:val="22"/>
        </w:rPr>
        <w:t>B. 12</w:t>
      </w:r>
    </w:p>
    <w:p>
      <w:pPr>
        <w:pStyle w:val="Normal"/>
        <w:spacing w:before="0" w:after="60"/>
        <w:ind w:start="360"/>
        <w:jc w:val="start"/>
        <w:rPr/>
      </w:pPr>
      <w:r>
        <w:rPr>
          <w:rFonts w:ascii="Calibri" w:hAnsi="Calibri"/>
          <w:b w:val="false"/>
          <w:i w:val="false"/>
          <w:color w:val="000000"/>
          <w:sz w:val="22"/>
        </w:rPr>
        <w:t>C. 290</w:t>
      </w:r>
    </w:p>
    <w:p>
      <w:pPr>
        <w:pStyle w:val="Normal"/>
        <w:spacing w:before="0" w:after="60"/>
        <w:ind w:start="360"/>
        <w:jc w:val="start"/>
        <w:rPr/>
      </w:pPr>
      <w:r>
        <w:rPr>
          <w:rFonts w:ascii="Calibri" w:hAnsi="Calibri"/>
          <w:b w:val="false"/>
          <w:i w:val="false"/>
          <w:color w:val="000000"/>
          <w:sz w:val="22"/>
        </w:rPr>
        <w:t>D. 20</w:t>
      </w:r>
    </w:p>
    <w:p>
      <w:pPr>
        <w:pStyle w:val="Normal"/>
        <w:spacing w:before="0" w:after="60"/>
        <w:ind w:start="360"/>
        <w:jc w:val="start"/>
        <w:rPr/>
      </w:pPr>
      <w:r>
        <w:rPr>
          <w:rFonts w:ascii="Calibri" w:hAnsi="Calibri"/>
          <w:b w:val="false"/>
          <w:i w:val="false"/>
          <w:color w:val="000000"/>
          <w:sz w:val="22"/>
        </w:rPr>
        <w:t>23. Wamaye's grandfather used the following traditional means of communication. Which one is it?</w:t>
      </w:r>
    </w:p>
    <w:p>
      <w:pPr>
        <w:pStyle w:val="Normal"/>
        <w:spacing w:before="0" w:after="60"/>
        <w:ind w:start="360"/>
        <w:jc w:val="start"/>
        <w:rPr/>
      </w:pPr>
      <w:r>
        <w:rPr>
          <w:rFonts w:ascii="Calibri" w:hAnsi="Calibri"/>
          <w:b w:val="false"/>
          <w:i w:val="false"/>
          <w:color w:val="000000"/>
          <w:sz w:val="22"/>
        </w:rPr>
        <w:t>A. Mobile phone</w:t>
      </w:r>
    </w:p>
    <w:p>
      <w:pPr>
        <w:pStyle w:val="Normal"/>
        <w:spacing w:before="0" w:after="60"/>
        <w:ind w:start="360"/>
        <w:jc w:val="start"/>
        <w:rPr/>
      </w:pPr>
      <w:r>
        <w:rPr>
          <w:rFonts w:ascii="Calibri" w:hAnsi="Calibri"/>
          <w:b w:val="false"/>
          <w:i w:val="false"/>
          <w:color w:val="000000"/>
          <w:sz w:val="22"/>
        </w:rPr>
        <w:t>B. Ululations</w:t>
      </w:r>
    </w:p>
    <w:p>
      <w:pPr>
        <w:pStyle w:val="Normal"/>
        <w:spacing w:before="0" w:after="60"/>
        <w:ind w:start="360"/>
        <w:jc w:val="start"/>
        <w:rPr/>
      </w:pPr>
      <w:r>
        <w:rPr>
          <w:rFonts w:ascii="Calibri" w:hAnsi="Calibri"/>
          <w:b w:val="false"/>
          <w:i w:val="false"/>
          <w:color w:val="000000"/>
          <w:sz w:val="22"/>
        </w:rPr>
        <w:t>C. Emails</w:t>
      </w:r>
    </w:p>
    <w:p>
      <w:pPr>
        <w:pStyle w:val="Normal"/>
        <w:spacing w:before="0" w:after="60"/>
        <w:ind w:start="360"/>
        <w:jc w:val="start"/>
        <w:rPr/>
      </w:pPr>
      <w:r>
        <w:rPr>
          <w:rFonts w:ascii="Calibri" w:hAnsi="Calibri"/>
          <w:b w:val="false"/>
          <w:i w:val="false"/>
          <w:color w:val="000000"/>
          <w:sz w:val="22"/>
        </w:rPr>
        <w:t>D. Radio</w:t>
      </w:r>
    </w:p>
    <w:p>
      <w:pPr>
        <w:pStyle w:val="Normal"/>
        <w:spacing w:before="0" w:after="60"/>
        <w:ind w:start="360"/>
        <w:jc w:val="start"/>
        <w:rPr/>
      </w:pPr>
      <w:r>
        <w:rPr>
          <w:rFonts w:ascii="Calibri" w:hAnsi="Calibri"/>
          <w:b w:val="false"/>
          <w:i w:val="false"/>
          <w:color w:val="000000"/>
          <w:sz w:val="22"/>
        </w:rPr>
        <w:t>24. A grade 6 learner suggested ways of promoting tourism in Kenya. Which one is correct?</w:t>
      </w:r>
    </w:p>
    <w:p>
      <w:pPr>
        <w:pStyle w:val="Normal"/>
        <w:spacing w:before="0" w:after="60"/>
        <w:ind w:start="360"/>
        <w:jc w:val="start"/>
        <w:rPr/>
      </w:pPr>
      <w:r>
        <w:rPr>
          <w:rFonts w:ascii="Calibri" w:hAnsi="Calibri"/>
          <w:b w:val="false"/>
          <w:i w:val="false"/>
          <w:color w:val="000000"/>
          <w:sz w:val="22"/>
        </w:rPr>
        <w:t>A. Allowing poaching of wild animals</w:t>
      </w:r>
    </w:p>
    <w:p>
      <w:pPr>
        <w:pStyle w:val="Normal"/>
        <w:spacing w:before="0" w:after="60"/>
        <w:ind w:start="360"/>
        <w:jc w:val="start"/>
        <w:rPr/>
      </w:pPr>
      <w:r>
        <w:rPr>
          <w:rFonts w:ascii="Calibri" w:hAnsi="Calibri"/>
          <w:b w:val="false"/>
          <w:i w:val="false"/>
          <w:color w:val="000000"/>
          <w:sz w:val="22"/>
        </w:rPr>
        <w:t>B. Charging high fees</w:t>
      </w:r>
    </w:p>
    <w:p>
      <w:pPr>
        <w:pStyle w:val="Normal"/>
        <w:spacing w:before="0" w:after="60"/>
        <w:ind w:start="360"/>
        <w:jc w:val="start"/>
        <w:rPr/>
      </w:pPr>
      <w:r>
        <w:rPr>
          <w:rFonts w:ascii="Calibri" w:hAnsi="Calibri"/>
          <w:b w:val="false"/>
          <w:i w:val="false"/>
          <w:color w:val="000000"/>
          <w:sz w:val="22"/>
        </w:rPr>
        <w:t>C. Ensuring safety and security of tourists</w:t>
      </w:r>
    </w:p>
    <w:p>
      <w:pPr>
        <w:pStyle w:val="Normal"/>
        <w:spacing w:before="0" w:after="60"/>
        <w:ind w:start="360"/>
        <w:jc w:val="start"/>
        <w:rPr/>
      </w:pPr>
      <w:r>
        <w:rPr>
          <w:rFonts w:ascii="Calibri" w:hAnsi="Calibri"/>
          <w:b w:val="false"/>
          <w:i w:val="false"/>
          <w:color w:val="000000"/>
          <w:sz w:val="22"/>
        </w:rPr>
        <w:t>D. Destroying forests and other vegetations</w:t>
      </w:r>
    </w:p>
    <w:p>
      <w:pPr>
        <w:pStyle w:val="Normal"/>
        <w:spacing w:before="0" w:after="60"/>
        <w:ind w:start="360"/>
        <w:jc w:val="start"/>
        <w:rPr/>
      </w:pPr>
      <w:r>
        <w:rPr>
          <w:rFonts w:ascii="Calibri" w:hAnsi="Calibri"/>
          <w:b w:val="false"/>
          <w:i w:val="false"/>
          <w:color w:val="000000"/>
          <w:sz w:val="22"/>
        </w:rPr>
        <w:t>25. There are many road accidents occurring recently in Kenyan roads. The following are likely causes except</w:t>
      </w:r>
    </w:p>
    <w:p>
      <w:pPr>
        <w:pStyle w:val="Normal"/>
        <w:spacing w:before="0" w:after="60"/>
        <w:ind w:start="360"/>
        <w:jc w:val="start"/>
        <w:rPr/>
      </w:pPr>
      <w:r>
        <w:rPr>
          <w:rFonts w:ascii="Calibri" w:hAnsi="Calibri"/>
          <w:b w:val="false"/>
          <w:i w:val="false"/>
          <w:color w:val="000000"/>
          <w:sz w:val="22"/>
        </w:rPr>
        <w:t>A. overspeeding</w:t>
      </w:r>
    </w:p>
    <w:p>
      <w:pPr>
        <w:pStyle w:val="Normal"/>
        <w:spacing w:before="0" w:after="60"/>
        <w:ind w:start="360"/>
        <w:jc w:val="start"/>
        <w:rPr/>
      </w:pPr>
      <w:r>
        <w:rPr>
          <w:rFonts w:ascii="Calibri" w:hAnsi="Calibri"/>
          <w:b w:val="false"/>
          <w:i w:val="false"/>
          <w:color w:val="000000"/>
          <w:sz w:val="22"/>
        </w:rPr>
        <w:t>B. ignorance of traffic rules</w:t>
      </w:r>
    </w:p>
    <w:p>
      <w:pPr>
        <w:pStyle w:val="Normal"/>
        <w:spacing w:before="0" w:after="60"/>
        <w:ind w:start="360"/>
        <w:jc w:val="start"/>
        <w:rPr/>
      </w:pPr>
      <w:r>
        <w:rPr>
          <w:rFonts w:ascii="Calibri" w:hAnsi="Calibri"/>
          <w:b w:val="false"/>
          <w:i w:val="false"/>
          <w:color w:val="000000"/>
          <w:sz w:val="22"/>
        </w:rPr>
        <w:t>C. road worthy vehicles</w:t>
      </w:r>
    </w:p>
    <w:p>
      <w:pPr>
        <w:pStyle w:val="Normal"/>
        <w:spacing w:before="0" w:after="60"/>
        <w:ind w:start="360"/>
        <w:jc w:val="start"/>
        <w:rPr/>
      </w:pPr>
      <w:r>
        <w:rPr>
          <w:rFonts w:ascii="Calibri" w:hAnsi="Calibri"/>
          <w:b w:val="false"/>
          <w:i w:val="false"/>
          <w:color w:val="000000"/>
          <w:sz w:val="22"/>
        </w:rPr>
        <w:t>D. poor state of roads</w:t>
      </w:r>
    </w:p>
    <w:p>
      <w:pPr>
        <w:pStyle w:val="Normal"/>
        <w:spacing w:before="0" w:after="60"/>
        <w:ind w:start="360"/>
        <w:jc w:val="start"/>
        <w:rPr/>
      </w:pPr>
      <w:r>
        <w:rPr>
          <w:rFonts w:ascii="Calibri" w:hAnsi="Calibri"/>
          <w:b w:val="false"/>
          <w:i w:val="false"/>
          <w:color w:val="000000"/>
          <w:sz w:val="22"/>
        </w:rPr>
        <w:t>26. The following are similarities between the Maasai and Ameru early form of government. Which one is not?</w:t>
      </w:r>
    </w:p>
    <w:p>
      <w:pPr>
        <w:pStyle w:val="Normal"/>
        <w:spacing w:before="0" w:after="60"/>
        <w:ind w:start="360"/>
        <w:jc w:val="start"/>
        <w:rPr/>
      </w:pPr>
      <w:r>
        <w:rPr>
          <w:rFonts w:ascii="Calibri" w:hAnsi="Calibri"/>
          <w:b w:val="false"/>
          <w:i w:val="false"/>
          <w:color w:val="000000"/>
          <w:sz w:val="22"/>
        </w:rPr>
        <w:t>A. Law and order maintained by elders</w:t>
      </w:r>
    </w:p>
    <w:p>
      <w:pPr>
        <w:pStyle w:val="Normal"/>
        <w:spacing w:before="0" w:after="60"/>
        <w:ind w:start="360"/>
        <w:jc w:val="start"/>
        <w:rPr/>
      </w:pPr>
      <w:r>
        <w:rPr>
          <w:rFonts w:ascii="Calibri" w:hAnsi="Calibri"/>
          <w:b w:val="false"/>
          <w:i w:val="false"/>
          <w:color w:val="000000"/>
          <w:sz w:val="22"/>
        </w:rPr>
        <w:t>B. Leadership in form of age sets</w:t>
      </w:r>
    </w:p>
    <w:p>
      <w:pPr>
        <w:pStyle w:val="Normal"/>
        <w:spacing w:before="0" w:after="60"/>
        <w:ind w:start="360"/>
        <w:jc w:val="start"/>
        <w:rPr/>
      </w:pPr>
      <w:r>
        <w:rPr>
          <w:rFonts w:ascii="Calibri" w:hAnsi="Calibri"/>
          <w:b w:val="false"/>
          <w:i w:val="false"/>
          <w:color w:val="000000"/>
          <w:sz w:val="22"/>
        </w:rPr>
        <w:t>C. Had council of elders</w:t>
      </w:r>
    </w:p>
    <w:p>
      <w:pPr>
        <w:pStyle w:val="Normal"/>
        <w:spacing w:before="0" w:after="60"/>
        <w:ind w:start="360"/>
        <w:jc w:val="start"/>
        <w:rPr/>
      </w:pPr>
      <w:r>
        <w:rPr>
          <w:rFonts w:ascii="Calibri" w:hAnsi="Calibri"/>
          <w:b w:val="false"/>
          <w:i w:val="false"/>
          <w:color w:val="000000"/>
          <w:sz w:val="22"/>
        </w:rPr>
        <w:t>D. Both had prophet</w:t>
      </w:r>
    </w:p>
    <w:p>
      <w:pPr>
        <w:pStyle w:val="Normal"/>
        <w:spacing w:before="0" w:after="60"/>
        <w:ind w:start="360"/>
        <w:jc w:val="start"/>
        <w:rPr/>
      </w:pPr>
      <w:r>
        <w:rPr>
          <w:rFonts w:ascii="Calibri" w:hAnsi="Calibri"/>
          <w:b w:val="false"/>
          <w:i w:val="false"/>
          <w:color w:val="000000"/>
          <w:sz w:val="22"/>
        </w:rPr>
        <w:t>27. The traditional leader among the Agiriama was called</w:t>
      </w:r>
    </w:p>
    <w:p>
      <w:pPr>
        <w:pStyle w:val="Normal"/>
        <w:spacing w:before="0" w:after="60"/>
        <w:ind w:start="360"/>
        <w:jc w:val="start"/>
        <w:rPr/>
      </w:pPr>
      <w:r>
        <w:rPr>
          <w:rFonts w:ascii="Calibri" w:hAnsi="Calibri"/>
          <w:b w:val="false"/>
          <w:i w:val="false"/>
          <w:color w:val="000000"/>
          <w:sz w:val="22"/>
        </w:rPr>
        <w:t>A. Kivoi wa Mwendwa</w:t>
      </w:r>
    </w:p>
    <w:p>
      <w:pPr>
        <w:pStyle w:val="Normal"/>
        <w:spacing w:before="0" w:after="60"/>
        <w:ind w:start="360"/>
        <w:jc w:val="start"/>
        <w:rPr/>
      </w:pPr>
      <w:r>
        <w:rPr>
          <w:rFonts w:ascii="Calibri" w:hAnsi="Calibri"/>
          <w:b w:val="false"/>
          <w:i w:val="false"/>
          <w:color w:val="000000"/>
          <w:sz w:val="22"/>
        </w:rPr>
        <w:t>B. Mekatilili wa Menza</w:t>
      </w:r>
    </w:p>
    <w:p>
      <w:pPr>
        <w:pStyle w:val="Normal"/>
        <w:spacing w:before="0" w:after="60"/>
        <w:ind w:start="360"/>
        <w:jc w:val="start"/>
        <w:rPr/>
      </w:pPr>
      <w:r>
        <w:rPr>
          <w:rFonts w:ascii="Calibri" w:hAnsi="Calibri"/>
          <w:b w:val="false"/>
          <w:i w:val="false"/>
          <w:color w:val="000000"/>
          <w:sz w:val="22"/>
        </w:rPr>
        <w:t>C. Nabongo Mumia</w:t>
      </w:r>
    </w:p>
    <w:p>
      <w:pPr>
        <w:pStyle w:val="Normal"/>
        <w:spacing w:before="0" w:after="60"/>
        <w:ind w:start="360"/>
        <w:jc w:val="start"/>
        <w:rPr/>
      </w:pPr>
      <w:r>
        <w:rPr>
          <w:rFonts w:ascii="Calibri" w:hAnsi="Calibri"/>
          <w:b w:val="false"/>
          <w:i w:val="false"/>
          <w:color w:val="000000"/>
          <w:sz w:val="22"/>
        </w:rPr>
        <w:t>D. Lenana</w:t>
      </w:r>
    </w:p>
    <w:p>
      <w:pPr>
        <w:pStyle w:val="Normal"/>
        <w:spacing w:before="0" w:after="60"/>
        <w:ind w:start="360"/>
        <w:jc w:val="start"/>
        <w:rPr/>
      </w:pPr>
      <w:r>
        <w:rPr>
          <w:rFonts w:ascii="Calibri" w:hAnsi="Calibri"/>
          <w:b w:val="false"/>
          <w:i w:val="false"/>
          <w:color w:val="000000"/>
          <w:sz w:val="22"/>
        </w:rPr>
        <w:t>28. The safest place to cross a busy road in a city is</w:t>
      </w:r>
    </w:p>
    <w:p>
      <w:pPr>
        <w:pStyle w:val="Normal"/>
        <w:spacing w:before="0" w:after="60"/>
        <w:ind w:start="360"/>
        <w:jc w:val="start"/>
        <w:rPr/>
      </w:pPr>
      <w:r>
        <w:rPr>
          <w:rFonts w:ascii="Calibri" w:hAnsi="Calibri"/>
          <w:b w:val="false"/>
          <w:i w:val="false"/>
          <w:color w:val="000000"/>
          <w:sz w:val="22"/>
        </w:rPr>
        <w:t>A. foot bridge</w:t>
      </w:r>
    </w:p>
    <w:p>
      <w:pPr>
        <w:pStyle w:val="Normal"/>
        <w:spacing w:before="0" w:after="60"/>
        <w:ind w:start="360"/>
        <w:jc w:val="start"/>
        <w:rPr/>
      </w:pPr>
      <w:r>
        <w:rPr>
          <w:rFonts w:ascii="Calibri" w:hAnsi="Calibri"/>
          <w:b w:val="false"/>
          <w:i w:val="false"/>
          <w:color w:val="000000"/>
          <w:sz w:val="22"/>
        </w:rPr>
        <w:t>B. zebra crossing</w:t>
      </w:r>
    </w:p>
    <w:p>
      <w:pPr>
        <w:pStyle w:val="Normal"/>
        <w:spacing w:before="0" w:after="60"/>
        <w:ind w:start="360"/>
        <w:jc w:val="start"/>
        <w:rPr/>
      </w:pPr>
      <w:r>
        <w:rPr>
          <w:rFonts w:ascii="Calibri" w:hAnsi="Calibri"/>
          <w:b w:val="false"/>
          <w:i w:val="false"/>
          <w:color w:val="000000"/>
          <w:sz w:val="22"/>
        </w:rPr>
        <w:t>C. road junctions</w:t>
      </w:r>
    </w:p>
    <w:p>
      <w:pPr>
        <w:pStyle w:val="Normal"/>
        <w:spacing w:before="0" w:after="60"/>
        <w:ind w:start="360"/>
        <w:jc w:val="start"/>
        <w:rPr/>
      </w:pPr>
      <w:r>
        <w:rPr>
          <w:rFonts w:ascii="Calibri" w:hAnsi="Calibri"/>
          <w:b w:val="false"/>
          <w:i w:val="false"/>
          <w:color w:val="000000"/>
          <w:sz w:val="22"/>
        </w:rPr>
        <w:t>D. near traffic lights</w:t>
      </w:r>
    </w:p>
    <w:p>
      <w:pPr>
        <w:pStyle w:val="Normal"/>
        <w:spacing w:before="0" w:after="60"/>
        <w:ind w:start="360"/>
        <w:jc w:val="start"/>
        <w:rPr/>
      </w:pPr>
      <w:r>
        <w:rPr>
          <w:rFonts w:ascii="Calibri" w:hAnsi="Calibri"/>
          <w:b w:val="false"/>
          <w:i w:val="false"/>
          <w:color w:val="000000"/>
          <w:sz w:val="22"/>
        </w:rPr>
        <w:t>29. Which mineral is used to manufacture cement?</w:t>
      </w:r>
    </w:p>
    <w:p>
      <w:pPr>
        <w:pStyle w:val="Normal"/>
        <w:spacing w:before="0" w:after="60"/>
        <w:ind w:start="360"/>
        <w:jc w:val="start"/>
        <w:rPr/>
      </w:pPr>
      <w:r>
        <w:rPr>
          <w:rFonts w:ascii="Calibri" w:hAnsi="Calibri"/>
          <w:b w:val="false"/>
          <w:i w:val="false"/>
          <w:color w:val="000000"/>
          <w:sz w:val="22"/>
        </w:rPr>
        <w:t>A. Soda ash</w:t>
      </w:r>
    </w:p>
    <w:p>
      <w:pPr>
        <w:pStyle w:val="Normal"/>
        <w:spacing w:before="0" w:after="60"/>
        <w:ind w:start="360"/>
        <w:jc w:val="start"/>
        <w:rPr/>
      </w:pPr>
      <w:r>
        <w:rPr>
          <w:rFonts w:ascii="Calibri" w:hAnsi="Calibri"/>
          <w:b w:val="false"/>
          <w:i w:val="false"/>
          <w:color w:val="000000"/>
          <w:sz w:val="22"/>
        </w:rPr>
        <w:t>B. Petroleum</w:t>
      </w:r>
    </w:p>
    <w:p>
      <w:pPr>
        <w:pStyle w:val="Normal"/>
        <w:spacing w:before="0" w:after="60"/>
        <w:ind w:start="360"/>
        <w:jc w:val="start"/>
        <w:rPr/>
      </w:pPr>
      <w:r>
        <w:rPr>
          <w:rFonts w:ascii="Calibri" w:hAnsi="Calibri"/>
          <w:b w:val="false"/>
          <w:i w:val="false"/>
          <w:color w:val="000000"/>
          <w:sz w:val="22"/>
        </w:rPr>
        <w:t>C. Limestone</w:t>
      </w:r>
    </w:p>
    <w:p>
      <w:pPr>
        <w:pStyle w:val="Normal"/>
        <w:spacing w:before="0" w:after="60"/>
        <w:ind w:start="360"/>
        <w:jc w:val="start"/>
        <w:rPr/>
      </w:pPr>
      <w:r>
        <w:rPr>
          <w:rFonts w:ascii="Calibri" w:hAnsi="Calibri"/>
          <w:b w:val="false"/>
          <w:i w:val="false"/>
          <w:color w:val="000000"/>
          <w:sz w:val="22"/>
        </w:rPr>
        <w:t>D. Gold</w:t>
      </w:r>
    </w:p>
    <w:p>
      <w:pPr>
        <w:pStyle w:val="Normal"/>
        <w:spacing w:before="0" w:after="60"/>
        <w:ind w:start="360"/>
        <w:jc w:val="start"/>
        <w:rPr/>
      </w:pPr>
      <w:r>
        <w:rPr>
          <w:rFonts w:ascii="Calibri" w:hAnsi="Calibri"/>
          <w:b w:val="false"/>
          <w:i w:val="false"/>
          <w:color w:val="000000"/>
          <w:sz w:val="22"/>
        </w:rPr>
        <w:t>30. One of the following is the head of the county government in Kenya. Who is he or she?</w:t>
      </w:r>
    </w:p>
    <w:p>
      <w:pPr>
        <w:pStyle w:val="Normal"/>
        <w:spacing w:before="0" w:after="60"/>
        <w:ind w:start="360"/>
        <w:jc w:val="start"/>
        <w:rPr/>
      </w:pPr>
      <w:r>
        <w:rPr>
          <w:rFonts w:ascii="Calibri" w:hAnsi="Calibri"/>
          <w:b w:val="false"/>
          <w:i w:val="false"/>
          <w:color w:val="000000"/>
          <w:sz w:val="22"/>
        </w:rPr>
        <w:t>A. President</w:t>
      </w:r>
    </w:p>
    <w:p>
      <w:pPr>
        <w:pStyle w:val="Normal"/>
        <w:spacing w:before="0" w:after="60"/>
        <w:ind w:start="360"/>
        <w:jc w:val="start"/>
        <w:rPr/>
      </w:pPr>
      <w:r>
        <w:rPr>
          <w:rFonts w:ascii="Calibri" w:hAnsi="Calibri"/>
          <w:b w:val="false"/>
          <w:i w:val="false"/>
          <w:color w:val="000000"/>
          <w:sz w:val="22"/>
        </w:rPr>
        <w:t>B. Governor</w:t>
      </w:r>
    </w:p>
    <w:p>
      <w:pPr>
        <w:pStyle w:val="Normal"/>
        <w:spacing w:before="0" w:after="60"/>
        <w:ind w:start="360"/>
        <w:jc w:val="start"/>
        <w:rPr/>
      </w:pPr>
      <w:r>
        <w:rPr>
          <w:rFonts w:ascii="Calibri" w:hAnsi="Calibri"/>
          <w:b w:val="false"/>
          <w:i w:val="false"/>
          <w:color w:val="000000"/>
          <w:sz w:val="22"/>
        </w:rPr>
        <w:t>C. Senator</w:t>
      </w:r>
    </w:p>
    <w:p>
      <w:pPr>
        <w:pStyle w:val="Normal"/>
        <w:spacing w:before="0" w:after="60"/>
        <w:ind w:start="360"/>
        <w:jc w:val="start"/>
        <w:rPr/>
      </w:pPr>
      <w:r>
        <w:rPr>
          <w:rFonts w:ascii="Calibri" w:hAnsi="Calibri"/>
          <w:b w:val="false"/>
          <w:i w:val="false"/>
          <w:color w:val="000000"/>
          <w:sz w:val="22"/>
        </w:rPr>
        <w:t>D. County Commissioner</w:t>
      </w:r>
    </w:p>
    <w:p>
      <w:pPr>
        <w:pStyle w:val="Normal"/>
        <w:spacing w:before="200" w:after="80"/>
        <w:ind w:start="360"/>
        <w:jc w:val="start"/>
        <w:rPr/>
      </w:pPr>
      <w:r>
        <w:rPr>
          <w:rFonts w:ascii="Calibri" w:hAnsi="Calibri"/>
          <w:b/>
          <w:i w:val="false"/>
          <w:color w:val="000000"/>
          <w:sz w:val="24"/>
        </w:rPr>
        <w:t>SECTION B: RELIGIOUS EDUCATION</w:t>
      </w:r>
    </w:p>
    <w:p>
      <w:pPr>
        <w:pStyle w:val="Normal"/>
        <w:spacing w:before="200" w:after="80"/>
        <w:ind w:start="360"/>
        <w:jc w:val="start"/>
        <w:rPr/>
      </w:pPr>
      <w:r>
        <w:rPr>
          <w:rFonts w:ascii="Calibri" w:hAnsi="Calibri"/>
          <w:b/>
          <w:i w:val="false"/>
          <w:color w:val="000000"/>
          <w:sz w:val="24"/>
        </w:rPr>
        <w:t>PART 1: CRE</w:t>
      </w:r>
    </w:p>
    <w:p>
      <w:pPr>
        <w:pStyle w:val="Normal"/>
        <w:spacing w:before="0" w:after="60"/>
        <w:ind w:start="360"/>
        <w:jc w:val="start"/>
        <w:rPr/>
      </w:pPr>
      <w:r>
        <w:rPr>
          <w:rFonts w:ascii="Calibri" w:hAnsi="Calibri"/>
          <w:b w:val="false"/>
          <w:i w:val="false"/>
          <w:color w:val="000000"/>
          <w:sz w:val="22"/>
        </w:rPr>
        <w:t>31. Human beings are described as special according to Genesis on the creation story. Which of the following statements shows that?</w:t>
      </w:r>
    </w:p>
    <w:p>
      <w:pPr>
        <w:pStyle w:val="Normal"/>
        <w:spacing w:before="0" w:after="60"/>
        <w:ind w:start="360"/>
        <w:jc w:val="start"/>
        <w:rPr/>
      </w:pPr>
      <w:r>
        <w:rPr>
          <w:rFonts w:ascii="Calibri" w:hAnsi="Calibri"/>
          <w:b w:val="false"/>
          <w:i w:val="false"/>
          <w:color w:val="000000"/>
          <w:sz w:val="22"/>
        </w:rPr>
        <w:t>A. He was moulded from clay</w:t>
      </w:r>
    </w:p>
    <w:p>
      <w:pPr>
        <w:pStyle w:val="Normal"/>
        <w:spacing w:before="0" w:after="60"/>
        <w:ind w:start="360"/>
        <w:jc w:val="start"/>
        <w:rPr/>
      </w:pPr>
      <w:r>
        <w:rPr>
          <w:rFonts w:ascii="Calibri" w:hAnsi="Calibri"/>
          <w:b w:val="false"/>
          <w:i w:val="false"/>
          <w:color w:val="000000"/>
          <w:sz w:val="22"/>
        </w:rPr>
        <w:t>B. He was created in the image of God</w:t>
      </w:r>
    </w:p>
    <w:p>
      <w:pPr>
        <w:pStyle w:val="Normal"/>
        <w:spacing w:before="0" w:after="60"/>
        <w:ind w:start="360"/>
        <w:jc w:val="start"/>
        <w:rPr/>
      </w:pPr>
      <w:r>
        <w:rPr>
          <w:rFonts w:ascii="Calibri" w:hAnsi="Calibri"/>
          <w:b w:val="false"/>
          <w:i w:val="false"/>
          <w:color w:val="000000"/>
          <w:sz w:val="22"/>
        </w:rPr>
        <w:t>C. He was created by God's word</w:t>
      </w:r>
    </w:p>
    <w:p>
      <w:pPr>
        <w:pStyle w:val="Normal"/>
        <w:spacing w:before="0" w:after="60"/>
        <w:ind w:start="360"/>
        <w:jc w:val="start"/>
        <w:rPr/>
      </w:pPr>
      <w:r>
        <w:rPr>
          <w:rFonts w:ascii="Calibri" w:hAnsi="Calibri"/>
          <w:b w:val="false"/>
          <w:i w:val="false"/>
          <w:color w:val="000000"/>
          <w:sz w:val="22"/>
        </w:rPr>
        <w:t>D. God created him on the last day</w:t>
      </w:r>
    </w:p>
    <w:p>
      <w:pPr>
        <w:pStyle w:val="Normal"/>
        <w:spacing w:before="0" w:after="60"/>
        <w:ind w:start="360"/>
        <w:jc w:val="start"/>
        <w:rPr/>
      </w:pPr>
      <w:r>
        <w:rPr>
          <w:rFonts w:ascii="Calibri" w:hAnsi="Calibri"/>
          <w:b w:val="false"/>
          <w:i w:val="false"/>
          <w:color w:val="000000"/>
          <w:sz w:val="22"/>
        </w:rPr>
        <w:t>32. During a study on the use of talents, learners were asked to state the values needed to nurture their talents. Who among them was wrong?</w:t>
      </w:r>
    </w:p>
    <w:p>
      <w:pPr>
        <w:pStyle w:val="Normal"/>
        <w:spacing w:before="0" w:after="60"/>
        <w:ind w:start="360"/>
        <w:jc w:val="start"/>
        <w:rPr/>
      </w:pPr>
      <w:r>
        <w:rPr>
          <w:rFonts w:ascii="Calibri" w:hAnsi="Calibri"/>
          <w:b w:val="false"/>
          <w:i w:val="false"/>
          <w:color w:val="000000"/>
          <w:sz w:val="22"/>
        </w:rPr>
        <w:t>A. Abel - respect</w:t>
      </w:r>
    </w:p>
    <w:p>
      <w:pPr>
        <w:pStyle w:val="Normal"/>
        <w:spacing w:before="0" w:after="60"/>
        <w:ind w:start="360"/>
        <w:jc w:val="start"/>
        <w:rPr/>
      </w:pPr>
      <w:r>
        <w:rPr>
          <w:rFonts w:ascii="Calibri" w:hAnsi="Calibri"/>
          <w:b w:val="false"/>
          <w:i w:val="false"/>
          <w:color w:val="000000"/>
          <w:sz w:val="22"/>
        </w:rPr>
        <w:t>B. John - love</w:t>
      </w:r>
    </w:p>
    <w:p>
      <w:pPr>
        <w:pStyle w:val="Normal"/>
        <w:spacing w:before="0" w:after="60"/>
        <w:ind w:start="360"/>
        <w:jc w:val="start"/>
        <w:rPr/>
      </w:pPr>
      <w:r>
        <w:rPr>
          <w:rFonts w:ascii="Calibri" w:hAnsi="Calibri"/>
          <w:b w:val="false"/>
          <w:i w:val="false"/>
          <w:color w:val="000000"/>
          <w:sz w:val="22"/>
        </w:rPr>
        <w:t>C. James - integrity</w:t>
      </w:r>
    </w:p>
    <w:p>
      <w:pPr>
        <w:pStyle w:val="Normal"/>
        <w:spacing w:before="0" w:after="60"/>
        <w:ind w:start="360"/>
        <w:jc w:val="start"/>
        <w:rPr/>
      </w:pPr>
      <w:r>
        <w:rPr>
          <w:rFonts w:ascii="Calibri" w:hAnsi="Calibri"/>
          <w:b w:val="false"/>
          <w:i w:val="false"/>
          <w:color w:val="000000"/>
          <w:sz w:val="22"/>
        </w:rPr>
        <w:t>D. Joan - disobedience</w:t>
      </w:r>
    </w:p>
    <w:p>
      <w:pPr>
        <w:pStyle w:val="Normal"/>
        <w:spacing w:before="0" w:after="60"/>
        <w:ind w:start="360"/>
        <w:jc w:val="start"/>
        <w:rPr/>
      </w:pPr>
      <w:r>
        <w:rPr>
          <w:rFonts w:ascii="Calibri" w:hAnsi="Calibri"/>
          <w:b w:val="false"/>
          <w:i w:val="false"/>
          <w:color w:val="000000"/>
          <w:sz w:val="22"/>
        </w:rPr>
        <w:t>33. "This is now bone of my bones and flesh of my flesh. She shall be called woman." (Genesis 2:23). Who among the following said these words?</w:t>
      </w:r>
    </w:p>
    <w:p>
      <w:pPr>
        <w:pStyle w:val="Normal"/>
        <w:spacing w:before="0" w:after="60"/>
        <w:ind w:start="360"/>
        <w:jc w:val="start"/>
        <w:rPr/>
      </w:pPr>
      <w:r>
        <w:rPr>
          <w:rFonts w:ascii="Calibri" w:hAnsi="Calibri"/>
          <w:b w:val="false"/>
          <w:i w:val="false"/>
          <w:color w:val="000000"/>
          <w:sz w:val="22"/>
        </w:rPr>
        <w:t>A. Abraham</w:t>
      </w:r>
    </w:p>
    <w:p>
      <w:pPr>
        <w:pStyle w:val="Normal"/>
        <w:spacing w:before="0" w:after="60"/>
        <w:ind w:start="360"/>
        <w:jc w:val="start"/>
        <w:rPr/>
      </w:pPr>
      <w:r>
        <w:rPr>
          <w:rFonts w:ascii="Calibri" w:hAnsi="Calibri"/>
          <w:b w:val="false"/>
          <w:i w:val="false"/>
          <w:color w:val="000000"/>
          <w:sz w:val="22"/>
        </w:rPr>
        <w:t>B. Adam</w:t>
      </w:r>
    </w:p>
    <w:p>
      <w:pPr>
        <w:pStyle w:val="Normal"/>
        <w:spacing w:before="0" w:after="60"/>
        <w:ind w:start="360"/>
        <w:jc w:val="start"/>
        <w:rPr/>
      </w:pPr>
      <w:r>
        <w:rPr>
          <w:rFonts w:ascii="Calibri" w:hAnsi="Calibri"/>
          <w:b w:val="false"/>
          <w:i w:val="false"/>
          <w:color w:val="000000"/>
          <w:sz w:val="22"/>
        </w:rPr>
        <w:t>C. Eve</w:t>
      </w:r>
    </w:p>
    <w:p>
      <w:pPr>
        <w:pStyle w:val="Normal"/>
        <w:spacing w:before="0" w:after="60"/>
        <w:ind w:start="360"/>
        <w:jc w:val="start"/>
        <w:rPr/>
      </w:pPr>
      <w:r>
        <w:rPr>
          <w:rFonts w:ascii="Calibri" w:hAnsi="Calibri"/>
          <w:b w:val="false"/>
          <w:i w:val="false"/>
          <w:color w:val="000000"/>
          <w:sz w:val="22"/>
        </w:rPr>
        <w:t>D. Noah</w:t>
      </w:r>
    </w:p>
    <w:p>
      <w:pPr>
        <w:pStyle w:val="Normal"/>
        <w:spacing w:before="0" w:after="60"/>
        <w:ind w:start="360"/>
        <w:jc w:val="start"/>
        <w:rPr/>
      </w:pPr>
      <w:r>
        <w:rPr>
          <w:rFonts w:ascii="Calibri" w:hAnsi="Calibri"/>
          <w:b w:val="false"/>
          <w:i w:val="false"/>
          <w:color w:val="000000"/>
          <w:sz w:val="22"/>
        </w:rPr>
        <w:t>34. Which of the following type of marriage is correctly matched with its description?</w:t>
      </w:r>
    </w:p>
    <w:p>
      <w:pPr>
        <w:pStyle w:val="Normal"/>
        <w:spacing w:before="0" w:after="60"/>
        <w:ind w:start="360"/>
        <w:jc w:val="start"/>
        <w:rPr/>
      </w:pPr>
      <w:r>
        <w:rPr>
          <w:rFonts w:ascii="Calibri" w:hAnsi="Calibri"/>
          <w:b w:val="false"/>
          <w:i w:val="false"/>
          <w:color w:val="000000"/>
          <w:sz w:val="22"/>
        </w:rPr>
        <w:t>A. Civil marriage - conducted in a mosque</w:t>
      </w:r>
    </w:p>
    <w:p>
      <w:pPr>
        <w:pStyle w:val="Normal"/>
        <w:spacing w:before="0" w:after="60"/>
        <w:ind w:start="360"/>
        <w:jc w:val="start"/>
        <w:rPr/>
      </w:pPr>
      <w:r>
        <w:rPr>
          <w:rFonts w:ascii="Calibri" w:hAnsi="Calibri"/>
          <w:b w:val="false"/>
          <w:i w:val="false"/>
          <w:color w:val="000000"/>
          <w:sz w:val="22"/>
        </w:rPr>
        <w:t>B. Christian marriage - conducted by a pastor or priest</w:t>
      </w:r>
    </w:p>
    <w:p>
      <w:pPr>
        <w:pStyle w:val="Normal"/>
        <w:spacing w:before="0" w:after="60"/>
        <w:ind w:start="360"/>
        <w:jc w:val="start"/>
        <w:rPr/>
      </w:pPr>
      <w:r>
        <w:rPr>
          <w:rFonts w:ascii="Calibri" w:hAnsi="Calibri"/>
          <w:b w:val="false"/>
          <w:i w:val="false"/>
          <w:color w:val="000000"/>
          <w:sz w:val="22"/>
        </w:rPr>
        <w:t>C. African customary marriage - conducted in the church</w:t>
      </w:r>
    </w:p>
    <w:p>
      <w:pPr>
        <w:pStyle w:val="Normal"/>
        <w:spacing w:before="0" w:after="60"/>
        <w:ind w:start="360"/>
        <w:jc w:val="start"/>
        <w:rPr/>
      </w:pPr>
      <w:r>
        <w:rPr>
          <w:rFonts w:ascii="Calibri" w:hAnsi="Calibri"/>
          <w:b w:val="false"/>
          <w:i w:val="false"/>
          <w:color w:val="000000"/>
          <w:sz w:val="22"/>
        </w:rPr>
        <w:t>D. Come we stay - conducted by priest</w:t>
      </w:r>
    </w:p>
    <w:p>
      <w:pPr>
        <w:pStyle w:val="Normal"/>
        <w:spacing w:before="0" w:after="60"/>
        <w:ind w:start="360"/>
        <w:jc w:val="start"/>
        <w:rPr/>
      </w:pPr>
      <w:r>
        <w:rPr>
          <w:rFonts w:ascii="Calibri" w:hAnsi="Calibri"/>
          <w:b w:val="false"/>
          <w:i w:val="false"/>
          <w:color w:val="000000"/>
          <w:sz w:val="22"/>
        </w:rPr>
        <w:t>35. On which day did God take a rest after creating everything?</w:t>
      </w:r>
    </w:p>
    <w:p>
      <w:pPr>
        <w:pStyle w:val="Normal"/>
        <w:spacing w:before="0" w:after="60"/>
        <w:ind w:start="360"/>
        <w:jc w:val="start"/>
        <w:rPr/>
      </w:pPr>
      <w:r>
        <w:rPr>
          <w:rFonts w:ascii="Calibri" w:hAnsi="Calibri"/>
          <w:b w:val="false"/>
          <w:i w:val="false"/>
          <w:color w:val="000000"/>
          <w:sz w:val="22"/>
        </w:rPr>
        <w:t>A. First day</w:t>
      </w:r>
    </w:p>
    <w:p>
      <w:pPr>
        <w:pStyle w:val="Normal"/>
        <w:spacing w:before="0" w:after="60"/>
        <w:ind w:start="360"/>
        <w:jc w:val="start"/>
        <w:rPr/>
      </w:pPr>
      <w:r>
        <w:rPr>
          <w:rFonts w:ascii="Calibri" w:hAnsi="Calibri"/>
          <w:b w:val="false"/>
          <w:i w:val="false"/>
          <w:color w:val="000000"/>
          <w:sz w:val="22"/>
        </w:rPr>
        <w:t>B. Fifth day</w:t>
      </w:r>
    </w:p>
    <w:p>
      <w:pPr>
        <w:pStyle w:val="Normal"/>
        <w:spacing w:before="0" w:after="60"/>
        <w:ind w:start="360"/>
        <w:jc w:val="start"/>
        <w:rPr/>
      </w:pPr>
      <w:r>
        <w:rPr>
          <w:rFonts w:ascii="Calibri" w:hAnsi="Calibri"/>
          <w:b w:val="false"/>
          <w:i w:val="false"/>
          <w:color w:val="000000"/>
          <w:sz w:val="22"/>
        </w:rPr>
        <w:t>C. Third day</w:t>
      </w:r>
    </w:p>
    <w:p>
      <w:pPr>
        <w:pStyle w:val="Normal"/>
        <w:spacing w:before="0" w:after="60"/>
        <w:ind w:start="360"/>
        <w:jc w:val="start"/>
        <w:rPr/>
      </w:pPr>
      <w:r>
        <w:rPr>
          <w:rFonts w:ascii="Calibri" w:hAnsi="Calibri"/>
          <w:b w:val="false"/>
          <w:i w:val="false"/>
          <w:color w:val="000000"/>
          <w:sz w:val="22"/>
        </w:rPr>
        <w:t>D. Seventh day</w:t>
      </w:r>
    </w:p>
    <w:p>
      <w:pPr>
        <w:pStyle w:val="Normal"/>
        <w:spacing w:before="0" w:after="60"/>
        <w:ind w:start="360"/>
        <w:jc w:val="start"/>
        <w:rPr/>
      </w:pPr>
      <w:r>
        <w:rPr>
          <w:rFonts w:ascii="Calibri" w:hAnsi="Calibri"/>
          <w:b w:val="false"/>
          <w:i w:val="false"/>
          <w:color w:val="000000"/>
          <w:sz w:val="22"/>
        </w:rPr>
        <w:t>36. The following are inappropriate ways of using leisure time except</w:t>
      </w:r>
    </w:p>
    <w:p>
      <w:pPr>
        <w:pStyle w:val="Normal"/>
        <w:spacing w:before="0" w:after="60"/>
        <w:ind w:start="360"/>
        <w:jc w:val="start"/>
        <w:rPr/>
      </w:pPr>
      <w:r>
        <w:rPr>
          <w:rFonts w:ascii="Calibri" w:hAnsi="Calibri"/>
          <w:b w:val="false"/>
          <w:i w:val="false"/>
          <w:color w:val="000000"/>
          <w:sz w:val="22"/>
        </w:rPr>
        <w:t>A. smoking bhang</w:t>
      </w:r>
    </w:p>
    <w:p>
      <w:pPr>
        <w:pStyle w:val="Normal"/>
        <w:spacing w:before="0" w:after="60"/>
        <w:ind w:start="360"/>
        <w:jc w:val="start"/>
        <w:rPr/>
      </w:pPr>
      <w:r>
        <w:rPr>
          <w:rFonts w:ascii="Calibri" w:hAnsi="Calibri"/>
          <w:b w:val="false"/>
          <w:i w:val="false"/>
          <w:color w:val="000000"/>
          <w:sz w:val="22"/>
        </w:rPr>
        <w:t>B. fighting</w:t>
      </w:r>
    </w:p>
    <w:p>
      <w:pPr>
        <w:pStyle w:val="Normal"/>
        <w:spacing w:before="0" w:after="60"/>
        <w:ind w:start="360"/>
        <w:jc w:val="start"/>
        <w:rPr/>
      </w:pPr>
      <w:r>
        <w:rPr>
          <w:rFonts w:ascii="Calibri" w:hAnsi="Calibri"/>
          <w:b w:val="false"/>
          <w:i w:val="false"/>
          <w:color w:val="000000"/>
          <w:sz w:val="22"/>
        </w:rPr>
        <w:t>C. gossiping</w:t>
      </w:r>
    </w:p>
    <w:p>
      <w:pPr>
        <w:pStyle w:val="Normal"/>
        <w:spacing w:before="0" w:after="60"/>
        <w:ind w:start="360"/>
        <w:jc w:val="start"/>
        <w:rPr/>
      </w:pPr>
      <w:r>
        <w:rPr>
          <w:rFonts w:ascii="Calibri" w:hAnsi="Calibri"/>
          <w:b w:val="false"/>
          <w:i w:val="false"/>
          <w:color w:val="000000"/>
          <w:sz w:val="22"/>
        </w:rPr>
        <w:t>D. visiting the sick</w:t>
      </w:r>
    </w:p>
    <w:p>
      <w:pPr>
        <w:pStyle w:val="Normal"/>
        <w:spacing w:before="0" w:after="60"/>
        <w:ind w:start="360"/>
        <w:jc w:val="start"/>
        <w:rPr/>
      </w:pPr>
      <w:r>
        <w:rPr>
          <w:rFonts w:ascii="Calibri" w:hAnsi="Calibri"/>
          <w:b w:val="false"/>
          <w:i w:val="false"/>
          <w:color w:val="000000"/>
          <w:sz w:val="22"/>
        </w:rPr>
        <w:t>37. Who among the following people wrote the book of Romans?</w:t>
      </w:r>
    </w:p>
    <w:p>
      <w:pPr>
        <w:pStyle w:val="Normal"/>
        <w:spacing w:before="0" w:after="60"/>
        <w:ind w:start="360"/>
        <w:jc w:val="start"/>
        <w:rPr/>
      </w:pPr>
      <w:r>
        <w:rPr>
          <w:rFonts w:ascii="Calibri" w:hAnsi="Calibri"/>
          <w:b w:val="false"/>
          <w:i w:val="false"/>
          <w:color w:val="000000"/>
          <w:sz w:val="22"/>
        </w:rPr>
        <w:t>A. Paul</w:t>
      </w:r>
    </w:p>
    <w:p>
      <w:pPr>
        <w:pStyle w:val="Normal"/>
        <w:spacing w:before="0" w:after="60"/>
        <w:ind w:start="360"/>
        <w:jc w:val="start"/>
        <w:rPr/>
      </w:pPr>
      <w:r>
        <w:rPr>
          <w:rFonts w:ascii="Calibri" w:hAnsi="Calibri"/>
          <w:b w:val="false"/>
          <w:i w:val="false"/>
          <w:color w:val="000000"/>
          <w:sz w:val="22"/>
        </w:rPr>
        <w:t>B. John</w:t>
      </w:r>
    </w:p>
    <w:p>
      <w:pPr>
        <w:pStyle w:val="Normal"/>
        <w:spacing w:before="0" w:after="60"/>
        <w:ind w:start="360"/>
        <w:jc w:val="start"/>
        <w:rPr/>
      </w:pPr>
      <w:r>
        <w:rPr>
          <w:rFonts w:ascii="Calibri" w:hAnsi="Calibri"/>
          <w:b w:val="false"/>
          <w:i w:val="false"/>
          <w:color w:val="000000"/>
          <w:sz w:val="22"/>
        </w:rPr>
        <w:t>C. Luke</w:t>
      </w:r>
    </w:p>
    <w:p>
      <w:pPr>
        <w:pStyle w:val="Normal"/>
        <w:spacing w:before="0" w:after="60"/>
        <w:ind w:start="360"/>
        <w:jc w:val="start"/>
        <w:rPr/>
      </w:pPr>
      <w:r>
        <w:rPr>
          <w:rFonts w:ascii="Calibri" w:hAnsi="Calibri"/>
          <w:b w:val="false"/>
          <w:i w:val="false"/>
          <w:color w:val="000000"/>
          <w:sz w:val="22"/>
        </w:rPr>
        <w:t>D. Peter</w:t>
      </w:r>
    </w:p>
    <w:p>
      <w:pPr>
        <w:pStyle w:val="Normal"/>
        <w:spacing w:before="0" w:after="60"/>
        <w:ind w:start="360"/>
        <w:jc w:val="start"/>
        <w:rPr/>
      </w:pPr>
      <w:r>
        <w:rPr>
          <w:rFonts w:ascii="Calibri" w:hAnsi="Calibri"/>
          <w:b w:val="false"/>
          <w:i w:val="false"/>
          <w:color w:val="000000"/>
          <w:sz w:val="22"/>
        </w:rPr>
        <w:t>38. Do not kill is one of the commandments. Who among the following people disobeyed the above commandment?</w:t>
      </w:r>
    </w:p>
    <w:p>
      <w:pPr>
        <w:pStyle w:val="Normal"/>
        <w:spacing w:before="0" w:after="60"/>
        <w:ind w:start="360"/>
        <w:jc w:val="start"/>
        <w:rPr/>
      </w:pPr>
      <w:r>
        <w:rPr>
          <w:rFonts w:ascii="Calibri" w:hAnsi="Calibri"/>
          <w:b w:val="false"/>
          <w:i w:val="false"/>
          <w:color w:val="000000"/>
          <w:sz w:val="22"/>
        </w:rPr>
        <w:t>A. Cain and Ahab</w:t>
      </w:r>
    </w:p>
    <w:p>
      <w:pPr>
        <w:pStyle w:val="Normal"/>
        <w:spacing w:before="0" w:after="60"/>
        <w:ind w:start="360"/>
        <w:jc w:val="start"/>
        <w:rPr/>
      </w:pPr>
      <w:r>
        <w:rPr>
          <w:rFonts w:ascii="Calibri" w:hAnsi="Calibri"/>
          <w:b w:val="false"/>
          <w:i w:val="false"/>
          <w:color w:val="000000"/>
          <w:sz w:val="22"/>
        </w:rPr>
        <w:t>B. Cain and Abel</w:t>
      </w:r>
    </w:p>
    <w:p>
      <w:pPr>
        <w:pStyle w:val="Normal"/>
        <w:spacing w:before="0" w:after="60"/>
        <w:ind w:start="360"/>
        <w:jc w:val="start"/>
        <w:rPr/>
      </w:pPr>
      <w:r>
        <w:rPr>
          <w:rFonts w:ascii="Calibri" w:hAnsi="Calibri"/>
          <w:b w:val="false"/>
          <w:i w:val="false"/>
          <w:color w:val="000000"/>
          <w:sz w:val="22"/>
        </w:rPr>
        <w:t>C. Naboth and Joseph</w:t>
      </w:r>
    </w:p>
    <w:p>
      <w:pPr>
        <w:pStyle w:val="Normal"/>
        <w:spacing w:before="0" w:after="60"/>
        <w:ind w:start="360"/>
        <w:jc w:val="start"/>
        <w:rPr/>
      </w:pPr>
      <w:r>
        <w:rPr>
          <w:rFonts w:ascii="Calibri" w:hAnsi="Calibri"/>
          <w:b w:val="false"/>
          <w:i w:val="false"/>
          <w:color w:val="000000"/>
          <w:sz w:val="22"/>
        </w:rPr>
        <w:t>D. Isaac and Ibrahim</w:t>
      </w:r>
    </w:p>
    <w:p>
      <w:pPr>
        <w:pStyle w:val="Normal"/>
        <w:spacing w:before="0" w:after="60"/>
        <w:ind w:start="360"/>
        <w:jc w:val="start"/>
        <w:rPr/>
      </w:pPr>
      <w:r>
        <w:rPr>
          <w:rFonts w:ascii="Calibri" w:hAnsi="Calibri"/>
          <w:b w:val="false"/>
          <w:i w:val="false"/>
          <w:color w:val="000000"/>
          <w:sz w:val="22"/>
        </w:rPr>
        <w:t>39. Samson used a jawbone of a donkey to kill Philistines.</w:t>
      </w:r>
    </w:p>
    <w:p>
      <w:pPr>
        <w:pStyle w:val="Normal"/>
        <w:spacing w:before="0" w:after="60"/>
        <w:ind w:start="360"/>
        <w:jc w:val="start"/>
        <w:rPr/>
      </w:pPr>
      <w:r>
        <w:rPr>
          <w:rFonts w:ascii="Calibri" w:hAnsi="Calibri"/>
          <w:b w:val="false"/>
          <w:i w:val="false"/>
          <w:color w:val="000000"/>
          <w:sz w:val="22"/>
        </w:rPr>
        <w:t>A. 7</w:t>
      </w:r>
    </w:p>
    <w:p>
      <w:pPr>
        <w:pStyle w:val="Normal"/>
        <w:spacing w:before="0" w:after="60"/>
        <w:ind w:start="360"/>
        <w:jc w:val="start"/>
        <w:rPr/>
      </w:pPr>
      <w:r>
        <w:rPr>
          <w:rFonts w:ascii="Calibri" w:hAnsi="Calibri"/>
          <w:b w:val="false"/>
          <w:i w:val="false"/>
          <w:color w:val="000000"/>
          <w:sz w:val="22"/>
        </w:rPr>
        <w:t>B. 200</w:t>
      </w:r>
    </w:p>
    <w:p>
      <w:pPr>
        <w:pStyle w:val="Normal"/>
        <w:spacing w:before="0" w:after="60"/>
        <w:ind w:start="360"/>
        <w:jc w:val="start"/>
        <w:rPr/>
      </w:pPr>
      <w:r>
        <w:rPr>
          <w:rFonts w:ascii="Calibri" w:hAnsi="Calibri"/>
          <w:b w:val="false"/>
          <w:i w:val="false"/>
          <w:color w:val="000000"/>
          <w:sz w:val="22"/>
        </w:rPr>
        <w:t>C. 100</w:t>
      </w:r>
    </w:p>
    <w:p>
      <w:pPr>
        <w:pStyle w:val="Normal"/>
        <w:spacing w:before="0" w:after="60"/>
        <w:ind w:start="360"/>
        <w:jc w:val="start"/>
        <w:rPr/>
      </w:pPr>
      <w:r>
        <w:rPr>
          <w:rFonts w:ascii="Calibri" w:hAnsi="Calibri"/>
          <w:b w:val="false"/>
          <w:i w:val="false"/>
          <w:color w:val="000000"/>
          <w:sz w:val="22"/>
        </w:rPr>
        <w:t>D. 1000</w:t>
      </w:r>
    </w:p>
    <w:p>
      <w:pPr>
        <w:pStyle w:val="Normal"/>
        <w:spacing w:before="0" w:after="60"/>
        <w:ind w:start="360"/>
        <w:jc w:val="start"/>
        <w:rPr/>
      </w:pPr>
      <w:r>
        <w:rPr>
          <w:rFonts w:ascii="Calibri" w:hAnsi="Calibri"/>
          <w:b w:val="false"/>
          <w:i w:val="false"/>
          <w:color w:val="000000"/>
          <w:sz w:val="22"/>
        </w:rPr>
        <w:t>40. Who among the following prophets of God applied faith to recover an axe head from water by making it float?</w:t>
      </w:r>
    </w:p>
    <w:p>
      <w:pPr>
        <w:pStyle w:val="Normal"/>
        <w:spacing w:before="0" w:after="60"/>
        <w:ind w:start="360"/>
        <w:jc w:val="start"/>
        <w:rPr/>
      </w:pPr>
      <w:r>
        <w:rPr>
          <w:rFonts w:ascii="Calibri" w:hAnsi="Calibri"/>
          <w:b w:val="false"/>
          <w:i w:val="false"/>
          <w:color w:val="000000"/>
          <w:sz w:val="22"/>
        </w:rPr>
        <w:t>A. Elijah</w:t>
      </w:r>
    </w:p>
    <w:p>
      <w:pPr>
        <w:pStyle w:val="Normal"/>
        <w:spacing w:before="0" w:after="60"/>
        <w:ind w:start="360"/>
        <w:jc w:val="start"/>
        <w:rPr/>
      </w:pPr>
      <w:r>
        <w:rPr>
          <w:rFonts w:ascii="Calibri" w:hAnsi="Calibri"/>
          <w:b w:val="false"/>
          <w:i w:val="false"/>
          <w:color w:val="000000"/>
          <w:sz w:val="22"/>
        </w:rPr>
        <w:t>B. Isaiah</w:t>
      </w:r>
    </w:p>
    <w:p>
      <w:pPr>
        <w:pStyle w:val="Normal"/>
        <w:spacing w:before="0" w:after="60"/>
        <w:ind w:start="360"/>
        <w:jc w:val="start"/>
        <w:rPr/>
      </w:pPr>
      <w:r>
        <w:rPr>
          <w:rFonts w:ascii="Calibri" w:hAnsi="Calibri"/>
          <w:b w:val="false"/>
          <w:i w:val="false"/>
          <w:color w:val="000000"/>
          <w:sz w:val="22"/>
        </w:rPr>
        <w:t>C. Elisha</w:t>
      </w:r>
    </w:p>
    <w:p>
      <w:pPr>
        <w:pStyle w:val="Normal"/>
        <w:spacing w:before="0" w:after="60"/>
        <w:ind w:start="360"/>
        <w:jc w:val="start"/>
        <w:rPr/>
      </w:pPr>
      <w:r>
        <w:rPr>
          <w:rFonts w:ascii="Calibri" w:hAnsi="Calibri"/>
          <w:b w:val="false"/>
          <w:i w:val="false"/>
          <w:color w:val="000000"/>
          <w:sz w:val="22"/>
        </w:rPr>
        <w:t>D. Daniel</w:t>
      </w:r>
    </w:p>
    <w:p>
      <w:pPr>
        <w:pStyle w:val="Normal"/>
        <w:spacing w:before="0" w:after="60"/>
        <w:ind w:start="360"/>
        <w:jc w:val="start"/>
        <w:rPr/>
      </w:pPr>
      <w:r>
        <w:rPr>
          <w:rFonts w:ascii="Calibri" w:hAnsi="Calibri"/>
          <w:b w:val="false"/>
          <w:i w:val="false"/>
          <w:color w:val="000000"/>
          <w:sz w:val="22"/>
        </w:rPr>
        <w:t>41. As a Christian, which lesson do we learn from the story of Jacob wrestling with God?</w:t>
      </w:r>
    </w:p>
    <w:p>
      <w:pPr>
        <w:pStyle w:val="Normal"/>
        <w:spacing w:before="0" w:after="60"/>
        <w:ind w:start="360"/>
        <w:jc w:val="start"/>
        <w:rPr/>
      </w:pPr>
      <w:r>
        <w:rPr>
          <w:rFonts w:ascii="Calibri" w:hAnsi="Calibri"/>
          <w:b w:val="false"/>
          <w:i w:val="false"/>
          <w:color w:val="000000"/>
          <w:sz w:val="22"/>
        </w:rPr>
        <w:t>A. We should fight with God</w:t>
      </w:r>
    </w:p>
    <w:p>
      <w:pPr>
        <w:pStyle w:val="Normal"/>
        <w:spacing w:before="0" w:after="60"/>
        <w:ind w:start="360"/>
        <w:jc w:val="start"/>
        <w:rPr/>
      </w:pPr>
      <w:r>
        <w:rPr>
          <w:rFonts w:ascii="Calibri" w:hAnsi="Calibri"/>
          <w:b w:val="false"/>
          <w:i w:val="false"/>
          <w:color w:val="000000"/>
          <w:sz w:val="22"/>
        </w:rPr>
        <w:t>B. We should be persistent in prayers</w:t>
      </w:r>
    </w:p>
    <w:p>
      <w:pPr>
        <w:pStyle w:val="Normal"/>
        <w:spacing w:before="0" w:after="60"/>
        <w:ind w:start="360"/>
        <w:jc w:val="start"/>
        <w:rPr/>
      </w:pPr>
      <w:r>
        <w:rPr>
          <w:rFonts w:ascii="Calibri" w:hAnsi="Calibri"/>
          <w:b w:val="false"/>
          <w:i w:val="false"/>
          <w:color w:val="000000"/>
          <w:sz w:val="22"/>
        </w:rPr>
        <w:t>C. We should stop praying if our prayers are not answered</w:t>
      </w:r>
    </w:p>
    <w:p>
      <w:pPr>
        <w:pStyle w:val="Normal"/>
        <w:spacing w:before="0" w:after="60"/>
        <w:ind w:start="360"/>
        <w:jc w:val="start"/>
        <w:rPr/>
      </w:pPr>
      <w:r>
        <w:rPr>
          <w:rFonts w:ascii="Calibri" w:hAnsi="Calibri"/>
          <w:b w:val="false"/>
          <w:i w:val="false"/>
          <w:color w:val="000000"/>
          <w:sz w:val="22"/>
        </w:rPr>
        <w:t>D. God does not like answering our prayers</w:t>
      </w:r>
    </w:p>
    <w:p>
      <w:pPr>
        <w:pStyle w:val="Normal"/>
        <w:spacing w:before="0" w:after="60"/>
        <w:ind w:start="360"/>
        <w:jc w:val="start"/>
        <w:rPr/>
      </w:pPr>
      <w:r>
        <w:rPr>
          <w:rFonts w:ascii="Calibri" w:hAnsi="Calibri"/>
          <w:b w:val="false"/>
          <w:i w:val="false"/>
          <w:color w:val="000000"/>
          <w:sz w:val="22"/>
        </w:rPr>
        <w:t>42. Jesus called twelve people to be His disciples. Who among them were brothers?</w:t>
      </w:r>
    </w:p>
    <w:p>
      <w:pPr>
        <w:pStyle w:val="Normal"/>
        <w:spacing w:before="0" w:after="60"/>
        <w:ind w:start="360"/>
        <w:jc w:val="start"/>
        <w:rPr/>
      </w:pPr>
      <w:r>
        <w:rPr>
          <w:rFonts w:ascii="Calibri" w:hAnsi="Calibri"/>
          <w:b w:val="false"/>
          <w:i w:val="false"/>
          <w:color w:val="000000"/>
          <w:sz w:val="22"/>
        </w:rPr>
        <w:t>A. Peter and Matthew</w:t>
      </w:r>
    </w:p>
    <w:p>
      <w:pPr>
        <w:pStyle w:val="Normal"/>
        <w:spacing w:before="0" w:after="60"/>
        <w:ind w:start="360"/>
        <w:jc w:val="start"/>
        <w:rPr/>
      </w:pPr>
      <w:r>
        <w:rPr>
          <w:rFonts w:ascii="Calibri" w:hAnsi="Calibri"/>
          <w:b w:val="false"/>
          <w:i w:val="false"/>
          <w:color w:val="000000"/>
          <w:sz w:val="22"/>
        </w:rPr>
        <w:t>B. John and Peter</w:t>
      </w:r>
    </w:p>
    <w:p>
      <w:pPr>
        <w:pStyle w:val="Normal"/>
        <w:spacing w:before="0" w:after="60"/>
        <w:ind w:start="360"/>
        <w:jc w:val="start"/>
        <w:rPr/>
      </w:pPr>
      <w:r>
        <w:rPr>
          <w:rFonts w:ascii="Calibri" w:hAnsi="Calibri"/>
          <w:b w:val="false"/>
          <w:i w:val="false"/>
          <w:color w:val="000000"/>
          <w:sz w:val="22"/>
        </w:rPr>
        <w:t>C. James and John</w:t>
      </w:r>
    </w:p>
    <w:p>
      <w:pPr>
        <w:pStyle w:val="Normal"/>
        <w:spacing w:before="0" w:after="60"/>
        <w:ind w:start="360"/>
        <w:jc w:val="start"/>
        <w:rPr/>
      </w:pPr>
      <w:r>
        <w:rPr>
          <w:rFonts w:ascii="Calibri" w:hAnsi="Calibri"/>
          <w:b w:val="false"/>
          <w:i w:val="false"/>
          <w:color w:val="000000"/>
          <w:sz w:val="22"/>
        </w:rPr>
        <w:t>D. Matthew and James</w:t>
      </w:r>
    </w:p>
    <w:p>
      <w:pPr>
        <w:pStyle w:val="Normal"/>
        <w:spacing w:before="0" w:after="60"/>
        <w:ind w:start="360"/>
        <w:jc w:val="start"/>
        <w:rPr/>
      </w:pPr>
      <w:r>
        <w:rPr>
          <w:rFonts w:ascii="Calibri" w:hAnsi="Calibri"/>
          <w:b w:val="false"/>
          <w:i w:val="false"/>
          <w:color w:val="000000"/>
          <w:sz w:val="22"/>
        </w:rPr>
        <w:t>43. Worship the Lord your God and serve Him only. (Luke 4:8) These words were said by Jesus when He was</w:t>
      </w:r>
    </w:p>
    <w:p>
      <w:pPr>
        <w:pStyle w:val="Normal"/>
        <w:spacing w:before="0" w:after="60"/>
        <w:ind w:start="360"/>
        <w:jc w:val="start"/>
        <w:rPr/>
      </w:pPr>
      <w:r>
        <w:rPr>
          <w:rFonts w:ascii="Calibri" w:hAnsi="Calibri"/>
          <w:b w:val="false"/>
          <w:i w:val="false"/>
          <w:color w:val="000000"/>
          <w:sz w:val="22"/>
        </w:rPr>
        <w:t>A. tempted</w:t>
      </w:r>
    </w:p>
    <w:p>
      <w:pPr>
        <w:pStyle w:val="Normal"/>
        <w:spacing w:before="0" w:after="60"/>
        <w:ind w:start="360"/>
        <w:jc w:val="start"/>
        <w:rPr/>
      </w:pPr>
      <w:r>
        <w:rPr>
          <w:rFonts w:ascii="Calibri" w:hAnsi="Calibri"/>
          <w:b w:val="false"/>
          <w:i w:val="false"/>
          <w:color w:val="000000"/>
          <w:sz w:val="22"/>
        </w:rPr>
        <w:t>B. about to die</w:t>
      </w:r>
    </w:p>
    <w:p>
      <w:pPr>
        <w:pStyle w:val="Normal"/>
        <w:spacing w:before="0" w:after="60"/>
        <w:ind w:start="360"/>
        <w:jc w:val="start"/>
        <w:rPr/>
      </w:pPr>
      <w:r>
        <w:rPr>
          <w:rFonts w:ascii="Calibri" w:hAnsi="Calibri"/>
          <w:b w:val="false"/>
          <w:i w:val="false"/>
          <w:color w:val="000000"/>
          <w:sz w:val="22"/>
        </w:rPr>
        <w:t>C. transfigured</w:t>
      </w:r>
    </w:p>
    <w:p>
      <w:pPr>
        <w:pStyle w:val="Normal"/>
        <w:spacing w:before="0" w:after="60"/>
        <w:ind w:start="360"/>
        <w:jc w:val="start"/>
        <w:rPr/>
      </w:pPr>
      <w:r>
        <w:rPr>
          <w:rFonts w:ascii="Calibri" w:hAnsi="Calibri"/>
          <w:b w:val="false"/>
          <w:i w:val="false"/>
          <w:color w:val="000000"/>
          <w:sz w:val="22"/>
        </w:rPr>
        <w:t>D. baptised</w:t>
      </w:r>
    </w:p>
    <w:p>
      <w:pPr>
        <w:pStyle w:val="Normal"/>
        <w:spacing w:before="0" w:after="60"/>
        <w:ind w:start="360"/>
        <w:jc w:val="start"/>
        <w:rPr/>
      </w:pPr>
      <w:r>
        <w:rPr>
          <w:rFonts w:ascii="Calibri" w:hAnsi="Calibri"/>
          <w:b w:val="false"/>
          <w:i w:val="false"/>
          <w:color w:val="000000"/>
          <w:sz w:val="22"/>
        </w:rPr>
        <w:t>44. Which of the following miracles was not performed by Jesus Christ?</w:t>
      </w:r>
    </w:p>
    <w:p>
      <w:pPr>
        <w:pStyle w:val="Normal"/>
        <w:spacing w:before="0" w:after="60"/>
        <w:ind w:start="360"/>
        <w:jc w:val="start"/>
        <w:rPr/>
      </w:pPr>
      <w:r>
        <w:rPr>
          <w:rFonts w:ascii="Calibri" w:hAnsi="Calibri"/>
          <w:b w:val="false"/>
          <w:i w:val="false"/>
          <w:color w:val="000000"/>
          <w:sz w:val="22"/>
        </w:rPr>
        <w:t>A. Healing of the Roman Officer's servant</w:t>
      </w:r>
    </w:p>
    <w:p>
      <w:pPr>
        <w:pStyle w:val="Normal"/>
        <w:spacing w:before="0" w:after="60"/>
        <w:ind w:start="360"/>
        <w:jc w:val="start"/>
        <w:rPr/>
      </w:pPr>
      <w:r>
        <w:rPr>
          <w:rFonts w:ascii="Calibri" w:hAnsi="Calibri"/>
          <w:b w:val="false"/>
          <w:i w:val="false"/>
          <w:color w:val="000000"/>
          <w:sz w:val="22"/>
        </w:rPr>
        <w:t>B. Healing of the bleeding woman</w:t>
      </w:r>
    </w:p>
    <w:p>
      <w:pPr>
        <w:pStyle w:val="Normal"/>
        <w:spacing w:before="0" w:after="60"/>
        <w:ind w:start="360"/>
        <w:jc w:val="start"/>
        <w:rPr/>
      </w:pPr>
      <w:r>
        <w:rPr>
          <w:rFonts w:ascii="Calibri" w:hAnsi="Calibri"/>
          <w:b w:val="false"/>
          <w:i w:val="false"/>
          <w:color w:val="000000"/>
          <w:sz w:val="22"/>
        </w:rPr>
        <w:t>C. Raising of Lazarus</w:t>
      </w:r>
    </w:p>
    <w:p>
      <w:pPr>
        <w:pStyle w:val="Normal"/>
        <w:spacing w:before="0" w:after="60"/>
        <w:ind w:start="360"/>
        <w:jc w:val="start"/>
        <w:rPr/>
      </w:pPr>
      <w:r>
        <w:rPr>
          <w:rFonts w:ascii="Calibri" w:hAnsi="Calibri"/>
          <w:b w:val="false"/>
          <w:i w:val="false"/>
          <w:color w:val="000000"/>
          <w:sz w:val="22"/>
        </w:rPr>
        <w:t>D. Healing of the crippled at the beautiful gate</w:t>
      </w:r>
    </w:p>
    <w:p>
      <w:pPr>
        <w:pStyle w:val="Normal"/>
        <w:spacing w:before="0" w:after="60"/>
        <w:ind w:start="360"/>
        <w:jc w:val="start"/>
        <w:rPr/>
      </w:pPr>
      <w:r>
        <w:rPr>
          <w:rFonts w:ascii="Calibri" w:hAnsi="Calibri"/>
          <w:b w:val="false"/>
          <w:i w:val="false"/>
          <w:color w:val="000000"/>
          <w:sz w:val="22"/>
        </w:rPr>
        <w:t>45. Jesus used parables to teach His teachings. Which of the following teaches about the recovery of lost human beings?</w:t>
      </w:r>
    </w:p>
    <w:p>
      <w:pPr>
        <w:pStyle w:val="Normal"/>
        <w:spacing w:before="0" w:after="60"/>
        <w:ind w:start="360"/>
        <w:jc w:val="start"/>
        <w:rPr/>
      </w:pPr>
      <w:r>
        <w:rPr>
          <w:rFonts w:ascii="Calibri" w:hAnsi="Calibri"/>
          <w:b w:val="false"/>
          <w:i w:val="false"/>
          <w:color w:val="000000"/>
          <w:sz w:val="22"/>
        </w:rPr>
        <w:t>A. The ten virgins</w:t>
      </w:r>
    </w:p>
    <w:p>
      <w:pPr>
        <w:pStyle w:val="Normal"/>
        <w:spacing w:before="0" w:after="60"/>
        <w:ind w:start="360"/>
        <w:jc w:val="start"/>
        <w:rPr/>
      </w:pPr>
      <w:r>
        <w:rPr>
          <w:rFonts w:ascii="Calibri" w:hAnsi="Calibri"/>
          <w:b w:val="false"/>
          <w:i w:val="false"/>
          <w:color w:val="000000"/>
          <w:sz w:val="22"/>
        </w:rPr>
        <w:t>B. The prodigal son</w:t>
      </w:r>
    </w:p>
    <w:p>
      <w:pPr>
        <w:pStyle w:val="Normal"/>
        <w:spacing w:before="0" w:after="60"/>
        <w:ind w:start="360"/>
        <w:jc w:val="start"/>
        <w:rPr/>
      </w:pPr>
      <w:r>
        <w:rPr>
          <w:rFonts w:ascii="Calibri" w:hAnsi="Calibri"/>
          <w:b w:val="false"/>
          <w:i w:val="false"/>
          <w:color w:val="000000"/>
          <w:sz w:val="22"/>
        </w:rPr>
        <w:t>C. Friend at midnight</w:t>
      </w:r>
    </w:p>
    <w:p>
      <w:pPr>
        <w:pStyle w:val="Normal"/>
        <w:spacing w:before="0" w:after="60"/>
        <w:ind w:start="360"/>
        <w:jc w:val="start"/>
        <w:rPr/>
      </w:pPr>
      <w:r>
        <w:rPr>
          <w:rFonts w:ascii="Calibri" w:hAnsi="Calibri"/>
          <w:b w:val="false"/>
          <w:i w:val="false"/>
          <w:color w:val="000000"/>
          <w:sz w:val="22"/>
        </w:rPr>
        <w:t>D. Lost sheep</w:t>
      </w:r>
    </w:p>
    <w:p>
      <w:pPr>
        <w:pStyle w:val="Normal"/>
        <w:spacing w:before="0" w:after="60"/>
        <w:ind w:start="360"/>
        <w:jc w:val="start"/>
        <w:rPr/>
      </w:pPr>
      <w:r>
        <w:rPr>
          <w:rFonts w:ascii="Calibri" w:hAnsi="Calibri"/>
          <w:b w:val="false"/>
          <w:i w:val="false"/>
          <w:color w:val="000000"/>
          <w:sz w:val="22"/>
        </w:rPr>
        <w:t>46. From the story of Amnon and Tamar, we learn that we can protect ourselves from sexual abuse by</w:t>
      </w:r>
    </w:p>
    <w:p>
      <w:pPr>
        <w:pStyle w:val="Normal"/>
        <w:spacing w:before="0" w:after="60"/>
        <w:ind w:start="360"/>
        <w:jc w:val="start"/>
        <w:rPr/>
      </w:pPr>
      <w:r>
        <w:rPr>
          <w:rFonts w:ascii="Calibri" w:hAnsi="Calibri"/>
          <w:b w:val="false"/>
          <w:i w:val="false"/>
          <w:color w:val="000000"/>
          <w:sz w:val="22"/>
        </w:rPr>
        <w:t>A. accepting gifts from strangers</w:t>
      </w:r>
    </w:p>
    <w:p>
      <w:pPr>
        <w:pStyle w:val="Normal"/>
        <w:spacing w:before="0" w:after="60"/>
        <w:ind w:start="360"/>
        <w:jc w:val="start"/>
        <w:rPr/>
      </w:pPr>
      <w:r>
        <w:rPr>
          <w:rFonts w:ascii="Calibri" w:hAnsi="Calibri"/>
          <w:b w:val="false"/>
          <w:i w:val="false"/>
          <w:color w:val="000000"/>
          <w:sz w:val="22"/>
        </w:rPr>
        <w:t>B. walking alone in unsafe places</w:t>
      </w:r>
    </w:p>
    <w:p>
      <w:pPr>
        <w:pStyle w:val="Normal"/>
        <w:spacing w:before="0" w:after="60"/>
        <w:ind w:start="360"/>
        <w:jc w:val="start"/>
        <w:rPr/>
      </w:pPr>
      <w:r>
        <w:rPr>
          <w:rFonts w:ascii="Calibri" w:hAnsi="Calibri"/>
          <w:b w:val="false"/>
          <w:i w:val="false"/>
          <w:color w:val="000000"/>
          <w:sz w:val="22"/>
        </w:rPr>
        <w:t>C. not meeting people of the opposite sex when you are alone</w:t>
      </w:r>
    </w:p>
    <w:p>
      <w:pPr>
        <w:pStyle w:val="Normal"/>
        <w:spacing w:before="0" w:after="60"/>
        <w:ind w:start="360"/>
        <w:jc w:val="start"/>
        <w:rPr/>
      </w:pPr>
      <w:r>
        <w:rPr>
          <w:rFonts w:ascii="Calibri" w:hAnsi="Calibri"/>
          <w:b w:val="false"/>
          <w:i w:val="false"/>
          <w:color w:val="000000"/>
          <w:sz w:val="22"/>
        </w:rPr>
        <w:t>D. going into a lonely room with some one of the opposite sex when you are alone</w:t>
      </w:r>
    </w:p>
    <w:p>
      <w:pPr>
        <w:pStyle w:val="Normal"/>
        <w:spacing w:before="0" w:after="60"/>
        <w:ind w:start="360"/>
        <w:jc w:val="start"/>
        <w:rPr/>
      </w:pPr>
      <w:r>
        <w:rPr>
          <w:rFonts w:ascii="Calibri" w:hAnsi="Calibri"/>
          <w:b w:val="false"/>
          <w:i w:val="false"/>
          <w:color w:val="000000"/>
          <w:sz w:val="22"/>
        </w:rPr>
        <w:t>47. Which one of the following is not a fruit of the Holy Spirit?</w:t>
      </w:r>
    </w:p>
    <w:p>
      <w:pPr>
        <w:pStyle w:val="Normal"/>
        <w:spacing w:before="0" w:after="60"/>
        <w:ind w:start="360"/>
        <w:jc w:val="start"/>
        <w:rPr/>
      </w:pPr>
      <w:r>
        <w:rPr>
          <w:rFonts w:ascii="Calibri" w:hAnsi="Calibri"/>
          <w:b w:val="false"/>
          <w:i w:val="false"/>
          <w:color w:val="000000"/>
          <w:sz w:val="22"/>
        </w:rPr>
        <w:t>A. Selfishness</w:t>
      </w:r>
    </w:p>
    <w:p>
      <w:pPr>
        <w:pStyle w:val="Normal"/>
        <w:spacing w:before="0" w:after="60"/>
        <w:ind w:start="360"/>
        <w:jc w:val="start"/>
        <w:rPr/>
      </w:pPr>
      <w:r>
        <w:rPr>
          <w:rFonts w:ascii="Calibri" w:hAnsi="Calibri"/>
          <w:b w:val="false"/>
          <w:i w:val="false"/>
          <w:color w:val="000000"/>
          <w:sz w:val="22"/>
        </w:rPr>
        <w:t>B. Joy</w:t>
      </w:r>
    </w:p>
    <w:p>
      <w:pPr>
        <w:pStyle w:val="Normal"/>
        <w:spacing w:before="0" w:after="60"/>
        <w:ind w:start="360"/>
        <w:jc w:val="start"/>
        <w:rPr/>
      </w:pPr>
      <w:r>
        <w:rPr>
          <w:rFonts w:ascii="Calibri" w:hAnsi="Calibri"/>
          <w:b w:val="false"/>
          <w:i w:val="false"/>
          <w:color w:val="000000"/>
          <w:sz w:val="22"/>
        </w:rPr>
        <w:t>C. Kindness</w:t>
      </w:r>
    </w:p>
    <w:p>
      <w:pPr>
        <w:pStyle w:val="Normal"/>
        <w:spacing w:before="0" w:after="60"/>
        <w:ind w:start="360"/>
        <w:jc w:val="start"/>
        <w:rPr/>
      </w:pPr>
      <w:r>
        <w:rPr>
          <w:rFonts w:ascii="Calibri" w:hAnsi="Calibri"/>
          <w:b w:val="false"/>
          <w:i w:val="false"/>
          <w:color w:val="000000"/>
          <w:sz w:val="22"/>
        </w:rPr>
        <w:t>D. Patience</w:t>
      </w:r>
    </w:p>
    <w:p>
      <w:pPr>
        <w:pStyle w:val="Normal"/>
        <w:spacing w:before="0" w:after="60"/>
        <w:ind w:start="360"/>
        <w:jc w:val="start"/>
        <w:rPr/>
      </w:pPr>
      <w:r>
        <w:rPr>
          <w:rFonts w:ascii="Calibri" w:hAnsi="Calibri"/>
          <w:b w:val="false"/>
          <w:i w:val="false"/>
          <w:color w:val="000000"/>
          <w:sz w:val="22"/>
        </w:rPr>
        <w:t>48. The following values promotes good citizenship except</w:t>
      </w:r>
    </w:p>
    <w:p>
      <w:pPr>
        <w:pStyle w:val="Normal"/>
        <w:spacing w:before="0" w:after="60"/>
        <w:ind w:start="360"/>
        <w:jc w:val="start"/>
        <w:rPr/>
      </w:pPr>
      <w:r>
        <w:rPr>
          <w:rFonts w:ascii="Calibri" w:hAnsi="Calibri"/>
          <w:b w:val="false"/>
          <w:i w:val="false"/>
          <w:color w:val="000000"/>
          <w:sz w:val="22"/>
        </w:rPr>
        <w:t>A. hardworking</w:t>
      </w:r>
    </w:p>
    <w:p>
      <w:pPr>
        <w:pStyle w:val="Normal"/>
        <w:spacing w:before="0" w:after="60"/>
        <w:ind w:start="360"/>
        <w:jc w:val="start"/>
        <w:rPr/>
      </w:pPr>
      <w:r>
        <w:rPr>
          <w:rFonts w:ascii="Calibri" w:hAnsi="Calibri"/>
          <w:b w:val="false"/>
          <w:i w:val="false"/>
          <w:color w:val="000000"/>
          <w:sz w:val="22"/>
        </w:rPr>
        <w:t>B. laziness</w:t>
      </w:r>
    </w:p>
    <w:p>
      <w:pPr>
        <w:pStyle w:val="Normal"/>
        <w:spacing w:before="0" w:after="60"/>
        <w:ind w:start="360"/>
        <w:jc w:val="start"/>
        <w:rPr/>
      </w:pPr>
      <w:r>
        <w:rPr>
          <w:rFonts w:ascii="Calibri" w:hAnsi="Calibri"/>
          <w:b w:val="false"/>
          <w:i w:val="false"/>
          <w:color w:val="000000"/>
          <w:sz w:val="22"/>
        </w:rPr>
        <w:t>C. honest</w:t>
      </w:r>
    </w:p>
    <w:p>
      <w:pPr>
        <w:pStyle w:val="Normal"/>
        <w:spacing w:before="0" w:after="60"/>
        <w:ind w:start="360"/>
        <w:jc w:val="start"/>
        <w:rPr/>
      </w:pPr>
      <w:r>
        <w:rPr>
          <w:rFonts w:ascii="Calibri" w:hAnsi="Calibri"/>
          <w:b w:val="false"/>
          <w:i w:val="false"/>
          <w:color w:val="000000"/>
          <w:sz w:val="22"/>
        </w:rPr>
        <w:t>D. respect</w:t>
      </w:r>
    </w:p>
    <w:p>
      <w:pPr>
        <w:pStyle w:val="Normal"/>
        <w:spacing w:before="0" w:after="60"/>
        <w:ind w:start="360"/>
        <w:jc w:val="start"/>
        <w:rPr/>
      </w:pPr>
      <w:r>
        <w:rPr>
          <w:rFonts w:ascii="Calibri" w:hAnsi="Calibri"/>
          <w:b w:val="false"/>
          <w:i w:val="false"/>
          <w:color w:val="000000"/>
          <w:sz w:val="22"/>
        </w:rPr>
        <w:t>49. Complete the following statement that is found in the Apostles' Creed.</w:t>
      </w:r>
    </w:p>
    <w:p>
      <w:pPr>
        <w:pStyle w:val="Normal"/>
        <w:spacing w:before="0" w:after="60"/>
        <w:ind w:start="360"/>
        <w:jc w:val="start"/>
        <w:rPr/>
      </w:pPr>
      <w:r>
        <w:rPr>
          <w:rFonts w:ascii="Calibri" w:hAnsi="Calibri"/>
          <w:b w:val="false"/>
          <w:i w:val="false"/>
          <w:color w:val="000000"/>
          <w:sz w:val="22"/>
        </w:rPr>
        <w:t>"I believe in God the father Almighty ____."</w:t>
      </w:r>
    </w:p>
    <w:p>
      <w:pPr>
        <w:pStyle w:val="Normal"/>
        <w:spacing w:before="0" w:after="60"/>
        <w:ind w:start="360"/>
        <w:jc w:val="start"/>
        <w:rPr/>
      </w:pPr>
      <w:r>
        <w:rPr>
          <w:rFonts w:ascii="Calibri" w:hAnsi="Calibri"/>
          <w:b w:val="false"/>
          <w:i w:val="false"/>
          <w:color w:val="000000"/>
          <w:sz w:val="22"/>
        </w:rPr>
        <w:t>A. The mighty one</w:t>
      </w:r>
    </w:p>
    <w:p>
      <w:pPr>
        <w:pStyle w:val="Normal"/>
        <w:spacing w:before="0" w:after="60"/>
        <w:ind w:start="360"/>
        <w:jc w:val="start"/>
        <w:rPr/>
      </w:pPr>
      <w:r>
        <w:rPr>
          <w:rFonts w:ascii="Calibri" w:hAnsi="Calibri"/>
          <w:b w:val="false"/>
          <w:i w:val="false"/>
          <w:color w:val="000000"/>
          <w:sz w:val="22"/>
        </w:rPr>
        <w:t>B. The Holy Catholic church</w:t>
      </w:r>
    </w:p>
    <w:p>
      <w:pPr>
        <w:pStyle w:val="Normal"/>
        <w:spacing w:before="0" w:after="60"/>
        <w:ind w:start="360"/>
        <w:jc w:val="start"/>
        <w:rPr/>
      </w:pPr>
      <w:r>
        <w:rPr>
          <w:rFonts w:ascii="Calibri" w:hAnsi="Calibri"/>
          <w:b w:val="false"/>
          <w:i w:val="false"/>
          <w:color w:val="000000"/>
          <w:sz w:val="22"/>
        </w:rPr>
        <w:t>C. Creator of heaven and earth</w:t>
      </w:r>
    </w:p>
    <w:p>
      <w:pPr>
        <w:pStyle w:val="Normal"/>
        <w:spacing w:before="0" w:after="60"/>
        <w:ind w:start="360"/>
        <w:jc w:val="start"/>
        <w:rPr/>
      </w:pPr>
      <w:r>
        <w:rPr>
          <w:rFonts w:ascii="Calibri" w:hAnsi="Calibri"/>
          <w:b w:val="false"/>
          <w:i w:val="false"/>
          <w:color w:val="000000"/>
          <w:sz w:val="22"/>
        </w:rPr>
        <w:t>D. Born of the virgin Mary</w:t>
      </w:r>
    </w:p>
    <w:p>
      <w:pPr>
        <w:pStyle w:val="Normal"/>
        <w:spacing w:before="0" w:after="60"/>
        <w:ind w:start="360"/>
        <w:jc w:val="start"/>
        <w:rPr/>
      </w:pPr>
      <w:r>
        <w:rPr>
          <w:rFonts w:ascii="Calibri" w:hAnsi="Calibri"/>
          <w:b w:val="false"/>
          <w:i w:val="false"/>
          <w:color w:val="000000"/>
          <w:sz w:val="22"/>
        </w:rPr>
        <w:t>50. The following are harmful and commonly abused substances in our society except</w:t>
      </w:r>
    </w:p>
    <w:p>
      <w:pPr>
        <w:pStyle w:val="Normal"/>
        <w:spacing w:before="0" w:after="60"/>
        <w:ind w:start="360"/>
        <w:jc w:val="start"/>
        <w:rPr/>
      </w:pPr>
      <w:r>
        <w:rPr>
          <w:rFonts w:ascii="Calibri" w:hAnsi="Calibri"/>
          <w:b w:val="false"/>
          <w:i w:val="false"/>
          <w:color w:val="000000"/>
          <w:sz w:val="22"/>
        </w:rPr>
        <w:t>A. bhang</w:t>
      </w:r>
    </w:p>
    <w:p>
      <w:pPr>
        <w:pStyle w:val="Normal"/>
        <w:spacing w:before="0" w:after="60"/>
        <w:ind w:start="360"/>
        <w:jc w:val="start"/>
        <w:rPr/>
      </w:pPr>
      <w:r>
        <w:rPr>
          <w:rFonts w:ascii="Calibri" w:hAnsi="Calibri"/>
          <w:b w:val="false"/>
          <w:i w:val="false"/>
          <w:color w:val="000000"/>
          <w:sz w:val="22"/>
        </w:rPr>
        <w:t>B. cocaine</w:t>
      </w:r>
    </w:p>
    <w:p>
      <w:pPr>
        <w:pStyle w:val="Normal"/>
        <w:spacing w:before="0" w:after="60"/>
        <w:ind w:start="360"/>
        <w:jc w:val="start"/>
        <w:rPr/>
      </w:pPr>
      <w:r>
        <w:rPr>
          <w:rFonts w:ascii="Calibri" w:hAnsi="Calibri"/>
          <w:b w:val="false"/>
          <w:i w:val="false"/>
          <w:color w:val="000000"/>
          <w:sz w:val="22"/>
        </w:rPr>
        <w:t>C. miraa</w:t>
      </w:r>
    </w:p>
    <w:p>
      <w:pPr>
        <w:pStyle w:val="Normal"/>
        <w:spacing w:before="0" w:after="60"/>
        <w:ind w:start="360"/>
        <w:jc w:val="start"/>
        <w:rPr/>
      </w:pPr>
      <w:r>
        <w:rPr>
          <w:rFonts w:ascii="Calibri" w:hAnsi="Calibri"/>
          <w:b w:val="false"/>
          <w:i w:val="false"/>
          <w:color w:val="000000"/>
          <w:sz w:val="22"/>
        </w:rPr>
        <w:t>D. juice</w:t>
      </w:r>
    </w:p>
    <w:p>
      <w:pPr>
        <w:pStyle w:val="Normal"/>
        <w:spacing w:before="200" w:after="80"/>
        <w:ind w:start="360"/>
        <w:jc w:val="start"/>
        <w:rPr>
          <w:rFonts w:ascii="Calibri" w:hAnsi="Calibri"/>
          <w:b/>
          <w:i w:val="false"/>
          <w:color w:val="000000"/>
          <w:sz w:val="24"/>
        </w:rPr>
      </w:pPr>
      <w:r>
        <w:rPr>
          <w:rFonts w:ascii="Calibri" w:hAnsi="Calibri"/>
          <w:b/>
          <w:i w:val="false"/>
          <w:color w:val="000000"/>
          <w:sz w:val="24"/>
        </w:rPr>
      </w:r>
      <w:r>
        <w:br w:type="page"/>
      </w:r>
    </w:p>
    <w:p>
      <w:pPr>
        <w:pStyle w:val="Normal"/>
        <w:spacing w:before="200" w:after="80"/>
        <w:ind w:start="360"/>
        <w:jc w:val="start"/>
        <w:rPr>
          <w:rFonts w:ascii="Calibri" w:hAnsi="Calibri"/>
          <w:b/>
          <w:i w:val="false"/>
          <w:color w:val="000000"/>
          <w:sz w:val="24"/>
        </w:rPr>
      </w:pPr>
      <w:r>
        <w:rPr>
          <w:rFonts w:ascii="Calibri" w:hAnsi="Calibri"/>
          <w:b/>
          <w:i w:val="false"/>
          <w:color w:val="000000"/>
          <w:sz w:val="24"/>
        </w:rPr>
        <w:t>PART 2: IRE</w:t>
      </w:r>
    </w:p>
    <w:p>
      <w:pPr>
        <w:pStyle w:val="Normal"/>
        <w:spacing w:before="0" w:after="60"/>
        <w:ind w:start="360"/>
        <w:jc w:val="start"/>
        <w:rPr/>
      </w:pPr>
      <w:r>
        <w:rPr>
          <w:rFonts w:ascii="Calibri" w:hAnsi="Calibri"/>
          <w:b w:val="false"/>
          <w:i w:val="false"/>
          <w:color w:val="000000"/>
          <w:sz w:val="22"/>
        </w:rPr>
        <w:t>31. "Then you will surely be asked that Day about pleasure." This is a verse extracted from surah</w:t>
      </w:r>
    </w:p>
    <w:p>
      <w:pPr>
        <w:pStyle w:val="Normal"/>
        <w:spacing w:before="0" w:after="60"/>
        <w:ind w:start="360"/>
        <w:jc w:val="start"/>
        <w:rPr/>
      </w:pPr>
      <w:r>
        <w:rPr>
          <w:rFonts w:ascii="Calibri" w:hAnsi="Calibri"/>
          <w:b w:val="false"/>
          <w:i w:val="false"/>
          <w:color w:val="000000"/>
          <w:sz w:val="22"/>
        </w:rPr>
        <w:t>A. Al-Takathur</w:t>
      </w:r>
    </w:p>
    <w:p>
      <w:pPr>
        <w:pStyle w:val="Normal"/>
        <w:spacing w:before="0" w:after="60"/>
        <w:ind w:start="360"/>
        <w:jc w:val="start"/>
        <w:rPr/>
      </w:pPr>
      <w:r>
        <w:rPr>
          <w:rFonts w:ascii="Calibri" w:hAnsi="Calibri"/>
          <w:b w:val="false"/>
          <w:i w:val="false"/>
          <w:color w:val="000000"/>
          <w:sz w:val="22"/>
        </w:rPr>
        <w:t>B. Al-Qariah</w:t>
      </w:r>
    </w:p>
    <w:p>
      <w:pPr>
        <w:pStyle w:val="Normal"/>
        <w:spacing w:before="0" w:after="60"/>
        <w:ind w:start="360"/>
        <w:jc w:val="start"/>
        <w:rPr/>
      </w:pPr>
      <w:r>
        <w:rPr>
          <w:rFonts w:ascii="Calibri" w:hAnsi="Calibri"/>
          <w:b w:val="false"/>
          <w:i w:val="false"/>
          <w:color w:val="000000"/>
          <w:sz w:val="22"/>
        </w:rPr>
        <w:t>C. Al-Humaza</w:t>
      </w:r>
    </w:p>
    <w:p>
      <w:pPr>
        <w:pStyle w:val="Normal"/>
        <w:spacing w:before="0" w:after="60"/>
        <w:ind w:start="360"/>
        <w:jc w:val="start"/>
        <w:rPr/>
      </w:pPr>
      <w:r>
        <w:rPr>
          <w:rFonts w:ascii="Calibri" w:hAnsi="Calibri"/>
          <w:b w:val="false"/>
          <w:i w:val="false"/>
          <w:color w:val="000000"/>
          <w:sz w:val="22"/>
        </w:rPr>
        <w:t>D. Al-Asr</w:t>
      </w:r>
    </w:p>
    <w:p>
      <w:pPr>
        <w:pStyle w:val="Normal"/>
        <w:spacing w:before="0" w:after="60"/>
        <w:ind w:start="360"/>
        <w:jc w:val="start"/>
        <w:rPr/>
      </w:pPr>
      <w:r>
        <w:rPr>
          <w:rFonts w:ascii="Calibri" w:hAnsi="Calibri"/>
          <w:b w:val="false"/>
          <w:i w:val="false"/>
          <w:color w:val="000000"/>
          <w:sz w:val="22"/>
        </w:rPr>
        <w:t>32. Jamal, a grade 6 learner wrote down the following deeds as ways of pleasing Allah(S.W.T). Which statement talks about teaching on Hadith on planting? We should</w:t>
      </w:r>
    </w:p>
    <w:p>
      <w:pPr>
        <w:pStyle w:val="Normal"/>
        <w:spacing w:before="0" w:after="60"/>
        <w:ind w:start="360"/>
        <w:jc w:val="start"/>
        <w:rPr/>
      </w:pPr>
      <w:r>
        <w:rPr>
          <w:rFonts w:ascii="Calibri" w:hAnsi="Calibri"/>
          <w:b w:val="false"/>
          <w:i w:val="false"/>
          <w:color w:val="000000"/>
          <w:sz w:val="22"/>
        </w:rPr>
        <w:t>A. not imitate the opposite gender in our dressing</w:t>
      </w:r>
    </w:p>
    <w:p>
      <w:pPr>
        <w:pStyle w:val="Normal"/>
        <w:spacing w:before="0" w:after="60"/>
        <w:ind w:start="360"/>
        <w:jc w:val="start"/>
        <w:rPr/>
      </w:pPr>
      <w:r>
        <w:rPr>
          <w:rFonts w:ascii="Calibri" w:hAnsi="Calibri"/>
          <w:b w:val="false"/>
          <w:i w:val="false"/>
          <w:color w:val="000000"/>
          <w:sz w:val="22"/>
        </w:rPr>
        <w:t>B. spend our youth wisely before we grow old</w:t>
      </w:r>
    </w:p>
    <w:p>
      <w:pPr>
        <w:pStyle w:val="Normal"/>
        <w:spacing w:before="0" w:after="60"/>
        <w:ind w:start="360"/>
        <w:jc w:val="start"/>
        <w:rPr/>
      </w:pPr>
      <w:r>
        <w:rPr>
          <w:rFonts w:ascii="Calibri" w:hAnsi="Calibri"/>
          <w:b w:val="false"/>
          <w:i w:val="false"/>
          <w:color w:val="000000"/>
          <w:sz w:val="22"/>
        </w:rPr>
        <w:t>C. plant trees in order to earn sadaqatul jaariyah</w:t>
      </w:r>
    </w:p>
    <w:p>
      <w:pPr>
        <w:pStyle w:val="Normal"/>
        <w:spacing w:before="0" w:after="60"/>
        <w:ind w:start="360"/>
        <w:jc w:val="start"/>
        <w:rPr/>
      </w:pPr>
      <w:r>
        <w:rPr>
          <w:rFonts w:ascii="Calibri" w:hAnsi="Calibri"/>
          <w:b w:val="false"/>
          <w:i w:val="false"/>
          <w:color w:val="000000"/>
          <w:sz w:val="22"/>
        </w:rPr>
        <w:t>D. be sincere in heart and actions</w:t>
      </w:r>
    </w:p>
    <w:p>
      <w:pPr>
        <w:pStyle w:val="Normal"/>
        <w:spacing w:before="0" w:after="60"/>
        <w:ind w:start="360"/>
        <w:jc w:val="start"/>
        <w:rPr/>
      </w:pPr>
      <w:r>
        <w:rPr>
          <w:rFonts w:ascii="Calibri" w:hAnsi="Calibri"/>
          <w:b w:val="false"/>
          <w:i w:val="false"/>
          <w:color w:val="000000"/>
          <w:sz w:val="22"/>
        </w:rPr>
        <w:t>33. Allah(S.W.T) has ninety-nine attributes known as Asmaul-Husna. Which attribute will you use when asking Allah(S.W.T) for beneficial knowledge?</w:t>
      </w:r>
    </w:p>
    <w:p>
      <w:pPr>
        <w:pStyle w:val="Normal"/>
        <w:spacing w:before="0" w:after="60"/>
        <w:ind w:start="360"/>
        <w:jc w:val="start"/>
        <w:rPr/>
      </w:pPr>
      <w:r>
        <w:rPr>
          <w:rFonts w:ascii="Calibri" w:hAnsi="Calibri"/>
          <w:b w:val="false"/>
          <w:i w:val="false"/>
          <w:color w:val="000000"/>
          <w:sz w:val="22"/>
        </w:rPr>
        <w:t>A. Al-Hafeedh</w:t>
      </w:r>
    </w:p>
    <w:p>
      <w:pPr>
        <w:pStyle w:val="Normal"/>
        <w:spacing w:before="0" w:after="60"/>
        <w:ind w:start="360"/>
        <w:jc w:val="start"/>
        <w:rPr/>
      </w:pPr>
      <w:r>
        <w:rPr>
          <w:rFonts w:ascii="Calibri" w:hAnsi="Calibri"/>
          <w:b w:val="false"/>
          <w:i w:val="false"/>
          <w:color w:val="000000"/>
          <w:sz w:val="22"/>
        </w:rPr>
        <w:t>B. Al-Aaliim</w:t>
      </w:r>
    </w:p>
    <w:p>
      <w:pPr>
        <w:pStyle w:val="Normal"/>
        <w:spacing w:before="0" w:after="60"/>
        <w:ind w:start="360"/>
        <w:jc w:val="start"/>
        <w:rPr/>
      </w:pPr>
      <w:r>
        <w:rPr>
          <w:rFonts w:ascii="Calibri" w:hAnsi="Calibri"/>
          <w:b w:val="false"/>
          <w:i w:val="false"/>
          <w:color w:val="000000"/>
          <w:sz w:val="22"/>
        </w:rPr>
        <w:t>C. Al-Hakam</w:t>
      </w:r>
    </w:p>
    <w:p>
      <w:pPr>
        <w:pStyle w:val="Normal"/>
        <w:spacing w:before="0" w:after="60"/>
        <w:ind w:start="360"/>
        <w:jc w:val="start"/>
        <w:rPr/>
      </w:pPr>
      <w:r>
        <w:rPr>
          <w:rFonts w:ascii="Calibri" w:hAnsi="Calibri"/>
          <w:b w:val="false"/>
          <w:i w:val="false"/>
          <w:color w:val="000000"/>
          <w:sz w:val="22"/>
        </w:rPr>
        <w:t>D. Al-Hayyu</w:t>
      </w:r>
    </w:p>
    <w:p>
      <w:pPr>
        <w:pStyle w:val="Normal"/>
        <w:spacing w:before="0" w:after="60"/>
        <w:ind w:start="360"/>
        <w:jc w:val="start"/>
        <w:rPr/>
      </w:pPr>
      <w:r>
        <w:rPr>
          <w:rFonts w:ascii="Calibri" w:hAnsi="Calibri"/>
          <w:b w:val="false"/>
          <w:i w:val="false"/>
          <w:color w:val="000000"/>
          <w:sz w:val="22"/>
        </w:rPr>
        <w:t>34. Belief in Angels is one of the pillars of Iman. Which statement best explains why belief in Angels can shape the character of a Muslim?</w:t>
      </w:r>
    </w:p>
    <w:p>
      <w:pPr>
        <w:pStyle w:val="Normal"/>
        <w:spacing w:before="0" w:after="60"/>
        <w:ind w:start="360"/>
        <w:jc w:val="start"/>
        <w:rPr/>
      </w:pPr>
      <w:r>
        <w:rPr>
          <w:rFonts w:ascii="Calibri" w:hAnsi="Calibri"/>
          <w:b w:val="false"/>
          <w:i w:val="false"/>
          <w:color w:val="000000"/>
          <w:sz w:val="22"/>
        </w:rPr>
        <w:t>A. Makes us strive to perform good deeds and avoid bad deeds</w:t>
      </w:r>
    </w:p>
    <w:p>
      <w:pPr>
        <w:pStyle w:val="Normal"/>
        <w:spacing w:before="0" w:after="60"/>
        <w:ind w:start="360"/>
        <w:jc w:val="start"/>
        <w:rPr/>
      </w:pPr>
      <w:r>
        <w:rPr>
          <w:rFonts w:ascii="Calibri" w:hAnsi="Calibri"/>
          <w:b w:val="false"/>
          <w:i w:val="false"/>
          <w:color w:val="000000"/>
          <w:sz w:val="22"/>
        </w:rPr>
        <w:t>B. Makes us become closer to Allah(S.W.T)</w:t>
      </w:r>
    </w:p>
    <w:p>
      <w:pPr>
        <w:pStyle w:val="Normal"/>
        <w:spacing w:before="0" w:after="60"/>
        <w:ind w:start="360"/>
        <w:jc w:val="start"/>
        <w:rPr/>
      </w:pPr>
      <w:r>
        <w:rPr>
          <w:rFonts w:ascii="Calibri" w:hAnsi="Calibri"/>
          <w:b w:val="false"/>
          <w:i w:val="false"/>
          <w:color w:val="000000"/>
          <w:sz w:val="22"/>
        </w:rPr>
        <w:t>C. Makes us accept what happens in our lives</w:t>
      </w:r>
    </w:p>
    <w:p>
      <w:pPr>
        <w:pStyle w:val="Normal"/>
        <w:spacing w:before="0" w:after="60"/>
        <w:ind w:start="360"/>
        <w:jc w:val="start"/>
        <w:rPr/>
      </w:pPr>
      <w:r>
        <w:rPr>
          <w:rFonts w:ascii="Calibri" w:hAnsi="Calibri"/>
          <w:b w:val="false"/>
          <w:i w:val="false"/>
          <w:color w:val="000000"/>
          <w:sz w:val="22"/>
        </w:rPr>
        <w:t>D. Guides us to follow the commands of Allah(S.W.T)</w:t>
      </w:r>
    </w:p>
    <w:p>
      <w:pPr>
        <w:pStyle w:val="Normal"/>
        <w:spacing w:before="0" w:after="60"/>
        <w:ind w:start="360"/>
        <w:jc w:val="start"/>
        <w:rPr/>
      </w:pPr>
      <w:r>
        <w:rPr>
          <w:rFonts w:ascii="Calibri" w:hAnsi="Calibri"/>
          <w:b w:val="false"/>
          <w:i w:val="false"/>
          <w:color w:val="000000"/>
          <w:sz w:val="22"/>
        </w:rPr>
        <w:t>35. In a group discussion, grade 6 learners discussed the qualities of Al-Muttaqin. Who gave the correct quality?</w:t>
      </w:r>
    </w:p>
    <w:p>
      <w:pPr>
        <w:pStyle w:val="Normal"/>
        <w:spacing w:before="0" w:after="60"/>
        <w:ind w:start="360"/>
        <w:jc w:val="start"/>
        <w:rPr/>
      </w:pPr>
      <w:r>
        <w:rPr>
          <w:rFonts w:ascii="Calibri" w:hAnsi="Calibri"/>
          <w:b w:val="false"/>
          <w:i w:val="false"/>
          <w:color w:val="000000"/>
          <w:sz w:val="22"/>
        </w:rPr>
        <w:t>A. Salmon - sometimes misses prayers</w:t>
      </w:r>
    </w:p>
    <w:p>
      <w:pPr>
        <w:pStyle w:val="Normal"/>
        <w:spacing w:before="0" w:after="60"/>
        <w:ind w:start="360"/>
        <w:jc w:val="start"/>
        <w:rPr/>
      </w:pPr>
      <w:r>
        <w:rPr>
          <w:rFonts w:ascii="Calibri" w:hAnsi="Calibri"/>
          <w:b w:val="false"/>
          <w:i w:val="false"/>
          <w:color w:val="000000"/>
          <w:sz w:val="22"/>
        </w:rPr>
        <w:t>B. Sahra - does not believe in the Hereafter</w:t>
      </w:r>
    </w:p>
    <w:p>
      <w:pPr>
        <w:pStyle w:val="Normal"/>
        <w:spacing w:before="0" w:after="60"/>
        <w:ind w:start="360"/>
        <w:jc w:val="start"/>
        <w:rPr/>
      </w:pPr>
      <w:r>
        <w:rPr>
          <w:rFonts w:ascii="Calibri" w:hAnsi="Calibri"/>
          <w:b w:val="false"/>
          <w:i w:val="false"/>
          <w:color w:val="000000"/>
          <w:sz w:val="22"/>
        </w:rPr>
        <w:t>C. Hajr - believe in the unseen</w:t>
      </w:r>
    </w:p>
    <w:p>
      <w:pPr>
        <w:pStyle w:val="Normal"/>
        <w:spacing w:before="0" w:after="60"/>
        <w:ind w:start="360"/>
        <w:jc w:val="start"/>
        <w:rPr/>
      </w:pPr>
      <w:r>
        <w:rPr>
          <w:rFonts w:ascii="Calibri" w:hAnsi="Calibri"/>
          <w:b w:val="false"/>
          <w:i w:val="false"/>
          <w:color w:val="000000"/>
          <w:sz w:val="22"/>
        </w:rPr>
        <w:t>D. Ali - heedless in their prayer</w:t>
      </w:r>
    </w:p>
    <w:p>
      <w:pPr>
        <w:pStyle w:val="Normal"/>
        <w:spacing w:before="0" w:after="60"/>
        <w:ind w:start="360"/>
        <w:jc w:val="start"/>
        <w:rPr/>
      </w:pPr>
      <w:r>
        <w:rPr>
          <w:rFonts w:ascii="Calibri" w:hAnsi="Calibri"/>
          <w:b w:val="false"/>
          <w:i w:val="false"/>
          <w:color w:val="000000"/>
          <w:sz w:val="22"/>
        </w:rPr>
        <w:t>36. What quality of prophet Yusuf (A.S) helped him stay righteous in prison?</w:t>
      </w:r>
    </w:p>
    <w:p>
      <w:pPr>
        <w:pStyle w:val="Normal"/>
        <w:spacing w:before="0" w:after="60"/>
        <w:ind w:start="360"/>
        <w:jc w:val="start"/>
        <w:rPr/>
      </w:pPr>
      <w:r>
        <w:rPr>
          <w:rFonts w:ascii="Calibri" w:hAnsi="Calibri"/>
          <w:b w:val="false"/>
          <w:i w:val="false"/>
          <w:color w:val="000000"/>
          <w:sz w:val="22"/>
        </w:rPr>
        <w:t>A. Anger</w:t>
      </w:r>
    </w:p>
    <w:p>
      <w:pPr>
        <w:pStyle w:val="Normal"/>
        <w:spacing w:before="0" w:after="60"/>
        <w:ind w:start="360"/>
        <w:jc w:val="start"/>
        <w:rPr/>
      </w:pPr>
      <w:r>
        <w:rPr>
          <w:rFonts w:ascii="Calibri" w:hAnsi="Calibri"/>
          <w:b w:val="false"/>
          <w:i w:val="false"/>
          <w:color w:val="000000"/>
          <w:sz w:val="22"/>
        </w:rPr>
        <w:t>B. Patience</w:t>
      </w:r>
    </w:p>
    <w:p>
      <w:pPr>
        <w:pStyle w:val="Normal"/>
        <w:spacing w:before="0" w:after="60"/>
        <w:ind w:start="360"/>
        <w:jc w:val="start"/>
        <w:rPr/>
      </w:pPr>
      <w:r>
        <w:rPr>
          <w:rFonts w:ascii="Calibri" w:hAnsi="Calibri"/>
          <w:b w:val="false"/>
          <w:i w:val="false"/>
          <w:color w:val="000000"/>
          <w:sz w:val="22"/>
        </w:rPr>
        <w:t>C. Arrogance</w:t>
      </w:r>
    </w:p>
    <w:p>
      <w:pPr>
        <w:pStyle w:val="Normal"/>
        <w:spacing w:before="0" w:after="60"/>
        <w:ind w:start="360"/>
        <w:jc w:val="start"/>
        <w:rPr/>
      </w:pPr>
      <w:r>
        <w:rPr>
          <w:rFonts w:ascii="Calibri" w:hAnsi="Calibri"/>
          <w:b w:val="false"/>
          <w:i w:val="false"/>
          <w:color w:val="000000"/>
          <w:sz w:val="22"/>
        </w:rPr>
        <w:t>D. Wealth</w:t>
      </w:r>
    </w:p>
    <w:p>
      <w:pPr>
        <w:pStyle w:val="Normal"/>
        <w:spacing w:before="0" w:after="60"/>
        <w:ind w:start="360"/>
        <w:jc w:val="start"/>
        <w:rPr/>
      </w:pPr>
      <w:r>
        <w:rPr>
          <w:rFonts w:ascii="Calibri" w:hAnsi="Calibri"/>
          <w:b w:val="false"/>
          <w:i w:val="false"/>
          <w:color w:val="000000"/>
          <w:sz w:val="22"/>
        </w:rPr>
        <w:t>37. The following are virtues we learn from prophets of Allah(S.W.T). Which one is the main virtue we learn from the story of prophet Yusuf(A.S)?</w:t>
      </w:r>
    </w:p>
    <w:p>
      <w:pPr>
        <w:pStyle w:val="Normal"/>
        <w:spacing w:before="0" w:after="60"/>
        <w:ind w:start="360"/>
        <w:jc w:val="start"/>
        <w:rPr/>
      </w:pPr>
      <w:r>
        <w:rPr>
          <w:rFonts w:ascii="Calibri" w:hAnsi="Calibri"/>
          <w:b w:val="false"/>
          <w:i w:val="false"/>
          <w:color w:val="000000"/>
          <w:sz w:val="22"/>
        </w:rPr>
        <w:t>A. Obedience</w:t>
      </w:r>
    </w:p>
    <w:p>
      <w:pPr>
        <w:pStyle w:val="Normal"/>
        <w:spacing w:before="0" w:after="60"/>
        <w:ind w:start="360"/>
        <w:jc w:val="start"/>
        <w:rPr/>
      </w:pPr>
      <w:r>
        <w:rPr>
          <w:rFonts w:ascii="Calibri" w:hAnsi="Calibri"/>
          <w:b w:val="false"/>
          <w:i w:val="false"/>
          <w:color w:val="000000"/>
          <w:sz w:val="22"/>
        </w:rPr>
        <w:t>B. Forgiveness</w:t>
      </w:r>
    </w:p>
    <w:p>
      <w:pPr>
        <w:pStyle w:val="Normal"/>
        <w:spacing w:before="0" w:after="60"/>
        <w:ind w:start="360"/>
        <w:jc w:val="start"/>
        <w:rPr/>
      </w:pPr>
      <w:r>
        <w:rPr>
          <w:rFonts w:ascii="Calibri" w:hAnsi="Calibri"/>
          <w:b w:val="false"/>
          <w:i w:val="false"/>
          <w:color w:val="000000"/>
          <w:sz w:val="22"/>
        </w:rPr>
        <w:t>C. Patience</w:t>
      </w:r>
    </w:p>
    <w:p>
      <w:pPr>
        <w:pStyle w:val="Normal"/>
        <w:spacing w:before="0" w:after="60"/>
        <w:ind w:start="360"/>
        <w:jc w:val="start"/>
        <w:rPr/>
      </w:pPr>
      <w:r>
        <w:rPr>
          <w:rFonts w:ascii="Calibri" w:hAnsi="Calibri"/>
          <w:b w:val="false"/>
          <w:i w:val="false"/>
          <w:color w:val="000000"/>
          <w:sz w:val="22"/>
        </w:rPr>
        <w:t>D. Tolerance</w:t>
      </w:r>
    </w:p>
    <w:p>
      <w:pPr>
        <w:pStyle w:val="Normal"/>
        <w:spacing w:before="0" w:after="60"/>
        <w:ind w:start="360"/>
        <w:jc w:val="start"/>
        <w:rPr/>
      </w:pPr>
      <w:r>
        <w:rPr>
          <w:rFonts w:ascii="Calibri" w:hAnsi="Calibri"/>
          <w:b w:val="false"/>
          <w:i w:val="false"/>
          <w:color w:val="000000"/>
          <w:sz w:val="22"/>
        </w:rPr>
        <w:t>38. The following are actions a Muslim can practice to help him or her attain Tawbah. Which one of the following is not one of them?</w:t>
      </w:r>
    </w:p>
    <w:p>
      <w:pPr>
        <w:pStyle w:val="Normal"/>
        <w:spacing w:before="0" w:after="60"/>
        <w:ind w:start="360"/>
        <w:jc w:val="start"/>
        <w:rPr/>
      </w:pPr>
      <w:r>
        <w:rPr>
          <w:rFonts w:ascii="Calibri" w:hAnsi="Calibri"/>
          <w:b w:val="false"/>
          <w:i w:val="false"/>
          <w:color w:val="000000"/>
          <w:sz w:val="22"/>
        </w:rPr>
        <w:t>A. Practising self-control</w:t>
      </w:r>
    </w:p>
    <w:p>
      <w:pPr>
        <w:pStyle w:val="Normal"/>
        <w:spacing w:before="0" w:after="60"/>
        <w:ind w:start="360"/>
        <w:jc w:val="start"/>
        <w:rPr/>
      </w:pPr>
      <w:r>
        <w:rPr>
          <w:rFonts w:ascii="Calibri" w:hAnsi="Calibri"/>
          <w:b w:val="false"/>
          <w:i w:val="false"/>
          <w:color w:val="000000"/>
          <w:sz w:val="22"/>
        </w:rPr>
        <w:t>B. Reciting Astaghfirullah</w:t>
      </w:r>
    </w:p>
    <w:p>
      <w:pPr>
        <w:pStyle w:val="Normal"/>
        <w:spacing w:before="0" w:after="60"/>
        <w:ind w:start="360"/>
        <w:jc w:val="start"/>
        <w:rPr/>
      </w:pPr>
      <w:r>
        <w:rPr>
          <w:rFonts w:ascii="Calibri" w:hAnsi="Calibri"/>
          <w:b w:val="false"/>
          <w:i w:val="false"/>
          <w:color w:val="000000"/>
          <w:sz w:val="22"/>
        </w:rPr>
        <w:t>C. Repeating the sins committed</w:t>
      </w:r>
    </w:p>
    <w:p>
      <w:pPr>
        <w:pStyle w:val="Normal"/>
        <w:spacing w:before="0" w:after="60"/>
        <w:ind w:start="360"/>
        <w:jc w:val="start"/>
        <w:rPr/>
      </w:pPr>
      <w:r>
        <w:rPr>
          <w:rFonts w:ascii="Calibri" w:hAnsi="Calibri"/>
          <w:b w:val="false"/>
          <w:i w:val="false"/>
          <w:color w:val="000000"/>
          <w:sz w:val="22"/>
        </w:rPr>
        <w:t>D. Asking for forgiveness</w:t>
      </w:r>
    </w:p>
    <w:p>
      <w:pPr>
        <w:pStyle w:val="Normal"/>
        <w:spacing w:before="0" w:after="60"/>
        <w:ind w:start="360"/>
        <w:jc w:val="start"/>
        <w:rPr/>
      </w:pPr>
      <w:r>
        <w:rPr>
          <w:rFonts w:ascii="Calibri" w:hAnsi="Calibri"/>
          <w:b w:val="false"/>
          <w:i w:val="false"/>
          <w:color w:val="000000"/>
          <w:sz w:val="22"/>
        </w:rPr>
        <w:t>39. Which one of the following is the main reason why Muslims perform saum in the Holy month of Ramadhan?</w:t>
      </w:r>
    </w:p>
    <w:p>
      <w:pPr>
        <w:pStyle w:val="Normal"/>
        <w:spacing w:before="0" w:after="60"/>
        <w:ind w:start="360"/>
        <w:jc w:val="start"/>
        <w:rPr/>
      </w:pPr>
      <w:r>
        <w:rPr>
          <w:rFonts w:ascii="Calibri" w:hAnsi="Calibri"/>
          <w:b w:val="false"/>
          <w:i w:val="false"/>
          <w:color w:val="000000"/>
          <w:sz w:val="22"/>
        </w:rPr>
        <w:t>A. Our sins are forgiven</w:t>
      </w:r>
    </w:p>
    <w:p>
      <w:pPr>
        <w:pStyle w:val="Normal"/>
        <w:spacing w:before="0" w:after="60"/>
        <w:ind w:start="360"/>
        <w:jc w:val="start"/>
        <w:rPr/>
      </w:pPr>
      <w:r>
        <w:rPr>
          <w:rFonts w:ascii="Calibri" w:hAnsi="Calibri"/>
          <w:b w:val="false"/>
          <w:i w:val="false"/>
          <w:color w:val="000000"/>
          <w:sz w:val="22"/>
        </w:rPr>
        <w:t>B. Fasting is good for our health</w:t>
      </w:r>
    </w:p>
    <w:p>
      <w:pPr>
        <w:pStyle w:val="Normal"/>
        <w:spacing w:before="0" w:after="60"/>
        <w:ind w:start="360"/>
        <w:jc w:val="start"/>
        <w:rPr/>
      </w:pPr>
      <w:r>
        <w:rPr>
          <w:rFonts w:ascii="Calibri" w:hAnsi="Calibri"/>
          <w:b w:val="false"/>
          <w:i w:val="false"/>
          <w:color w:val="000000"/>
          <w:sz w:val="22"/>
        </w:rPr>
        <w:t>C. Fasting is a commandment from Allah (S.W.T)</w:t>
      </w:r>
    </w:p>
    <w:p>
      <w:pPr>
        <w:pStyle w:val="Normal"/>
        <w:spacing w:before="0" w:after="60"/>
        <w:ind w:start="360"/>
        <w:jc w:val="start"/>
        <w:rPr/>
      </w:pPr>
      <w:r>
        <w:rPr>
          <w:rFonts w:ascii="Calibri" w:hAnsi="Calibri"/>
          <w:b w:val="false"/>
          <w:i w:val="false"/>
          <w:color w:val="000000"/>
          <w:sz w:val="22"/>
        </w:rPr>
        <w:t>D. To remember the poor</w:t>
      </w:r>
    </w:p>
    <w:p>
      <w:pPr>
        <w:pStyle w:val="Normal"/>
        <w:spacing w:before="0" w:after="60"/>
        <w:ind w:start="360"/>
        <w:jc w:val="start"/>
        <w:rPr/>
      </w:pPr>
      <w:r>
        <w:rPr>
          <w:rFonts w:ascii="Calibri" w:hAnsi="Calibri"/>
          <w:b w:val="false"/>
          <w:i w:val="false"/>
          <w:color w:val="000000"/>
          <w:sz w:val="22"/>
        </w:rPr>
        <w:t>40. Hafsa and her friends were discussing qualities of Mutawakkil. Which one of the following people are not entirely exempted from fasting according to the teachings of Islam?</w:t>
      </w:r>
    </w:p>
    <w:p>
      <w:pPr>
        <w:pStyle w:val="Normal"/>
        <w:spacing w:before="0" w:after="60"/>
        <w:ind w:start="360"/>
        <w:jc w:val="start"/>
        <w:rPr/>
      </w:pPr>
      <w:r>
        <w:rPr>
          <w:rFonts w:ascii="Calibri" w:hAnsi="Calibri"/>
          <w:b w:val="false"/>
          <w:i w:val="false"/>
          <w:color w:val="000000"/>
          <w:sz w:val="22"/>
        </w:rPr>
        <w:t>A. Those who are permanently sick</w:t>
      </w:r>
    </w:p>
    <w:p>
      <w:pPr>
        <w:pStyle w:val="Normal"/>
        <w:spacing w:before="0" w:after="60"/>
        <w:ind w:start="360"/>
        <w:jc w:val="start"/>
        <w:rPr/>
      </w:pPr>
      <w:r>
        <w:rPr>
          <w:rFonts w:ascii="Calibri" w:hAnsi="Calibri"/>
          <w:b w:val="false"/>
          <w:i w:val="false"/>
          <w:color w:val="000000"/>
          <w:sz w:val="22"/>
        </w:rPr>
        <w:t>B. Those in the old age</w:t>
      </w:r>
    </w:p>
    <w:p>
      <w:pPr>
        <w:pStyle w:val="Normal"/>
        <w:spacing w:before="0" w:after="60"/>
        <w:ind w:start="360"/>
        <w:jc w:val="start"/>
        <w:rPr/>
      </w:pPr>
      <w:r>
        <w:rPr>
          <w:rFonts w:ascii="Calibri" w:hAnsi="Calibri"/>
          <w:b w:val="false"/>
          <w:i w:val="false"/>
          <w:color w:val="000000"/>
          <w:sz w:val="22"/>
        </w:rPr>
        <w:t>C. Those on regular medication</w:t>
      </w:r>
    </w:p>
    <w:p>
      <w:pPr>
        <w:pStyle w:val="Normal"/>
        <w:spacing w:before="0" w:after="60"/>
        <w:ind w:start="360"/>
        <w:jc w:val="start"/>
        <w:rPr/>
      </w:pPr>
      <w:r>
        <w:rPr>
          <w:rFonts w:ascii="Calibri" w:hAnsi="Calibri"/>
          <w:b w:val="false"/>
          <w:i w:val="false"/>
          <w:color w:val="000000"/>
          <w:sz w:val="22"/>
        </w:rPr>
        <w:t>D. A traveller</w:t>
      </w:r>
    </w:p>
    <w:p>
      <w:pPr>
        <w:pStyle w:val="Normal"/>
        <w:spacing w:before="0" w:after="60"/>
        <w:ind w:start="360"/>
        <w:jc w:val="start"/>
        <w:rPr/>
      </w:pPr>
      <w:r>
        <w:rPr>
          <w:rFonts w:ascii="Calibri" w:hAnsi="Calibri"/>
          <w:b w:val="false"/>
          <w:i w:val="false"/>
          <w:color w:val="000000"/>
          <w:sz w:val="22"/>
        </w:rPr>
        <w:t>41. Which pillar of Iman helps a Muslim to follow and practise Allah's(S.W.T) command? Belief in</w:t>
      </w:r>
    </w:p>
    <w:p>
      <w:pPr>
        <w:pStyle w:val="Normal"/>
        <w:spacing w:before="0" w:after="60"/>
        <w:ind w:start="360"/>
        <w:jc w:val="start"/>
        <w:rPr/>
      </w:pPr>
      <w:r>
        <w:rPr>
          <w:rFonts w:ascii="Calibri" w:hAnsi="Calibri"/>
          <w:b w:val="false"/>
          <w:i w:val="false"/>
          <w:color w:val="000000"/>
          <w:sz w:val="22"/>
        </w:rPr>
        <w:t>A. the Last Day</w:t>
      </w:r>
    </w:p>
    <w:p>
      <w:pPr>
        <w:pStyle w:val="Normal"/>
        <w:spacing w:before="0" w:after="60"/>
        <w:ind w:start="360"/>
        <w:jc w:val="start"/>
        <w:rPr/>
      </w:pPr>
      <w:r>
        <w:rPr>
          <w:rFonts w:ascii="Calibri" w:hAnsi="Calibri"/>
          <w:b w:val="false"/>
          <w:i w:val="false"/>
          <w:color w:val="000000"/>
          <w:sz w:val="22"/>
        </w:rPr>
        <w:t>B. Allah's messengers</w:t>
      </w:r>
    </w:p>
    <w:p>
      <w:pPr>
        <w:pStyle w:val="Normal"/>
        <w:spacing w:before="0" w:after="60"/>
        <w:ind w:start="360"/>
        <w:jc w:val="start"/>
        <w:rPr/>
      </w:pPr>
      <w:r>
        <w:rPr>
          <w:rFonts w:ascii="Calibri" w:hAnsi="Calibri"/>
          <w:b w:val="false"/>
          <w:i w:val="false"/>
          <w:color w:val="000000"/>
          <w:sz w:val="22"/>
        </w:rPr>
        <w:t>C. Allah's Angels</w:t>
      </w:r>
    </w:p>
    <w:p>
      <w:pPr>
        <w:pStyle w:val="Normal"/>
        <w:spacing w:before="0" w:after="60"/>
        <w:ind w:start="360"/>
        <w:jc w:val="start"/>
        <w:rPr/>
      </w:pPr>
      <w:r>
        <w:rPr>
          <w:rFonts w:ascii="Calibri" w:hAnsi="Calibri"/>
          <w:b w:val="false"/>
          <w:i w:val="false"/>
          <w:color w:val="000000"/>
          <w:sz w:val="22"/>
        </w:rPr>
        <w:t>D. Allah's Books</w:t>
      </w:r>
    </w:p>
    <w:p>
      <w:pPr>
        <w:pStyle w:val="Normal"/>
        <w:spacing w:before="0" w:after="60"/>
        <w:ind w:start="360"/>
        <w:jc w:val="start"/>
        <w:rPr/>
      </w:pPr>
      <w:r>
        <w:rPr>
          <w:rFonts w:ascii="Calibri" w:hAnsi="Calibri"/>
          <w:b w:val="false"/>
          <w:i w:val="false"/>
          <w:color w:val="000000"/>
          <w:sz w:val="22"/>
        </w:rPr>
        <w:t>42. From the statement below, identify the situations where a Muslim is supposed to perform a compulsory ghusl for purification.</w:t>
      </w:r>
    </w:p>
    <w:p>
      <w:pPr>
        <w:pStyle w:val="Normal"/>
        <w:spacing w:before="0" w:after="60"/>
        <w:ind w:start="360"/>
        <w:jc w:val="start"/>
        <w:rPr/>
      </w:pPr>
      <w:r>
        <w:rPr>
          <w:rFonts w:ascii="Calibri" w:hAnsi="Calibri"/>
          <w:b w:val="false"/>
          <w:i w:val="false"/>
          <w:color w:val="000000"/>
          <w:sz w:val="22"/>
        </w:rPr>
        <w:t>A. Before Friday prayers</w:t>
      </w:r>
    </w:p>
    <w:p>
      <w:pPr>
        <w:pStyle w:val="Normal"/>
        <w:spacing w:before="0" w:after="60"/>
        <w:ind w:start="360"/>
        <w:jc w:val="start"/>
        <w:rPr/>
      </w:pPr>
      <w:r>
        <w:rPr>
          <w:rFonts w:ascii="Calibri" w:hAnsi="Calibri"/>
          <w:b w:val="false"/>
          <w:i w:val="false"/>
          <w:color w:val="000000"/>
          <w:sz w:val="22"/>
        </w:rPr>
        <w:t>B. After experiencing nifas</w:t>
      </w:r>
    </w:p>
    <w:p>
      <w:pPr>
        <w:pStyle w:val="Normal"/>
        <w:spacing w:before="0" w:after="60"/>
        <w:ind w:start="360"/>
        <w:jc w:val="start"/>
        <w:rPr/>
      </w:pPr>
      <w:r>
        <w:rPr>
          <w:rFonts w:ascii="Calibri" w:hAnsi="Calibri"/>
          <w:b w:val="false"/>
          <w:i w:val="false"/>
          <w:color w:val="000000"/>
          <w:sz w:val="22"/>
        </w:rPr>
        <w:t>C. Before entering the state of Ihraam</w:t>
      </w:r>
    </w:p>
    <w:p>
      <w:pPr>
        <w:pStyle w:val="Normal"/>
        <w:spacing w:before="0" w:after="60"/>
        <w:ind w:start="360"/>
        <w:jc w:val="start"/>
        <w:rPr/>
      </w:pPr>
      <w:r>
        <w:rPr>
          <w:rFonts w:ascii="Calibri" w:hAnsi="Calibri"/>
          <w:b w:val="false"/>
          <w:i w:val="false"/>
          <w:color w:val="000000"/>
          <w:sz w:val="22"/>
        </w:rPr>
        <w:t>D. After reverting to Islam</w:t>
      </w:r>
    </w:p>
    <w:p>
      <w:pPr>
        <w:pStyle w:val="Normal"/>
        <w:spacing w:before="0" w:after="60"/>
        <w:ind w:start="360"/>
        <w:jc w:val="start"/>
        <w:rPr/>
      </w:pPr>
      <w:r>
        <w:rPr>
          <w:rFonts w:ascii="Calibri" w:hAnsi="Calibri"/>
          <w:b w:val="false"/>
          <w:i w:val="false"/>
          <w:color w:val="000000"/>
          <w:sz w:val="22"/>
        </w:rPr>
        <w:t>43. According to the teachings of the Qur'an, three of the following people are recipients of zakat except one. Which one is it?</w:t>
      </w:r>
    </w:p>
    <w:p>
      <w:pPr>
        <w:pStyle w:val="Normal"/>
        <w:spacing w:before="0" w:after="60"/>
        <w:ind w:start="360"/>
        <w:jc w:val="start"/>
        <w:rPr/>
      </w:pPr>
      <w:r>
        <w:rPr>
          <w:rFonts w:ascii="Calibri" w:hAnsi="Calibri"/>
          <w:b w:val="false"/>
          <w:i w:val="false"/>
          <w:color w:val="000000"/>
          <w:sz w:val="22"/>
        </w:rPr>
        <w:t>A. The debtors</w:t>
      </w:r>
    </w:p>
    <w:p>
      <w:pPr>
        <w:pStyle w:val="Normal"/>
        <w:spacing w:before="0" w:after="60"/>
        <w:ind w:start="360"/>
        <w:jc w:val="start"/>
        <w:rPr/>
      </w:pPr>
      <w:r>
        <w:rPr>
          <w:rFonts w:ascii="Calibri" w:hAnsi="Calibri"/>
          <w:b w:val="false"/>
          <w:i w:val="false"/>
          <w:color w:val="000000"/>
          <w:sz w:val="22"/>
        </w:rPr>
        <w:t>B. The needy</w:t>
      </w:r>
    </w:p>
    <w:p>
      <w:pPr>
        <w:pStyle w:val="Normal"/>
        <w:spacing w:before="0" w:after="60"/>
        <w:ind w:start="360"/>
        <w:jc w:val="start"/>
        <w:rPr/>
      </w:pPr>
      <w:r>
        <w:rPr>
          <w:rFonts w:ascii="Calibri" w:hAnsi="Calibri"/>
          <w:b w:val="false"/>
          <w:i w:val="false"/>
          <w:color w:val="000000"/>
          <w:sz w:val="22"/>
        </w:rPr>
        <w:t>C. The orphans</w:t>
      </w:r>
    </w:p>
    <w:p>
      <w:pPr>
        <w:pStyle w:val="Normal"/>
        <w:spacing w:before="0" w:after="60"/>
        <w:ind w:start="360"/>
        <w:jc w:val="start"/>
        <w:rPr/>
      </w:pPr>
      <w:r>
        <w:rPr>
          <w:rFonts w:ascii="Calibri" w:hAnsi="Calibri"/>
          <w:b w:val="false"/>
          <w:i w:val="false"/>
          <w:color w:val="000000"/>
          <w:sz w:val="22"/>
        </w:rPr>
        <w:t>D. The slaves</w:t>
      </w:r>
    </w:p>
    <w:p>
      <w:pPr>
        <w:pStyle w:val="Normal"/>
        <w:spacing w:before="0" w:after="60"/>
        <w:ind w:start="360"/>
        <w:jc w:val="start"/>
        <w:rPr/>
      </w:pPr>
      <w:r>
        <w:rPr>
          <w:rFonts w:ascii="Calibri" w:hAnsi="Calibri"/>
          <w:b w:val="false"/>
          <w:i w:val="false"/>
          <w:color w:val="000000"/>
          <w:sz w:val="22"/>
        </w:rPr>
        <w:t>44. Jamila, a grade 6 learner was asked to state examples of acts that make one to be in a state of Hadath Akbar. Which one of the following is true?</w:t>
      </w:r>
    </w:p>
    <w:p>
      <w:pPr>
        <w:pStyle w:val="Normal"/>
        <w:spacing w:before="0" w:after="60"/>
        <w:ind w:start="360"/>
        <w:jc w:val="start"/>
        <w:rPr/>
      </w:pPr>
      <w:r>
        <w:rPr>
          <w:rFonts w:ascii="Calibri" w:hAnsi="Calibri"/>
          <w:b w:val="false"/>
          <w:i w:val="false"/>
          <w:color w:val="000000"/>
          <w:sz w:val="22"/>
        </w:rPr>
        <w:t>A. Urinating</w:t>
      </w:r>
    </w:p>
    <w:p>
      <w:pPr>
        <w:pStyle w:val="Normal"/>
        <w:spacing w:before="0" w:after="60"/>
        <w:ind w:start="360"/>
        <w:jc w:val="start"/>
        <w:rPr/>
      </w:pPr>
      <w:r>
        <w:rPr>
          <w:rFonts w:ascii="Calibri" w:hAnsi="Calibri"/>
          <w:b w:val="false"/>
          <w:i w:val="false"/>
          <w:color w:val="000000"/>
          <w:sz w:val="22"/>
        </w:rPr>
        <w:t>B. Releasing wind</w:t>
      </w:r>
    </w:p>
    <w:p>
      <w:pPr>
        <w:pStyle w:val="Normal"/>
        <w:spacing w:before="0" w:after="60"/>
        <w:ind w:start="360"/>
        <w:jc w:val="start"/>
        <w:rPr/>
      </w:pPr>
      <w:r>
        <w:rPr>
          <w:rFonts w:ascii="Calibri" w:hAnsi="Calibri"/>
          <w:b w:val="false"/>
          <w:i w:val="false"/>
          <w:color w:val="000000"/>
          <w:sz w:val="22"/>
        </w:rPr>
        <w:t>C. Sleeping</w:t>
      </w:r>
    </w:p>
    <w:p>
      <w:pPr>
        <w:pStyle w:val="Normal"/>
        <w:spacing w:before="0" w:after="60"/>
        <w:ind w:start="360"/>
        <w:jc w:val="start"/>
        <w:rPr/>
      </w:pPr>
      <w:r>
        <w:rPr>
          <w:rFonts w:ascii="Calibri" w:hAnsi="Calibri"/>
          <w:b w:val="false"/>
          <w:i w:val="false"/>
          <w:color w:val="000000"/>
          <w:sz w:val="22"/>
        </w:rPr>
        <w:t>D. Heidh</w:t>
      </w:r>
    </w:p>
    <w:p>
      <w:pPr>
        <w:pStyle w:val="Normal"/>
        <w:spacing w:before="0" w:after="60"/>
        <w:ind w:start="360"/>
        <w:jc w:val="start"/>
        <w:rPr/>
      </w:pPr>
      <w:r>
        <w:rPr>
          <w:rFonts w:ascii="Calibri" w:hAnsi="Calibri"/>
          <w:b w:val="false"/>
          <w:i w:val="false"/>
          <w:color w:val="000000"/>
          <w:sz w:val="22"/>
        </w:rPr>
        <w:t>45. The following are importance of Tawbah in the life of a Muslim except one. Which one is it?</w:t>
      </w:r>
    </w:p>
    <w:p>
      <w:pPr>
        <w:pStyle w:val="Normal"/>
        <w:spacing w:before="0" w:after="60"/>
        <w:ind w:start="360"/>
        <w:jc w:val="start"/>
        <w:rPr/>
      </w:pPr>
      <w:r>
        <w:rPr>
          <w:rFonts w:ascii="Calibri" w:hAnsi="Calibri"/>
          <w:b w:val="false"/>
          <w:i w:val="false"/>
          <w:color w:val="000000"/>
          <w:sz w:val="22"/>
        </w:rPr>
        <w:t>A. Tawbah purifies our hearts</w:t>
      </w:r>
    </w:p>
    <w:p>
      <w:pPr>
        <w:pStyle w:val="Normal"/>
        <w:spacing w:before="0" w:after="60"/>
        <w:ind w:start="360"/>
        <w:jc w:val="start"/>
        <w:rPr/>
      </w:pPr>
      <w:r>
        <w:rPr>
          <w:rFonts w:ascii="Calibri" w:hAnsi="Calibri"/>
          <w:b w:val="false"/>
          <w:i w:val="false"/>
          <w:color w:val="000000"/>
          <w:sz w:val="22"/>
        </w:rPr>
        <w:t>B. Tawbah leads to success in this life and the Hereafter</w:t>
      </w:r>
    </w:p>
    <w:p>
      <w:pPr>
        <w:pStyle w:val="Normal"/>
        <w:spacing w:before="0" w:after="60"/>
        <w:ind w:start="360"/>
        <w:jc w:val="start"/>
        <w:rPr/>
      </w:pPr>
      <w:r>
        <w:rPr>
          <w:rFonts w:ascii="Calibri" w:hAnsi="Calibri"/>
          <w:b w:val="false"/>
          <w:i w:val="false"/>
          <w:color w:val="000000"/>
          <w:sz w:val="22"/>
        </w:rPr>
        <w:t>C. Allah(S.W.T) forgives those who seek His forgiveness</w:t>
      </w:r>
    </w:p>
    <w:p>
      <w:pPr>
        <w:pStyle w:val="Normal"/>
        <w:spacing w:before="0" w:after="60"/>
        <w:ind w:start="360"/>
        <w:jc w:val="start"/>
        <w:rPr/>
      </w:pPr>
      <w:r>
        <w:rPr>
          <w:rFonts w:ascii="Calibri" w:hAnsi="Calibri"/>
          <w:b w:val="false"/>
          <w:i w:val="false"/>
          <w:color w:val="000000"/>
          <w:sz w:val="22"/>
        </w:rPr>
        <w:t>D. Allah(S.W.T) will punish us when we seek His forgiveness</w:t>
      </w:r>
    </w:p>
    <w:p>
      <w:pPr>
        <w:pStyle w:val="Normal"/>
        <w:spacing w:before="0" w:after="60"/>
        <w:ind w:start="360"/>
        <w:jc w:val="start"/>
        <w:rPr/>
      </w:pPr>
      <w:r>
        <w:rPr>
          <w:rFonts w:ascii="Calibri" w:hAnsi="Calibri"/>
          <w:b w:val="false"/>
          <w:i w:val="false"/>
          <w:color w:val="000000"/>
          <w:sz w:val="22"/>
        </w:rPr>
        <w:t>46. Hadath Asghar is also known as minor ritual. Impurities are removed by performing</w:t>
      </w:r>
    </w:p>
    <w:p>
      <w:pPr>
        <w:pStyle w:val="Normal"/>
        <w:spacing w:before="0" w:after="60"/>
        <w:ind w:start="360"/>
        <w:jc w:val="start"/>
        <w:rPr/>
      </w:pPr>
      <w:r>
        <w:rPr>
          <w:rFonts w:ascii="Calibri" w:hAnsi="Calibri"/>
          <w:b w:val="false"/>
          <w:i w:val="false"/>
          <w:color w:val="000000"/>
          <w:sz w:val="22"/>
        </w:rPr>
        <w:t>A. ghusl</w:t>
      </w:r>
    </w:p>
    <w:p>
      <w:pPr>
        <w:pStyle w:val="Normal"/>
        <w:spacing w:before="0" w:after="60"/>
        <w:ind w:start="360"/>
        <w:jc w:val="start"/>
        <w:rPr/>
      </w:pPr>
      <w:r>
        <w:rPr>
          <w:rFonts w:ascii="Calibri" w:hAnsi="Calibri"/>
          <w:b w:val="false"/>
          <w:i w:val="false"/>
          <w:color w:val="000000"/>
          <w:sz w:val="22"/>
        </w:rPr>
        <w:t>B. wudhu</w:t>
      </w:r>
    </w:p>
    <w:p>
      <w:pPr>
        <w:pStyle w:val="Normal"/>
        <w:spacing w:before="0" w:after="60"/>
        <w:ind w:start="360"/>
        <w:jc w:val="start"/>
        <w:rPr/>
      </w:pPr>
      <w:r>
        <w:rPr>
          <w:rFonts w:ascii="Calibri" w:hAnsi="Calibri"/>
          <w:b w:val="false"/>
          <w:i w:val="false"/>
          <w:color w:val="000000"/>
          <w:sz w:val="22"/>
        </w:rPr>
        <w:t>C. tawaf</w:t>
      </w:r>
    </w:p>
    <w:p>
      <w:pPr>
        <w:pStyle w:val="Normal"/>
        <w:spacing w:before="0" w:after="60"/>
        <w:ind w:start="360"/>
        <w:jc w:val="start"/>
        <w:rPr/>
      </w:pPr>
      <w:r>
        <w:rPr>
          <w:rFonts w:ascii="Calibri" w:hAnsi="Calibri"/>
          <w:b w:val="false"/>
          <w:i w:val="false"/>
          <w:color w:val="000000"/>
          <w:sz w:val="22"/>
        </w:rPr>
        <w:t>D. rituals</w:t>
      </w:r>
    </w:p>
    <w:p>
      <w:pPr>
        <w:pStyle w:val="Normal"/>
        <w:spacing w:before="0" w:after="60"/>
        <w:ind w:start="360"/>
        <w:jc w:val="start"/>
        <w:rPr/>
      </w:pPr>
      <w:r>
        <w:rPr>
          <w:rFonts w:ascii="Calibri" w:hAnsi="Calibri"/>
          <w:b w:val="false"/>
          <w:i w:val="false"/>
          <w:color w:val="000000"/>
          <w:sz w:val="22"/>
        </w:rPr>
        <w:t>47. Islam is built on five pillars. Which one is the third pillar of Islam?</w:t>
      </w:r>
    </w:p>
    <w:p>
      <w:pPr>
        <w:pStyle w:val="Normal"/>
        <w:spacing w:before="0" w:after="60"/>
        <w:ind w:start="360"/>
        <w:jc w:val="start"/>
        <w:rPr/>
      </w:pPr>
      <w:r>
        <w:rPr>
          <w:rFonts w:ascii="Calibri" w:hAnsi="Calibri"/>
          <w:b w:val="false"/>
          <w:i w:val="false"/>
          <w:color w:val="000000"/>
          <w:sz w:val="22"/>
        </w:rPr>
        <w:t>A. Zakat</w:t>
      </w:r>
    </w:p>
    <w:p>
      <w:pPr>
        <w:pStyle w:val="Normal"/>
        <w:spacing w:before="0" w:after="60"/>
        <w:ind w:start="360"/>
        <w:jc w:val="start"/>
        <w:rPr/>
      </w:pPr>
      <w:r>
        <w:rPr>
          <w:rFonts w:ascii="Calibri" w:hAnsi="Calibri"/>
          <w:b w:val="false"/>
          <w:i w:val="false"/>
          <w:color w:val="000000"/>
          <w:sz w:val="22"/>
        </w:rPr>
        <w:t>B. Shahadah</w:t>
      </w:r>
    </w:p>
    <w:p>
      <w:pPr>
        <w:pStyle w:val="Normal"/>
        <w:spacing w:before="0" w:after="60"/>
        <w:ind w:start="360"/>
        <w:jc w:val="start"/>
        <w:rPr/>
      </w:pPr>
      <w:r>
        <w:rPr>
          <w:rFonts w:ascii="Calibri" w:hAnsi="Calibri"/>
          <w:b w:val="false"/>
          <w:i w:val="false"/>
          <w:color w:val="000000"/>
          <w:sz w:val="22"/>
        </w:rPr>
        <w:t>C. Saum</w:t>
      </w:r>
    </w:p>
    <w:p>
      <w:pPr>
        <w:pStyle w:val="Normal"/>
        <w:spacing w:before="0" w:after="60"/>
        <w:ind w:start="360"/>
        <w:jc w:val="start"/>
        <w:rPr/>
      </w:pPr>
      <w:r>
        <w:rPr>
          <w:rFonts w:ascii="Calibri" w:hAnsi="Calibri"/>
          <w:b w:val="false"/>
          <w:i w:val="false"/>
          <w:color w:val="000000"/>
          <w:sz w:val="22"/>
        </w:rPr>
        <w:t>D. Swalah</w:t>
      </w:r>
    </w:p>
    <w:p>
      <w:pPr>
        <w:pStyle w:val="Normal"/>
        <w:spacing w:before="0" w:after="60"/>
        <w:ind w:start="360"/>
        <w:jc w:val="start"/>
        <w:rPr/>
      </w:pPr>
      <w:r>
        <w:rPr>
          <w:rFonts w:ascii="Calibri" w:hAnsi="Calibri"/>
          <w:b w:val="false"/>
          <w:i w:val="false"/>
          <w:color w:val="000000"/>
          <w:sz w:val="22"/>
        </w:rPr>
        <w:t>48. The following are reasons as to why a Muslim can perform Tayammum. Which one is not?</w:t>
      </w:r>
    </w:p>
    <w:p>
      <w:pPr>
        <w:pStyle w:val="Normal"/>
        <w:spacing w:before="0" w:after="60"/>
        <w:ind w:start="360"/>
        <w:jc w:val="start"/>
        <w:rPr/>
      </w:pPr>
      <w:r>
        <w:rPr>
          <w:rFonts w:ascii="Calibri" w:hAnsi="Calibri"/>
          <w:b w:val="false"/>
          <w:i w:val="false"/>
          <w:color w:val="000000"/>
          <w:sz w:val="22"/>
        </w:rPr>
        <w:t>A. When water is unavailable</w:t>
      </w:r>
    </w:p>
    <w:p>
      <w:pPr>
        <w:pStyle w:val="Normal"/>
        <w:spacing w:before="0" w:after="60"/>
        <w:ind w:start="360"/>
        <w:jc w:val="start"/>
        <w:rPr/>
      </w:pPr>
      <w:r>
        <w:rPr>
          <w:rFonts w:ascii="Calibri" w:hAnsi="Calibri"/>
          <w:b w:val="false"/>
          <w:i w:val="false"/>
          <w:color w:val="000000"/>
          <w:sz w:val="22"/>
        </w:rPr>
        <w:t>B. When water is too cold</w:t>
      </w:r>
    </w:p>
    <w:p>
      <w:pPr>
        <w:pStyle w:val="Normal"/>
        <w:spacing w:before="0" w:after="60"/>
        <w:ind w:start="360"/>
        <w:jc w:val="start"/>
        <w:rPr/>
      </w:pPr>
      <w:r>
        <w:rPr>
          <w:rFonts w:ascii="Calibri" w:hAnsi="Calibri"/>
          <w:b w:val="false"/>
          <w:i w:val="false"/>
          <w:color w:val="000000"/>
          <w:sz w:val="22"/>
        </w:rPr>
        <w:t>C. When water is too expensive</w:t>
      </w:r>
    </w:p>
    <w:p>
      <w:pPr>
        <w:pStyle w:val="Normal"/>
        <w:spacing w:before="0" w:after="60"/>
        <w:ind w:start="360"/>
        <w:jc w:val="start"/>
        <w:rPr/>
      </w:pPr>
      <w:r>
        <w:rPr>
          <w:rFonts w:ascii="Calibri" w:hAnsi="Calibri"/>
          <w:b w:val="false"/>
          <w:i w:val="false"/>
          <w:color w:val="000000"/>
          <w:sz w:val="22"/>
        </w:rPr>
        <w:t>D. When there is danger near the source of water</w:t>
      </w:r>
    </w:p>
    <w:p>
      <w:pPr>
        <w:pStyle w:val="Normal"/>
        <w:spacing w:before="0" w:after="60"/>
        <w:ind w:start="360"/>
        <w:jc w:val="start"/>
        <w:rPr/>
      </w:pPr>
      <w:r>
        <w:rPr>
          <w:rFonts w:ascii="Calibri" w:hAnsi="Calibri"/>
          <w:b w:val="false"/>
          <w:i w:val="false"/>
          <w:color w:val="000000"/>
          <w:sz w:val="22"/>
        </w:rPr>
        <w:t>49. Which one of the following categories of statements is untrue about a Mutawakkil?</w:t>
      </w:r>
    </w:p>
    <w:p>
      <w:pPr>
        <w:pStyle w:val="Normal"/>
        <w:spacing w:before="0" w:after="60"/>
        <w:ind w:start="360"/>
        <w:jc w:val="start"/>
        <w:rPr/>
      </w:pPr>
      <w:r>
        <w:rPr>
          <w:rFonts w:ascii="Calibri" w:hAnsi="Calibri"/>
          <w:b w:val="false"/>
          <w:i w:val="false"/>
          <w:color w:val="000000"/>
          <w:sz w:val="22"/>
        </w:rPr>
        <w:t>A. Believes in Allah's(S.W.T) power</w:t>
      </w:r>
    </w:p>
    <w:p>
      <w:pPr>
        <w:pStyle w:val="Normal"/>
        <w:spacing w:before="0" w:after="60"/>
        <w:ind w:start="360"/>
        <w:jc w:val="start"/>
        <w:rPr/>
      </w:pPr>
      <w:r>
        <w:rPr>
          <w:rFonts w:ascii="Calibri" w:hAnsi="Calibri"/>
          <w:b w:val="false"/>
          <w:i w:val="false"/>
          <w:color w:val="000000"/>
          <w:sz w:val="22"/>
        </w:rPr>
        <w:t>B. Is firm and steadfast</w:t>
      </w:r>
    </w:p>
    <w:p>
      <w:pPr>
        <w:pStyle w:val="Normal"/>
        <w:spacing w:before="0" w:after="60"/>
        <w:ind w:start="360"/>
        <w:jc w:val="start"/>
        <w:rPr/>
      </w:pPr>
      <w:r>
        <w:rPr>
          <w:rFonts w:ascii="Calibri" w:hAnsi="Calibri"/>
          <w:b w:val="false"/>
          <w:i w:val="false"/>
          <w:color w:val="000000"/>
          <w:sz w:val="22"/>
        </w:rPr>
        <w:t>C. Puts his trust in Allah(S.W.T)</w:t>
      </w:r>
    </w:p>
    <w:p>
      <w:pPr>
        <w:pStyle w:val="Normal"/>
        <w:spacing w:before="0" w:after="60"/>
        <w:ind w:start="360"/>
        <w:jc w:val="start"/>
        <w:rPr/>
      </w:pPr>
      <w:r>
        <w:rPr>
          <w:rFonts w:ascii="Calibri" w:hAnsi="Calibri"/>
          <w:b w:val="false"/>
          <w:i w:val="false"/>
          <w:color w:val="000000"/>
          <w:sz w:val="22"/>
        </w:rPr>
        <w:t>D. Does not strive to achieve his goals</w:t>
      </w:r>
    </w:p>
    <w:p>
      <w:pPr>
        <w:pStyle w:val="Normal"/>
        <w:spacing w:before="0" w:after="60"/>
        <w:ind w:start="360"/>
        <w:jc w:val="start"/>
        <w:rPr/>
      </w:pPr>
      <w:r>
        <w:rPr>
          <w:rFonts w:ascii="Calibri" w:hAnsi="Calibri"/>
          <w:b w:val="false"/>
          <w:i w:val="false"/>
          <w:color w:val="000000"/>
          <w:sz w:val="22"/>
        </w:rPr>
        <w:t>50. During Hajj, Anwar entered into state of Ihaam and performed Umrah. He remained in the same state until he finished his Hajj. Which type of Hajj did he perform?</w:t>
      </w:r>
    </w:p>
    <w:p>
      <w:pPr>
        <w:pStyle w:val="Normal"/>
        <w:spacing w:before="0" w:after="60"/>
        <w:ind w:start="360"/>
        <w:jc w:val="start"/>
        <w:rPr/>
      </w:pPr>
      <w:r>
        <w:rPr>
          <w:rFonts w:ascii="Calibri" w:hAnsi="Calibri"/>
          <w:b w:val="false"/>
          <w:i w:val="false"/>
          <w:color w:val="000000"/>
          <w:sz w:val="22"/>
        </w:rPr>
        <w:t>A. Ifraad</w:t>
      </w:r>
    </w:p>
    <w:p>
      <w:pPr>
        <w:pStyle w:val="Normal"/>
        <w:spacing w:before="0" w:after="60"/>
        <w:ind w:start="360"/>
        <w:jc w:val="start"/>
        <w:rPr/>
      </w:pPr>
      <w:r>
        <w:rPr>
          <w:rFonts w:ascii="Calibri" w:hAnsi="Calibri"/>
          <w:b w:val="false"/>
          <w:i w:val="false"/>
          <w:color w:val="000000"/>
          <w:sz w:val="22"/>
        </w:rPr>
        <w:t>B. Qiran</w:t>
      </w:r>
    </w:p>
    <w:p>
      <w:pPr>
        <w:pStyle w:val="Normal"/>
        <w:spacing w:before="0" w:after="60"/>
        <w:ind w:start="360"/>
        <w:jc w:val="start"/>
        <w:rPr/>
      </w:pPr>
      <w:r>
        <w:rPr>
          <w:rFonts w:ascii="Calibri" w:hAnsi="Calibri"/>
          <w:b w:val="false"/>
          <w:i w:val="false"/>
          <w:color w:val="000000"/>
          <w:sz w:val="22"/>
        </w:rPr>
        <w:t>C. Tamattu</w:t>
      </w:r>
    </w:p>
    <w:p>
      <w:pPr>
        <w:pStyle w:val="Normal"/>
        <w:spacing w:before="0" w:after="60"/>
        <w:ind w:start="360"/>
        <w:jc w:val="start"/>
        <w:rPr/>
      </w:pPr>
      <w:r>
        <w:rPr>
          <w:rFonts w:ascii="Calibri" w:hAnsi="Calibri"/>
          <w:b w:val="false"/>
          <w:i w:val="false"/>
          <w:color w:val="000000"/>
          <w:sz w:val="22"/>
        </w:rPr>
        <w:t>D. Umrah</w:t>
      </w:r>
    </w:p>
    <w:p>
      <w:pPr>
        <w:pStyle w:val="Normal"/>
        <w:spacing w:before="0" w:after="40"/>
        <w:ind w:start="0"/>
        <w:jc w:val="start"/>
        <w:rPr>
          <w:rFonts w:ascii="Calibri" w:hAnsi="Calibri"/>
          <w:b/>
          <w:i w:val="false"/>
          <w:color w:val="000000"/>
          <w:sz w:val="26"/>
        </w:rPr>
      </w:pPr>
      <w:r>
        <w:rPr>
          <w:rFonts w:ascii="Calibri" w:hAnsi="Calibri"/>
          <w:b/>
          <w:i w:val="false"/>
          <w:color w:val="000000"/>
          <w:sz w:val="26"/>
        </w:rPr>
      </w:r>
      <w:r>
        <w:br w:type="page"/>
      </w:r>
    </w:p>
    <w:p>
      <w:pPr>
        <w:pStyle w:val="Normal"/>
        <w:spacing w:before="0" w:after="40"/>
        <w:ind w:start="0"/>
        <w:jc w:val="start"/>
        <w:rPr>
          <w:rFonts w:ascii="Calibri" w:hAnsi="Calibri"/>
          <w:b/>
          <w:i w:val="false"/>
          <w:color w:val="000000"/>
          <w:sz w:val="26"/>
        </w:rPr>
      </w:pPr>
      <w:r>
        <w:rPr>
          <w:rFonts w:ascii="Calibri" w:hAnsi="Calibri"/>
          <w:b/>
          <w:i w:val="false"/>
          <w:color w:val="000000"/>
          <w:sz w:val="26"/>
        </w:rPr>
      </w:r>
    </w:p>
    <w:p>
      <w:pPr>
        <w:pStyle w:val="Normal"/>
        <w:spacing w:before="0" w:after="40"/>
        <w:ind w:start="0"/>
        <w:jc w:val="start"/>
        <w:rPr/>
      </w:pPr>
      <w:r>
        <w:rPr>
          <w:rFonts w:ascii="Calibri" w:hAnsi="Calibri"/>
          <w:b/>
          <w:i w:val="false"/>
          <w:color w:val="000000"/>
          <w:sz w:val="26"/>
        </w:rPr>
        <w:t xml:space="preserve">GRADE 6 </w:t>
      </w:r>
    </w:p>
    <w:p>
      <w:pPr>
        <w:pStyle w:val="Normal"/>
        <w:spacing w:before="0" w:after="40"/>
        <w:ind w:start="0"/>
        <w:jc w:val="start"/>
        <w:rPr/>
      </w:pPr>
      <w:r>
        <w:rPr>
          <w:rFonts w:ascii="Calibri" w:hAnsi="Calibri"/>
          <w:b/>
          <w:i w:val="false"/>
          <w:color w:val="000000"/>
          <w:sz w:val="26"/>
        </w:rPr>
        <w:t>MARKING SCHEME</w:t>
      </w:r>
    </w:p>
    <w:p>
      <w:pPr>
        <w:pStyle w:val="Normal"/>
        <w:spacing w:before="0" w:after="60"/>
        <w:ind w:start="360"/>
        <w:jc w:val="start"/>
        <w:rPr/>
      </w:pPr>
      <w:r>
        <w:rPr>
          <w:rFonts w:ascii="Calibri" w:hAnsi="Calibri"/>
          <w:b w:val="false"/>
          <w:i w:val="false"/>
          <w:color w:val="000000"/>
          <w:sz w:val="22"/>
        </w:rPr>
        <w:t>MATHS</w:t>
      </w:r>
    </w:p>
    <w:p>
      <w:pPr>
        <w:pStyle w:val="Normal"/>
        <w:spacing w:before="0" w:after="60"/>
        <w:ind w:start="360"/>
        <w:jc w:val="start"/>
        <w:rPr/>
      </w:pPr>
      <w:r>
        <w:rPr>
          <w:rFonts w:ascii="Calibri" w:hAnsi="Calibri"/>
          <w:b w:val="false"/>
          <w:i w:val="false"/>
          <w:color w:val="000000"/>
          <w:sz w:val="22"/>
        </w:rPr>
        <w:t>1. C</w:t>
      </w:r>
    </w:p>
    <w:p>
      <w:pPr>
        <w:pStyle w:val="Normal"/>
        <w:spacing w:before="0" w:after="60"/>
        <w:ind w:start="360"/>
        <w:jc w:val="start"/>
        <w:rPr/>
      </w:pPr>
      <w:r>
        <w:rPr>
          <w:rFonts w:ascii="Calibri" w:hAnsi="Calibri"/>
          <w:b w:val="false"/>
          <w:i w:val="false"/>
          <w:color w:val="000000"/>
          <w:sz w:val="22"/>
        </w:rPr>
        <w:t>2. A</w:t>
      </w:r>
    </w:p>
    <w:p>
      <w:pPr>
        <w:pStyle w:val="Normal"/>
        <w:spacing w:before="0" w:after="60"/>
        <w:ind w:start="360"/>
        <w:jc w:val="start"/>
        <w:rPr/>
      </w:pPr>
      <w:r>
        <w:rPr>
          <w:rFonts w:ascii="Calibri" w:hAnsi="Calibri"/>
          <w:b w:val="false"/>
          <w:i w:val="false"/>
          <w:color w:val="000000"/>
          <w:sz w:val="22"/>
        </w:rPr>
        <w:t>3. B</w:t>
      </w:r>
    </w:p>
    <w:p>
      <w:pPr>
        <w:pStyle w:val="Normal"/>
        <w:spacing w:before="0" w:after="60"/>
        <w:ind w:start="360"/>
        <w:jc w:val="start"/>
        <w:rPr/>
      </w:pPr>
      <w:r>
        <w:rPr>
          <w:rFonts w:ascii="Calibri" w:hAnsi="Calibri"/>
          <w:b w:val="false"/>
          <w:i w:val="false"/>
          <w:color w:val="000000"/>
          <w:sz w:val="22"/>
        </w:rPr>
        <w:t>4. D</w:t>
      </w:r>
    </w:p>
    <w:p>
      <w:pPr>
        <w:pStyle w:val="Normal"/>
        <w:spacing w:before="0" w:after="60"/>
        <w:ind w:start="360"/>
        <w:jc w:val="start"/>
        <w:rPr/>
      </w:pPr>
      <w:r>
        <w:rPr>
          <w:rFonts w:ascii="Calibri" w:hAnsi="Calibri"/>
          <w:b w:val="false"/>
          <w:i w:val="false"/>
          <w:color w:val="000000"/>
          <w:sz w:val="22"/>
        </w:rPr>
        <w:t>5. C</w:t>
      </w:r>
    </w:p>
    <w:p>
      <w:pPr>
        <w:pStyle w:val="Normal"/>
        <w:spacing w:before="0" w:after="60"/>
        <w:ind w:start="360"/>
        <w:jc w:val="start"/>
        <w:rPr/>
      </w:pPr>
      <w:r>
        <w:rPr>
          <w:rFonts w:ascii="Calibri" w:hAnsi="Calibri"/>
          <w:b w:val="false"/>
          <w:i w:val="false"/>
          <w:color w:val="000000"/>
          <w:sz w:val="22"/>
        </w:rPr>
        <w:t>6. B</w:t>
      </w:r>
    </w:p>
    <w:p>
      <w:pPr>
        <w:pStyle w:val="Normal"/>
        <w:spacing w:before="0" w:after="60"/>
        <w:ind w:start="360"/>
        <w:jc w:val="start"/>
        <w:rPr/>
      </w:pPr>
      <w:r>
        <w:rPr>
          <w:rFonts w:ascii="Calibri" w:hAnsi="Calibri"/>
          <w:b w:val="false"/>
          <w:i w:val="false"/>
          <w:color w:val="000000"/>
          <w:sz w:val="22"/>
        </w:rPr>
        <w:t>7. A</w:t>
      </w:r>
    </w:p>
    <w:p>
      <w:pPr>
        <w:pStyle w:val="Normal"/>
        <w:spacing w:before="0" w:after="60"/>
        <w:ind w:start="360"/>
        <w:jc w:val="start"/>
        <w:rPr/>
      </w:pPr>
      <w:r>
        <w:rPr>
          <w:rFonts w:ascii="Calibri" w:hAnsi="Calibri"/>
          <w:b w:val="false"/>
          <w:i w:val="false"/>
          <w:color w:val="000000"/>
          <w:sz w:val="22"/>
        </w:rPr>
        <w:t>8. B</w:t>
      </w:r>
    </w:p>
    <w:p>
      <w:pPr>
        <w:pStyle w:val="Normal"/>
        <w:spacing w:before="0" w:after="60"/>
        <w:ind w:start="360"/>
        <w:jc w:val="start"/>
        <w:rPr/>
      </w:pPr>
      <w:r>
        <w:rPr>
          <w:rFonts w:ascii="Calibri" w:hAnsi="Calibri"/>
          <w:b w:val="false"/>
          <w:i w:val="false"/>
          <w:color w:val="000000"/>
          <w:sz w:val="22"/>
        </w:rPr>
        <w:t>9. D</w:t>
      </w:r>
    </w:p>
    <w:p>
      <w:pPr>
        <w:pStyle w:val="Normal"/>
        <w:spacing w:before="0" w:after="60"/>
        <w:ind w:start="360"/>
        <w:jc w:val="start"/>
        <w:rPr/>
      </w:pPr>
      <w:r>
        <w:rPr>
          <w:rFonts w:ascii="Calibri" w:hAnsi="Calibri"/>
          <w:b w:val="false"/>
          <w:i w:val="false"/>
          <w:color w:val="000000"/>
          <w:sz w:val="22"/>
        </w:rPr>
        <w:t>10. C</w:t>
      </w:r>
    </w:p>
    <w:p>
      <w:pPr>
        <w:pStyle w:val="Normal"/>
        <w:spacing w:before="0" w:after="60"/>
        <w:ind w:start="360"/>
        <w:jc w:val="start"/>
        <w:rPr/>
      </w:pPr>
      <w:r>
        <w:rPr>
          <w:rFonts w:ascii="Calibri" w:hAnsi="Calibri"/>
          <w:b w:val="false"/>
          <w:i w:val="false"/>
          <w:color w:val="000000"/>
          <w:sz w:val="22"/>
        </w:rPr>
        <w:t>11. A</w:t>
      </w:r>
    </w:p>
    <w:p>
      <w:pPr>
        <w:pStyle w:val="Normal"/>
        <w:spacing w:before="0" w:after="60"/>
        <w:ind w:start="360"/>
        <w:jc w:val="start"/>
        <w:rPr/>
      </w:pPr>
      <w:r>
        <w:rPr>
          <w:rFonts w:ascii="Calibri" w:hAnsi="Calibri"/>
          <w:b w:val="false"/>
          <w:i w:val="false"/>
          <w:color w:val="000000"/>
          <w:sz w:val="22"/>
        </w:rPr>
        <w:t>12. A</w:t>
      </w:r>
    </w:p>
    <w:p>
      <w:pPr>
        <w:pStyle w:val="Normal"/>
        <w:spacing w:before="0" w:after="60"/>
        <w:ind w:start="360"/>
        <w:jc w:val="start"/>
        <w:rPr/>
      </w:pPr>
      <w:r>
        <w:rPr>
          <w:rFonts w:ascii="Calibri" w:hAnsi="Calibri"/>
          <w:b w:val="false"/>
          <w:i w:val="false"/>
          <w:color w:val="000000"/>
          <w:sz w:val="22"/>
        </w:rPr>
        <w:t>13. A</w:t>
      </w:r>
    </w:p>
    <w:p>
      <w:pPr>
        <w:pStyle w:val="Normal"/>
        <w:spacing w:before="0" w:after="60"/>
        <w:ind w:start="360"/>
        <w:jc w:val="start"/>
        <w:rPr/>
      </w:pPr>
      <w:r>
        <w:rPr>
          <w:rFonts w:ascii="Calibri" w:hAnsi="Calibri"/>
          <w:b w:val="false"/>
          <w:i w:val="false"/>
          <w:color w:val="000000"/>
          <w:sz w:val="22"/>
        </w:rPr>
        <w:t>14. D</w:t>
      </w:r>
    </w:p>
    <w:p>
      <w:pPr>
        <w:pStyle w:val="Normal"/>
        <w:spacing w:before="0" w:after="60"/>
        <w:ind w:start="360"/>
        <w:jc w:val="start"/>
        <w:rPr/>
      </w:pPr>
      <w:r>
        <w:rPr>
          <w:rFonts w:ascii="Calibri" w:hAnsi="Calibri"/>
          <w:b w:val="false"/>
          <w:i w:val="false"/>
          <w:color w:val="000000"/>
          <w:sz w:val="22"/>
        </w:rPr>
        <w:t>15. A</w:t>
      </w:r>
    </w:p>
    <w:p>
      <w:pPr>
        <w:pStyle w:val="Normal"/>
        <w:spacing w:before="0" w:after="60"/>
        <w:ind w:start="360"/>
        <w:jc w:val="start"/>
        <w:rPr/>
      </w:pPr>
      <w:r>
        <w:rPr>
          <w:rFonts w:ascii="Calibri" w:hAnsi="Calibri"/>
          <w:b w:val="false"/>
          <w:i w:val="false"/>
          <w:color w:val="000000"/>
          <w:sz w:val="22"/>
        </w:rPr>
        <w:t>16. C</w:t>
      </w:r>
    </w:p>
    <w:p>
      <w:pPr>
        <w:pStyle w:val="Normal"/>
        <w:spacing w:before="0" w:after="60"/>
        <w:ind w:start="360"/>
        <w:jc w:val="start"/>
        <w:rPr/>
      </w:pPr>
      <w:r>
        <w:rPr>
          <w:rFonts w:ascii="Calibri" w:hAnsi="Calibri"/>
          <w:b w:val="false"/>
          <w:i w:val="false"/>
          <w:color w:val="000000"/>
          <w:sz w:val="22"/>
        </w:rPr>
        <w:t>17. A</w:t>
      </w:r>
    </w:p>
    <w:p>
      <w:pPr>
        <w:pStyle w:val="Normal"/>
        <w:spacing w:before="0" w:after="60"/>
        <w:ind w:start="360"/>
        <w:jc w:val="start"/>
        <w:rPr/>
      </w:pPr>
      <w:r>
        <w:rPr>
          <w:rFonts w:ascii="Calibri" w:hAnsi="Calibri"/>
          <w:b w:val="false"/>
          <w:i w:val="false"/>
          <w:color w:val="000000"/>
          <w:sz w:val="22"/>
        </w:rPr>
        <w:t>18. D</w:t>
      </w:r>
    </w:p>
    <w:p>
      <w:pPr>
        <w:pStyle w:val="Normal"/>
        <w:spacing w:before="0" w:after="60"/>
        <w:ind w:start="360"/>
        <w:jc w:val="start"/>
        <w:rPr/>
      </w:pPr>
      <w:r>
        <w:rPr>
          <w:rFonts w:ascii="Calibri" w:hAnsi="Calibri"/>
          <w:b w:val="false"/>
          <w:i w:val="false"/>
          <w:color w:val="000000"/>
          <w:sz w:val="22"/>
        </w:rPr>
        <w:t>19. C</w:t>
      </w:r>
    </w:p>
    <w:p>
      <w:pPr>
        <w:pStyle w:val="Normal"/>
        <w:spacing w:before="0" w:after="60"/>
        <w:ind w:start="360"/>
        <w:jc w:val="start"/>
        <w:rPr/>
      </w:pPr>
      <w:r>
        <w:rPr>
          <w:rFonts w:ascii="Calibri" w:hAnsi="Calibri"/>
          <w:b w:val="false"/>
          <w:i w:val="false"/>
          <w:color w:val="000000"/>
          <w:sz w:val="22"/>
        </w:rPr>
        <w:t>20. B</w:t>
      </w:r>
    </w:p>
    <w:p>
      <w:pPr>
        <w:pStyle w:val="Normal"/>
        <w:spacing w:before="0" w:after="60"/>
        <w:ind w:start="360"/>
        <w:jc w:val="start"/>
        <w:rPr/>
      </w:pPr>
      <w:r>
        <w:rPr>
          <w:rFonts w:ascii="Calibri" w:hAnsi="Calibri"/>
          <w:b w:val="false"/>
          <w:i w:val="false"/>
          <w:color w:val="000000"/>
          <w:sz w:val="22"/>
        </w:rPr>
        <w:t>21. D</w:t>
      </w:r>
    </w:p>
    <w:p>
      <w:pPr>
        <w:pStyle w:val="Normal"/>
        <w:spacing w:before="0" w:after="60"/>
        <w:ind w:start="360"/>
        <w:jc w:val="start"/>
        <w:rPr/>
      </w:pPr>
      <w:r>
        <w:rPr>
          <w:rFonts w:ascii="Calibri" w:hAnsi="Calibri"/>
          <w:b w:val="false"/>
          <w:i w:val="false"/>
          <w:color w:val="000000"/>
          <w:sz w:val="22"/>
        </w:rPr>
        <w:t>22. A</w:t>
      </w:r>
    </w:p>
    <w:p>
      <w:pPr>
        <w:pStyle w:val="Normal"/>
        <w:spacing w:before="0" w:after="60"/>
        <w:ind w:start="360"/>
        <w:jc w:val="start"/>
        <w:rPr/>
      </w:pPr>
      <w:r>
        <w:rPr>
          <w:rFonts w:ascii="Calibri" w:hAnsi="Calibri"/>
          <w:b w:val="false"/>
          <w:i w:val="false"/>
          <w:color w:val="000000"/>
          <w:sz w:val="22"/>
        </w:rPr>
        <w:t>23. C</w:t>
      </w:r>
    </w:p>
    <w:p>
      <w:pPr>
        <w:pStyle w:val="Normal"/>
        <w:spacing w:before="0" w:after="60"/>
        <w:ind w:start="360"/>
        <w:jc w:val="start"/>
        <w:rPr/>
      </w:pPr>
      <w:r>
        <w:rPr>
          <w:rFonts w:ascii="Calibri" w:hAnsi="Calibri"/>
          <w:b w:val="false"/>
          <w:i w:val="false"/>
          <w:color w:val="000000"/>
          <w:sz w:val="22"/>
        </w:rPr>
        <w:t>24. D</w:t>
      </w:r>
    </w:p>
    <w:p>
      <w:pPr>
        <w:pStyle w:val="Normal"/>
        <w:spacing w:before="0" w:after="60"/>
        <w:ind w:start="360"/>
        <w:jc w:val="start"/>
        <w:rPr/>
      </w:pPr>
      <w:r>
        <w:rPr>
          <w:rFonts w:ascii="Calibri" w:hAnsi="Calibri"/>
          <w:b w:val="false"/>
          <w:i w:val="false"/>
          <w:color w:val="000000"/>
          <w:sz w:val="22"/>
        </w:rPr>
        <w:t>25. C</w:t>
      </w:r>
    </w:p>
    <w:p>
      <w:pPr>
        <w:pStyle w:val="Normal"/>
        <w:spacing w:before="0" w:after="60"/>
        <w:ind w:start="360"/>
        <w:jc w:val="start"/>
        <w:rPr/>
      </w:pPr>
      <w:r>
        <w:rPr>
          <w:rFonts w:ascii="Calibri" w:hAnsi="Calibri"/>
          <w:b w:val="false"/>
          <w:i w:val="false"/>
          <w:color w:val="000000"/>
          <w:sz w:val="22"/>
        </w:rPr>
        <w:t>26. B</w:t>
      </w:r>
    </w:p>
    <w:p>
      <w:pPr>
        <w:pStyle w:val="Normal"/>
        <w:spacing w:before="0" w:after="60"/>
        <w:ind w:start="360"/>
        <w:jc w:val="start"/>
        <w:rPr/>
      </w:pPr>
      <w:r>
        <w:rPr>
          <w:rFonts w:ascii="Calibri" w:hAnsi="Calibri"/>
          <w:b w:val="false"/>
          <w:i w:val="false"/>
          <w:color w:val="000000"/>
          <w:sz w:val="22"/>
        </w:rPr>
        <w:t>27. A</w:t>
      </w:r>
    </w:p>
    <w:p>
      <w:pPr>
        <w:pStyle w:val="Normal"/>
        <w:spacing w:before="0" w:after="60"/>
        <w:ind w:start="360"/>
        <w:jc w:val="start"/>
        <w:rPr/>
      </w:pPr>
      <w:r>
        <w:rPr>
          <w:rFonts w:ascii="Calibri" w:hAnsi="Calibri"/>
          <w:b w:val="false"/>
          <w:i w:val="false"/>
          <w:color w:val="000000"/>
          <w:sz w:val="22"/>
        </w:rPr>
        <w:t>28. D</w:t>
      </w:r>
    </w:p>
    <w:p>
      <w:pPr>
        <w:pStyle w:val="Normal"/>
        <w:spacing w:before="0" w:after="60"/>
        <w:ind w:start="360"/>
        <w:jc w:val="start"/>
        <w:rPr/>
      </w:pPr>
      <w:r>
        <w:rPr>
          <w:rFonts w:ascii="Calibri" w:hAnsi="Calibri"/>
          <w:b w:val="false"/>
          <w:i w:val="false"/>
          <w:color w:val="000000"/>
          <w:sz w:val="22"/>
        </w:rPr>
        <w:t>29. B</w:t>
      </w:r>
    </w:p>
    <w:p>
      <w:pPr>
        <w:pStyle w:val="Normal"/>
        <w:spacing w:before="0" w:after="60"/>
        <w:ind w:start="360"/>
        <w:jc w:val="start"/>
        <w:rPr/>
      </w:pPr>
      <w:r>
        <w:rPr>
          <w:rFonts w:ascii="Calibri" w:hAnsi="Calibri"/>
          <w:b w:val="false"/>
          <w:i w:val="false"/>
          <w:color w:val="000000"/>
          <w:sz w:val="22"/>
        </w:rPr>
        <w:t>30. C</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ENGLISH</w:t>
      </w:r>
    </w:p>
    <w:p>
      <w:pPr>
        <w:pStyle w:val="Normal"/>
        <w:spacing w:before="0" w:after="60"/>
        <w:ind w:start="360"/>
        <w:jc w:val="start"/>
        <w:rPr/>
      </w:pPr>
      <w:r>
        <w:rPr>
          <w:rFonts w:ascii="Calibri" w:hAnsi="Calibri"/>
          <w:b w:val="false"/>
          <w:i w:val="false"/>
          <w:color w:val="000000"/>
          <w:sz w:val="22"/>
        </w:rPr>
        <w:t>1. C</w:t>
      </w:r>
    </w:p>
    <w:p>
      <w:pPr>
        <w:pStyle w:val="Normal"/>
        <w:spacing w:before="0" w:after="60"/>
        <w:ind w:start="360"/>
        <w:jc w:val="start"/>
        <w:rPr/>
      </w:pPr>
      <w:r>
        <w:rPr>
          <w:rFonts w:ascii="Calibri" w:hAnsi="Calibri"/>
          <w:b w:val="false"/>
          <w:i w:val="false"/>
          <w:color w:val="000000"/>
          <w:sz w:val="22"/>
        </w:rPr>
        <w:t>2. B</w:t>
      </w:r>
    </w:p>
    <w:p>
      <w:pPr>
        <w:pStyle w:val="Normal"/>
        <w:spacing w:before="0" w:after="60"/>
        <w:ind w:start="360"/>
        <w:jc w:val="start"/>
        <w:rPr/>
      </w:pPr>
      <w:r>
        <w:rPr>
          <w:rFonts w:ascii="Calibri" w:hAnsi="Calibri"/>
          <w:b w:val="false"/>
          <w:i w:val="false"/>
          <w:color w:val="000000"/>
          <w:sz w:val="22"/>
        </w:rPr>
        <w:t>3. D</w:t>
      </w:r>
    </w:p>
    <w:p>
      <w:pPr>
        <w:pStyle w:val="Normal"/>
        <w:spacing w:before="0" w:after="60"/>
        <w:ind w:start="360"/>
        <w:jc w:val="start"/>
        <w:rPr/>
      </w:pPr>
      <w:r>
        <w:rPr>
          <w:rFonts w:ascii="Calibri" w:hAnsi="Calibri"/>
          <w:b w:val="false"/>
          <w:i w:val="false"/>
          <w:color w:val="000000"/>
          <w:sz w:val="22"/>
        </w:rPr>
        <w:t>4. A</w:t>
      </w:r>
    </w:p>
    <w:p>
      <w:pPr>
        <w:pStyle w:val="Normal"/>
        <w:spacing w:before="0" w:after="60"/>
        <w:ind w:start="360"/>
        <w:jc w:val="start"/>
        <w:rPr/>
      </w:pPr>
      <w:r>
        <w:rPr>
          <w:rFonts w:ascii="Calibri" w:hAnsi="Calibri"/>
          <w:b w:val="false"/>
          <w:i w:val="false"/>
          <w:color w:val="000000"/>
          <w:sz w:val="22"/>
        </w:rPr>
        <w:t>5. C</w:t>
      </w:r>
    </w:p>
    <w:p>
      <w:pPr>
        <w:pStyle w:val="Normal"/>
        <w:spacing w:before="0" w:after="60"/>
        <w:ind w:start="360"/>
        <w:jc w:val="start"/>
        <w:rPr/>
      </w:pPr>
      <w:r>
        <w:rPr>
          <w:rFonts w:ascii="Calibri" w:hAnsi="Calibri"/>
          <w:b w:val="false"/>
          <w:i w:val="false"/>
          <w:color w:val="000000"/>
          <w:sz w:val="22"/>
        </w:rPr>
        <w:t>6. C</w:t>
      </w:r>
    </w:p>
    <w:p>
      <w:pPr>
        <w:pStyle w:val="Normal"/>
        <w:spacing w:before="0" w:after="60"/>
        <w:ind w:start="360"/>
        <w:jc w:val="start"/>
        <w:rPr/>
      </w:pPr>
      <w:r>
        <w:rPr>
          <w:rFonts w:ascii="Calibri" w:hAnsi="Calibri"/>
          <w:b w:val="false"/>
          <w:i w:val="false"/>
          <w:color w:val="000000"/>
          <w:sz w:val="22"/>
        </w:rPr>
        <w:t>7. D</w:t>
      </w:r>
    </w:p>
    <w:p>
      <w:pPr>
        <w:pStyle w:val="Normal"/>
        <w:spacing w:before="0" w:after="60"/>
        <w:ind w:start="360"/>
        <w:jc w:val="start"/>
        <w:rPr/>
      </w:pPr>
      <w:r>
        <w:rPr>
          <w:rFonts w:ascii="Calibri" w:hAnsi="Calibri"/>
          <w:b w:val="false"/>
          <w:i w:val="false"/>
          <w:color w:val="000000"/>
          <w:sz w:val="22"/>
        </w:rPr>
        <w:t>8. C</w:t>
      </w:r>
    </w:p>
    <w:p>
      <w:pPr>
        <w:pStyle w:val="Normal"/>
        <w:spacing w:before="0" w:after="60"/>
        <w:ind w:start="360"/>
        <w:jc w:val="start"/>
        <w:rPr/>
      </w:pPr>
      <w:r>
        <w:rPr>
          <w:rFonts w:ascii="Calibri" w:hAnsi="Calibri"/>
          <w:b w:val="false"/>
          <w:i w:val="false"/>
          <w:color w:val="000000"/>
          <w:sz w:val="22"/>
        </w:rPr>
        <w:t>9. B</w:t>
      </w:r>
    </w:p>
    <w:p>
      <w:pPr>
        <w:pStyle w:val="Normal"/>
        <w:spacing w:before="0" w:after="60"/>
        <w:ind w:start="360"/>
        <w:jc w:val="start"/>
        <w:rPr/>
      </w:pPr>
      <w:r>
        <w:rPr>
          <w:rFonts w:ascii="Calibri" w:hAnsi="Calibri"/>
          <w:b w:val="false"/>
          <w:i w:val="false"/>
          <w:color w:val="000000"/>
          <w:sz w:val="22"/>
        </w:rPr>
        <w:t>10. D</w:t>
      </w:r>
    </w:p>
    <w:p>
      <w:pPr>
        <w:pStyle w:val="Normal"/>
        <w:spacing w:before="0" w:after="60"/>
        <w:ind w:start="360"/>
        <w:jc w:val="start"/>
        <w:rPr/>
      </w:pPr>
      <w:r>
        <w:rPr>
          <w:rFonts w:ascii="Calibri" w:hAnsi="Calibri"/>
          <w:b w:val="false"/>
          <w:i w:val="false"/>
          <w:color w:val="000000"/>
          <w:sz w:val="22"/>
        </w:rPr>
        <w:t>11. A</w:t>
      </w:r>
    </w:p>
    <w:p>
      <w:pPr>
        <w:pStyle w:val="Normal"/>
        <w:spacing w:before="0" w:after="60"/>
        <w:ind w:start="360"/>
        <w:jc w:val="start"/>
        <w:rPr/>
      </w:pPr>
      <w:r>
        <w:rPr>
          <w:rFonts w:ascii="Calibri" w:hAnsi="Calibri"/>
          <w:b w:val="false"/>
          <w:i w:val="false"/>
          <w:color w:val="000000"/>
          <w:sz w:val="22"/>
        </w:rPr>
        <w:t>12. B</w:t>
      </w:r>
    </w:p>
    <w:p>
      <w:pPr>
        <w:pStyle w:val="Normal"/>
        <w:spacing w:before="0" w:after="60"/>
        <w:ind w:start="360"/>
        <w:jc w:val="start"/>
        <w:rPr/>
      </w:pPr>
      <w:r>
        <w:rPr>
          <w:rFonts w:ascii="Calibri" w:hAnsi="Calibri"/>
          <w:b w:val="false"/>
          <w:i w:val="false"/>
          <w:color w:val="000000"/>
          <w:sz w:val="22"/>
        </w:rPr>
        <w:t>13. C</w:t>
      </w:r>
    </w:p>
    <w:p>
      <w:pPr>
        <w:pStyle w:val="Normal"/>
        <w:spacing w:before="0" w:after="60"/>
        <w:ind w:start="360"/>
        <w:jc w:val="start"/>
        <w:rPr/>
      </w:pPr>
      <w:r>
        <w:rPr>
          <w:rFonts w:ascii="Calibri" w:hAnsi="Calibri"/>
          <w:b w:val="false"/>
          <w:i w:val="false"/>
          <w:color w:val="000000"/>
          <w:sz w:val="22"/>
        </w:rPr>
        <w:t>14. C</w:t>
      </w:r>
    </w:p>
    <w:p>
      <w:pPr>
        <w:pStyle w:val="Normal"/>
        <w:spacing w:before="0" w:after="60"/>
        <w:ind w:start="360"/>
        <w:jc w:val="start"/>
        <w:rPr/>
      </w:pPr>
      <w:r>
        <w:rPr>
          <w:rFonts w:ascii="Calibri" w:hAnsi="Calibri"/>
          <w:b w:val="false"/>
          <w:i w:val="false"/>
          <w:color w:val="000000"/>
          <w:sz w:val="22"/>
        </w:rPr>
        <w:t>15. D</w:t>
      </w:r>
    </w:p>
    <w:p>
      <w:pPr>
        <w:pStyle w:val="Normal"/>
        <w:spacing w:before="0" w:after="60"/>
        <w:ind w:start="360"/>
        <w:jc w:val="start"/>
        <w:rPr/>
      </w:pPr>
      <w:r>
        <w:rPr>
          <w:rFonts w:ascii="Calibri" w:hAnsi="Calibri"/>
          <w:b w:val="false"/>
          <w:i w:val="false"/>
          <w:color w:val="000000"/>
          <w:sz w:val="22"/>
        </w:rPr>
        <w:t>16. C</w:t>
      </w:r>
    </w:p>
    <w:p>
      <w:pPr>
        <w:pStyle w:val="Normal"/>
        <w:spacing w:before="0" w:after="60"/>
        <w:ind w:start="360"/>
        <w:jc w:val="start"/>
        <w:rPr/>
      </w:pPr>
      <w:r>
        <w:rPr>
          <w:rFonts w:ascii="Calibri" w:hAnsi="Calibri"/>
          <w:b w:val="false"/>
          <w:i w:val="false"/>
          <w:color w:val="000000"/>
          <w:sz w:val="22"/>
        </w:rPr>
        <w:t>17. A</w:t>
      </w:r>
    </w:p>
    <w:p>
      <w:pPr>
        <w:pStyle w:val="Normal"/>
        <w:spacing w:before="0" w:after="60"/>
        <w:ind w:start="360"/>
        <w:jc w:val="start"/>
        <w:rPr/>
      </w:pPr>
      <w:r>
        <w:rPr>
          <w:rFonts w:ascii="Calibri" w:hAnsi="Calibri"/>
          <w:b w:val="false"/>
          <w:i w:val="false"/>
          <w:color w:val="000000"/>
          <w:sz w:val="22"/>
        </w:rPr>
        <w:t>18. D</w:t>
      </w:r>
    </w:p>
    <w:p>
      <w:pPr>
        <w:pStyle w:val="Normal"/>
        <w:spacing w:before="0" w:after="60"/>
        <w:ind w:start="360"/>
        <w:jc w:val="start"/>
        <w:rPr/>
      </w:pPr>
      <w:r>
        <w:rPr>
          <w:rFonts w:ascii="Calibri" w:hAnsi="Calibri"/>
          <w:b w:val="false"/>
          <w:i w:val="false"/>
          <w:color w:val="000000"/>
          <w:sz w:val="22"/>
        </w:rPr>
        <w:t>19. B</w:t>
      </w:r>
    </w:p>
    <w:p>
      <w:pPr>
        <w:pStyle w:val="Normal"/>
        <w:spacing w:before="0" w:after="60"/>
        <w:ind w:start="360"/>
        <w:jc w:val="start"/>
        <w:rPr/>
      </w:pPr>
      <w:r>
        <w:rPr>
          <w:rFonts w:ascii="Calibri" w:hAnsi="Calibri"/>
          <w:b w:val="false"/>
          <w:i w:val="false"/>
          <w:color w:val="000000"/>
          <w:sz w:val="22"/>
        </w:rPr>
        <w:t>20. C</w:t>
      </w:r>
    </w:p>
    <w:p>
      <w:pPr>
        <w:pStyle w:val="Normal"/>
        <w:spacing w:before="0" w:after="60"/>
        <w:ind w:start="360"/>
        <w:jc w:val="start"/>
        <w:rPr/>
      </w:pPr>
      <w:r>
        <w:rPr>
          <w:rFonts w:ascii="Calibri" w:hAnsi="Calibri"/>
          <w:b w:val="false"/>
          <w:i w:val="false"/>
          <w:color w:val="000000"/>
          <w:sz w:val="22"/>
        </w:rPr>
        <w:t>21. C</w:t>
      </w:r>
    </w:p>
    <w:p>
      <w:pPr>
        <w:pStyle w:val="Normal"/>
        <w:spacing w:before="0" w:after="60"/>
        <w:ind w:start="360"/>
        <w:jc w:val="start"/>
        <w:rPr/>
      </w:pPr>
      <w:r>
        <w:rPr>
          <w:rFonts w:ascii="Calibri" w:hAnsi="Calibri"/>
          <w:b w:val="false"/>
          <w:i w:val="false"/>
          <w:color w:val="000000"/>
          <w:sz w:val="22"/>
        </w:rPr>
        <w:t>22. B</w:t>
      </w:r>
    </w:p>
    <w:p>
      <w:pPr>
        <w:pStyle w:val="Normal"/>
        <w:spacing w:before="0" w:after="60"/>
        <w:ind w:start="360"/>
        <w:jc w:val="start"/>
        <w:rPr/>
      </w:pPr>
      <w:r>
        <w:rPr>
          <w:rFonts w:ascii="Calibri" w:hAnsi="Calibri"/>
          <w:b w:val="false"/>
          <w:i w:val="false"/>
          <w:color w:val="000000"/>
          <w:sz w:val="22"/>
        </w:rPr>
        <w:t>23. D</w:t>
      </w:r>
    </w:p>
    <w:p>
      <w:pPr>
        <w:pStyle w:val="Normal"/>
        <w:spacing w:before="0" w:after="60"/>
        <w:ind w:start="360"/>
        <w:jc w:val="start"/>
        <w:rPr/>
      </w:pPr>
      <w:r>
        <w:rPr>
          <w:rFonts w:ascii="Calibri" w:hAnsi="Calibri"/>
          <w:b w:val="false"/>
          <w:i w:val="false"/>
          <w:color w:val="000000"/>
          <w:sz w:val="22"/>
        </w:rPr>
        <w:t>24. B</w:t>
      </w:r>
    </w:p>
    <w:p>
      <w:pPr>
        <w:pStyle w:val="Normal"/>
        <w:spacing w:before="0" w:after="60"/>
        <w:ind w:start="360"/>
        <w:jc w:val="start"/>
        <w:rPr/>
      </w:pPr>
      <w:r>
        <w:rPr>
          <w:rFonts w:ascii="Calibri" w:hAnsi="Calibri"/>
          <w:b w:val="false"/>
          <w:i w:val="false"/>
          <w:color w:val="000000"/>
          <w:sz w:val="22"/>
        </w:rPr>
        <w:t>25. D</w:t>
      </w:r>
    </w:p>
    <w:p>
      <w:pPr>
        <w:pStyle w:val="Normal"/>
        <w:spacing w:before="0" w:after="60"/>
        <w:ind w:start="360"/>
        <w:jc w:val="start"/>
        <w:rPr/>
      </w:pPr>
      <w:r>
        <w:rPr>
          <w:rFonts w:ascii="Calibri" w:hAnsi="Calibri"/>
          <w:b w:val="false"/>
          <w:i w:val="false"/>
          <w:color w:val="000000"/>
          <w:sz w:val="22"/>
        </w:rPr>
        <w:t>26. C</w:t>
      </w:r>
    </w:p>
    <w:p>
      <w:pPr>
        <w:pStyle w:val="Normal"/>
        <w:spacing w:before="0" w:after="60"/>
        <w:ind w:start="360"/>
        <w:jc w:val="start"/>
        <w:rPr/>
      </w:pPr>
      <w:r>
        <w:rPr>
          <w:rFonts w:ascii="Calibri" w:hAnsi="Calibri"/>
          <w:b w:val="false"/>
          <w:i w:val="false"/>
          <w:color w:val="000000"/>
          <w:sz w:val="22"/>
        </w:rPr>
        <w:t>27. B</w:t>
      </w:r>
    </w:p>
    <w:p>
      <w:pPr>
        <w:pStyle w:val="Normal"/>
        <w:spacing w:before="0" w:after="60"/>
        <w:ind w:start="360"/>
        <w:jc w:val="start"/>
        <w:rPr/>
      </w:pPr>
      <w:r>
        <w:rPr>
          <w:rFonts w:ascii="Calibri" w:hAnsi="Calibri"/>
          <w:b w:val="false"/>
          <w:i w:val="false"/>
          <w:color w:val="000000"/>
          <w:sz w:val="22"/>
        </w:rPr>
        <w:t>28. D</w:t>
      </w:r>
    </w:p>
    <w:p>
      <w:pPr>
        <w:pStyle w:val="Normal"/>
        <w:spacing w:before="0" w:after="60"/>
        <w:ind w:start="360"/>
        <w:jc w:val="start"/>
        <w:rPr/>
      </w:pPr>
      <w:r>
        <w:rPr>
          <w:rFonts w:ascii="Calibri" w:hAnsi="Calibri"/>
          <w:b w:val="false"/>
          <w:i w:val="false"/>
          <w:color w:val="000000"/>
          <w:sz w:val="22"/>
        </w:rPr>
        <w:t>29. D</w:t>
      </w:r>
    </w:p>
    <w:p>
      <w:pPr>
        <w:pStyle w:val="Normal"/>
        <w:spacing w:before="0" w:after="60"/>
        <w:ind w:start="360"/>
        <w:jc w:val="start"/>
        <w:rPr/>
      </w:pPr>
      <w:r>
        <w:rPr>
          <w:rFonts w:ascii="Calibri" w:hAnsi="Calibri"/>
          <w:b w:val="false"/>
          <w:i w:val="false"/>
          <w:color w:val="000000"/>
          <w:sz w:val="22"/>
        </w:rPr>
        <w:t>30. B</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KISWAHILI</w:t>
      </w:r>
    </w:p>
    <w:p>
      <w:pPr>
        <w:pStyle w:val="Normal"/>
        <w:spacing w:before="0" w:after="60"/>
        <w:ind w:start="360"/>
        <w:jc w:val="start"/>
        <w:rPr/>
      </w:pPr>
      <w:r>
        <w:rPr>
          <w:rFonts w:ascii="Calibri" w:hAnsi="Calibri"/>
          <w:b w:val="false"/>
          <w:i w:val="false"/>
          <w:color w:val="000000"/>
          <w:sz w:val="22"/>
        </w:rPr>
        <w:t>1. A</w:t>
      </w:r>
    </w:p>
    <w:p>
      <w:pPr>
        <w:pStyle w:val="Normal"/>
        <w:spacing w:before="0" w:after="60"/>
        <w:ind w:start="360"/>
        <w:jc w:val="start"/>
        <w:rPr/>
      </w:pPr>
      <w:r>
        <w:rPr>
          <w:rFonts w:ascii="Calibri" w:hAnsi="Calibri"/>
          <w:b w:val="false"/>
          <w:i w:val="false"/>
          <w:color w:val="000000"/>
          <w:sz w:val="22"/>
        </w:rPr>
        <w:t>2. D</w:t>
      </w:r>
    </w:p>
    <w:p>
      <w:pPr>
        <w:pStyle w:val="Normal"/>
        <w:spacing w:before="0" w:after="60"/>
        <w:ind w:start="360"/>
        <w:jc w:val="start"/>
        <w:rPr/>
      </w:pPr>
      <w:r>
        <w:rPr>
          <w:rFonts w:ascii="Calibri" w:hAnsi="Calibri"/>
          <w:b w:val="false"/>
          <w:i w:val="false"/>
          <w:color w:val="000000"/>
          <w:sz w:val="22"/>
        </w:rPr>
        <w:t>3. D</w:t>
      </w:r>
    </w:p>
    <w:p>
      <w:pPr>
        <w:pStyle w:val="Normal"/>
        <w:spacing w:before="0" w:after="60"/>
        <w:ind w:start="360"/>
        <w:jc w:val="start"/>
        <w:rPr/>
      </w:pPr>
      <w:r>
        <w:rPr>
          <w:rFonts w:ascii="Calibri" w:hAnsi="Calibri"/>
          <w:b w:val="false"/>
          <w:i w:val="false"/>
          <w:color w:val="000000"/>
          <w:sz w:val="22"/>
        </w:rPr>
        <w:t>4. C</w:t>
      </w:r>
    </w:p>
    <w:p>
      <w:pPr>
        <w:pStyle w:val="Normal"/>
        <w:spacing w:before="0" w:after="60"/>
        <w:ind w:start="360"/>
        <w:jc w:val="start"/>
        <w:rPr/>
      </w:pPr>
      <w:r>
        <w:rPr>
          <w:rFonts w:ascii="Calibri" w:hAnsi="Calibri"/>
          <w:b w:val="false"/>
          <w:i w:val="false"/>
          <w:color w:val="000000"/>
          <w:sz w:val="22"/>
        </w:rPr>
        <w:t>5. B</w:t>
      </w:r>
    </w:p>
    <w:p>
      <w:pPr>
        <w:pStyle w:val="Normal"/>
        <w:spacing w:before="0" w:after="60"/>
        <w:ind w:start="360"/>
        <w:jc w:val="start"/>
        <w:rPr/>
      </w:pPr>
      <w:r>
        <w:rPr>
          <w:rFonts w:ascii="Calibri" w:hAnsi="Calibri"/>
          <w:b w:val="false"/>
          <w:i w:val="false"/>
          <w:color w:val="000000"/>
          <w:sz w:val="22"/>
        </w:rPr>
        <w:t>6. A</w:t>
      </w:r>
    </w:p>
    <w:p>
      <w:pPr>
        <w:pStyle w:val="Normal"/>
        <w:spacing w:before="0" w:after="60"/>
        <w:ind w:start="360"/>
        <w:jc w:val="start"/>
        <w:rPr/>
      </w:pPr>
      <w:r>
        <w:rPr>
          <w:rFonts w:ascii="Calibri" w:hAnsi="Calibri"/>
          <w:b w:val="false"/>
          <w:i w:val="false"/>
          <w:color w:val="000000"/>
          <w:sz w:val="22"/>
        </w:rPr>
        <w:t>7. B</w:t>
      </w:r>
    </w:p>
    <w:p>
      <w:pPr>
        <w:pStyle w:val="Normal"/>
        <w:spacing w:before="0" w:after="60"/>
        <w:ind w:start="360"/>
        <w:jc w:val="start"/>
        <w:rPr/>
      </w:pPr>
      <w:r>
        <w:rPr>
          <w:rFonts w:ascii="Calibri" w:hAnsi="Calibri"/>
          <w:b w:val="false"/>
          <w:i w:val="false"/>
          <w:color w:val="000000"/>
          <w:sz w:val="22"/>
        </w:rPr>
        <w:t>8. D</w:t>
      </w:r>
    </w:p>
    <w:p>
      <w:pPr>
        <w:pStyle w:val="Normal"/>
        <w:spacing w:before="0" w:after="60"/>
        <w:ind w:start="360"/>
        <w:jc w:val="start"/>
        <w:rPr/>
      </w:pPr>
      <w:r>
        <w:rPr>
          <w:rFonts w:ascii="Calibri" w:hAnsi="Calibri"/>
          <w:b w:val="false"/>
          <w:i w:val="false"/>
          <w:color w:val="000000"/>
          <w:sz w:val="22"/>
        </w:rPr>
        <w:t>9. C</w:t>
      </w:r>
    </w:p>
    <w:p>
      <w:pPr>
        <w:pStyle w:val="Normal"/>
        <w:spacing w:before="0" w:after="60"/>
        <w:ind w:start="360"/>
        <w:jc w:val="start"/>
        <w:rPr/>
      </w:pPr>
      <w:r>
        <w:rPr>
          <w:rFonts w:ascii="Calibri" w:hAnsi="Calibri"/>
          <w:b w:val="false"/>
          <w:i w:val="false"/>
          <w:color w:val="000000"/>
          <w:sz w:val="22"/>
        </w:rPr>
        <w:t>10. A</w:t>
      </w:r>
    </w:p>
    <w:p>
      <w:pPr>
        <w:pStyle w:val="Normal"/>
        <w:spacing w:before="0" w:after="60"/>
        <w:ind w:start="360"/>
        <w:jc w:val="start"/>
        <w:rPr/>
      </w:pPr>
      <w:r>
        <w:rPr>
          <w:rFonts w:ascii="Calibri" w:hAnsi="Calibri"/>
          <w:b w:val="false"/>
          <w:i w:val="false"/>
          <w:color w:val="000000"/>
          <w:sz w:val="22"/>
        </w:rPr>
        <w:t>11. B</w:t>
      </w:r>
    </w:p>
    <w:p>
      <w:pPr>
        <w:pStyle w:val="Normal"/>
        <w:spacing w:before="0" w:after="60"/>
        <w:ind w:start="360"/>
        <w:jc w:val="start"/>
        <w:rPr/>
      </w:pPr>
      <w:r>
        <w:rPr>
          <w:rFonts w:ascii="Calibri" w:hAnsi="Calibri"/>
          <w:b w:val="false"/>
          <w:i w:val="false"/>
          <w:color w:val="000000"/>
          <w:sz w:val="22"/>
        </w:rPr>
        <w:t>12. D</w:t>
      </w:r>
    </w:p>
    <w:p>
      <w:pPr>
        <w:pStyle w:val="Normal"/>
        <w:spacing w:before="0" w:after="60"/>
        <w:ind w:start="360"/>
        <w:jc w:val="start"/>
        <w:rPr/>
      </w:pPr>
      <w:r>
        <w:rPr>
          <w:rFonts w:ascii="Calibri" w:hAnsi="Calibri"/>
          <w:b w:val="false"/>
          <w:i w:val="false"/>
          <w:color w:val="000000"/>
          <w:sz w:val="22"/>
        </w:rPr>
        <w:t>13. A</w:t>
      </w:r>
    </w:p>
    <w:p>
      <w:pPr>
        <w:pStyle w:val="Normal"/>
        <w:spacing w:before="0" w:after="60"/>
        <w:ind w:start="360"/>
        <w:jc w:val="start"/>
        <w:rPr/>
      </w:pPr>
      <w:r>
        <w:rPr>
          <w:rFonts w:ascii="Calibri" w:hAnsi="Calibri"/>
          <w:b w:val="false"/>
          <w:i w:val="false"/>
          <w:color w:val="000000"/>
          <w:sz w:val="22"/>
        </w:rPr>
        <w:t>14. A</w:t>
      </w:r>
    </w:p>
    <w:p>
      <w:pPr>
        <w:pStyle w:val="Normal"/>
        <w:spacing w:before="0" w:after="60"/>
        <w:ind w:start="360"/>
        <w:jc w:val="start"/>
        <w:rPr/>
      </w:pPr>
      <w:r>
        <w:rPr>
          <w:rFonts w:ascii="Calibri" w:hAnsi="Calibri"/>
          <w:b w:val="false"/>
          <w:i w:val="false"/>
          <w:color w:val="000000"/>
          <w:sz w:val="22"/>
        </w:rPr>
        <w:t>15. A</w:t>
      </w:r>
    </w:p>
    <w:p>
      <w:pPr>
        <w:pStyle w:val="Normal"/>
        <w:spacing w:before="0" w:after="60"/>
        <w:ind w:start="360"/>
        <w:jc w:val="start"/>
        <w:rPr/>
      </w:pPr>
      <w:r>
        <w:rPr>
          <w:rFonts w:ascii="Calibri" w:hAnsi="Calibri"/>
          <w:b w:val="false"/>
          <w:i w:val="false"/>
          <w:color w:val="000000"/>
          <w:sz w:val="22"/>
        </w:rPr>
        <w:t>16. C</w:t>
      </w:r>
    </w:p>
    <w:p>
      <w:pPr>
        <w:pStyle w:val="Normal"/>
        <w:spacing w:before="0" w:after="60"/>
        <w:ind w:start="360"/>
        <w:jc w:val="start"/>
        <w:rPr/>
      </w:pPr>
      <w:r>
        <w:rPr>
          <w:rFonts w:ascii="Calibri" w:hAnsi="Calibri"/>
          <w:b w:val="false"/>
          <w:i w:val="false"/>
          <w:color w:val="000000"/>
          <w:sz w:val="22"/>
        </w:rPr>
        <w:t>17. B</w:t>
      </w:r>
    </w:p>
    <w:p>
      <w:pPr>
        <w:pStyle w:val="Normal"/>
        <w:spacing w:before="0" w:after="60"/>
        <w:ind w:start="360"/>
        <w:jc w:val="start"/>
        <w:rPr/>
      </w:pPr>
      <w:r>
        <w:rPr>
          <w:rFonts w:ascii="Calibri" w:hAnsi="Calibri"/>
          <w:b w:val="false"/>
          <w:i w:val="false"/>
          <w:color w:val="000000"/>
          <w:sz w:val="22"/>
        </w:rPr>
        <w:t>18. C</w:t>
      </w:r>
    </w:p>
    <w:p>
      <w:pPr>
        <w:pStyle w:val="Normal"/>
        <w:spacing w:before="0" w:after="60"/>
        <w:ind w:start="360"/>
        <w:jc w:val="start"/>
        <w:rPr/>
      </w:pPr>
      <w:r>
        <w:rPr>
          <w:rFonts w:ascii="Calibri" w:hAnsi="Calibri"/>
          <w:b w:val="false"/>
          <w:i w:val="false"/>
          <w:color w:val="000000"/>
          <w:sz w:val="22"/>
        </w:rPr>
        <w:t>19. B</w:t>
      </w:r>
    </w:p>
    <w:p>
      <w:pPr>
        <w:pStyle w:val="Normal"/>
        <w:spacing w:before="0" w:after="60"/>
        <w:ind w:start="360"/>
        <w:jc w:val="start"/>
        <w:rPr/>
      </w:pPr>
      <w:r>
        <w:rPr>
          <w:rFonts w:ascii="Calibri" w:hAnsi="Calibri"/>
          <w:b w:val="false"/>
          <w:i w:val="false"/>
          <w:color w:val="000000"/>
          <w:sz w:val="22"/>
        </w:rPr>
        <w:t>20. A</w:t>
      </w:r>
    </w:p>
    <w:p>
      <w:pPr>
        <w:pStyle w:val="Normal"/>
        <w:spacing w:before="0" w:after="60"/>
        <w:ind w:start="360"/>
        <w:jc w:val="start"/>
        <w:rPr/>
      </w:pPr>
      <w:r>
        <w:rPr>
          <w:rFonts w:ascii="Calibri" w:hAnsi="Calibri"/>
          <w:b w:val="false"/>
          <w:i w:val="false"/>
          <w:color w:val="000000"/>
          <w:sz w:val="22"/>
        </w:rPr>
        <w:t>21. B</w:t>
      </w:r>
    </w:p>
    <w:p>
      <w:pPr>
        <w:pStyle w:val="Normal"/>
        <w:spacing w:before="0" w:after="60"/>
        <w:ind w:start="360"/>
        <w:jc w:val="start"/>
        <w:rPr/>
      </w:pPr>
      <w:r>
        <w:rPr>
          <w:rFonts w:ascii="Calibri" w:hAnsi="Calibri"/>
          <w:b w:val="false"/>
          <w:i w:val="false"/>
          <w:color w:val="000000"/>
          <w:sz w:val="22"/>
        </w:rPr>
        <w:t>22. A</w:t>
      </w:r>
    </w:p>
    <w:p>
      <w:pPr>
        <w:pStyle w:val="Normal"/>
        <w:spacing w:before="0" w:after="60"/>
        <w:ind w:start="360"/>
        <w:jc w:val="start"/>
        <w:rPr/>
      </w:pPr>
      <w:r>
        <w:rPr>
          <w:rFonts w:ascii="Calibri" w:hAnsi="Calibri"/>
          <w:b w:val="false"/>
          <w:i w:val="false"/>
          <w:color w:val="000000"/>
          <w:sz w:val="22"/>
        </w:rPr>
        <w:t>23. D</w:t>
      </w:r>
    </w:p>
    <w:p>
      <w:pPr>
        <w:pStyle w:val="Normal"/>
        <w:spacing w:before="0" w:after="60"/>
        <w:ind w:start="360"/>
        <w:jc w:val="start"/>
        <w:rPr/>
      </w:pPr>
      <w:r>
        <w:rPr>
          <w:rFonts w:ascii="Calibri" w:hAnsi="Calibri"/>
          <w:b w:val="false"/>
          <w:i w:val="false"/>
          <w:color w:val="000000"/>
          <w:sz w:val="22"/>
        </w:rPr>
        <w:t>24. B</w:t>
      </w:r>
    </w:p>
    <w:p>
      <w:pPr>
        <w:pStyle w:val="Normal"/>
        <w:spacing w:before="0" w:after="60"/>
        <w:ind w:start="360"/>
        <w:jc w:val="start"/>
        <w:rPr/>
      </w:pPr>
      <w:r>
        <w:rPr>
          <w:rFonts w:ascii="Calibri" w:hAnsi="Calibri"/>
          <w:b w:val="false"/>
          <w:i w:val="false"/>
          <w:color w:val="000000"/>
          <w:sz w:val="22"/>
        </w:rPr>
        <w:t>25. C</w:t>
      </w:r>
    </w:p>
    <w:p>
      <w:pPr>
        <w:pStyle w:val="Normal"/>
        <w:spacing w:before="0" w:after="60"/>
        <w:ind w:start="360"/>
        <w:jc w:val="start"/>
        <w:rPr/>
      </w:pPr>
      <w:r>
        <w:rPr>
          <w:rFonts w:ascii="Calibri" w:hAnsi="Calibri"/>
          <w:b w:val="false"/>
          <w:i w:val="false"/>
          <w:color w:val="000000"/>
          <w:sz w:val="22"/>
        </w:rPr>
        <w:t>26. B</w:t>
      </w:r>
    </w:p>
    <w:p>
      <w:pPr>
        <w:pStyle w:val="Normal"/>
        <w:spacing w:before="0" w:after="60"/>
        <w:ind w:start="360"/>
        <w:jc w:val="start"/>
        <w:rPr/>
      </w:pPr>
      <w:r>
        <w:rPr>
          <w:rFonts w:ascii="Calibri" w:hAnsi="Calibri"/>
          <w:b w:val="false"/>
          <w:i w:val="false"/>
          <w:color w:val="000000"/>
          <w:sz w:val="22"/>
        </w:rPr>
        <w:t>27. A</w:t>
      </w:r>
    </w:p>
    <w:p>
      <w:pPr>
        <w:pStyle w:val="Normal"/>
        <w:spacing w:before="0" w:after="60"/>
        <w:ind w:start="360"/>
        <w:jc w:val="start"/>
        <w:rPr/>
      </w:pPr>
      <w:r>
        <w:rPr>
          <w:rFonts w:ascii="Calibri" w:hAnsi="Calibri"/>
          <w:b w:val="false"/>
          <w:i w:val="false"/>
          <w:color w:val="000000"/>
          <w:sz w:val="22"/>
        </w:rPr>
        <w:t>28. C</w:t>
      </w:r>
    </w:p>
    <w:p>
      <w:pPr>
        <w:pStyle w:val="Normal"/>
        <w:spacing w:before="0" w:after="60"/>
        <w:ind w:start="360"/>
        <w:jc w:val="start"/>
        <w:rPr/>
      </w:pPr>
      <w:r>
        <w:rPr>
          <w:rFonts w:ascii="Calibri" w:hAnsi="Calibri"/>
          <w:b w:val="false"/>
          <w:i w:val="false"/>
          <w:color w:val="000000"/>
          <w:sz w:val="22"/>
        </w:rPr>
        <w:t>29. C</w:t>
      </w:r>
    </w:p>
    <w:p>
      <w:pPr>
        <w:pStyle w:val="Normal"/>
        <w:spacing w:before="0" w:after="60"/>
        <w:ind w:start="360"/>
        <w:jc w:val="start"/>
        <w:rPr/>
      </w:pPr>
      <w:r>
        <w:rPr>
          <w:rFonts w:ascii="Calibri" w:hAnsi="Calibri"/>
          <w:b w:val="false"/>
          <w:i w:val="false"/>
          <w:color w:val="000000"/>
          <w:sz w:val="22"/>
        </w:rPr>
        <w:t>30. A</w:t>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r>
    </w:p>
    <w:p>
      <w:pPr>
        <w:pStyle w:val="Normal"/>
        <w:spacing w:before="0" w:after="60"/>
        <w:ind w:start="360"/>
        <w:jc w:val="start"/>
        <w:rPr>
          <w:rFonts w:ascii="Calibri" w:hAnsi="Calibri"/>
          <w:b w:val="false"/>
          <w:i w:val="false"/>
          <w:color w:val="000000"/>
          <w:sz w:val="22"/>
        </w:rPr>
      </w:pPr>
      <w:r>
        <w:rPr>
          <w:rFonts w:ascii="Calibri" w:hAnsi="Calibri"/>
          <w:b w:val="false"/>
          <w:i w:val="false"/>
          <w:color w:val="000000"/>
          <w:sz w:val="22"/>
        </w:rPr>
        <w:t>INTEG-SCIENCE</w:t>
      </w:r>
    </w:p>
    <w:p>
      <w:pPr>
        <w:pStyle w:val="Normal"/>
        <w:spacing w:before="0" w:after="60"/>
        <w:ind w:start="360"/>
        <w:jc w:val="start"/>
        <w:rPr/>
      </w:pPr>
      <w:r>
        <w:rPr>
          <w:rFonts w:ascii="Calibri" w:hAnsi="Calibri"/>
          <w:b w:val="false"/>
          <w:i w:val="false"/>
          <w:color w:val="000000"/>
          <w:sz w:val="22"/>
        </w:rPr>
        <w:t>1. B</w:t>
      </w:r>
    </w:p>
    <w:p>
      <w:pPr>
        <w:pStyle w:val="Normal"/>
        <w:spacing w:before="0" w:after="60"/>
        <w:ind w:start="360"/>
        <w:jc w:val="start"/>
        <w:rPr/>
      </w:pPr>
      <w:r>
        <w:rPr>
          <w:rFonts w:ascii="Calibri" w:hAnsi="Calibri"/>
          <w:b w:val="false"/>
          <w:i w:val="false"/>
          <w:color w:val="000000"/>
          <w:sz w:val="22"/>
        </w:rPr>
        <w:t>2. A</w:t>
      </w:r>
    </w:p>
    <w:p>
      <w:pPr>
        <w:pStyle w:val="Normal"/>
        <w:spacing w:before="0" w:after="60"/>
        <w:ind w:start="360"/>
        <w:jc w:val="start"/>
        <w:rPr/>
      </w:pPr>
      <w:r>
        <w:rPr>
          <w:rFonts w:ascii="Calibri" w:hAnsi="Calibri"/>
          <w:b w:val="false"/>
          <w:i w:val="false"/>
          <w:color w:val="000000"/>
          <w:sz w:val="22"/>
        </w:rPr>
        <w:t>3. D</w:t>
      </w:r>
    </w:p>
    <w:p>
      <w:pPr>
        <w:pStyle w:val="Normal"/>
        <w:spacing w:before="0" w:after="60"/>
        <w:ind w:start="360"/>
        <w:jc w:val="start"/>
        <w:rPr/>
      </w:pPr>
      <w:r>
        <w:rPr>
          <w:rFonts w:ascii="Calibri" w:hAnsi="Calibri"/>
          <w:b w:val="false"/>
          <w:i w:val="false"/>
          <w:color w:val="000000"/>
          <w:sz w:val="22"/>
        </w:rPr>
        <w:t>4. B</w:t>
      </w:r>
    </w:p>
    <w:p>
      <w:pPr>
        <w:pStyle w:val="Normal"/>
        <w:spacing w:before="0" w:after="60"/>
        <w:ind w:start="360"/>
        <w:jc w:val="start"/>
        <w:rPr/>
      </w:pPr>
      <w:r>
        <w:rPr>
          <w:rFonts w:ascii="Calibri" w:hAnsi="Calibri"/>
          <w:b w:val="false"/>
          <w:i w:val="false"/>
          <w:color w:val="000000"/>
          <w:sz w:val="22"/>
        </w:rPr>
        <w:t>5. C</w:t>
      </w:r>
    </w:p>
    <w:p>
      <w:pPr>
        <w:pStyle w:val="Normal"/>
        <w:spacing w:before="0" w:after="60"/>
        <w:ind w:start="360"/>
        <w:jc w:val="start"/>
        <w:rPr/>
      </w:pPr>
      <w:r>
        <w:rPr>
          <w:rFonts w:ascii="Calibri" w:hAnsi="Calibri"/>
          <w:b w:val="false"/>
          <w:i w:val="false"/>
          <w:color w:val="000000"/>
          <w:sz w:val="22"/>
        </w:rPr>
        <w:t>6. A</w:t>
      </w:r>
    </w:p>
    <w:p>
      <w:pPr>
        <w:pStyle w:val="Normal"/>
        <w:spacing w:before="0" w:after="60"/>
        <w:ind w:start="360"/>
        <w:jc w:val="start"/>
        <w:rPr/>
      </w:pPr>
      <w:r>
        <w:rPr>
          <w:rFonts w:ascii="Calibri" w:hAnsi="Calibri"/>
          <w:b w:val="false"/>
          <w:i w:val="false"/>
          <w:color w:val="000000"/>
          <w:sz w:val="22"/>
        </w:rPr>
        <w:t>7. C</w:t>
      </w:r>
    </w:p>
    <w:p>
      <w:pPr>
        <w:pStyle w:val="Normal"/>
        <w:spacing w:before="0" w:after="60"/>
        <w:ind w:start="360"/>
        <w:jc w:val="start"/>
        <w:rPr/>
      </w:pPr>
      <w:r>
        <w:rPr>
          <w:rFonts w:ascii="Calibri" w:hAnsi="Calibri"/>
          <w:b w:val="false"/>
          <w:i w:val="false"/>
          <w:color w:val="000000"/>
          <w:sz w:val="22"/>
        </w:rPr>
        <w:t>8. D</w:t>
      </w:r>
    </w:p>
    <w:p>
      <w:pPr>
        <w:pStyle w:val="Normal"/>
        <w:spacing w:before="0" w:after="60"/>
        <w:ind w:start="360"/>
        <w:jc w:val="start"/>
        <w:rPr/>
      </w:pPr>
      <w:r>
        <w:rPr>
          <w:rFonts w:ascii="Calibri" w:hAnsi="Calibri"/>
          <w:b w:val="false"/>
          <w:i w:val="false"/>
          <w:color w:val="000000"/>
          <w:sz w:val="22"/>
        </w:rPr>
        <w:t>9. C</w:t>
      </w:r>
    </w:p>
    <w:p>
      <w:pPr>
        <w:pStyle w:val="Normal"/>
        <w:spacing w:before="0" w:after="60"/>
        <w:ind w:start="360"/>
        <w:jc w:val="start"/>
        <w:rPr/>
      </w:pPr>
      <w:r>
        <w:rPr>
          <w:rFonts w:ascii="Calibri" w:hAnsi="Calibri"/>
          <w:b w:val="false"/>
          <w:i w:val="false"/>
          <w:color w:val="000000"/>
          <w:sz w:val="22"/>
        </w:rPr>
        <w:t>10. D</w:t>
      </w:r>
    </w:p>
    <w:p>
      <w:pPr>
        <w:pStyle w:val="Normal"/>
        <w:spacing w:before="0" w:after="60"/>
        <w:ind w:start="360"/>
        <w:jc w:val="start"/>
        <w:rPr/>
      </w:pPr>
      <w:r>
        <w:rPr>
          <w:rFonts w:ascii="Calibri" w:hAnsi="Calibri"/>
          <w:b w:val="false"/>
          <w:i w:val="false"/>
          <w:color w:val="000000"/>
          <w:sz w:val="22"/>
        </w:rPr>
        <w:t>11. D</w:t>
      </w:r>
    </w:p>
    <w:p>
      <w:pPr>
        <w:pStyle w:val="Normal"/>
        <w:spacing w:before="0" w:after="60"/>
        <w:ind w:start="360"/>
        <w:jc w:val="start"/>
        <w:rPr/>
      </w:pPr>
      <w:r>
        <w:rPr>
          <w:rFonts w:ascii="Calibri" w:hAnsi="Calibri"/>
          <w:b w:val="false"/>
          <w:i w:val="false"/>
          <w:color w:val="000000"/>
          <w:sz w:val="22"/>
        </w:rPr>
        <w:t>12. B</w:t>
      </w:r>
    </w:p>
    <w:p>
      <w:pPr>
        <w:pStyle w:val="Normal"/>
        <w:spacing w:before="0" w:after="60"/>
        <w:ind w:start="360"/>
        <w:jc w:val="start"/>
        <w:rPr/>
      </w:pPr>
      <w:r>
        <w:rPr>
          <w:rFonts w:ascii="Calibri" w:hAnsi="Calibri"/>
          <w:b w:val="false"/>
          <w:i w:val="false"/>
          <w:color w:val="000000"/>
          <w:sz w:val="22"/>
        </w:rPr>
        <w:t>13. A</w:t>
      </w:r>
    </w:p>
    <w:p>
      <w:pPr>
        <w:pStyle w:val="Normal"/>
        <w:spacing w:before="0" w:after="60"/>
        <w:ind w:start="360"/>
        <w:jc w:val="start"/>
        <w:rPr/>
      </w:pPr>
      <w:r>
        <w:rPr>
          <w:rFonts w:ascii="Calibri" w:hAnsi="Calibri"/>
          <w:b w:val="false"/>
          <w:i w:val="false"/>
          <w:color w:val="000000"/>
          <w:sz w:val="22"/>
        </w:rPr>
        <w:t>14. A</w:t>
      </w:r>
    </w:p>
    <w:p>
      <w:pPr>
        <w:pStyle w:val="Normal"/>
        <w:spacing w:before="0" w:after="60"/>
        <w:ind w:start="360"/>
        <w:jc w:val="start"/>
        <w:rPr/>
      </w:pPr>
      <w:r>
        <w:rPr>
          <w:rFonts w:ascii="Calibri" w:hAnsi="Calibri"/>
          <w:b w:val="false"/>
          <w:i w:val="false"/>
          <w:color w:val="000000"/>
          <w:sz w:val="22"/>
        </w:rPr>
        <w:t>15. C</w:t>
      </w:r>
    </w:p>
    <w:p>
      <w:pPr>
        <w:pStyle w:val="Normal"/>
        <w:spacing w:before="0" w:after="60"/>
        <w:ind w:start="360"/>
        <w:jc w:val="start"/>
        <w:rPr/>
      </w:pPr>
      <w:r>
        <w:rPr>
          <w:rFonts w:ascii="Calibri" w:hAnsi="Calibri"/>
          <w:b w:val="false"/>
          <w:i w:val="false"/>
          <w:color w:val="000000"/>
          <w:sz w:val="22"/>
        </w:rPr>
        <w:t>16. B</w:t>
      </w:r>
    </w:p>
    <w:p>
      <w:pPr>
        <w:pStyle w:val="Normal"/>
        <w:spacing w:before="0" w:after="60"/>
        <w:ind w:start="360"/>
        <w:jc w:val="start"/>
        <w:rPr/>
      </w:pPr>
      <w:r>
        <w:rPr>
          <w:rFonts w:ascii="Calibri" w:hAnsi="Calibri"/>
          <w:b w:val="false"/>
          <w:i w:val="false"/>
          <w:color w:val="000000"/>
          <w:sz w:val="22"/>
        </w:rPr>
        <w:t>17. A</w:t>
      </w:r>
    </w:p>
    <w:p>
      <w:pPr>
        <w:pStyle w:val="Normal"/>
        <w:spacing w:before="0" w:after="60"/>
        <w:ind w:start="360"/>
        <w:jc w:val="start"/>
        <w:rPr/>
      </w:pPr>
      <w:r>
        <w:rPr>
          <w:rFonts w:ascii="Calibri" w:hAnsi="Calibri"/>
          <w:b w:val="false"/>
          <w:i w:val="false"/>
          <w:color w:val="000000"/>
          <w:sz w:val="22"/>
        </w:rPr>
        <w:t>18. D</w:t>
      </w:r>
    </w:p>
    <w:p>
      <w:pPr>
        <w:pStyle w:val="Normal"/>
        <w:spacing w:before="0" w:after="60"/>
        <w:ind w:start="360"/>
        <w:jc w:val="start"/>
        <w:rPr/>
      </w:pPr>
      <w:r>
        <w:rPr>
          <w:rFonts w:ascii="Calibri" w:hAnsi="Calibri"/>
          <w:b w:val="false"/>
          <w:i w:val="false"/>
          <w:color w:val="000000"/>
          <w:sz w:val="22"/>
        </w:rPr>
        <w:t>19. C</w:t>
      </w:r>
    </w:p>
    <w:p>
      <w:pPr>
        <w:pStyle w:val="Normal"/>
        <w:spacing w:before="0" w:after="60"/>
        <w:ind w:start="360"/>
        <w:jc w:val="start"/>
        <w:rPr/>
      </w:pPr>
      <w:r>
        <w:rPr>
          <w:rFonts w:ascii="Calibri" w:hAnsi="Calibri"/>
          <w:b w:val="false"/>
          <w:i w:val="false"/>
          <w:color w:val="000000"/>
          <w:sz w:val="22"/>
        </w:rPr>
        <w:t>20. D</w:t>
      </w:r>
    </w:p>
    <w:p>
      <w:pPr>
        <w:pStyle w:val="Normal"/>
        <w:spacing w:before="0" w:after="60"/>
        <w:ind w:start="360"/>
        <w:jc w:val="start"/>
        <w:rPr/>
      </w:pPr>
      <w:r>
        <w:rPr>
          <w:rFonts w:ascii="Calibri" w:hAnsi="Calibri"/>
          <w:b w:val="false"/>
          <w:i w:val="false"/>
          <w:color w:val="000000"/>
          <w:sz w:val="22"/>
        </w:rPr>
        <w:t>21. B</w:t>
      </w:r>
    </w:p>
    <w:p>
      <w:pPr>
        <w:pStyle w:val="Normal"/>
        <w:spacing w:before="0" w:after="60"/>
        <w:ind w:start="360"/>
        <w:jc w:val="start"/>
        <w:rPr/>
      </w:pPr>
      <w:r>
        <w:rPr>
          <w:rFonts w:ascii="Calibri" w:hAnsi="Calibri"/>
          <w:b w:val="false"/>
          <w:i w:val="false"/>
          <w:color w:val="000000"/>
          <w:sz w:val="22"/>
        </w:rPr>
        <w:t>22. C</w:t>
      </w:r>
    </w:p>
    <w:p>
      <w:pPr>
        <w:pStyle w:val="Normal"/>
        <w:spacing w:before="0" w:after="60"/>
        <w:ind w:start="360"/>
        <w:jc w:val="start"/>
        <w:rPr/>
      </w:pPr>
      <w:r>
        <w:rPr>
          <w:rFonts w:ascii="Calibri" w:hAnsi="Calibri"/>
          <w:b w:val="false"/>
          <w:i w:val="false"/>
          <w:color w:val="000000"/>
          <w:sz w:val="22"/>
        </w:rPr>
        <w:t>23. A</w:t>
      </w:r>
    </w:p>
    <w:p>
      <w:pPr>
        <w:pStyle w:val="Normal"/>
        <w:spacing w:before="0" w:after="60"/>
        <w:ind w:start="360"/>
        <w:jc w:val="start"/>
        <w:rPr/>
      </w:pPr>
      <w:r>
        <w:rPr>
          <w:rFonts w:ascii="Calibri" w:hAnsi="Calibri"/>
          <w:b w:val="false"/>
          <w:i w:val="false"/>
          <w:color w:val="000000"/>
          <w:sz w:val="22"/>
        </w:rPr>
        <w:t>24. A</w:t>
      </w:r>
    </w:p>
    <w:p>
      <w:pPr>
        <w:pStyle w:val="Normal"/>
        <w:spacing w:before="0" w:after="60"/>
        <w:ind w:start="360"/>
        <w:jc w:val="start"/>
        <w:rPr/>
      </w:pPr>
      <w:r>
        <w:rPr>
          <w:rFonts w:ascii="Calibri" w:hAnsi="Calibri"/>
          <w:b w:val="false"/>
          <w:i w:val="false"/>
          <w:color w:val="000000"/>
          <w:sz w:val="22"/>
        </w:rPr>
        <w:t>25. D</w:t>
      </w:r>
    </w:p>
    <w:p>
      <w:pPr>
        <w:pStyle w:val="Normal"/>
        <w:spacing w:before="0" w:after="60"/>
        <w:ind w:start="360"/>
        <w:jc w:val="start"/>
        <w:rPr/>
      </w:pPr>
      <w:r>
        <w:rPr>
          <w:rFonts w:ascii="Calibri" w:hAnsi="Calibri"/>
          <w:b w:val="false"/>
          <w:i w:val="false"/>
          <w:color w:val="000000"/>
          <w:sz w:val="22"/>
        </w:rPr>
        <w:t>26. C</w:t>
      </w:r>
    </w:p>
    <w:p>
      <w:pPr>
        <w:pStyle w:val="Normal"/>
        <w:spacing w:before="0" w:after="60"/>
        <w:ind w:start="360"/>
        <w:jc w:val="start"/>
        <w:rPr/>
      </w:pPr>
      <w:r>
        <w:rPr>
          <w:rFonts w:ascii="Calibri" w:hAnsi="Calibri"/>
          <w:b w:val="false"/>
          <w:i w:val="false"/>
          <w:color w:val="000000"/>
          <w:sz w:val="22"/>
        </w:rPr>
        <w:t>27. B</w:t>
      </w:r>
    </w:p>
    <w:p>
      <w:pPr>
        <w:pStyle w:val="Normal"/>
        <w:spacing w:before="0" w:after="60"/>
        <w:ind w:start="360"/>
        <w:jc w:val="start"/>
        <w:rPr/>
      </w:pPr>
      <w:r>
        <w:rPr>
          <w:rFonts w:ascii="Calibri" w:hAnsi="Calibri"/>
          <w:b w:val="false"/>
          <w:i w:val="false"/>
          <w:color w:val="000000"/>
          <w:sz w:val="22"/>
        </w:rPr>
        <w:t>28. D</w:t>
      </w:r>
    </w:p>
    <w:p>
      <w:pPr>
        <w:pStyle w:val="Normal"/>
        <w:spacing w:before="0" w:after="60"/>
        <w:ind w:start="360"/>
        <w:jc w:val="start"/>
        <w:rPr/>
      </w:pPr>
      <w:r>
        <w:rPr>
          <w:rFonts w:ascii="Calibri" w:hAnsi="Calibri"/>
          <w:b w:val="false"/>
          <w:i w:val="false"/>
          <w:color w:val="000000"/>
          <w:sz w:val="22"/>
        </w:rPr>
        <w:t>29. D</w:t>
      </w:r>
    </w:p>
    <w:p>
      <w:pPr>
        <w:pStyle w:val="Normal"/>
        <w:spacing w:before="0" w:after="60"/>
        <w:ind w:start="360"/>
        <w:jc w:val="start"/>
        <w:rPr/>
      </w:pPr>
      <w:r>
        <w:rPr>
          <w:rFonts w:ascii="Calibri" w:hAnsi="Calibri"/>
          <w:b w:val="false"/>
          <w:i w:val="false"/>
          <w:color w:val="000000"/>
          <w:sz w:val="22"/>
        </w:rPr>
        <w:t>30. C</w:t>
      </w:r>
    </w:p>
    <w:p>
      <w:pPr>
        <w:pStyle w:val="Normal"/>
        <w:spacing w:before="0" w:after="60"/>
        <w:ind w:start="360"/>
        <w:jc w:val="start"/>
        <w:rPr/>
      </w:pPr>
      <w:r>
        <w:rPr>
          <w:rFonts w:ascii="Calibri" w:hAnsi="Calibri"/>
          <w:b w:val="false"/>
          <w:i w:val="false"/>
          <w:color w:val="000000"/>
          <w:sz w:val="22"/>
        </w:rPr>
        <w:t>31. D</w:t>
      </w:r>
    </w:p>
    <w:p>
      <w:pPr>
        <w:pStyle w:val="Normal"/>
        <w:spacing w:before="0" w:after="60"/>
        <w:ind w:start="360"/>
        <w:jc w:val="start"/>
        <w:rPr/>
      </w:pPr>
      <w:r>
        <w:rPr>
          <w:rFonts w:ascii="Calibri" w:hAnsi="Calibri"/>
          <w:b w:val="false"/>
          <w:i w:val="false"/>
          <w:color w:val="000000"/>
          <w:sz w:val="22"/>
        </w:rPr>
        <w:t>32. A</w:t>
      </w:r>
    </w:p>
    <w:p>
      <w:pPr>
        <w:pStyle w:val="Normal"/>
        <w:spacing w:before="0" w:after="60"/>
        <w:ind w:start="360"/>
        <w:jc w:val="start"/>
        <w:rPr/>
      </w:pPr>
      <w:r>
        <w:rPr>
          <w:rFonts w:ascii="Calibri" w:hAnsi="Calibri"/>
          <w:b w:val="false"/>
          <w:i w:val="false"/>
          <w:color w:val="000000"/>
          <w:sz w:val="22"/>
        </w:rPr>
        <w:t>33. B</w:t>
      </w:r>
    </w:p>
    <w:p>
      <w:pPr>
        <w:pStyle w:val="Normal"/>
        <w:spacing w:before="0" w:after="60"/>
        <w:ind w:start="360"/>
        <w:jc w:val="start"/>
        <w:rPr/>
      </w:pPr>
      <w:r>
        <w:rPr>
          <w:rFonts w:ascii="Calibri" w:hAnsi="Calibri"/>
          <w:b w:val="false"/>
          <w:i w:val="false"/>
          <w:color w:val="000000"/>
          <w:sz w:val="22"/>
        </w:rPr>
        <w:t>34. C</w:t>
      </w:r>
    </w:p>
    <w:p>
      <w:pPr>
        <w:pStyle w:val="Normal"/>
        <w:spacing w:before="0" w:after="60"/>
        <w:ind w:start="360"/>
        <w:jc w:val="start"/>
        <w:rPr/>
      </w:pPr>
      <w:r>
        <w:rPr>
          <w:rFonts w:ascii="Calibri" w:hAnsi="Calibri"/>
          <w:b w:val="false"/>
          <w:i w:val="false"/>
          <w:color w:val="000000"/>
          <w:sz w:val="22"/>
        </w:rPr>
        <w:t>35. C</w:t>
      </w:r>
    </w:p>
    <w:p>
      <w:pPr>
        <w:pStyle w:val="Normal"/>
        <w:spacing w:before="0" w:after="60"/>
        <w:ind w:start="360"/>
        <w:jc w:val="start"/>
        <w:rPr/>
      </w:pPr>
      <w:r>
        <w:rPr>
          <w:rFonts w:ascii="Calibri" w:hAnsi="Calibri"/>
          <w:b w:val="false"/>
          <w:i w:val="false"/>
          <w:color w:val="000000"/>
          <w:sz w:val="22"/>
        </w:rPr>
        <w:t>36. A</w:t>
      </w:r>
    </w:p>
    <w:p>
      <w:pPr>
        <w:pStyle w:val="Normal"/>
        <w:spacing w:before="0" w:after="60"/>
        <w:ind w:start="360"/>
        <w:jc w:val="start"/>
        <w:rPr/>
      </w:pPr>
      <w:r>
        <w:rPr>
          <w:rFonts w:ascii="Calibri" w:hAnsi="Calibri"/>
          <w:b w:val="false"/>
          <w:i w:val="false"/>
          <w:color w:val="000000"/>
          <w:sz w:val="22"/>
        </w:rPr>
        <w:t>37. D</w:t>
      </w:r>
    </w:p>
    <w:p>
      <w:pPr>
        <w:pStyle w:val="Normal"/>
        <w:spacing w:before="0" w:after="60"/>
        <w:ind w:start="360"/>
        <w:jc w:val="start"/>
        <w:rPr/>
      </w:pPr>
      <w:r>
        <w:rPr>
          <w:rFonts w:ascii="Calibri" w:hAnsi="Calibri"/>
          <w:b w:val="false"/>
          <w:i w:val="false"/>
          <w:color w:val="000000"/>
          <w:sz w:val="22"/>
        </w:rPr>
        <w:t>38. C</w:t>
      </w:r>
    </w:p>
    <w:p>
      <w:pPr>
        <w:pStyle w:val="Normal"/>
        <w:spacing w:before="0" w:after="60"/>
        <w:ind w:start="360"/>
        <w:jc w:val="start"/>
        <w:rPr/>
      </w:pPr>
      <w:r>
        <w:rPr>
          <w:rFonts w:ascii="Calibri" w:hAnsi="Calibri"/>
          <w:b w:val="false"/>
          <w:i w:val="false"/>
          <w:color w:val="000000"/>
          <w:sz w:val="22"/>
        </w:rPr>
        <w:t>39. A</w:t>
      </w:r>
    </w:p>
    <w:p>
      <w:pPr>
        <w:pStyle w:val="Normal"/>
        <w:spacing w:before="0" w:after="60"/>
        <w:ind w:start="360"/>
        <w:jc w:val="start"/>
        <w:rPr/>
      </w:pPr>
      <w:r>
        <w:rPr>
          <w:rFonts w:ascii="Calibri" w:hAnsi="Calibri"/>
          <w:b w:val="false"/>
          <w:i w:val="false"/>
          <w:color w:val="000000"/>
          <w:sz w:val="22"/>
        </w:rPr>
        <w:t>40. C</w:t>
      </w:r>
    </w:p>
    <w:p>
      <w:pPr>
        <w:pStyle w:val="Normal"/>
        <w:spacing w:before="0" w:after="60"/>
        <w:ind w:start="360"/>
        <w:jc w:val="start"/>
        <w:rPr/>
      </w:pPr>
      <w:r>
        <w:rPr>
          <w:rFonts w:ascii="Calibri" w:hAnsi="Calibri"/>
          <w:b w:val="false"/>
          <w:i w:val="false"/>
          <w:color w:val="000000"/>
          <w:sz w:val="22"/>
        </w:rPr>
        <w:t>41. B</w:t>
      </w:r>
    </w:p>
    <w:p>
      <w:pPr>
        <w:pStyle w:val="Normal"/>
        <w:spacing w:before="0" w:after="60"/>
        <w:ind w:start="360"/>
        <w:jc w:val="start"/>
        <w:rPr/>
      </w:pPr>
      <w:r>
        <w:rPr>
          <w:rFonts w:ascii="Calibri" w:hAnsi="Calibri"/>
          <w:b w:val="false"/>
          <w:i w:val="false"/>
          <w:color w:val="000000"/>
          <w:sz w:val="22"/>
        </w:rPr>
        <w:t>42. D</w:t>
      </w:r>
    </w:p>
    <w:p>
      <w:pPr>
        <w:pStyle w:val="Normal"/>
        <w:spacing w:before="0" w:after="60"/>
        <w:ind w:start="360"/>
        <w:jc w:val="start"/>
        <w:rPr/>
      </w:pPr>
      <w:r>
        <w:rPr>
          <w:rFonts w:ascii="Calibri" w:hAnsi="Calibri"/>
          <w:b w:val="false"/>
          <w:i w:val="false"/>
          <w:color w:val="000000"/>
          <w:sz w:val="22"/>
        </w:rPr>
        <w:t>43. A</w:t>
      </w:r>
    </w:p>
    <w:p>
      <w:pPr>
        <w:pStyle w:val="Normal"/>
        <w:spacing w:before="0" w:after="60"/>
        <w:ind w:start="360"/>
        <w:jc w:val="start"/>
        <w:rPr/>
      </w:pPr>
      <w:r>
        <w:rPr>
          <w:rFonts w:ascii="Calibri" w:hAnsi="Calibri"/>
          <w:b w:val="false"/>
          <w:i w:val="false"/>
          <w:color w:val="000000"/>
          <w:sz w:val="22"/>
        </w:rPr>
        <w:t>44. C</w:t>
      </w:r>
    </w:p>
    <w:p>
      <w:pPr>
        <w:pStyle w:val="Normal"/>
        <w:spacing w:before="0" w:after="60"/>
        <w:ind w:start="360"/>
        <w:jc w:val="start"/>
        <w:rPr/>
      </w:pPr>
      <w:r>
        <w:rPr>
          <w:rFonts w:ascii="Calibri" w:hAnsi="Calibri"/>
          <w:b w:val="false"/>
          <w:i w:val="false"/>
          <w:color w:val="000000"/>
          <w:sz w:val="22"/>
        </w:rPr>
        <w:t>45. D</w:t>
      </w:r>
    </w:p>
    <w:p>
      <w:pPr>
        <w:pStyle w:val="Normal"/>
        <w:spacing w:before="0" w:after="60"/>
        <w:ind w:start="360"/>
        <w:jc w:val="start"/>
        <w:rPr/>
      </w:pPr>
      <w:r>
        <w:rPr>
          <w:rFonts w:ascii="Calibri" w:hAnsi="Calibri"/>
          <w:b w:val="false"/>
          <w:i w:val="false"/>
          <w:color w:val="000000"/>
          <w:sz w:val="22"/>
        </w:rPr>
        <w:t>46. B</w:t>
      </w:r>
    </w:p>
    <w:p>
      <w:pPr>
        <w:pStyle w:val="Normal"/>
        <w:spacing w:before="0" w:after="60"/>
        <w:ind w:start="360"/>
        <w:jc w:val="start"/>
        <w:rPr/>
      </w:pPr>
      <w:r>
        <w:rPr>
          <w:rFonts w:ascii="Calibri" w:hAnsi="Calibri"/>
          <w:b w:val="false"/>
          <w:i w:val="false"/>
          <w:color w:val="000000"/>
          <w:sz w:val="22"/>
        </w:rPr>
        <w:t>47. A</w:t>
      </w:r>
    </w:p>
    <w:p>
      <w:pPr>
        <w:pStyle w:val="Normal"/>
        <w:spacing w:before="0" w:after="60"/>
        <w:ind w:start="360"/>
        <w:jc w:val="start"/>
        <w:rPr/>
      </w:pPr>
      <w:r>
        <w:rPr>
          <w:rFonts w:ascii="Calibri" w:hAnsi="Calibri"/>
          <w:b w:val="false"/>
          <w:i w:val="false"/>
          <w:color w:val="000000"/>
          <w:sz w:val="22"/>
        </w:rPr>
        <w:t>48. C</w:t>
      </w:r>
    </w:p>
    <w:p>
      <w:pPr>
        <w:pStyle w:val="Normal"/>
        <w:spacing w:before="0" w:after="60"/>
        <w:ind w:start="360"/>
        <w:jc w:val="start"/>
        <w:rPr/>
      </w:pPr>
      <w:r>
        <w:rPr>
          <w:rFonts w:ascii="Calibri" w:hAnsi="Calibri"/>
          <w:b w:val="false"/>
          <w:i w:val="false"/>
          <w:color w:val="000000"/>
          <w:sz w:val="22"/>
        </w:rPr>
        <w:t>49. B</w:t>
      </w:r>
    </w:p>
    <w:p>
      <w:pPr>
        <w:pStyle w:val="Normal"/>
        <w:spacing w:before="0" w:after="60"/>
        <w:ind w:start="360"/>
        <w:jc w:val="start"/>
        <w:rPr/>
      </w:pPr>
      <w:r>
        <w:rPr>
          <w:rFonts w:ascii="Calibri" w:hAnsi="Calibri"/>
          <w:b w:val="false"/>
          <w:i w:val="false"/>
          <w:color w:val="000000"/>
          <w:sz w:val="22"/>
        </w:rPr>
        <w:t>50. D</w:t>
      </w:r>
    </w:p>
    <w:p>
      <w:pPr>
        <w:pStyle w:val="Normal"/>
        <w:spacing w:before="0" w:after="80"/>
        <w:ind w:start="0"/>
        <w:jc w:val="start"/>
        <w:rPr/>
      </w:pPr>
      <w:r>
        <w:rPr>
          <w:rFonts w:ascii="Calibri" w:hAnsi="Calibri"/>
          <w:b/>
          <w:i w:val="false"/>
          <w:color w:val="000000"/>
          <w:sz w:val="26"/>
        </w:rPr>
        <w:t>CREATIVE ARTS</w:t>
      </w:r>
    </w:p>
    <w:p>
      <w:pPr>
        <w:pStyle w:val="Normal"/>
        <w:spacing w:before="0" w:after="60"/>
        <w:ind w:start="360"/>
        <w:jc w:val="start"/>
        <w:rPr/>
      </w:pPr>
      <w:r>
        <w:rPr>
          <w:rFonts w:ascii="Calibri" w:hAnsi="Calibri"/>
          <w:b w:val="false"/>
          <w:i w:val="false"/>
          <w:color w:val="000000"/>
          <w:sz w:val="22"/>
        </w:rPr>
        <w:t>1. D</w:t>
      </w:r>
    </w:p>
    <w:p>
      <w:pPr>
        <w:pStyle w:val="Normal"/>
        <w:spacing w:before="0" w:after="60"/>
        <w:ind w:start="360"/>
        <w:jc w:val="start"/>
        <w:rPr/>
      </w:pPr>
      <w:r>
        <w:rPr>
          <w:rFonts w:ascii="Calibri" w:hAnsi="Calibri"/>
          <w:b w:val="false"/>
          <w:i w:val="false"/>
          <w:color w:val="000000"/>
          <w:sz w:val="22"/>
        </w:rPr>
        <w:t>2. A</w:t>
      </w:r>
    </w:p>
    <w:p>
      <w:pPr>
        <w:pStyle w:val="Normal"/>
        <w:spacing w:before="0" w:after="60"/>
        <w:ind w:start="360"/>
        <w:jc w:val="start"/>
        <w:rPr/>
      </w:pPr>
      <w:r>
        <w:rPr>
          <w:rFonts w:ascii="Calibri" w:hAnsi="Calibri"/>
          <w:b w:val="false"/>
          <w:i w:val="false"/>
          <w:color w:val="000000"/>
          <w:sz w:val="22"/>
        </w:rPr>
        <w:t>3. A</w:t>
      </w:r>
    </w:p>
    <w:p>
      <w:pPr>
        <w:pStyle w:val="Normal"/>
        <w:spacing w:before="0" w:after="60"/>
        <w:ind w:start="360"/>
        <w:jc w:val="start"/>
        <w:rPr/>
      </w:pPr>
      <w:r>
        <w:rPr>
          <w:rFonts w:ascii="Calibri" w:hAnsi="Calibri"/>
          <w:b w:val="false"/>
          <w:i w:val="false"/>
          <w:color w:val="000000"/>
          <w:sz w:val="22"/>
        </w:rPr>
        <w:t>4. A</w:t>
      </w:r>
    </w:p>
    <w:p>
      <w:pPr>
        <w:pStyle w:val="Normal"/>
        <w:spacing w:before="0" w:after="60"/>
        <w:ind w:start="360"/>
        <w:jc w:val="start"/>
        <w:rPr/>
      </w:pPr>
      <w:r>
        <w:rPr>
          <w:rFonts w:ascii="Calibri" w:hAnsi="Calibri"/>
          <w:b w:val="false"/>
          <w:i w:val="false"/>
          <w:color w:val="000000"/>
          <w:sz w:val="22"/>
        </w:rPr>
        <w:t>5. C</w:t>
      </w:r>
    </w:p>
    <w:p>
      <w:pPr>
        <w:pStyle w:val="Normal"/>
        <w:spacing w:before="0" w:after="60"/>
        <w:ind w:start="360"/>
        <w:jc w:val="start"/>
        <w:rPr/>
      </w:pPr>
      <w:r>
        <w:rPr>
          <w:rFonts w:ascii="Calibri" w:hAnsi="Calibri"/>
          <w:b w:val="false"/>
          <w:i w:val="false"/>
          <w:color w:val="000000"/>
          <w:sz w:val="22"/>
        </w:rPr>
        <w:t>6. D</w:t>
      </w:r>
    </w:p>
    <w:p>
      <w:pPr>
        <w:pStyle w:val="Normal"/>
        <w:spacing w:before="0" w:after="60"/>
        <w:ind w:start="360"/>
        <w:jc w:val="start"/>
        <w:rPr/>
      </w:pPr>
      <w:r>
        <w:rPr>
          <w:rFonts w:ascii="Calibri" w:hAnsi="Calibri"/>
          <w:b w:val="false"/>
          <w:i w:val="false"/>
          <w:color w:val="000000"/>
          <w:sz w:val="22"/>
        </w:rPr>
        <w:t>7. A</w:t>
      </w:r>
    </w:p>
    <w:p>
      <w:pPr>
        <w:pStyle w:val="Normal"/>
        <w:spacing w:before="0" w:after="60"/>
        <w:ind w:start="360"/>
        <w:jc w:val="start"/>
        <w:rPr/>
      </w:pPr>
      <w:r>
        <w:rPr>
          <w:rFonts w:ascii="Calibri" w:hAnsi="Calibri"/>
          <w:b w:val="false"/>
          <w:i w:val="false"/>
          <w:color w:val="000000"/>
          <w:sz w:val="22"/>
        </w:rPr>
        <w:t>8. C</w:t>
      </w:r>
    </w:p>
    <w:p>
      <w:pPr>
        <w:pStyle w:val="Normal"/>
        <w:spacing w:before="0" w:after="60"/>
        <w:ind w:start="360"/>
        <w:jc w:val="start"/>
        <w:rPr/>
      </w:pPr>
      <w:r>
        <w:rPr>
          <w:rFonts w:ascii="Calibri" w:hAnsi="Calibri"/>
          <w:b w:val="false"/>
          <w:i w:val="false"/>
          <w:color w:val="000000"/>
          <w:sz w:val="22"/>
        </w:rPr>
        <w:t>9. C</w:t>
      </w:r>
    </w:p>
    <w:p>
      <w:pPr>
        <w:pStyle w:val="Normal"/>
        <w:spacing w:before="0" w:after="60"/>
        <w:ind w:start="360"/>
        <w:jc w:val="start"/>
        <w:rPr/>
      </w:pPr>
      <w:r>
        <w:rPr>
          <w:rFonts w:ascii="Calibri" w:hAnsi="Calibri"/>
          <w:b w:val="false"/>
          <w:i w:val="false"/>
          <w:color w:val="000000"/>
          <w:sz w:val="22"/>
        </w:rPr>
        <w:t>10. B</w:t>
      </w:r>
    </w:p>
    <w:p>
      <w:pPr>
        <w:pStyle w:val="Normal"/>
        <w:spacing w:before="0" w:after="60"/>
        <w:ind w:start="360"/>
        <w:jc w:val="start"/>
        <w:rPr/>
      </w:pPr>
      <w:r>
        <w:rPr>
          <w:rFonts w:ascii="Calibri" w:hAnsi="Calibri"/>
          <w:b w:val="false"/>
          <w:i w:val="false"/>
          <w:color w:val="000000"/>
          <w:sz w:val="22"/>
        </w:rPr>
        <w:t>11. D</w:t>
      </w:r>
    </w:p>
    <w:p>
      <w:pPr>
        <w:pStyle w:val="Normal"/>
        <w:spacing w:before="0" w:after="60"/>
        <w:ind w:start="360"/>
        <w:jc w:val="start"/>
        <w:rPr/>
      </w:pPr>
      <w:r>
        <w:rPr>
          <w:rFonts w:ascii="Calibri" w:hAnsi="Calibri"/>
          <w:b w:val="false"/>
          <w:i w:val="false"/>
          <w:color w:val="000000"/>
          <w:sz w:val="22"/>
        </w:rPr>
        <w:t>12. A</w:t>
      </w:r>
    </w:p>
    <w:p>
      <w:pPr>
        <w:pStyle w:val="Normal"/>
        <w:spacing w:before="0" w:after="60"/>
        <w:ind w:start="360"/>
        <w:jc w:val="start"/>
        <w:rPr/>
      </w:pPr>
      <w:r>
        <w:rPr>
          <w:rFonts w:ascii="Calibri" w:hAnsi="Calibri"/>
          <w:b w:val="false"/>
          <w:i w:val="false"/>
          <w:color w:val="000000"/>
          <w:sz w:val="22"/>
        </w:rPr>
        <w:t>13. B</w:t>
      </w:r>
    </w:p>
    <w:p>
      <w:pPr>
        <w:pStyle w:val="Normal"/>
        <w:spacing w:before="0" w:after="60"/>
        <w:ind w:start="360"/>
        <w:jc w:val="start"/>
        <w:rPr/>
      </w:pPr>
      <w:r>
        <w:rPr>
          <w:rFonts w:ascii="Calibri" w:hAnsi="Calibri"/>
          <w:b w:val="false"/>
          <w:i w:val="false"/>
          <w:color w:val="000000"/>
          <w:sz w:val="22"/>
        </w:rPr>
        <w:t>14. D</w:t>
      </w:r>
    </w:p>
    <w:p>
      <w:pPr>
        <w:pStyle w:val="Normal"/>
        <w:spacing w:before="0" w:after="60"/>
        <w:ind w:start="360"/>
        <w:jc w:val="start"/>
        <w:rPr/>
      </w:pPr>
      <w:r>
        <w:rPr>
          <w:rFonts w:ascii="Calibri" w:hAnsi="Calibri"/>
          <w:b w:val="false"/>
          <w:i w:val="false"/>
          <w:color w:val="000000"/>
          <w:sz w:val="22"/>
        </w:rPr>
        <w:t>15. A</w:t>
      </w:r>
    </w:p>
    <w:p>
      <w:pPr>
        <w:pStyle w:val="Normal"/>
        <w:spacing w:before="0" w:after="60"/>
        <w:ind w:start="360"/>
        <w:jc w:val="start"/>
        <w:rPr/>
      </w:pPr>
      <w:r>
        <w:rPr>
          <w:rFonts w:ascii="Calibri" w:hAnsi="Calibri"/>
          <w:b w:val="false"/>
          <w:i w:val="false"/>
          <w:color w:val="000000"/>
          <w:sz w:val="22"/>
        </w:rPr>
        <w:t>16. C</w:t>
      </w:r>
    </w:p>
    <w:p>
      <w:pPr>
        <w:pStyle w:val="Normal"/>
        <w:spacing w:before="0" w:after="60"/>
        <w:ind w:start="360"/>
        <w:jc w:val="start"/>
        <w:rPr/>
      </w:pPr>
      <w:r>
        <w:rPr>
          <w:rFonts w:ascii="Calibri" w:hAnsi="Calibri"/>
          <w:b w:val="false"/>
          <w:i w:val="false"/>
          <w:color w:val="000000"/>
          <w:sz w:val="22"/>
        </w:rPr>
        <w:t>17. C</w:t>
      </w:r>
    </w:p>
    <w:p>
      <w:pPr>
        <w:pStyle w:val="Normal"/>
        <w:spacing w:before="0" w:after="60"/>
        <w:ind w:start="360"/>
        <w:jc w:val="start"/>
        <w:rPr/>
      </w:pPr>
      <w:r>
        <w:rPr>
          <w:rFonts w:ascii="Calibri" w:hAnsi="Calibri"/>
          <w:b w:val="false"/>
          <w:i w:val="false"/>
          <w:color w:val="000000"/>
          <w:sz w:val="22"/>
        </w:rPr>
        <w:t>18. D</w:t>
      </w:r>
    </w:p>
    <w:p>
      <w:pPr>
        <w:pStyle w:val="Normal"/>
        <w:spacing w:before="0" w:after="60"/>
        <w:ind w:start="360"/>
        <w:jc w:val="start"/>
        <w:rPr/>
      </w:pPr>
      <w:r>
        <w:rPr>
          <w:rFonts w:ascii="Calibri" w:hAnsi="Calibri"/>
          <w:b w:val="false"/>
          <w:i w:val="false"/>
          <w:color w:val="000000"/>
          <w:sz w:val="22"/>
        </w:rPr>
        <w:t>19. B</w:t>
      </w:r>
    </w:p>
    <w:p>
      <w:pPr>
        <w:pStyle w:val="Normal"/>
        <w:spacing w:before="0" w:after="60"/>
        <w:ind w:start="360"/>
        <w:jc w:val="start"/>
        <w:rPr/>
      </w:pPr>
      <w:r>
        <w:rPr>
          <w:rFonts w:ascii="Calibri" w:hAnsi="Calibri"/>
          <w:b w:val="false"/>
          <w:i w:val="false"/>
          <w:color w:val="000000"/>
          <w:sz w:val="22"/>
        </w:rPr>
        <w:t>20. A</w:t>
      </w:r>
    </w:p>
    <w:p>
      <w:pPr>
        <w:pStyle w:val="Normal"/>
        <w:spacing w:before="0" w:after="60"/>
        <w:ind w:start="360"/>
        <w:jc w:val="start"/>
        <w:rPr/>
      </w:pPr>
      <w:r>
        <w:rPr>
          <w:rFonts w:ascii="Calibri" w:hAnsi="Calibri"/>
          <w:b w:val="false"/>
          <w:i w:val="false"/>
          <w:color w:val="000000"/>
          <w:sz w:val="22"/>
        </w:rPr>
        <w:t>21. C</w:t>
      </w:r>
    </w:p>
    <w:p>
      <w:pPr>
        <w:pStyle w:val="Normal"/>
        <w:spacing w:before="0" w:after="60"/>
        <w:ind w:start="360"/>
        <w:jc w:val="start"/>
        <w:rPr/>
      </w:pPr>
      <w:r>
        <w:rPr>
          <w:rFonts w:ascii="Calibri" w:hAnsi="Calibri"/>
          <w:b w:val="false"/>
          <w:i w:val="false"/>
          <w:color w:val="000000"/>
          <w:sz w:val="22"/>
        </w:rPr>
        <w:t>22. B</w:t>
      </w:r>
    </w:p>
    <w:p>
      <w:pPr>
        <w:pStyle w:val="Normal"/>
        <w:spacing w:before="0" w:after="60"/>
        <w:ind w:start="360"/>
        <w:jc w:val="start"/>
        <w:rPr/>
      </w:pPr>
      <w:r>
        <w:rPr>
          <w:rFonts w:ascii="Calibri" w:hAnsi="Calibri"/>
          <w:b w:val="false"/>
          <w:i w:val="false"/>
          <w:color w:val="000000"/>
          <w:sz w:val="22"/>
        </w:rPr>
        <w:t>23. C</w:t>
      </w:r>
    </w:p>
    <w:p>
      <w:pPr>
        <w:pStyle w:val="Normal"/>
        <w:spacing w:before="0" w:after="60"/>
        <w:ind w:start="360"/>
        <w:jc w:val="start"/>
        <w:rPr/>
      </w:pPr>
      <w:r>
        <w:rPr>
          <w:rFonts w:ascii="Calibri" w:hAnsi="Calibri"/>
          <w:b w:val="false"/>
          <w:i w:val="false"/>
          <w:color w:val="000000"/>
          <w:sz w:val="22"/>
        </w:rPr>
        <w:t>24. B</w:t>
      </w:r>
    </w:p>
    <w:p>
      <w:pPr>
        <w:pStyle w:val="Normal"/>
        <w:spacing w:before="0" w:after="60"/>
        <w:ind w:start="360"/>
        <w:jc w:val="start"/>
        <w:rPr/>
      </w:pPr>
      <w:r>
        <w:rPr>
          <w:rFonts w:ascii="Calibri" w:hAnsi="Calibri"/>
          <w:b w:val="false"/>
          <w:i w:val="false"/>
          <w:color w:val="000000"/>
          <w:sz w:val="22"/>
        </w:rPr>
        <w:t>25. D</w:t>
      </w:r>
    </w:p>
    <w:p>
      <w:pPr>
        <w:pStyle w:val="Normal"/>
        <w:spacing w:before="0" w:after="60"/>
        <w:ind w:start="360"/>
        <w:jc w:val="start"/>
        <w:rPr/>
      </w:pPr>
      <w:r>
        <w:rPr>
          <w:rFonts w:ascii="Calibri" w:hAnsi="Calibri"/>
          <w:b w:val="false"/>
          <w:i w:val="false"/>
          <w:color w:val="000000"/>
          <w:sz w:val="22"/>
        </w:rPr>
        <w:t>26. A</w:t>
      </w:r>
    </w:p>
    <w:p>
      <w:pPr>
        <w:pStyle w:val="Normal"/>
        <w:spacing w:before="0" w:after="60"/>
        <w:ind w:start="360"/>
        <w:jc w:val="start"/>
        <w:rPr/>
      </w:pPr>
      <w:r>
        <w:rPr>
          <w:rFonts w:ascii="Calibri" w:hAnsi="Calibri"/>
          <w:b w:val="false"/>
          <w:i w:val="false"/>
          <w:color w:val="000000"/>
          <w:sz w:val="22"/>
        </w:rPr>
        <w:t>27. B</w:t>
      </w:r>
    </w:p>
    <w:p>
      <w:pPr>
        <w:pStyle w:val="Normal"/>
        <w:spacing w:before="0" w:after="60"/>
        <w:ind w:start="360"/>
        <w:jc w:val="start"/>
        <w:rPr/>
      </w:pPr>
      <w:r>
        <w:rPr>
          <w:rFonts w:ascii="Calibri" w:hAnsi="Calibri"/>
          <w:b w:val="false"/>
          <w:i w:val="false"/>
          <w:color w:val="000000"/>
          <w:sz w:val="22"/>
        </w:rPr>
        <w:t>28. A</w:t>
      </w:r>
    </w:p>
    <w:p>
      <w:pPr>
        <w:pStyle w:val="Normal"/>
        <w:spacing w:before="0" w:after="60"/>
        <w:ind w:start="360"/>
        <w:jc w:val="start"/>
        <w:rPr/>
      </w:pPr>
      <w:r>
        <w:rPr>
          <w:rFonts w:ascii="Calibri" w:hAnsi="Calibri"/>
          <w:b w:val="false"/>
          <w:i w:val="false"/>
          <w:color w:val="000000"/>
          <w:sz w:val="22"/>
        </w:rPr>
        <w:t>29. C</w:t>
      </w:r>
    </w:p>
    <w:p>
      <w:pPr>
        <w:pStyle w:val="Normal"/>
        <w:spacing w:before="0" w:after="60"/>
        <w:ind w:start="360"/>
        <w:jc w:val="start"/>
        <w:rPr/>
      </w:pPr>
      <w:r>
        <w:rPr>
          <w:rFonts w:ascii="Calibri" w:hAnsi="Calibri"/>
          <w:b w:val="false"/>
          <w:i w:val="false"/>
          <w:color w:val="000000"/>
          <w:sz w:val="22"/>
        </w:rPr>
        <w:t>30. A</w:t>
      </w:r>
    </w:p>
    <w:p>
      <w:pPr>
        <w:pStyle w:val="Normal"/>
        <w:spacing w:before="0" w:after="60"/>
        <w:ind w:start="360"/>
        <w:jc w:val="start"/>
        <w:rPr>
          <w:b/>
          <w:bCs/>
        </w:rPr>
      </w:pPr>
      <w:r>
        <w:rPr>
          <w:rFonts w:ascii="Calibri" w:hAnsi="Calibri"/>
          <w:b/>
          <w:bCs/>
          <w:i w:val="false"/>
          <w:color w:val="000000"/>
          <w:sz w:val="22"/>
        </w:rPr>
        <w:t>SST &amp; RELIGIOUS EDU</w:t>
      </w:r>
    </w:p>
    <w:p>
      <w:pPr>
        <w:pStyle w:val="Normal"/>
        <w:spacing w:before="0" w:after="60"/>
        <w:ind w:start="360"/>
        <w:jc w:val="start"/>
        <w:rPr>
          <w:b/>
          <w:bCs/>
        </w:rPr>
      </w:pPr>
      <w:r>
        <w:rPr>
          <w:rFonts w:ascii="Calibri" w:hAnsi="Calibri"/>
          <w:b/>
          <w:bCs/>
          <w:i w:val="false"/>
          <w:color w:val="000000"/>
          <w:sz w:val="22"/>
        </w:rPr>
        <w:t>SST</w:t>
      </w:r>
    </w:p>
    <w:p>
      <w:pPr>
        <w:pStyle w:val="Normal"/>
        <w:spacing w:before="0" w:after="60"/>
        <w:ind w:start="360"/>
        <w:jc w:val="start"/>
        <w:rPr/>
      </w:pPr>
      <w:r>
        <w:rPr>
          <w:rFonts w:ascii="Calibri" w:hAnsi="Calibri"/>
          <w:b w:val="false"/>
          <w:i w:val="false"/>
          <w:color w:val="000000"/>
          <w:sz w:val="22"/>
        </w:rPr>
        <w:t>1. D</w:t>
      </w:r>
    </w:p>
    <w:p>
      <w:pPr>
        <w:pStyle w:val="Normal"/>
        <w:spacing w:before="0" w:after="60"/>
        <w:ind w:start="360"/>
        <w:jc w:val="start"/>
        <w:rPr/>
      </w:pPr>
      <w:r>
        <w:rPr>
          <w:rFonts w:ascii="Calibri" w:hAnsi="Calibri"/>
          <w:b w:val="false"/>
          <w:i w:val="false"/>
          <w:color w:val="000000"/>
          <w:sz w:val="22"/>
        </w:rPr>
        <w:t>2. A</w:t>
      </w:r>
    </w:p>
    <w:p>
      <w:pPr>
        <w:pStyle w:val="Normal"/>
        <w:spacing w:before="0" w:after="60"/>
        <w:ind w:start="360"/>
        <w:jc w:val="start"/>
        <w:rPr/>
      </w:pPr>
      <w:r>
        <w:rPr>
          <w:rFonts w:ascii="Calibri" w:hAnsi="Calibri"/>
          <w:b w:val="false"/>
          <w:i w:val="false"/>
          <w:color w:val="000000"/>
          <w:sz w:val="22"/>
        </w:rPr>
        <w:t>3. A</w:t>
      </w:r>
    </w:p>
    <w:p>
      <w:pPr>
        <w:pStyle w:val="Normal"/>
        <w:spacing w:before="0" w:after="60"/>
        <w:ind w:start="360"/>
        <w:jc w:val="start"/>
        <w:rPr/>
      </w:pPr>
      <w:r>
        <w:rPr>
          <w:rFonts w:ascii="Calibri" w:hAnsi="Calibri"/>
          <w:b w:val="false"/>
          <w:i w:val="false"/>
          <w:color w:val="000000"/>
          <w:sz w:val="22"/>
        </w:rPr>
        <w:t>4. A</w:t>
      </w:r>
    </w:p>
    <w:p>
      <w:pPr>
        <w:pStyle w:val="Normal"/>
        <w:spacing w:before="0" w:after="60"/>
        <w:ind w:start="360"/>
        <w:jc w:val="start"/>
        <w:rPr/>
      </w:pPr>
      <w:r>
        <w:rPr>
          <w:rFonts w:ascii="Calibri" w:hAnsi="Calibri"/>
          <w:b w:val="false"/>
          <w:i w:val="false"/>
          <w:color w:val="000000"/>
          <w:sz w:val="22"/>
        </w:rPr>
        <w:t>5. C</w:t>
      </w:r>
    </w:p>
    <w:p>
      <w:pPr>
        <w:pStyle w:val="Normal"/>
        <w:spacing w:before="0" w:after="60"/>
        <w:ind w:start="360"/>
        <w:jc w:val="start"/>
        <w:rPr/>
      </w:pPr>
      <w:r>
        <w:rPr>
          <w:rFonts w:ascii="Calibri" w:hAnsi="Calibri"/>
          <w:b w:val="false"/>
          <w:i w:val="false"/>
          <w:color w:val="000000"/>
          <w:sz w:val="22"/>
        </w:rPr>
        <w:t>6. B</w:t>
      </w:r>
    </w:p>
    <w:p>
      <w:pPr>
        <w:pStyle w:val="Normal"/>
        <w:spacing w:before="0" w:after="60"/>
        <w:ind w:start="360"/>
        <w:jc w:val="start"/>
        <w:rPr/>
      </w:pPr>
      <w:r>
        <w:rPr>
          <w:rFonts w:ascii="Calibri" w:hAnsi="Calibri"/>
          <w:b w:val="false"/>
          <w:i w:val="false"/>
          <w:color w:val="000000"/>
          <w:sz w:val="22"/>
        </w:rPr>
        <w:t>7. D</w:t>
      </w:r>
    </w:p>
    <w:p>
      <w:pPr>
        <w:pStyle w:val="Normal"/>
        <w:spacing w:before="0" w:after="60"/>
        <w:ind w:start="360"/>
        <w:jc w:val="start"/>
        <w:rPr/>
      </w:pPr>
      <w:r>
        <w:rPr>
          <w:rFonts w:ascii="Calibri" w:hAnsi="Calibri"/>
          <w:b w:val="false"/>
          <w:i w:val="false"/>
          <w:color w:val="000000"/>
          <w:sz w:val="22"/>
        </w:rPr>
        <w:t>8. A</w:t>
      </w:r>
    </w:p>
    <w:p>
      <w:pPr>
        <w:pStyle w:val="Normal"/>
        <w:spacing w:before="0" w:after="60"/>
        <w:ind w:start="360"/>
        <w:jc w:val="start"/>
        <w:rPr/>
      </w:pPr>
      <w:r>
        <w:rPr>
          <w:rFonts w:ascii="Calibri" w:hAnsi="Calibri"/>
          <w:b w:val="false"/>
          <w:i w:val="false"/>
          <w:color w:val="000000"/>
          <w:sz w:val="22"/>
        </w:rPr>
        <w:t>9. B</w:t>
      </w:r>
    </w:p>
    <w:p>
      <w:pPr>
        <w:pStyle w:val="Normal"/>
        <w:spacing w:before="0" w:after="60"/>
        <w:ind w:start="360"/>
        <w:jc w:val="start"/>
        <w:rPr/>
      </w:pPr>
      <w:r>
        <w:rPr>
          <w:rFonts w:ascii="Calibri" w:hAnsi="Calibri"/>
          <w:b w:val="false"/>
          <w:i w:val="false"/>
          <w:color w:val="000000"/>
          <w:sz w:val="22"/>
        </w:rPr>
        <w:t>10. C</w:t>
      </w:r>
    </w:p>
    <w:p>
      <w:pPr>
        <w:pStyle w:val="Normal"/>
        <w:spacing w:before="0" w:after="60"/>
        <w:ind w:start="360"/>
        <w:jc w:val="start"/>
        <w:rPr/>
      </w:pPr>
      <w:r>
        <w:rPr>
          <w:rFonts w:ascii="Calibri" w:hAnsi="Calibri"/>
          <w:b w:val="false"/>
          <w:i w:val="false"/>
          <w:color w:val="000000"/>
          <w:sz w:val="22"/>
        </w:rPr>
        <w:t>11. A</w:t>
      </w:r>
    </w:p>
    <w:p>
      <w:pPr>
        <w:pStyle w:val="Normal"/>
        <w:spacing w:before="0" w:after="60"/>
        <w:ind w:start="360"/>
        <w:jc w:val="start"/>
        <w:rPr/>
      </w:pPr>
      <w:r>
        <w:rPr>
          <w:rFonts w:ascii="Calibri" w:hAnsi="Calibri"/>
          <w:b w:val="false"/>
          <w:i w:val="false"/>
          <w:color w:val="000000"/>
          <w:sz w:val="22"/>
        </w:rPr>
        <w:t>12. B</w:t>
      </w:r>
    </w:p>
    <w:p>
      <w:pPr>
        <w:pStyle w:val="Normal"/>
        <w:spacing w:before="0" w:after="60"/>
        <w:ind w:start="360"/>
        <w:jc w:val="start"/>
        <w:rPr/>
      </w:pPr>
      <w:r>
        <w:rPr>
          <w:rFonts w:ascii="Calibri" w:hAnsi="Calibri"/>
          <w:b w:val="false"/>
          <w:i w:val="false"/>
          <w:color w:val="000000"/>
          <w:sz w:val="22"/>
        </w:rPr>
        <w:t>13. C</w:t>
      </w:r>
    </w:p>
    <w:p>
      <w:pPr>
        <w:pStyle w:val="Normal"/>
        <w:spacing w:before="0" w:after="60"/>
        <w:ind w:start="360"/>
        <w:jc w:val="start"/>
        <w:rPr/>
      </w:pPr>
      <w:r>
        <w:rPr>
          <w:rFonts w:ascii="Calibri" w:hAnsi="Calibri"/>
          <w:b w:val="false"/>
          <w:i w:val="false"/>
          <w:color w:val="000000"/>
          <w:sz w:val="22"/>
        </w:rPr>
        <w:t>14. D</w:t>
      </w:r>
    </w:p>
    <w:p>
      <w:pPr>
        <w:pStyle w:val="Normal"/>
        <w:spacing w:before="0" w:after="60"/>
        <w:ind w:start="360"/>
        <w:jc w:val="start"/>
        <w:rPr/>
      </w:pPr>
      <w:r>
        <w:rPr>
          <w:rFonts w:ascii="Calibri" w:hAnsi="Calibri"/>
          <w:b w:val="false"/>
          <w:i w:val="false"/>
          <w:color w:val="000000"/>
          <w:sz w:val="22"/>
        </w:rPr>
        <w:t>15. D</w:t>
      </w:r>
    </w:p>
    <w:p>
      <w:pPr>
        <w:pStyle w:val="Normal"/>
        <w:spacing w:before="0" w:after="60"/>
        <w:ind w:start="360"/>
        <w:jc w:val="start"/>
        <w:rPr/>
      </w:pPr>
      <w:r>
        <w:rPr>
          <w:rFonts w:ascii="Calibri" w:hAnsi="Calibri"/>
          <w:b w:val="false"/>
          <w:i w:val="false"/>
          <w:color w:val="000000"/>
          <w:sz w:val="22"/>
        </w:rPr>
        <w:t>16. A</w:t>
      </w:r>
    </w:p>
    <w:p>
      <w:pPr>
        <w:pStyle w:val="Normal"/>
        <w:spacing w:before="0" w:after="60"/>
        <w:ind w:start="360"/>
        <w:jc w:val="start"/>
        <w:rPr/>
      </w:pPr>
      <w:r>
        <w:rPr>
          <w:rFonts w:ascii="Calibri" w:hAnsi="Calibri"/>
          <w:b w:val="false"/>
          <w:i w:val="false"/>
          <w:color w:val="000000"/>
          <w:sz w:val="22"/>
        </w:rPr>
        <w:t>17. C</w:t>
      </w:r>
    </w:p>
    <w:p>
      <w:pPr>
        <w:pStyle w:val="Normal"/>
        <w:spacing w:before="0" w:after="60"/>
        <w:ind w:start="360"/>
        <w:jc w:val="start"/>
        <w:rPr/>
      </w:pPr>
      <w:r>
        <w:rPr>
          <w:rFonts w:ascii="Calibri" w:hAnsi="Calibri"/>
          <w:b w:val="false"/>
          <w:i w:val="false"/>
          <w:color w:val="000000"/>
          <w:sz w:val="22"/>
        </w:rPr>
        <w:t>18. D</w:t>
      </w:r>
    </w:p>
    <w:p>
      <w:pPr>
        <w:pStyle w:val="Normal"/>
        <w:spacing w:before="0" w:after="60"/>
        <w:ind w:start="360"/>
        <w:jc w:val="start"/>
        <w:rPr/>
      </w:pPr>
      <w:r>
        <w:rPr>
          <w:rFonts w:ascii="Calibri" w:hAnsi="Calibri"/>
          <w:b w:val="false"/>
          <w:i w:val="false"/>
          <w:color w:val="000000"/>
          <w:sz w:val="22"/>
        </w:rPr>
        <w:t>19. D</w:t>
      </w:r>
    </w:p>
    <w:p>
      <w:pPr>
        <w:pStyle w:val="Normal"/>
        <w:spacing w:before="0" w:after="60"/>
        <w:ind w:start="360"/>
        <w:jc w:val="start"/>
        <w:rPr/>
      </w:pPr>
      <w:r>
        <w:rPr>
          <w:rFonts w:ascii="Calibri" w:hAnsi="Calibri"/>
          <w:b w:val="false"/>
          <w:i w:val="false"/>
          <w:color w:val="000000"/>
          <w:sz w:val="22"/>
        </w:rPr>
        <w:t>20. A</w:t>
      </w:r>
    </w:p>
    <w:p>
      <w:pPr>
        <w:pStyle w:val="Normal"/>
        <w:spacing w:before="0" w:after="60"/>
        <w:ind w:start="360"/>
        <w:jc w:val="start"/>
        <w:rPr/>
      </w:pPr>
      <w:r>
        <w:rPr>
          <w:rFonts w:ascii="Calibri" w:hAnsi="Calibri"/>
          <w:b w:val="false"/>
          <w:i w:val="false"/>
          <w:color w:val="000000"/>
          <w:sz w:val="22"/>
        </w:rPr>
        <w:t>21. B</w:t>
      </w:r>
    </w:p>
    <w:p>
      <w:pPr>
        <w:pStyle w:val="Normal"/>
        <w:spacing w:before="0" w:after="60"/>
        <w:ind w:start="360"/>
        <w:jc w:val="start"/>
        <w:rPr/>
      </w:pPr>
      <w:r>
        <w:rPr>
          <w:rFonts w:ascii="Calibri" w:hAnsi="Calibri"/>
          <w:b w:val="false"/>
          <w:i w:val="false"/>
          <w:color w:val="000000"/>
          <w:sz w:val="22"/>
        </w:rPr>
        <w:t>22. A</w:t>
      </w:r>
    </w:p>
    <w:p>
      <w:pPr>
        <w:pStyle w:val="Normal"/>
        <w:spacing w:before="0" w:after="60"/>
        <w:ind w:start="360"/>
        <w:jc w:val="start"/>
        <w:rPr/>
      </w:pPr>
      <w:r>
        <w:rPr>
          <w:rFonts w:ascii="Calibri" w:hAnsi="Calibri"/>
          <w:b w:val="false"/>
          <w:i w:val="false"/>
          <w:color w:val="000000"/>
          <w:sz w:val="22"/>
        </w:rPr>
        <w:t>23. B</w:t>
      </w:r>
    </w:p>
    <w:p>
      <w:pPr>
        <w:pStyle w:val="Normal"/>
        <w:spacing w:before="0" w:after="60"/>
        <w:ind w:start="360"/>
        <w:jc w:val="start"/>
        <w:rPr/>
      </w:pPr>
      <w:r>
        <w:rPr>
          <w:rFonts w:ascii="Calibri" w:hAnsi="Calibri"/>
          <w:b w:val="false"/>
          <w:i w:val="false"/>
          <w:color w:val="000000"/>
          <w:sz w:val="22"/>
        </w:rPr>
        <w:t>24. C</w:t>
      </w:r>
    </w:p>
    <w:p>
      <w:pPr>
        <w:pStyle w:val="Normal"/>
        <w:spacing w:before="0" w:after="60"/>
        <w:ind w:start="360"/>
        <w:jc w:val="start"/>
        <w:rPr/>
      </w:pPr>
      <w:r>
        <w:rPr>
          <w:rFonts w:ascii="Calibri" w:hAnsi="Calibri"/>
          <w:b w:val="false"/>
          <w:i w:val="false"/>
          <w:color w:val="000000"/>
          <w:sz w:val="22"/>
        </w:rPr>
        <w:t>25. C</w:t>
      </w:r>
    </w:p>
    <w:p>
      <w:pPr>
        <w:pStyle w:val="Normal"/>
        <w:spacing w:before="0" w:after="60"/>
        <w:ind w:start="360"/>
        <w:jc w:val="start"/>
        <w:rPr/>
      </w:pPr>
      <w:r>
        <w:rPr>
          <w:rFonts w:ascii="Calibri" w:hAnsi="Calibri"/>
          <w:b w:val="false"/>
          <w:i w:val="false"/>
          <w:color w:val="000000"/>
          <w:sz w:val="22"/>
        </w:rPr>
        <w:t>26. D</w:t>
      </w:r>
    </w:p>
    <w:p>
      <w:pPr>
        <w:pStyle w:val="Normal"/>
        <w:spacing w:before="0" w:after="60"/>
        <w:ind w:start="360"/>
        <w:jc w:val="start"/>
        <w:rPr/>
      </w:pPr>
      <w:r>
        <w:rPr>
          <w:rFonts w:ascii="Calibri" w:hAnsi="Calibri"/>
          <w:b w:val="false"/>
          <w:i w:val="false"/>
          <w:color w:val="000000"/>
          <w:sz w:val="22"/>
        </w:rPr>
        <w:t>27. B</w:t>
      </w:r>
    </w:p>
    <w:p>
      <w:pPr>
        <w:pStyle w:val="Normal"/>
        <w:spacing w:before="0" w:after="60"/>
        <w:ind w:start="360"/>
        <w:jc w:val="start"/>
        <w:rPr/>
      </w:pPr>
      <w:r>
        <w:rPr>
          <w:rFonts w:ascii="Calibri" w:hAnsi="Calibri"/>
          <w:b w:val="false"/>
          <w:i w:val="false"/>
          <w:color w:val="000000"/>
          <w:sz w:val="22"/>
        </w:rPr>
        <w:t>28. A</w:t>
      </w:r>
    </w:p>
    <w:p>
      <w:pPr>
        <w:pStyle w:val="Normal"/>
        <w:spacing w:before="0" w:after="60"/>
        <w:ind w:start="360"/>
        <w:jc w:val="start"/>
        <w:rPr/>
      </w:pPr>
      <w:r>
        <w:rPr>
          <w:rFonts w:ascii="Calibri" w:hAnsi="Calibri"/>
          <w:b w:val="false"/>
          <w:i w:val="false"/>
          <w:color w:val="000000"/>
          <w:sz w:val="22"/>
        </w:rPr>
        <w:t>29. C</w:t>
      </w:r>
    </w:p>
    <w:p>
      <w:pPr>
        <w:pStyle w:val="Normal"/>
        <w:spacing w:before="0" w:after="60"/>
        <w:ind w:start="360"/>
        <w:jc w:val="start"/>
        <w:rPr/>
      </w:pPr>
      <w:r>
        <w:rPr>
          <w:rFonts w:ascii="Calibri" w:hAnsi="Calibri"/>
          <w:b w:val="false"/>
          <w:i w:val="false"/>
          <w:color w:val="000000"/>
          <w:sz w:val="22"/>
        </w:rPr>
        <w:t>30. B</w:t>
      </w:r>
    </w:p>
    <w:p>
      <w:pPr>
        <w:pStyle w:val="Normal"/>
        <w:spacing w:before="0" w:after="60"/>
        <w:ind w:start="360"/>
        <w:jc w:val="start"/>
        <w:rPr>
          <w:b/>
          <w:bCs/>
        </w:rPr>
      </w:pPr>
      <w:r>
        <w:rPr>
          <w:rFonts w:ascii="Calibri" w:hAnsi="Calibri"/>
          <w:b/>
          <w:bCs/>
          <w:i w:val="false"/>
          <w:color w:val="000000"/>
          <w:sz w:val="22"/>
        </w:rPr>
        <w:t>CRE</w:t>
      </w:r>
    </w:p>
    <w:p>
      <w:pPr>
        <w:pStyle w:val="Normal"/>
        <w:spacing w:before="0" w:after="60"/>
        <w:ind w:start="360"/>
        <w:jc w:val="start"/>
        <w:rPr/>
      </w:pPr>
      <w:r>
        <w:rPr>
          <w:rFonts w:ascii="Calibri" w:hAnsi="Calibri"/>
          <w:b w:val="false"/>
          <w:i w:val="false"/>
          <w:color w:val="000000"/>
          <w:sz w:val="22"/>
        </w:rPr>
        <w:t>31. B</w:t>
      </w:r>
    </w:p>
    <w:p>
      <w:pPr>
        <w:pStyle w:val="Normal"/>
        <w:spacing w:before="0" w:after="60"/>
        <w:ind w:start="360"/>
        <w:jc w:val="start"/>
        <w:rPr/>
      </w:pPr>
      <w:r>
        <w:rPr>
          <w:rFonts w:ascii="Calibri" w:hAnsi="Calibri"/>
          <w:b w:val="false"/>
          <w:i w:val="false"/>
          <w:color w:val="000000"/>
          <w:sz w:val="22"/>
        </w:rPr>
        <w:t>32. D</w:t>
      </w:r>
    </w:p>
    <w:p>
      <w:pPr>
        <w:pStyle w:val="Normal"/>
        <w:spacing w:before="0" w:after="60"/>
        <w:ind w:start="360"/>
        <w:jc w:val="start"/>
        <w:rPr/>
      </w:pPr>
      <w:r>
        <w:rPr>
          <w:rFonts w:ascii="Calibri" w:hAnsi="Calibri"/>
          <w:b w:val="false"/>
          <w:i w:val="false"/>
          <w:color w:val="000000"/>
          <w:sz w:val="22"/>
        </w:rPr>
        <w:t>33. B</w:t>
      </w:r>
    </w:p>
    <w:p>
      <w:pPr>
        <w:pStyle w:val="Normal"/>
        <w:spacing w:before="0" w:after="60"/>
        <w:ind w:start="360"/>
        <w:jc w:val="start"/>
        <w:rPr/>
      </w:pPr>
      <w:r>
        <w:rPr>
          <w:rFonts w:ascii="Calibri" w:hAnsi="Calibri"/>
          <w:b w:val="false"/>
          <w:i w:val="false"/>
          <w:color w:val="000000"/>
          <w:sz w:val="22"/>
        </w:rPr>
        <w:t>34. B</w:t>
      </w:r>
    </w:p>
    <w:p>
      <w:pPr>
        <w:pStyle w:val="Normal"/>
        <w:spacing w:before="0" w:after="60"/>
        <w:ind w:start="360"/>
        <w:jc w:val="start"/>
        <w:rPr/>
      </w:pPr>
      <w:r>
        <w:rPr>
          <w:rFonts w:ascii="Calibri" w:hAnsi="Calibri"/>
          <w:b w:val="false"/>
          <w:i w:val="false"/>
          <w:color w:val="000000"/>
          <w:sz w:val="22"/>
        </w:rPr>
        <w:t>35. D</w:t>
      </w:r>
    </w:p>
    <w:p>
      <w:pPr>
        <w:pStyle w:val="Normal"/>
        <w:spacing w:before="0" w:after="60"/>
        <w:ind w:start="360"/>
        <w:jc w:val="start"/>
        <w:rPr/>
      </w:pPr>
      <w:r>
        <w:rPr>
          <w:rFonts w:ascii="Calibri" w:hAnsi="Calibri"/>
          <w:b w:val="false"/>
          <w:i w:val="false"/>
          <w:color w:val="000000"/>
          <w:sz w:val="22"/>
        </w:rPr>
        <w:t>36. D</w:t>
      </w:r>
    </w:p>
    <w:p>
      <w:pPr>
        <w:pStyle w:val="Normal"/>
        <w:spacing w:before="0" w:after="60"/>
        <w:ind w:start="360"/>
        <w:jc w:val="start"/>
        <w:rPr/>
      </w:pPr>
      <w:r>
        <w:rPr>
          <w:rFonts w:ascii="Calibri" w:hAnsi="Calibri"/>
          <w:b w:val="false"/>
          <w:i w:val="false"/>
          <w:color w:val="000000"/>
          <w:sz w:val="22"/>
        </w:rPr>
        <w:t>37. A</w:t>
      </w:r>
    </w:p>
    <w:p>
      <w:pPr>
        <w:pStyle w:val="Normal"/>
        <w:spacing w:before="0" w:after="60"/>
        <w:ind w:start="360"/>
        <w:jc w:val="start"/>
        <w:rPr/>
      </w:pPr>
      <w:r>
        <w:rPr>
          <w:rFonts w:ascii="Calibri" w:hAnsi="Calibri"/>
          <w:b w:val="false"/>
          <w:i w:val="false"/>
          <w:color w:val="000000"/>
          <w:sz w:val="22"/>
        </w:rPr>
        <w:t>38. A</w:t>
      </w:r>
    </w:p>
    <w:p>
      <w:pPr>
        <w:pStyle w:val="Normal"/>
        <w:spacing w:before="0" w:after="60"/>
        <w:ind w:start="360"/>
        <w:jc w:val="start"/>
        <w:rPr/>
      </w:pPr>
      <w:r>
        <w:rPr>
          <w:rFonts w:ascii="Calibri" w:hAnsi="Calibri"/>
          <w:b w:val="false"/>
          <w:i w:val="false"/>
          <w:color w:val="000000"/>
          <w:sz w:val="22"/>
        </w:rPr>
        <w:t>39. D</w:t>
      </w:r>
    </w:p>
    <w:p>
      <w:pPr>
        <w:pStyle w:val="Normal"/>
        <w:spacing w:before="0" w:after="60"/>
        <w:ind w:start="360"/>
        <w:jc w:val="start"/>
        <w:rPr/>
      </w:pPr>
      <w:r>
        <w:rPr>
          <w:rFonts w:ascii="Calibri" w:hAnsi="Calibri"/>
          <w:b w:val="false"/>
          <w:i w:val="false"/>
          <w:color w:val="000000"/>
          <w:sz w:val="22"/>
        </w:rPr>
        <w:t>40. C</w:t>
      </w:r>
    </w:p>
    <w:p>
      <w:pPr>
        <w:pStyle w:val="Normal"/>
        <w:spacing w:before="0" w:after="60"/>
        <w:ind w:start="360"/>
        <w:jc w:val="start"/>
        <w:rPr/>
      </w:pPr>
      <w:r>
        <w:rPr>
          <w:rFonts w:ascii="Calibri" w:hAnsi="Calibri"/>
          <w:b w:val="false"/>
          <w:i w:val="false"/>
          <w:color w:val="000000"/>
          <w:sz w:val="22"/>
        </w:rPr>
        <w:t>41. B</w:t>
      </w:r>
    </w:p>
    <w:p>
      <w:pPr>
        <w:pStyle w:val="Normal"/>
        <w:spacing w:before="0" w:after="60"/>
        <w:ind w:start="360"/>
        <w:jc w:val="start"/>
        <w:rPr/>
      </w:pPr>
      <w:r>
        <w:rPr>
          <w:rFonts w:ascii="Calibri" w:hAnsi="Calibri"/>
          <w:b w:val="false"/>
          <w:i w:val="false"/>
          <w:color w:val="000000"/>
          <w:sz w:val="22"/>
        </w:rPr>
        <w:t>42. C</w:t>
      </w:r>
    </w:p>
    <w:p>
      <w:pPr>
        <w:pStyle w:val="Normal"/>
        <w:spacing w:before="0" w:after="60"/>
        <w:ind w:start="360"/>
        <w:jc w:val="start"/>
        <w:rPr/>
      </w:pPr>
      <w:r>
        <w:rPr>
          <w:rFonts w:ascii="Calibri" w:hAnsi="Calibri"/>
          <w:b w:val="false"/>
          <w:i w:val="false"/>
          <w:color w:val="000000"/>
          <w:sz w:val="22"/>
        </w:rPr>
        <w:t>43. A</w:t>
      </w:r>
    </w:p>
    <w:p>
      <w:pPr>
        <w:pStyle w:val="Normal"/>
        <w:spacing w:before="0" w:after="60"/>
        <w:ind w:start="360"/>
        <w:jc w:val="start"/>
        <w:rPr/>
      </w:pPr>
      <w:r>
        <w:rPr>
          <w:rFonts w:ascii="Calibri" w:hAnsi="Calibri"/>
          <w:b w:val="false"/>
          <w:i w:val="false"/>
          <w:color w:val="000000"/>
          <w:sz w:val="22"/>
        </w:rPr>
        <w:t>44. D</w:t>
      </w:r>
    </w:p>
    <w:p>
      <w:pPr>
        <w:pStyle w:val="Normal"/>
        <w:spacing w:before="0" w:after="60"/>
        <w:ind w:start="360"/>
        <w:jc w:val="start"/>
        <w:rPr/>
      </w:pPr>
      <w:r>
        <w:rPr>
          <w:rFonts w:ascii="Calibri" w:hAnsi="Calibri"/>
          <w:b w:val="false"/>
          <w:i w:val="false"/>
          <w:color w:val="000000"/>
          <w:sz w:val="22"/>
        </w:rPr>
        <w:t>45. D</w:t>
      </w:r>
    </w:p>
    <w:p>
      <w:pPr>
        <w:pStyle w:val="Normal"/>
        <w:spacing w:before="0" w:after="60"/>
        <w:ind w:start="360"/>
        <w:jc w:val="start"/>
        <w:rPr/>
      </w:pPr>
      <w:r>
        <w:rPr>
          <w:rFonts w:ascii="Calibri" w:hAnsi="Calibri"/>
          <w:b w:val="false"/>
          <w:i w:val="false"/>
          <w:color w:val="000000"/>
          <w:sz w:val="22"/>
        </w:rPr>
        <w:t>46. C</w:t>
      </w:r>
    </w:p>
    <w:p>
      <w:pPr>
        <w:pStyle w:val="Normal"/>
        <w:spacing w:before="0" w:after="60"/>
        <w:ind w:start="360"/>
        <w:jc w:val="start"/>
        <w:rPr/>
      </w:pPr>
      <w:r>
        <w:rPr>
          <w:rFonts w:ascii="Calibri" w:hAnsi="Calibri"/>
          <w:b w:val="false"/>
          <w:i w:val="false"/>
          <w:color w:val="000000"/>
          <w:sz w:val="22"/>
        </w:rPr>
        <w:t>47. A</w:t>
      </w:r>
    </w:p>
    <w:p>
      <w:pPr>
        <w:pStyle w:val="Normal"/>
        <w:spacing w:before="0" w:after="60"/>
        <w:ind w:start="360"/>
        <w:jc w:val="start"/>
        <w:rPr/>
      </w:pPr>
      <w:r>
        <w:rPr>
          <w:rFonts w:ascii="Calibri" w:hAnsi="Calibri"/>
          <w:b w:val="false"/>
          <w:i w:val="false"/>
          <w:color w:val="000000"/>
          <w:sz w:val="22"/>
        </w:rPr>
        <w:t>48. B</w:t>
      </w:r>
    </w:p>
    <w:p>
      <w:pPr>
        <w:pStyle w:val="Normal"/>
        <w:spacing w:before="0" w:after="60"/>
        <w:ind w:start="360"/>
        <w:jc w:val="start"/>
        <w:rPr/>
      </w:pPr>
      <w:r>
        <w:rPr>
          <w:rFonts w:ascii="Calibri" w:hAnsi="Calibri"/>
          <w:b w:val="false"/>
          <w:i w:val="false"/>
          <w:color w:val="000000"/>
          <w:sz w:val="22"/>
        </w:rPr>
        <w:t>49. C</w:t>
      </w:r>
    </w:p>
    <w:p>
      <w:pPr>
        <w:pStyle w:val="Normal"/>
        <w:spacing w:before="0" w:after="60"/>
        <w:ind w:start="360"/>
        <w:jc w:val="start"/>
        <w:rPr/>
      </w:pPr>
      <w:r>
        <w:rPr>
          <w:rFonts w:ascii="Calibri" w:hAnsi="Calibri"/>
          <w:b w:val="false"/>
          <w:i w:val="false"/>
          <w:color w:val="000000"/>
          <w:sz w:val="22"/>
        </w:rPr>
        <w:t>50. D</w:t>
      </w:r>
    </w:p>
    <w:p>
      <w:pPr>
        <w:pStyle w:val="Normal"/>
        <w:spacing w:before="0" w:after="60"/>
        <w:ind w:start="360"/>
        <w:jc w:val="start"/>
        <w:rPr>
          <w:b/>
          <w:bCs/>
        </w:rPr>
      </w:pPr>
      <w:r>
        <w:rPr>
          <w:rFonts w:ascii="Calibri" w:hAnsi="Calibri"/>
          <w:b/>
          <w:bCs/>
          <w:i w:val="false"/>
          <w:color w:val="000000"/>
          <w:sz w:val="22"/>
        </w:rPr>
        <w:t>IRE</w:t>
      </w:r>
    </w:p>
    <w:p>
      <w:pPr>
        <w:pStyle w:val="Normal"/>
        <w:spacing w:before="0" w:after="60"/>
        <w:ind w:start="360"/>
        <w:jc w:val="start"/>
        <w:rPr/>
      </w:pPr>
      <w:r>
        <w:rPr>
          <w:rFonts w:ascii="Calibri" w:hAnsi="Calibri"/>
          <w:b w:val="false"/>
          <w:i w:val="false"/>
          <w:color w:val="000000"/>
          <w:sz w:val="22"/>
        </w:rPr>
        <w:t>31. A</w:t>
      </w:r>
    </w:p>
    <w:p>
      <w:pPr>
        <w:pStyle w:val="Normal"/>
        <w:spacing w:before="0" w:after="60"/>
        <w:ind w:start="360"/>
        <w:jc w:val="start"/>
        <w:rPr/>
      </w:pPr>
      <w:r>
        <w:rPr>
          <w:rFonts w:ascii="Calibri" w:hAnsi="Calibri"/>
          <w:b w:val="false"/>
          <w:i w:val="false"/>
          <w:color w:val="000000"/>
          <w:sz w:val="22"/>
        </w:rPr>
        <w:t>32. C</w:t>
      </w:r>
    </w:p>
    <w:p>
      <w:pPr>
        <w:pStyle w:val="Normal"/>
        <w:spacing w:before="0" w:after="60"/>
        <w:ind w:start="360"/>
        <w:jc w:val="start"/>
        <w:rPr/>
      </w:pPr>
      <w:r>
        <w:rPr>
          <w:rFonts w:ascii="Calibri" w:hAnsi="Calibri"/>
          <w:b w:val="false"/>
          <w:i w:val="false"/>
          <w:color w:val="000000"/>
          <w:sz w:val="22"/>
        </w:rPr>
        <w:t>33. B</w:t>
      </w:r>
    </w:p>
    <w:p>
      <w:pPr>
        <w:pStyle w:val="Normal"/>
        <w:spacing w:before="0" w:after="60"/>
        <w:ind w:start="360"/>
        <w:jc w:val="start"/>
        <w:rPr/>
      </w:pPr>
      <w:r>
        <w:rPr>
          <w:rFonts w:ascii="Calibri" w:hAnsi="Calibri"/>
          <w:b w:val="false"/>
          <w:i w:val="false"/>
          <w:color w:val="000000"/>
          <w:sz w:val="22"/>
        </w:rPr>
        <w:t>34. A</w:t>
      </w:r>
    </w:p>
    <w:p>
      <w:pPr>
        <w:pStyle w:val="Normal"/>
        <w:spacing w:before="0" w:after="60"/>
        <w:ind w:start="360"/>
        <w:jc w:val="start"/>
        <w:rPr/>
      </w:pPr>
      <w:r>
        <w:rPr>
          <w:rFonts w:ascii="Calibri" w:hAnsi="Calibri"/>
          <w:b w:val="false"/>
          <w:i w:val="false"/>
          <w:color w:val="000000"/>
          <w:sz w:val="22"/>
        </w:rPr>
        <w:t>35. C</w:t>
      </w:r>
    </w:p>
    <w:p>
      <w:pPr>
        <w:pStyle w:val="Normal"/>
        <w:spacing w:before="0" w:after="60"/>
        <w:ind w:start="360"/>
        <w:jc w:val="start"/>
        <w:rPr/>
      </w:pPr>
      <w:r>
        <w:rPr>
          <w:rFonts w:ascii="Calibri" w:hAnsi="Calibri"/>
          <w:b w:val="false"/>
          <w:i w:val="false"/>
          <w:color w:val="000000"/>
          <w:sz w:val="22"/>
        </w:rPr>
        <w:t>36. B</w:t>
      </w:r>
    </w:p>
    <w:p>
      <w:pPr>
        <w:pStyle w:val="Normal"/>
        <w:spacing w:before="0" w:after="60"/>
        <w:ind w:start="360"/>
        <w:jc w:val="start"/>
        <w:rPr/>
      </w:pPr>
      <w:r>
        <w:rPr>
          <w:rFonts w:ascii="Calibri" w:hAnsi="Calibri"/>
          <w:b w:val="false"/>
          <w:i w:val="false"/>
          <w:color w:val="000000"/>
          <w:sz w:val="22"/>
        </w:rPr>
        <w:t>37. C</w:t>
      </w:r>
    </w:p>
    <w:p>
      <w:pPr>
        <w:pStyle w:val="Normal"/>
        <w:spacing w:before="0" w:after="60"/>
        <w:ind w:start="360"/>
        <w:jc w:val="start"/>
        <w:rPr/>
      </w:pPr>
      <w:r>
        <w:rPr>
          <w:rFonts w:ascii="Calibri" w:hAnsi="Calibri"/>
          <w:b w:val="false"/>
          <w:i w:val="false"/>
          <w:color w:val="000000"/>
          <w:sz w:val="22"/>
        </w:rPr>
        <w:t>38. C</w:t>
      </w:r>
    </w:p>
    <w:p>
      <w:pPr>
        <w:pStyle w:val="Normal"/>
        <w:spacing w:before="0" w:after="60"/>
        <w:ind w:start="360"/>
        <w:jc w:val="start"/>
        <w:rPr/>
      </w:pPr>
      <w:r>
        <w:rPr>
          <w:rFonts w:ascii="Calibri" w:hAnsi="Calibri"/>
          <w:b w:val="false"/>
          <w:i w:val="false"/>
          <w:color w:val="000000"/>
          <w:sz w:val="22"/>
        </w:rPr>
        <w:t>39. C</w:t>
      </w:r>
    </w:p>
    <w:p>
      <w:pPr>
        <w:pStyle w:val="Normal"/>
        <w:spacing w:before="0" w:after="60"/>
        <w:ind w:start="360"/>
        <w:jc w:val="start"/>
        <w:rPr/>
      </w:pPr>
      <w:r>
        <w:rPr>
          <w:rFonts w:ascii="Calibri" w:hAnsi="Calibri"/>
          <w:b w:val="false"/>
          <w:i w:val="false"/>
          <w:color w:val="000000"/>
          <w:sz w:val="22"/>
        </w:rPr>
        <w:t>40. D</w:t>
      </w:r>
    </w:p>
    <w:p>
      <w:pPr>
        <w:pStyle w:val="Normal"/>
        <w:spacing w:before="0" w:after="60"/>
        <w:ind w:start="360"/>
        <w:jc w:val="start"/>
        <w:rPr/>
      </w:pPr>
      <w:r>
        <w:rPr>
          <w:rFonts w:ascii="Calibri" w:hAnsi="Calibri"/>
          <w:b w:val="false"/>
          <w:i w:val="false"/>
          <w:color w:val="000000"/>
          <w:sz w:val="22"/>
        </w:rPr>
        <w:t>41. B</w:t>
      </w:r>
    </w:p>
    <w:p>
      <w:pPr>
        <w:pStyle w:val="Normal"/>
        <w:spacing w:before="0" w:after="60"/>
        <w:ind w:start="360"/>
        <w:jc w:val="start"/>
        <w:rPr/>
      </w:pPr>
      <w:r>
        <w:rPr>
          <w:rFonts w:ascii="Calibri" w:hAnsi="Calibri"/>
          <w:b w:val="false"/>
          <w:i w:val="false"/>
          <w:color w:val="000000"/>
          <w:sz w:val="22"/>
        </w:rPr>
        <w:t>42. B</w:t>
      </w:r>
    </w:p>
    <w:p>
      <w:pPr>
        <w:pStyle w:val="Normal"/>
        <w:spacing w:before="0" w:after="60"/>
        <w:ind w:start="360"/>
        <w:jc w:val="start"/>
        <w:rPr/>
      </w:pPr>
      <w:r>
        <w:rPr>
          <w:rFonts w:ascii="Calibri" w:hAnsi="Calibri"/>
          <w:b w:val="false"/>
          <w:i w:val="false"/>
          <w:color w:val="000000"/>
          <w:sz w:val="22"/>
        </w:rPr>
        <w:t>43. C</w:t>
      </w:r>
    </w:p>
    <w:p>
      <w:pPr>
        <w:pStyle w:val="Normal"/>
        <w:spacing w:before="0" w:after="60"/>
        <w:ind w:start="360"/>
        <w:jc w:val="start"/>
        <w:rPr/>
      </w:pPr>
      <w:r>
        <w:rPr>
          <w:rFonts w:ascii="Calibri" w:hAnsi="Calibri"/>
          <w:b w:val="false"/>
          <w:i w:val="false"/>
          <w:color w:val="000000"/>
          <w:sz w:val="22"/>
        </w:rPr>
        <w:t>44. D</w:t>
      </w:r>
    </w:p>
    <w:p>
      <w:pPr>
        <w:pStyle w:val="Normal"/>
        <w:spacing w:before="0" w:after="60"/>
        <w:ind w:start="360"/>
        <w:jc w:val="start"/>
        <w:rPr/>
      </w:pPr>
      <w:r>
        <w:rPr>
          <w:rFonts w:ascii="Calibri" w:hAnsi="Calibri"/>
          <w:b w:val="false"/>
          <w:i w:val="false"/>
          <w:color w:val="000000"/>
          <w:sz w:val="22"/>
        </w:rPr>
        <w:t>45. D</w:t>
      </w:r>
    </w:p>
    <w:p>
      <w:pPr>
        <w:pStyle w:val="Normal"/>
        <w:spacing w:before="0" w:after="60"/>
        <w:ind w:start="360"/>
        <w:jc w:val="start"/>
        <w:rPr/>
      </w:pPr>
      <w:r>
        <w:rPr>
          <w:rFonts w:ascii="Calibri" w:hAnsi="Calibri"/>
          <w:b w:val="false"/>
          <w:i w:val="false"/>
          <w:color w:val="000000"/>
          <w:sz w:val="22"/>
        </w:rPr>
        <w:t>46. B</w:t>
      </w:r>
    </w:p>
    <w:p>
      <w:pPr>
        <w:pStyle w:val="Normal"/>
        <w:spacing w:before="0" w:after="60"/>
        <w:ind w:start="360"/>
        <w:jc w:val="start"/>
        <w:rPr/>
      </w:pPr>
      <w:r>
        <w:rPr>
          <w:rFonts w:ascii="Calibri" w:hAnsi="Calibri"/>
          <w:b w:val="false"/>
          <w:i w:val="false"/>
          <w:color w:val="000000"/>
          <w:sz w:val="22"/>
        </w:rPr>
        <w:t>47. A</w:t>
      </w:r>
    </w:p>
    <w:p>
      <w:pPr>
        <w:pStyle w:val="Normal"/>
        <w:spacing w:before="0" w:after="60"/>
        <w:ind w:start="360"/>
        <w:jc w:val="start"/>
        <w:rPr/>
      </w:pPr>
      <w:r>
        <w:rPr>
          <w:rFonts w:ascii="Calibri" w:hAnsi="Calibri"/>
          <w:b w:val="false"/>
          <w:i w:val="false"/>
          <w:color w:val="000000"/>
          <w:sz w:val="22"/>
        </w:rPr>
        <w:t>48. C</w:t>
      </w:r>
    </w:p>
    <w:p>
      <w:pPr>
        <w:pStyle w:val="Normal"/>
        <w:spacing w:before="0" w:after="60"/>
        <w:ind w:start="360"/>
        <w:jc w:val="start"/>
        <w:rPr/>
      </w:pPr>
      <w:r>
        <w:rPr>
          <w:rFonts w:ascii="Calibri" w:hAnsi="Calibri"/>
          <w:b w:val="false"/>
          <w:i w:val="false"/>
          <w:color w:val="000000"/>
          <w:sz w:val="22"/>
        </w:rPr>
        <w:t>49. D</w:t>
      </w:r>
    </w:p>
    <w:p>
      <w:pPr>
        <w:pStyle w:val="Normal"/>
        <w:spacing w:before="0" w:after="60"/>
        <w:ind w:start="360"/>
        <w:jc w:val="start"/>
        <w:rPr/>
      </w:pPr>
      <w:r>
        <w:rPr>
          <w:rFonts w:ascii="Calibri" w:hAnsi="Calibri"/>
          <w:b w:val="false"/>
          <w:i w:val="false"/>
          <w:color w:val="000000"/>
          <w:sz w:val="22"/>
        </w:rPr>
        <w:t>50. B</w:t>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mbria">
    <w:charset w:val="00" w:characterSet="windows-1252"/>
    <w:family w:val="roman"/>
    <w:pitch w:val="variable"/>
  </w:font>
  <w:font w:name="Calibri">
    <w:charset w:val="00" w:characterSet="windows-1252"/>
    <w:family w:val="roman"/>
    <w:pitch w:val="variable"/>
  </w:font>
  <w:font w:name="Courier">
    <w:altName w:val="Courier New"/>
    <w:charset w:val="00" w:characterSet="windows-1252"/>
    <w:family w:val="roman"/>
    <w:pitch w:val="variable"/>
  </w:font>
  <w:font w:name="Liberation Sans">
    <w:altName w:val="Arial"/>
    <w:charset w:val="00" w:characterSet="windows-1252"/>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76" w:before="0" w:after="200"/>
      <w:jc w:val="star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ＭＳ ゴシック"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ＭＳ ゴシック"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200"/>
      <w:ind w:hanging="360" w:star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Arial"/>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star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200"/>
      <w:ind w:star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200"/>
      <w:ind w:hanging="360" w:start="720"/>
      <w:contextualSpacing/>
    </w:pPr>
    <w:rPr/>
  </w:style>
  <w:style w:type="paragraph" w:styleId="List3">
    <w:name w:val="List 3"/>
    <w:basedOn w:val="Normal"/>
    <w:uiPriority w:val="99"/>
    <w:unhideWhenUsed/>
    <w:qFormat/>
    <w:rsid w:val="00326f90"/>
    <w:pPr>
      <w:spacing w:before="0" w:after="200"/>
      <w:ind w:hanging="360" w:start="1080"/>
      <w:contextualSpacing/>
    </w:pPr>
    <w:rPr/>
  </w:style>
  <w:style w:type="paragraph" w:styleId="ListBullet">
    <w:name w:val="List Bullet"/>
    <w:basedOn w:val="Normal"/>
    <w:uiPriority w:val="99"/>
    <w:unhideWhenUsed/>
    <w:rsid w:val="00326f90"/>
    <w:pPr>
      <w:numPr>
        <w:ilvl w:val="0"/>
        <w:numId w:val="1"/>
      </w:numPr>
      <w:spacing w:before="0" w:after="200"/>
      <w:contextualSpacing/>
    </w:pPr>
    <w:rPr/>
  </w:style>
  <w:style w:type="paragraph" w:styleId="ListBullet2">
    <w:name w:val="List Bullet 2"/>
    <w:basedOn w:val="Normal"/>
    <w:uiPriority w:val="99"/>
    <w:unhideWhenUsed/>
    <w:rsid w:val="00326f90"/>
    <w:pPr>
      <w:numPr>
        <w:ilvl w:val="0"/>
        <w:numId w:val="2"/>
      </w:numPr>
      <w:spacing w:before="0" w:after="200"/>
      <w:contextualSpacing/>
    </w:pPr>
    <w:rPr/>
  </w:style>
  <w:style w:type="paragraph" w:styleId="ListBullet3">
    <w:name w:val="List Bullet 3"/>
    <w:basedOn w:val="Normal"/>
    <w:uiPriority w:val="99"/>
    <w:unhideWhenUsed/>
    <w:rsid w:val="00326f90"/>
    <w:pPr>
      <w:numPr>
        <w:ilvl w:val="0"/>
        <w:numId w:val="3"/>
      </w:numPr>
      <w:spacing w:before="0" w:after="200"/>
      <w:contextualSpacing/>
    </w:pPr>
    <w:rPr/>
  </w:style>
  <w:style w:type="paragraph" w:styleId="ListNumber">
    <w:name w:val="List Number"/>
    <w:basedOn w:val="Normal"/>
    <w:uiPriority w:val="99"/>
    <w:unhideWhenUsed/>
    <w:rsid w:val="00326f90"/>
    <w:pPr>
      <w:numPr>
        <w:ilvl w:val="0"/>
        <w:numId w:val="4"/>
      </w:numPr>
      <w:spacing w:before="0" w:after="200"/>
      <w:contextualSpacing/>
    </w:pPr>
    <w:rPr/>
  </w:style>
  <w:style w:type="paragraph" w:styleId="ListNumber2">
    <w:name w:val="List Number 2"/>
    <w:basedOn w:val="Normal"/>
    <w:uiPriority w:val="99"/>
    <w:unhideWhenUsed/>
    <w:rsid w:val="0029639d"/>
    <w:pPr>
      <w:numPr>
        <w:ilvl w:val="0"/>
        <w:numId w:val="5"/>
      </w:numPr>
      <w:spacing w:before="0" w:after="200"/>
      <w:contextualSpacing/>
    </w:pPr>
    <w:rPr/>
  </w:style>
  <w:style w:type="paragraph" w:styleId="ListNumber3">
    <w:name w:val="List Number 3"/>
    <w:basedOn w:val="Normal"/>
    <w:uiPriority w:val="99"/>
    <w:unhideWhenUsed/>
    <w:rsid w:val="0029639d"/>
    <w:pPr>
      <w:numPr>
        <w:ilvl w:val="0"/>
        <w:numId w:val="6"/>
      </w:numPr>
      <w:spacing w:before="0" w:after="200"/>
      <w:contextualSpacing/>
    </w:pPr>
    <w:rPr/>
  </w:style>
  <w:style w:type="paragraph" w:styleId="ListContinue">
    <w:name w:val="List Continue"/>
    <w:basedOn w:val="Normal"/>
    <w:uiPriority w:val="99"/>
    <w:unhideWhenUsed/>
    <w:rsid w:val="0029639d"/>
    <w:pPr>
      <w:spacing w:before="0" w:after="120"/>
      <w:ind w:start="360"/>
      <w:contextualSpacing/>
    </w:pPr>
    <w:rPr/>
  </w:style>
  <w:style w:type="paragraph" w:styleId="ListContinue2">
    <w:name w:val="List Continue 2"/>
    <w:basedOn w:val="Normal"/>
    <w:uiPriority w:val="99"/>
    <w:unhideWhenUsed/>
    <w:rsid w:val="0029639d"/>
    <w:pPr>
      <w:spacing w:before="0" w:after="120"/>
      <w:ind w:start="720"/>
      <w:contextualSpacing/>
    </w:pPr>
    <w:rPr/>
  </w:style>
  <w:style w:type="paragraph" w:styleId="ListContinue3">
    <w:name w:val="List Continue 3"/>
    <w:basedOn w:val="Normal"/>
    <w:uiPriority w:val="99"/>
    <w:unhideWhenUsed/>
    <w:rsid w:val="0029639d"/>
    <w:pPr>
      <w:spacing w:before="0" w:after="120"/>
      <w:ind w:start="1080"/>
      <w:contextualSpacing/>
    </w:pPr>
    <w:rPr/>
  </w:style>
  <w:style w:type="paragraph" w:styleId="MacroText">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star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start="936" w:end="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image" Target="media/image9.png"/><Relationship Id="rId11" Type="http://schemas.openxmlformats.org/officeDocument/2006/relationships/image" Target="media/image10.png"/><Relationship Id="rId12" Type="http://schemas.openxmlformats.org/officeDocument/2006/relationships/image" Target="media/image11.png"/><Relationship Id="rId13" Type="http://schemas.openxmlformats.org/officeDocument/2006/relationships/image" Target="media/image12.png"/><Relationship Id="rId14" Type="http://schemas.openxmlformats.org/officeDocument/2006/relationships/image" Target="media/image13.png"/><Relationship Id="rId15" Type="http://schemas.openxmlformats.org/officeDocument/2006/relationships/image" Target="media/image14.png"/><Relationship Id="rId16" Type="http://schemas.openxmlformats.org/officeDocument/2006/relationships/image" Target="media/image15.png"/><Relationship Id="rId17" Type="http://schemas.openxmlformats.org/officeDocument/2006/relationships/image" Target="media/image16.png"/><Relationship Id="rId18" Type="http://schemas.openxmlformats.org/officeDocument/2006/relationships/image" Target="media/image17.png"/><Relationship Id="rId19" Type="http://schemas.openxmlformats.org/officeDocument/2006/relationships/image" Target="media/image18.png"/><Relationship Id="rId20" Type="http://schemas.openxmlformats.org/officeDocument/2006/relationships/image" Target="media/image19.png"/><Relationship Id="rId21" Type="http://schemas.openxmlformats.org/officeDocument/2006/relationships/image" Target="media/image20.png"/><Relationship Id="rId22" Type="http://schemas.openxmlformats.org/officeDocument/2006/relationships/image" Target="media/image21.png"/><Relationship Id="rId23" Type="http://schemas.openxmlformats.org/officeDocument/2006/relationships/image" Target="media/image22.png"/><Relationship Id="rId24" Type="http://schemas.openxmlformats.org/officeDocument/2006/relationships/image" Target="media/image23.png"/><Relationship Id="rId25" Type="http://schemas.openxmlformats.org/officeDocument/2006/relationships/image" Target="media/image24.png"/><Relationship Id="rId26" Type="http://schemas.openxmlformats.org/officeDocument/2006/relationships/image" Target="media/image25.png"/><Relationship Id="rId27" Type="http://schemas.openxmlformats.org/officeDocument/2006/relationships/image" Target="media/image26.png"/><Relationship Id="rId28" Type="http://schemas.openxmlformats.org/officeDocument/2006/relationships/image" Target="media/image27.png"/><Relationship Id="rId29" Type="http://schemas.openxmlformats.org/officeDocument/2006/relationships/image" Target="media/image28.png"/><Relationship Id="rId30" Type="http://schemas.openxmlformats.org/officeDocument/2006/relationships/image" Target="media/image29.png"/><Relationship Id="rId31" Type="http://schemas.openxmlformats.org/officeDocument/2006/relationships/image" Target="media/image30.png"/><Relationship Id="rId32" Type="http://schemas.openxmlformats.org/officeDocument/2006/relationships/image" Target="media/image31.png"/><Relationship Id="rId33" Type="http://schemas.openxmlformats.org/officeDocument/2006/relationships/image" Target="media/image32.png"/><Relationship Id="rId34" Type="http://schemas.openxmlformats.org/officeDocument/2006/relationships/image" Target="media/image33.png"/><Relationship Id="rId35" Type="http://schemas.openxmlformats.org/officeDocument/2006/relationships/image" Target="media/image34.png"/><Relationship Id="rId36" Type="http://schemas.openxmlformats.org/officeDocument/2006/relationships/image" Target="media/image35.png"/><Relationship Id="rId37" Type="http://schemas.openxmlformats.org/officeDocument/2006/relationships/image" Target="media/image36.png"/><Relationship Id="rId38" Type="http://schemas.openxmlformats.org/officeDocument/2006/relationships/image" Target="media/image37.png"/><Relationship Id="rId39" Type="http://schemas.openxmlformats.org/officeDocument/2006/relationships/image" Target="media/image38.png"/><Relationship Id="rId40" Type="http://schemas.openxmlformats.org/officeDocument/2006/relationships/image" Target="media/image39.png"/><Relationship Id="rId41" Type="http://schemas.openxmlformats.org/officeDocument/2006/relationships/image" Target="media/image40.png"/><Relationship Id="rId42" Type="http://schemas.openxmlformats.org/officeDocument/2006/relationships/image" Target="media/image41.png"/><Relationship Id="rId43" Type="http://schemas.openxmlformats.org/officeDocument/2006/relationships/image" Target="media/image42.png"/><Relationship Id="rId44" Type="http://schemas.openxmlformats.org/officeDocument/2006/relationships/image" Target="media/image43.png"/><Relationship Id="rId45" Type="http://schemas.openxmlformats.org/officeDocument/2006/relationships/image" Target="media/image44.png"/><Relationship Id="rId46" Type="http://schemas.openxmlformats.org/officeDocument/2006/relationships/image" Target="media/image45.png"/><Relationship Id="rId47" Type="http://schemas.openxmlformats.org/officeDocument/2006/relationships/image" Target="media/image46.png"/><Relationship Id="rId48" Type="http://schemas.openxmlformats.org/officeDocument/2006/relationships/image" Target="media/image47.png"/><Relationship Id="rId49" Type="http://schemas.openxmlformats.org/officeDocument/2006/relationships/image" Target="media/image48.png"/><Relationship Id="rId50" Type="http://schemas.openxmlformats.org/officeDocument/2006/relationships/image" Target="media/image49.png"/><Relationship Id="rId51" Type="http://schemas.openxmlformats.org/officeDocument/2006/relationships/numbering" Target="numbering.xml"/><Relationship Id="rId52" Type="http://schemas.openxmlformats.org/officeDocument/2006/relationships/fontTable" Target="fontTable.xml"/><Relationship Id="rId53" Type="http://schemas.openxmlformats.org/officeDocument/2006/relationships/settings" Target="settings.xml"/><Relationship Id="rId54" Type="http://schemas.openxmlformats.org/officeDocument/2006/relationships/theme" Target="theme/theme1.xml"/><Relationship Id="rId5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Application>LibreOffice/26.2.1.2$Windows_X86_64 LibreOffice_project/620$Build-2</Application>
  <AppVersion>15.0000</AppVersion>
  <Pages>62</Pages>
  <Words>8950</Words>
  <Characters>39322</Characters>
  <CharactersWithSpaces>46912</CharactersWithSpaces>
  <Paragraphs>1524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en-US</dc:language>
  <cp:lastModifiedBy/>
  <dcterms:modified xsi:type="dcterms:W3CDTF">2026-09-16T01:32:12Z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