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D9B7" w14:textId="77777777" w:rsidR="005C3642" w:rsidRDefault="00000000">
      <w:pPr>
        <w:jc w:val="center"/>
      </w:pPr>
      <w:r>
        <w:rPr>
          <w:b/>
          <w:sz w:val="24"/>
        </w:rPr>
        <w:t>KENYA JUNIOR SCHOOL EDUCATION ASSESSMENT</w:t>
      </w:r>
    </w:p>
    <w:p w14:paraId="5AD2FF5F" w14:textId="77777777" w:rsidR="005C3642" w:rsidRDefault="00000000">
      <w:pPr>
        <w:jc w:val="center"/>
      </w:pPr>
      <w:r>
        <w:rPr>
          <w:b/>
          <w:sz w:val="28"/>
        </w:rPr>
        <w:t>GRADE 8 – 2026</w:t>
      </w:r>
    </w:p>
    <w:p w14:paraId="6B9BBAB2" w14:textId="77777777" w:rsidR="005C3642" w:rsidRDefault="00000000">
      <w:pPr>
        <w:jc w:val="center"/>
      </w:pPr>
      <w:r>
        <w:rPr>
          <w:b/>
          <w:sz w:val="28"/>
        </w:rPr>
        <w:t>SOCIAL STUDIES</w:t>
      </w:r>
    </w:p>
    <w:p w14:paraId="5056410A" w14:textId="77777777" w:rsidR="005C3642" w:rsidRDefault="00000000">
      <w:r>
        <w:t>TIME: 1 Hour 30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736"/>
        <w:gridCol w:w="2592"/>
        <w:gridCol w:w="2592"/>
      </w:tblGrid>
      <w:tr w:rsidR="005C3642" w14:paraId="5FD8C4D0" w14:textId="77777777">
        <w:tc>
          <w:tcPr>
            <w:tcW w:w="2592" w:type="dxa"/>
          </w:tcPr>
          <w:p w14:paraId="1809F893" w14:textId="77777777" w:rsidR="005C3642" w:rsidRDefault="00000000">
            <w:r>
              <w:t>Learner's Name</w:t>
            </w:r>
          </w:p>
        </w:tc>
        <w:tc>
          <w:tcPr>
            <w:tcW w:w="2592" w:type="dxa"/>
          </w:tcPr>
          <w:p w14:paraId="5191CE02" w14:textId="77777777" w:rsidR="005C3642" w:rsidRDefault="00000000">
            <w:r>
              <w:t>________________________</w:t>
            </w:r>
          </w:p>
        </w:tc>
        <w:tc>
          <w:tcPr>
            <w:tcW w:w="2592" w:type="dxa"/>
          </w:tcPr>
          <w:p w14:paraId="6198FBD1" w14:textId="77777777" w:rsidR="005C3642" w:rsidRDefault="00000000">
            <w:r>
              <w:t>Assessment Number</w:t>
            </w:r>
          </w:p>
        </w:tc>
        <w:tc>
          <w:tcPr>
            <w:tcW w:w="2592" w:type="dxa"/>
          </w:tcPr>
          <w:p w14:paraId="450159A4" w14:textId="77777777" w:rsidR="005C3642" w:rsidRDefault="00000000">
            <w:r>
              <w:t>________________</w:t>
            </w:r>
          </w:p>
        </w:tc>
      </w:tr>
      <w:tr w:rsidR="005C3642" w14:paraId="2450E312" w14:textId="77777777">
        <w:tc>
          <w:tcPr>
            <w:tcW w:w="2592" w:type="dxa"/>
          </w:tcPr>
          <w:p w14:paraId="1A035068" w14:textId="77777777" w:rsidR="005C3642" w:rsidRDefault="00000000">
            <w:r>
              <w:t>School Name</w:t>
            </w:r>
          </w:p>
        </w:tc>
        <w:tc>
          <w:tcPr>
            <w:tcW w:w="2592" w:type="dxa"/>
          </w:tcPr>
          <w:p w14:paraId="0C306E64" w14:textId="77777777" w:rsidR="005C3642" w:rsidRDefault="00000000">
            <w:r>
              <w:t>________________________</w:t>
            </w:r>
          </w:p>
        </w:tc>
        <w:tc>
          <w:tcPr>
            <w:tcW w:w="2592" w:type="dxa"/>
          </w:tcPr>
          <w:p w14:paraId="3907A62E" w14:textId="77777777" w:rsidR="005C3642" w:rsidRDefault="00000000">
            <w:r>
              <w:t>School Code</w:t>
            </w:r>
          </w:p>
        </w:tc>
        <w:tc>
          <w:tcPr>
            <w:tcW w:w="2592" w:type="dxa"/>
          </w:tcPr>
          <w:p w14:paraId="757F00DC" w14:textId="77777777" w:rsidR="005C3642" w:rsidRDefault="00000000">
            <w:r>
              <w:t>________________</w:t>
            </w:r>
          </w:p>
        </w:tc>
      </w:tr>
      <w:tr w:rsidR="005C3642" w14:paraId="4D4B68A8" w14:textId="77777777">
        <w:tc>
          <w:tcPr>
            <w:tcW w:w="2592" w:type="dxa"/>
          </w:tcPr>
          <w:p w14:paraId="4E23F9C9" w14:textId="77777777" w:rsidR="005C3642" w:rsidRDefault="00000000">
            <w:r>
              <w:t>Learner's Signature</w:t>
            </w:r>
          </w:p>
        </w:tc>
        <w:tc>
          <w:tcPr>
            <w:tcW w:w="2592" w:type="dxa"/>
          </w:tcPr>
          <w:p w14:paraId="55328276" w14:textId="77777777" w:rsidR="005C3642" w:rsidRDefault="00000000">
            <w:r>
              <w:t>________________________</w:t>
            </w:r>
          </w:p>
        </w:tc>
        <w:tc>
          <w:tcPr>
            <w:tcW w:w="2592" w:type="dxa"/>
          </w:tcPr>
          <w:p w14:paraId="0DC3DF08" w14:textId="77777777" w:rsidR="005C3642" w:rsidRDefault="00000000">
            <w:r>
              <w:t>Date</w:t>
            </w:r>
          </w:p>
        </w:tc>
        <w:tc>
          <w:tcPr>
            <w:tcW w:w="2592" w:type="dxa"/>
          </w:tcPr>
          <w:p w14:paraId="2E4FFA8B" w14:textId="77777777" w:rsidR="005C3642" w:rsidRDefault="00000000">
            <w:r>
              <w:t>________________</w:t>
            </w:r>
          </w:p>
        </w:tc>
      </w:tr>
    </w:tbl>
    <w:p w14:paraId="60FADDC8" w14:textId="77777777" w:rsidR="005C3642" w:rsidRDefault="00000000">
      <w:pPr>
        <w:pStyle w:val="Heading1"/>
      </w:pPr>
      <w:r>
        <w:t>INSTRUCTIONS TO LEARNERS</w:t>
      </w:r>
    </w:p>
    <w:p w14:paraId="131B18F3" w14:textId="77777777" w:rsidR="005C3642" w:rsidRDefault="00000000">
      <w:pPr>
        <w:pStyle w:val="ListNumber"/>
      </w:pPr>
      <w:r>
        <w:t>Write your name and assessment number in the spaces provided above.</w:t>
      </w:r>
    </w:p>
    <w:p w14:paraId="1198ED35" w14:textId="77777777" w:rsidR="005C3642" w:rsidRDefault="00000000">
      <w:pPr>
        <w:pStyle w:val="ListNumber"/>
      </w:pPr>
      <w:r>
        <w:t>Write the name and code of your school in the spaces provided above.</w:t>
      </w:r>
    </w:p>
    <w:p w14:paraId="32D0D64F" w14:textId="77777777" w:rsidR="005C3642" w:rsidRDefault="00000000">
      <w:pPr>
        <w:pStyle w:val="ListNumber"/>
      </w:pPr>
      <w:r>
        <w:t>Sign and write the date of the assessment in the spaces provided above.</w:t>
      </w:r>
    </w:p>
    <w:p w14:paraId="10BA5631" w14:textId="77777777" w:rsidR="005C3642" w:rsidRDefault="00000000">
      <w:pPr>
        <w:pStyle w:val="ListNumber"/>
      </w:pPr>
      <w:r>
        <w:t>This paper consists of two sections: A and B.</w:t>
      </w:r>
    </w:p>
    <w:p w14:paraId="57893FD6" w14:textId="77777777" w:rsidR="005C3642" w:rsidRDefault="00000000">
      <w:pPr>
        <w:pStyle w:val="ListNumber"/>
      </w:pPr>
      <w:r>
        <w:t>Answer ALL questions in Section A on the separate ANSWER SHEET provided.</w:t>
      </w:r>
    </w:p>
    <w:p w14:paraId="4762CAC2" w14:textId="77777777" w:rsidR="005C3642" w:rsidRDefault="00000000">
      <w:pPr>
        <w:pStyle w:val="ListNumber"/>
      </w:pPr>
      <w:r>
        <w:t>Answer ALL questions in Section B in the spaces provided in this question paper.</w:t>
      </w:r>
    </w:p>
    <w:p w14:paraId="34096266" w14:textId="77777777" w:rsidR="005C3642" w:rsidRDefault="00000000">
      <w:pPr>
        <w:pStyle w:val="ListNumber"/>
      </w:pPr>
      <w:r>
        <w:t>Use an ordinary HB pencil for Section A.</w:t>
      </w:r>
    </w:p>
    <w:p w14:paraId="6710A870" w14:textId="77777777" w:rsidR="005C3642" w:rsidRDefault="00000000">
      <w:pPr>
        <w:pStyle w:val="ListNumber"/>
      </w:pPr>
      <w:r>
        <w:t>For each question in Section A, choose only ONE correct answer.</w:t>
      </w:r>
    </w:p>
    <w:p w14:paraId="051AB22C" w14:textId="77777777" w:rsidR="005C3642" w:rsidRDefault="00000000">
      <w:pPr>
        <w:pStyle w:val="ListNumber"/>
      </w:pPr>
      <w:r>
        <w:t>Do NOT remove any page from this question paper.</w:t>
      </w:r>
    </w:p>
    <w:p w14:paraId="6C320185" w14:textId="77777777" w:rsidR="005C3642" w:rsidRDefault="00000000">
      <w:pPr>
        <w:pStyle w:val="Heading1"/>
      </w:pPr>
      <w:r>
        <w:t>FOR OFFICIAL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C3642" w14:paraId="0FB4FF22" w14:textId="77777777">
        <w:tc>
          <w:tcPr>
            <w:tcW w:w="2592" w:type="dxa"/>
          </w:tcPr>
          <w:p w14:paraId="55714CB7" w14:textId="77777777" w:rsidR="005C3642" w:rsidRDefault="00000000">
            <w:r>
              <w:t>SECTION</w:t>
            </w:r>
          </w:p>
        </w:tc>
        <w:tc>
          <w:tcPr>
            <w:tcW w:w="2592" w:type="dxa"/>
          </w:tcPr>
          <w:p w14:paraId="7698FCFE" w14:textId="77777777" w:rsidR="005C3642" w:rsidRDefault="00000000">
            <w:r>
              <w:t>A</w:t>
            </w:r>
          </w:p>
        </w:tc>
        <w:tc>
          <w:tcPr>
            <w:tcW w:w="2592" w:type="dxa"/>
          </w:tcPr>
          <w:p w14:paraId="662E876B" w14:textId="77777777" w:rsidR="005C3642" w:rsidRDefault="00000000">
            <w:r>
              <w:t>B</w:t>
            </w:r>
          </w:p>
        </w:tc>
        <w:tc>
          <w:tcPr>
            <w:tcW w:w="2592" w:type="dxa"/>
          </w:tcPr>
          <w:p w14:paraId="220E0A7C" w14:textId="77777777" w:rsidR="005C3642" w:rsidRDefault="00000000">
            <w:r>
              <w:t>TOTAL</w:t>
            </w:r>
          </w:p>
        </w:tc>
      </w:tr>
      <w:tr w:rsidR="005C3642" w14:paraId="77015A54" w14:textId="77777777">
        <w:tc>
          <w:tcPr>
            <w:tcW w:w="2592" w:type="dxa"/>
          </w:tcPr>
          <w:p w14:paraId="2DAC64CA" w14:textId="77777777" w:rsidR="005C3642" w:rsidRDefault="00000000">
            <w:r>
              <w:t>Maximum Score</w:t>
            </w:r>
          </w:p>
        </w:tc>
        <w:tc>
          <w:tcPr>
            <w:tcW w:w="2592" w:type="dxa"/>
          </w:tcPr>
          <w:p w14:paraId="49A35E04" w14:textId="77777777" w:rsidR="005C3642" w:rsidRDefault="00000000">
            <w:r>
              <w:t>20</w:t>
            </w:r>
          </w:p>
        </w:tc>
        <w:tc>
          <w:tcPr>
            <w:tcW w:w="2592" w:type="dxa"/>
          </w:tcPr>
          <w:p w14:paraId="1B5AA7FB" w14:textId="77777777" w:rsidR="005C3642" w:rsidRDefault="00000000">
            <w:r>
              <w:t>30</w:t>
            </w:r>
          </w:p>
        </w:tc>
        <w:tc>
          <w:tcPr>
            <w:tcW w:w="2592" w:type="dxa"/>
          </w:tcPr>
          <w:p w14:paraId="7FEB0A91" w14:textId="77777777" w:rsidR="005C3642" w:rsidRDefault="00000000">
            <w:r>
              <w:t>50</w:t>
            </w:r>
          </w:p>
        </w:tc>
      </w:tr>
      <w:tr w:rsidR="005C3642" w14:paraId="381A720F" w14:textId="77777777">
        <w:tc>
          <w:tcPr>
            <w:tcW w:w="2592" w:type="dxa"/>
          </w:tcPr>
          <w:p w14:paraId="09F339E3" w14:textId="77777777" w:rsidR="005C3642" w:rsidRDefault="00000000">
            <w:r>
              <w:t>Learner's Score</w:t>
            </w:r>
          </w:p>
        </w:tc>
        <w:tc>
          <w:tcPr>
            <w:tcW w:w="2592" w:type="dxa"/>
          </w:tcPr>
          <w:p w14:paraId="53006632" w14:textId="77777777" w:rsidR="005C3642" w:rsidRDefault="005C3642"/>
        </w:tc>
        <w:tc>
          <w:tcPr>
            <w:tcW w:w="2592" w:type="dxa"/>
          </w:tcPr>
          <w:p w14:paraId="515D76DC" w14:textId="77777777" w:rsidR="005C3642" w:rsidRDefault="005C3642"/>
        </w:tc>
        <w:tc>
          <w:tcPr>
            <w:tcW w:w="2592" w:type="dxa"/>
          </w:tcPr>
          <w:p w14:paraId="09A5C8F1" w14:textId="77777777" w:rsidR="005C3642" w:rsidRDefault="005C3642"/>
        </w:tc>
      </w:tr>
    </w:tbl>
    <w:p w14:paraId="69967F3D" w14:textId="77777777" w:rsidR="005C3642" w:rsidRDefault="00000000">
      <w:r>
        <w:br w:type="page"/>
      </w:r>
    </w:p>
    <w:p w14:paraId="4D9C468A" w14:textId="77777777" w:rsidR="005C3642" w:rsidRDefault="00000000">
      <w:pPr>
        <w:pStyle w:val="Heading1"/>
      </w:pPr>
      <w:r>
        <w:lastRenderedPageBreak/>
        <w:t>SECTION A: MULTIPLE CHOICE QUESTIONS (20 MARKS)</w:t>
      </w:r>
    </w:p>
    <w:p w14:paraId="7F4AEDE0" w14:textId="77777777" w:rsidR="005C3642" w:rsidRDefault="00000000">
      <w:r>
        <w:t>Answer ALL questions. Choose the correct answer from A, B, C and D.</w:t>
      </w:r>
    </w:p>
    <w:p w14:paraId="1C70FBE6" w14:textId="77777777" w:rsidR="00107943" w:rsidRDefault="00107943">
      <w:pPr>
        <w:sectPr w:rsidR="00107943" w:rsidSect="00034616">
          <w:footerReference w:type="default" r:id="rId8"/>
          <w:headerReference w:type="default" r:id="rId14"/>
          <w:headerReference w:type="first" r:id="rId15"/>
          <w:headerReference w:type="even" r:id="rId16"/>
          <w:footerReference w:type="first" r:id="rId17"/>
          <w:footerReference w:type="even" r:id="rId18"/>
          <w:pgSz w:w="12240" w:h="15840"/>
          <w:pgMar w:top="864" w:right="936" w:bottom="864" w:left="936" w:header="720" w:footer="720" w:gutter="0"/>
          <w:cols w:space="720"/>
          <w:docGrid w:linePitch="360"/>
        </w:sectPr>
      </w:pPr>
    </w:p>
    <w:p w14:paraId="7894B118" w14:textId="77777777" w:rsidR="005C3642" w:rsidRDefault="00000000">
      <w:r>
        <w:t>1. A community health worker notices that a family has poor access to clean water. Which community resource would most directly help address this problem?</w:t>
      </w:r>
    </w:p>
    <w:p w14:paraId="7B5AD655" w14:textId="77777777" w:rsidR="005C3642" w:rsidRDefault="00000000">
      <w:r>
        <w:t>A. A football field</w:t>
      </w:r>
    </w:p>
    <w:p w14:paraId="66DD7B61" w14:textId="77777777" w:rsidR="005C3642" w:rsidRDefault="00000000">
      <w:r>
        <w:t>B. A protected water source</w:t>
      </w:r>
    </w:p>
    <w:p w14:paraId="59D325DB" w14:textId="77777777" w:rsidR="005C3642" w:rsidRDefault="00000000">
      <w:r>
        <w:t>C. A cultural dance</w:t>
      </w:r>
    </w:p>
    <w:p w14:paraId="146038CC" w14:textId="77777777" w:rsidR="005C3642" w:rsidRDefault="00000000">
      <w:r>
        <w:t>D. A market stall</w:t>
      </w:r>
    </w:p>
    <w:p w14:paraId="4A6FB5B6" w14:textId="77777777" w:rsidR="005C3642" w:rsidRDefault="00000000">
      <w:r>
        <w:t>2. Which activity best demonstrates responsible use of natural resources?</w:t>
      </w:r>
    </w:p>
    <w:p w14:paraId="3A9AEB86" w14:textId="77777777" w:rsidR="005C3642" w:rsidRDefault="00000000">
      <w:r>
        <w:t>A. Cutting all trees near a river</w:t>
      </w:r>
    </w:p>
    <w:p w14:paraId="644A3670" w14:textId="77777777" w:rsidR="005C3642" w:rsidRDefault="00000000">
      <w:r>
        <w:t>B. Planting trees after harvesting</w:t>
      </w:r>
    </w:p>
    <w:p w14:paraId="0E1760D3" w14:textId="77777777" w:rsidR="005C3642" w:rsidRDefault="00000000">
      <w:r>
        <w:t>C. Dumping waste in wetlands</w:t>
      </w:r>
    </w:p>
    <w:p w14:paraId="31EA34FA" w14:textId="77777777" w:rsidR="005C3642" w:rsidRDefault="00000000">
      <w:r>
        <w:t>D. Hunting wildlife during breeding season</w:t>
      </w:r>
    </w:p>
    <w:p w14:paraId="00FF28C0" w14:textId="77777777" w:rsidR="005C3642" w:rsidRDefault="00000000">
      <w:r>
        <w:t>3. Which of the following is an example of a push factor that may cause people to migrate?</w:t>
      </w:r>
    </w:p>
    <w:p w14:paraId="57CAFDA1" w14:textId="77777777" w:rsidR="005C3642" w:rsidRDefault="00000000">
      <w:r>
        <w:t>A. Availability of employment</w:t>
      </w:r>
    </w:p>
    <w:p w14:paraId="2170E5F4" w14:textId="77777777" w:rsidR="005C3642" w:rsidRDefault="00000000">
      <w:r>
        <w:t>B. Political instability</w:t>
      </w:r>
    </w:p>
    <w:p w14:paraId="03328621" w14:textId="77777777" w:rsidR="005C3642" w:rsidRDefault="00000000">
      <w:r>
        <w:t>C. Better schools</w:t>
      </w:r>
    </w:p>
    <w:p w14:paraId="44505437" w14:textId="77777777" w:rsidR="005C3642" w:rsidRDefault="00000000">
      <w:r>
        <w:t>D. Fertile farmland</w:t>
      </w:r>
    </w:p>
    <w:p w14:paraId="58BB8C9C" w14:textId="77777777" w:rsidR="005C3642" w:rsidRDefault="00000000">
      <w:r>
        <w:t>4. Which early human activity is most closely associated with the use of stone tools?</w:t>
      </w:r>
    </w:p>
    <w:p w14:paraId="2E0E2A38" w14:textId="77777777" w:rsidR="005C3642" w:rsidRDefault="00000000">
      <w:r>
        <w:t>A. Industrial manufacturing</w:t>
      </w:r>
    </w:p>
    <w:p w14:paraId="70766F3F" w14:textId="77777777" w:rsidR="005C3642" w:rsidRDefault="00000000">
      <w:r>
        <w:t>B. Hunting and gathering</w:t>
      </w:r>
    </w:p>
    <w:p w14:paraId="0A96B9FA" w14:textId="77777777" w:rsidR="005C3642" w:rsidRDefault="00000000">
      <w:r>
        <w:t>C. Commercial banking</w:t>
      </w:r>
    </w:p>
    <w:p w14:paraId="5369697C" w14:textId="77777777" w:rsidR="005C3642" w:rsidRDefault="00000000">
      <w:r>
        <w:t>D. Modern transport</w:t>
      </w:r>
    </w:p>
    <w:p w14:paraId="0E00A6B2" w14:textId="77777777" w:rsidR="005C3642" w:rsidRDefault="00000000">
      <w:r>
        <w:t>5. Which feature is most useful for identifying the relief of an area on a topographical map?</w:t>
      </w:r>
    </w:p>
    <w:p w14:paraId="4A07BCAD" w14:textId="77777777" w:rsidR="005C3642" w:rsidRDefault="00000000">
      <w:r>
        <w:t>A. Contour lines</w:t>
      </w:r>
    </w:p>
    <w:p w14:paraId="25DE13AA" w14:textId="77777777" w:rsidR="005C3642" w:rsidRDefault="00000000">
      <w:r>
        <w:t>B. Road signs</w:t>
      </w:r>
    </w:p>
    <w:p w14:paraId="53A519ED" w14:textId="77777777" w:rsidR="005C3642" w:rsidRDefault="00000000">
      <w:r>
        <w:t>C. School symbols</w:t>
      </w:r>
    </w:p>
    <w:p w14:paraId="7FE089A3" w14:textId="77777777" w:rsidR="005C3642" w:rsidRDefault="00000000">
      <w:r>
        <w:t>D. Settlement names</w:t>
      </w:r>
    </w:p>
    <w:p w14:paraId="640D2BAC" w14:textId="77777777" w:rsidR="005C3642" w:rsidRDefault="00000000">
      <w:r>
        <w:t>6. A map scale of 1:50,000 means that 1 cm on the map represents:</w:t>
      </w:r>
    </w:p>
    <w:p w14:paraId="68515041" w14:textId="77777777" w:rsidR="005C3642" w:rsidRDefault="00000000">
      <w:r>
        <w:t>A. 50 m on the ground</w:t>
      </w:r>
    </w:p>
    <w:p w14:paraId="1280C79A" w14:textId="77777777" w:rsidR="005C3642" w:rsidRDefault="00000000">
      <w:r>
        <w:t>B. 500 m on the ground</w:t>
      </w:r>
    </w:p>
    <w:p w14:paraId="71760754" w14:textId="77777777" w:rsidR="005C3642" w:rsidRDefault="00000000">
      <w:r>
        <w:t>C. 5 km on the ground</w:t>
      </w:r>
    </w:p>
    <w:p w14:paraId="58041E0C" w14:textId="77777777" w:rsidR="005C3642" w:rsidRDefault="00000000">
      <w:r>
        <w:t>D. 50 km on the ground</w:t>
      </w:r>
    </w:p>
    <w:p w14:paraId="31018801" w14:textId="5D6AA309" w:rsidR="005C3642" w:rsidRDefault="00000000">
      <w:r>
        <w:t xml:space="preserve">7. </w:t>
      </w:r>
      <w:r w:rsidR="00107943">
        <w:t>Identify the physical feature shown below:</w:t>
      </w:r>
    </w:p>
    <w:p w14:paraId="3D212BB8" w14:textId="327F1C62" w:rsidR="00107943" w:rsidRDefault="00107943">
      <w:r w:rsidRPr="00107943">
        <w:drawing>
          <wp:inline distT="0" distB="0" distL="0" distR="0" wp14:anchorId="51709F90" wp14:editId="32157C31">
            <wp:extent cx="3117850" cy="2089150"/>
            <wp:effectExtent l="0" t="0" r="6350" b="6350"/>
            <wp:docPr id="1015819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197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785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B5972" w14:textId="77777777" w:rsidR="005C3642" w:rsidRDefault="00000000">
      <w:r>
        <w:t>A. A depression</w:t>
      </w:r>
    </w:p>
    <w:p w14:paraId="6E331E0A" w14:textId="77777777" w:rsidR="005C3642" w:rsidRDefault="00000000">
      <w:r>
        <w:t>B. A hill</w:t>
      </w:r>
    </w:p>
    <w:p w14:paraId="3A14453E" w14:textId="77777777" w:rsidR="005C3642" w:rsidRDefault="00000000">
      <w:r>
        <w:t>C. A valley</w:t>
      </w:r>
    </w:p>
    <w:p w14:paraId="36B12CAC" w14:textId="77777777" w:rsidR="005C3642" w:rsidRDefault="00000000">
      <w:r>
        <w:t>D. A flat plain</w:t>
      </w:r>
    </w:p>
    <w:p w14:paraId="460B9175" w14:textId="77777777" w:rsidR="005C3642" w:rsidRDefault="00000000">
      <w:r>
        <w:t>8. Which arm of government is mainly responsible for interpreting laws in Kenya?</w:t>
      </w:r>
    </w:p>
    <w:p w14:paraId="44D82094" w14:textId="77777777" w:rsidR="005C3642" w:rsidRDefault="00000000">
      <w:r>
        <w:t>A. Legislature</w:t>
      </w:r>
    </w:p>
    <w:p w14:paraId="326696E6" w14:textId="77777777" w:rsidR="005C3642" w:rsidRDefault="00000000">
      <w:r>
        <w:t>B. Executive</w:t>
      </w:r>
    </w:p>
    <w:p w14:paraId="24B7B3D2" w14:textId="77777777" w:rsidR="005C3642" w:rsidRDefault="00000000">
      <w:r>
        <w:t>C. Judiciary</w:t>
      </w:r>
    </w:p>
    <w:p w14:paraId="367A56F5" w14:textId="77777777" w:rsidR="005C3642" w:rsidRDefault="00000000">
      <w:r>
        <w:t>D. County assembly</w:t>
      </w:r>
    </w:p>
    <w:p w14:paraId="0E66BC6A" w14:textId="77777777" w:rsidR="005C3642" w:rsidRDefault="00000000">
      <w:r>
        <w:t>9. Which of the following is a civic responsibility of a citizen?</w:t>
      </w:r>
    </w:p>
    <w:p w14:paraId="1656E5F5" w14:textId="77777777" w:rsidR="005C3642" w:rsidRDefault="00000000">
      <w:r>
        <w:t>A. Destroying public property</w:t>
      </w:r>
    </w:p>
    <w:p w14:paraId="1EC0AB5E" w14:textId="77777777" w:rsidR="005C3642" w:rsidRDefault="00000000">
      <w:r>
        <w:lastRenderedPageBreak/>
        <w:t>B. Obeying the law</w:t>
      </w:r>
    </w:p>
    <w:p w14:paraId="607AF3F0" w14:textId="77777777" w:rsidR="005C3642" w:rsidRDefault="00000000">
      <w:r>
        <w:t>C. Avoiding all community activities</w:t>
      </w:r>
    </w:p>
    <w:p w14:paraId="67ED2044" w14:textId="77777777" w:rsidR="005C3642" w:rsidRDefault="00000000">
      <w:r>
        <w:t>D. Refusing to pay lawful taxes</w:t>
      </w:r>
    </w:p>
    <w:p w14:paraId="0EFBC7FE" w14:textId="77777777" w:rsidR="005C3642" w:rsidRDefault="00000000">
      <w:r>
        <w:t>10. Which factor can contribute to rapid population growth in an area?</w:t>
      </w:r>
    </w:p>
    <w:p w14:paraId="6C341557" w14:textId="77777777" w:rsidR="005C3642" w:rsidRDefault="00000000">
      <w:r>
        <w:t>A. High death rate</w:t>
      </w:r>
    </w:p>
    <w:p w14:paraId="2523A20B" w14:textId="77777777" w:rsidR="005C3642" w:rsidRDefault="00000000">
      <w:r>
        <w:t>B. Low birth rate</w:t>
      </w:r>
    </w:p>
    <w:p w14:paraId="630C4826" w14:textId="77777777" w:rsidR="005C3642" w:rsidRDefault="00000000">
      <w:r>
        <w:t>C. High birth rate</w:t>
      </w:r>
    </w:p>
    <w:p w14:paraId="6938D6EF" w14:textId="77777777" w:rsidR="005C3642" w:rsidRDefault="00000000">
      <w:r>
        <w:t>D. Large outward migration</w:t>
      </w:r>
    </w:p>
    <w:p w14:paraId="449A75B3" w14:textId="77777777" w:rsidR="005C3642" w:rsidRDefault="00000000">
      <w:r>
        <w:t>11. Which method can be used to resolve conflict peacefully in a family or community?</w:t>
      </w:r>
    </w:p>
    <w:p w14:paraId="74A23CED" w14:textId="77777777" w:rsidR="005C3642" w:rsidRDefault="00000000">
      <w:r>
        <w:t>A. Negotiation</w:t>
      </w:r>
    </w:p>
    <w:p w14:paraId="0F083554" w14:textId="77777777" w:rsidR="005C3642" w:rsidRDefault="00000000">
      <w:r>
        <w:t>B. Revenge</w:t>
      </w:r>
    </w:p>
    <w:p w14:paraId="48F29A47" w14:textId="77777777" w:rsidR="005C3642" w:rsidRDefault="00000000">
      <w:r>
        <w:t>C. Violence</w:t>
      </w:r>
    </w:p>
    <w:p w14:paraId="1E156991" w14:textId="77777777" w:rsidR="005C3642" w:rsidRDefault="00000000">
      <w:r>
        <w:t>D. Intimidation</w:t>
      </w:r>
    </w:p>
    <w:p w14:paraId="367F9600" w14:textId="77777777" w:rsidR="005C3642" w:rsidRDefault="00000000">
      <w:r>
        <w:t>12. Which statement best describes a cultural practice?</w:t>
      </w:r>
    </w:p>
    <w:p w14:paraId="57AA4BED" w14:textId="77777777" w:rsidR="005C3642" w:rsidRDefault="00000000">
      <w:r>
        <w:t>A. A habit or activity shared and transmitted within a community</w:t>
      </w:r>
    </w:p>
    <w:p w14:paraId="3B2F9957" w14:textId="77777777" w:rsidR="005C3642" w:rsidRDefault="00000000">
      <w:r>
        <w:t>B. A weather event</w:t>
      </w:r>
    </w:p>
    <w:p w14:paraId="2C1A7B12" w14:textId="77777777" w:rsidR="005C3642" w:rsidRDefault="00000000">
      <w:r>
        <w:t>C. A type of mineral</w:t>
      </w:r>
    </w:p>
    <w:p w14:paraId="0EF01A90" w14:textId="77777777" w:rsidR="005C3642" w:rsidRDefault="00000000">
      <w:r>
        <w:t>D. A form of physical relief</w:t>
      </w:r>
    </w:p>
    <w:p w14:paraId="2C37C28E" w14:textId="5AA43095" w:rsidR="005C3642" w:rsidRDefault="00000000">
      <w:r>
        <w:t xml:space="preserve">13. </w:t>
      </w:r>
    </w:p>
    <w:p w14:paraId="63F52E43" w14:textId="04714CD5" w:rsidR="00107943" w:rsidRDefault="00107943">
      <w:r w:rsidRPr="00107943">
        <w:drawing>
          <wp:inline distT="0" distB="0" distL="0" distR="0" wp14:anchorId="099D2CC6" wp14:editId="598AE840">
            <wp:extent cx="2470150" cy="1670050"/>
            <wp:effectExtent l="0" t="0" r="6350" b="6350"/>
            <wp:docPr id="278682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6820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F9CEC" w14:textId="77777777" w:rsidR="005C3642" w:rsidRDefault="00000000">
      <w:r>
        <w:t>A. R</w:t>
      </w:r>
    </w:p>
    <w:p w14:paraId="27A3F3AF" w14:textId="77777777" w:rsidR="005C3642" w:rsidRDefault="00000000">
      <w:r>
        <w:t>B. S</w:t>
      </w:r>
    </w:p>
    <w:p w14:paraId="57C8546B" w14:textId="77777777" w:rsidR="005C3642" w:rsidRDefault="00000000">
      <w:r>
        <w:t>C. T</w:t>
      </w:r>
    </w:p>
    <w:p w14:paraId="3B5B7087" w14:textId="77777777" w:rsidR="005C3642" w:rsidRDefault="00000000">
      <w:r>
        <w:t>D. U</w:t>
      </w:r>
    </w:p>
    <w:p w14:paraId="3DF8B4D9" w14:textId="77777777" w:rsidR="005C3642" w:rsidRDefault="00000000">
      <w:r>
        <w:t>14. Which factor is most likely to influence the location of a settlement?</w:t>
      </w:r>
    </w:p>
    <w:p w14:paraId="093EBF74" w14:textId="77777777" w:rsidR="005C3642" w:rsidRDefault="00000000">
      <w:r>
        <w:t>A. Availability of water</w:t>
      </w:r>
    </w:p>
    <w:p w14:paraId="474377B8" w14:textId="77777777" w:rsidR="005C3642" w:rsidRDefault="00000000">
      <w:r>
        <w:t>B. Distance from all roads</w:t>
      </w:r>
    </w:p>
    <w:p w14:paraId="025498A0" w14:textId="77777777" w:rsidR="005C3642" w:rsidRDefault="00000000">
      <w:r>
        <w:t>C. Absence of fertile land</w:t>
      </w:r>
    </w:p>
    <w:p w14:paraId="026FF03F" w14:textId="77777777" w:rsidR="005C3642" w:rsidRDefault="00000000">
      <w:r>
        <w:t>D. Lack of economic activity</w:t>
      </w:r>
    </w:p>
    <w:p w14:paraId="1B604442" w14:textId="77777777" w:rsidR="005C3642" w:rsidRDefault="00000000">
      <w:r>
        <w:t>15. Which of the following is an example of a climatic element?</w:t>
      </w:r>
    </w:p>
    <w:p w14:paraId="57275842" w14:textId="77777777" w:rsidR="005C3642" w:rsidRDefault="00000000">
      <w:r>
        <w:t>A. Altitude</w:t>
      </w:r>
    </w:p>
    <w:p w14:paraId="1B71CEB2" w14:textId="77777777" w:rsidR="005C3642" w:rsidRDefault="00000000">
      <w:r>
        <w:t>B. Rainfall</w:t>
      </w:r>
    </w:p>
    <w:p w14:paraId="781339A9" w14:textId="77777777" w:rsidR="005C3642" w:rsidRDefault="00000000">
      <w:r>
        <w:t>C. Soil type</w:t>
      </w:r>
    </w:p>
    <w:p w14:paraId="1497EEAD" w14:textId="77777777" w:rsidR="005C3642" w:rsidRDefault="00000000">
      <w:r>
        <w:t>D. Relief</w:t>
      </w:r>
    </w:p>
    <w:p w14:paraId="23AC1414" w14:textId="77777777" w:rsidR="005C3642" w:rsidRDefault="00000000">
      <w:r>
        <w:t>16. Which instrument is used to measure atmospheric pressure?</w:t>
      </w:r>
    </w:p>
    <w:p w14:paraId="1B8B03B5" w14:textId="77777777" w:rsidR="005C3642" w:rsidRDefault="00000000">
      <w:r>
        <w:t>A. Thermometer</w:t>
      </w:r>
    </w:p>
    <w:p w14:paraId="3F19F253" w14:textId="77777777" w:rsidR="005C3642" w:rsidRDefault="00000000">
      <w:r>
        <w:t>B. Rain gauge</w:t>
      </w:r>
    </w:p>
    <w:p w14:paraId="61721D23" w14:textId="77777777" w:rsidR="005C3642" w:rsidRDefault="00000000">
      <w:r>
        <w:t>C. Barometer</w:t>
      </w:r>
    </w:p>
    <w:p w14:paraId="71D4B063" w14:textId="77777777" w:rsidR="005C3642" w:rsidRDefault="00000000">
      <w:r>
        <w:t>D. Wind vane</w:t>
      </w:r>
    </w:p>
    <w:p w14:paraId="077FBCA8" w14:textId="77777777" w:rsidR="005C3642" w:rsidRDefault="00000000">
      <w:r>
        <w:t>17. Which economic activity is most associated with areas having extensive grasslands suitable for livestock?</w:t>
      </w:r>
    </w:p>
    <w:p w14:paraId="4A7521B8" w14:textId="77777777" w:rsidR="005C3642" w:rsidRDefault="00000000">
      <w:r>
        <w:t>A. Pastoralism</w:t>
      </w:r>
    </w:p>
    <w:p w14:paraId="0A9B5B86" w14:textId="77777777" w:rsidR="005C3642" w:rsidRDefault="00000000">
      <w:r>
        <w:t>B. Deep-sea fishing</w:t>
      </w:r>
    </w:p>
    <w:p w14:paraId="0512E8B1" w14:textId="77777777" w:rsidR="005C3642" w:rsidRDefault="00000000">
      <w:r>
        <w:t>C. Mining only</w:t>
      </w:r>
    </w:p>
    <w:p w14:paraId="41758CF1" w14:textId="77777777" w:rsidR="005C3642" w:rsidRDefault="00000000">
      <w:r>
        <w:t>D. Ship building</w:t>
      </w:r>
    </w:p>
    <w:p w14:paraId="55ACCDB2" w14:textId="77777777" w:rsidR="005C3642" w:rsidRDefault="00000000">
      <w:r>
        <w:t>18. Which type of migration occurs when people move from one country to another?</w:t>
      </w:r>
    </w:p>
    <w:p w14:paraId="615BFED4" w14:textId="77777777" w:rsidR="005C3642" w:rsidRDefault="00000000">
      <w:r>
        <w:t>A. Internal migration</w:t>
      </w:r>
    </w:p>
    <w:p w14:paraId="214BEAB4" w14:textId="77777777" w:rsidR="005C3642" w:rsidRDefault="00000000">
      <w:r>
        <w:t>B. International migration</w:t>
      </w:r>
    </w:p>
    <w:p w14:paraId="7877AD24" w14:textId="77777777" w:rsidR="005C3642" w:rsidRDefault="00000000">
      <w:r>
        <w:t>C. Seasonal movement only</w:t>
      </w:r>
    </w:p>
    <w:p w14:paraId="223A2F4C" w14:textId="77777777" w:rsidR="005C3642" w:rsidRDefault="00000000">
      <w:r>
        <w:t>D. Local commuting</w:t>
      </w:r>
    </w:p>
    <w:p w14:paraId="2D353BC5" w14:textId="77777777" w:rsidR="005C3642" w:rsidRDefault="00000000">
      <w:r>
        <w:lastRenderedPageBreak/>
        <w:t>19. Which action promotes good governance in a community?</w:t>
      </w:r>
    </w:p>
    <w:p w14:paraId="6E42C124" w14:textId="77777777" w:rsidR="005C3642" w:rsidRDefault="00000000">
      <w:r>
        <w:t>A. Transparency in decision-making</w:t>
      </w:r>
    </w:p>
    <w:p w14:paraId="11F87459" w14:textId="77777777" w:rsidR="005C3642" w:rsidRDefault="00000000">
      <w:r>
        <w:t>B. Corruption</w:t>
      </w:r>
    </w:p>
    <w:p w14:paraId="03942DF6" w14:textId="77777777" w:rsidR="005C3642" w:rsidRDefault="00000000">
      <w:r>
        <w:t>C. Discrimination</w:t>
      </w:r>
    </w:p>
    <w:p w14:paraId="66B3EF9C" w14:textId="77777777" w:rsidR="005C3642" w:rsidRDefault="00000000">
      <w:r>
        <w:t>D. Concealing public information</w:t>
      </w:r>
    </w:p>
    <w:p w14:paraId="1FFC2B2F" w14:textId="77777777" w:rsidR="005C3642" w:rsidRDefault="00000000">
      <w:r>
        <w:t>20. Which source would provide first-hand information about an event witnessed by a person?</w:t>
      </w:r>
    </w:p>
    <w:p w14:paraId="2811790D" w14:textId="77777777" w:rsidR="005C3642" w:rsidRDefault="00000000">
      <w:r>
        <w:t>A. A primary source</w:t>
      </w:r>
    </w:p>
    <w:p w14:paraId="415DAC6F" w14:textId="77777777" w:rsidR="005C3642" w:rsidRDefault="00000000">
      <w:r>
        <w:t>B. A fictional story</w:t>
      </w:r>
    </w:p>
    <w:p w14:paraId="41ACE774" w14:textId="77777777" w:rsidR="005C3642" w:rsidRDefault="00000000">
      <w:r>
        <w:t>C. A secondary summary</w:t>
      </w:r>
    </w:p>
    <w:p w14:paraId="213831C6" w14:textId="77777777" w:rsidR="005C3642" w:rsidRDefault="00000000">
      <w:r>
        <w:t>D. An unrelated textbook</w:t>
      </w:r>
    </w:p>
    <w:p w14:paraId="357C5D54" w14:textId="77777777" w:rsidR="00107943" w:rsidRDefault="00107943">
      <w:pPr>
        <w:sectPr w:rsidR="00107943" w:rsidSect="00107943">
          <w:headerReference w:type="default" r:id="rId19"/>
          <w:headerReference w:type="first" r:id="rId20"/>
          <w:headerReference w:type="even" r:id="rId21"/>
          <w:footerReference w:type="default" r:id="rId22"/>
          <w:footerReference w:type="first" r:id="rId23"/>
          <w:footerReference w:type="even" r:id="rId24"/>
          <w:type w:val="continuous"/>
          <w:pgSz w:w="12240" w:h="15840"/>
          <w:pgMar w:top="864" w:right="936" w:bottom="864" w:left="936" w:header="720" w:footer="720" w:gutter="0"/>
          <w:cols w:num="2" w:space="720"/>
          <w:docGrid w:linePitch="360"/>
        </w:sectPr>
      </w:pPr>
    </w:p>
    <w:p w14:paraId="03DA2A3D" w14:textId="77777777" w:rsidR="005C3642" w:rsidRDefault="00000000">
      <w:r>
        <w:br w:type="page"/>
      </w:r>
    </w:p>
    <w:p w14:paraId="63930734" w14:textId="77777777" w:rsidR="005C3642" w:rsidRDefault="00000000">
      <w:pPr>
        <w:pStyle w:val="Heading1"/>
      </w:pPr>
      <w:r>
        <w:lastRenderedPageBreak/>
        <w:t>SECTION B: STRUCTURED QUESTIONS (30 MARKS)</w:t>
      </w:r>
    </w:p>
    <w:p w14:paraId="1A8833B4" w14:textId="77777777" w:rsidR="005C3642" w:rsidRDefault="00000000">
      <w:r>
        <w:t>Answer ALL questions in the spaces provided.</w:t>
      </w:r>
    </w:p>
    <w:p w14:paraId="763443C0" w14:textId="50FFC1B0" w:rsidR="005C3642" w:rsidRDefault="00107943">
      <w:r w:rsidRPr="00107943">
        <w:drawing>
          <wp:inline distT="0" distB="0" distL="0" distR="0" wp14:anchorId="7EB66A54" wp14:editId="69B5047A">
            <wp:extent cx="6583680" cy="3594100"/>
            <wp:effectExtent l="0" t="0" r="7620" b="6350"/>
            <wp:docPr id="1674473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732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01E7" w14:textId="77777777" w:rsidR="005C3642" w:rsidRDefault="00000000">
      <w:r>
        <w:t>Study the map of Meta area above and answer Questions 21–24.</w:t>
      </w:r>
    </w:p>
    <w:p w14:paraId="0A0DDD27" w14:textId="77777777" w:rsidR="005C3642" w:rsidRDefault="00000000">
      <w:r>
        <w:t>21. (a) State the direction of the flow of River Meta from its source area. (1 mark)</w:t>
      </w:r>
    </w:p>
    <w:p w14:paraId="365026F3" w14:textId="6079B866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3BF30A1A" w14:textId="77777777" w:rsidR="005C3642" w:rsidRDefault="00000000">
      <w:r>
        <w:t>(b) What is the direction of the school from the market? (1 mark)</w:t>
      </w:r>
    </w:p>
    <w:p w14:paraId="5F01AA20" w14:textId="38A41977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5DE880A3" w14:textId="77777777" w:rsidR="005C3642" w:rsidRDefault="00000000">
      <w:r>
        <w:t>(c) State one settlement pattern represented on the map. (1 mark)</w:t>
      </w:r>
    </w:p>
    <w:p w14:paraId="66E49F91" w14:textId="0A71C01A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6BCA7D0D" w14:textId="77777777" w:rsidR="005C3642" w:rsidRDefault="00000000">
      <w:r>
        <w:t>(d) Give one factor that may have influenced the location of settlements in Meta area. (1 mark)</w:t>
      </w:r>
    </w:p>
    <w:p w14:paraId="0998F2D1" w14:textId="48E35F11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4BA7E6A2" w14:textId="77777777" w:rsidR="005C3642" w:rsidRDefault="00000000">
      <w:r>
        <w:t>22. State four reasons why the East African coast attracted early visitors from other regions. (4 marks)</w:t>
      </w:r>
    </w:p>
    <w:p w14:paraId="743543AA" w14:textId="5A4C05D1" w:rsidR="005C3642" w:rsidRDefault="00000000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71C01A" w14:textId="77777777" w:rsidR="005C3642" w:rsidRDefault="00000000">
      <w:r>
        <w:t>23. Explain four factors that may lead to population increase in Africa. (4 marks)</w:t>
      </w:r>
    </w:p>
    <w:p w14:paraId="5615F367" w14:textId="1DDD4A24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27A025" w14:textId="77777777" w:rsidR="005C3642" w:rsidRDefault="00000000">
      <w:r>
        <w:t>24. Identify four types of information that can be obtained from a topographical map. (4 marks)</w:t>
      </w:r>
    </w:p>
    <w:p w14:paraId="375EDF70" w14:textId="2171CE05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E9484" w14:textId="77777777" w:rsidR="005C3642" w:rsidRDefault="00000000">
      <w:r>
        <w:t>25. Explain four methods that can be used to resolve conflicts peacefully in a family or community. (4 marks)</w:t>
      </w:r>
    </w:p>
    <w:p w14:paraId="181B7F5F" w14:textId="6EA3026C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F214EF" w14:textId="77777777" w:rsidR="005C3642" w:rsidRDefault="00000000">
      <w:r>
        <w:t>26. State four factors that contributed to the partition of Africa by European powers. (4 marks)</w:t>
      </w:r>
    </w:p>
    <w:p w14:paraId="78BD472B" w14:textId="106FC0B7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603688" w14:textId="77777777" w:rsidR="005C3642" w:rsidRDefault="00000000">
      <w:r>
        <w:t>27. Name the three arms of government in Kenya and state one specific role of each. (3 marks)</w:t>
      </w:r>
    </w:p>
    <w:p w14:paraId="19DA9EC9" w14:textId="0B7287DD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A4A53" w14:textId="77777777" w:rsidR="005C3642" w:rsidRDefault="00000000">
      <w:r>
        <w:t>28. State three methods that can be used to identify a problem in a community before planning a community-service project. (3 marks)</w:t>
      </w:r>
    </w:p>
    <w:p w14:paraId="41FA2434" w14:textId="7C45CA5B" w:rsidR="005C364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4BB19D" w14:textId="77777777" w:rsidR="005C3642" w:rsidRDefault="00000000">
      <w:r>
        <w:t>END OF QUESTION PAPER</w:t>
      </w:r>
    </w:p>
    <w:sectPr w:rsidR="005C3642" w:rsidSect="00107943">
      <w:headerReference w:type="default" r:id="rId25"/>
      <w:headerReference w:type="first" r:id="rId26"/>
      <w:headerReference w:type="even" r:id="rId27"/>
      <w:footerReference w:type="default" r:id="rId28"/>
      <w:footerReference w:type="first" r:id="rId29"/>
      <w:footerReference w:type="even" r:id="rId30"/>
      <w:type w:val="continuous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99C33" w14:textId="77777777" w:rsidR="00C502AE" w:rsidRDefault="00C502AE">
      <w:pPr>
        <w:spacing w:after="0" w:line="240" w:lineRule="auto"/>
      </w:pPr>
      <w:r>
        <w:separator/>
      </w:r>
    </w:p>
  </w:endnote>
  <w:endnote w:type="continuationSeparator" w:id="0">
    <w:p w14:paraId="37CF5EC6" w14:textId="77777777" w:rsidR="00C502AE" w:rsidRDefault="00C5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88F5" w14:textId="77777777" w:rsidR="005C3642" w:rsidRDefault="00000000">
    <w:pPr>
      <w:pStyle w:val="Footer"/>
      <w:jc w:val="center"/>
    </w:pPr>
    <w:r>
      <w:rPr>
        <w:b/>
      </w:rPr>
      <w:t>MF-SST | SOCIAL STUDIES GRADE 8 |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31AEC" w14:textId="77777777" w:rsidR="00C502AE" w:rsidRDefault="00C502AE">
      <w:pPr>
        <w:spacing w:after="0" w:line="240" w:lineRule="auto"/>
      </w:pPr>
      <w:r>
        <w:separator/>
      </w:r>
    </w:p>
  </w:footnote>
  <w:footnote w:type="continuationSeparator" w:id="0">
    <w:p w14:paraId="473AEE8A" w14:textId="77777777" w:rsidR="00C502AE" w:rsidRDefault="00C5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5092730">
    <w:abstractNumId w:val="8"/>
  </w:num>
  <w:num w:numId="2" w16cid:durableId="1488551642">
    <w:abstractNumId w:val="6"/>
  </w:num>
  <w:num w:numId="3" w16cid:durableId="1035236682">
    <w:abstractNumId w:val="5"/>
  </w:num>
  <w:num w:numId="4" w16cid:durableId="1054159787">
    <w:abstractNumId w:val="4"/>
  </w:num>
  <w:num w:numId="5" w16cid:durableId="200752389">
    <w:abstractNumId w:val="7"/>
  </w:num>
  <w:num w:numId="6" w16cid:durableId="1714649681">
    <w:abstractNumId w:val="3"/>
  </w:num>
  <w:num w:numId="7" w16cid:durableId="112485088">
    <w:abstractNumId w:val="2"/>
  </w:num>
  <w:num w:numId="8" w16cid:durableId="203103204">
    <w:abstractNumId w:val="1"/>
  </w:num>
  <w:num w:numId="9" w16cid:durableId="36510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7943"/>
    <w:rsid w:val="0015074B"/>
    <w:rsid w:val="0029639D"/>
    <w:rsid w:val="00326F90"/>
    <w:rsid w:val="005C3642"/>
    <w:rsid w:val="0083079A"/>
    <w:rsid w:val="00AA1D8D"/>
    <w:rsid w:val="00B47730"/>
    <w:rsid w:val="00C502A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030B1"/>
  <w14:defaultImageDpi w14:val="300"/>
  <w15:docId w15:val="{8C4D298D-7C93-419D-87FE-018C7DCF8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header" Target="header4.xml"/><Relationship Id="rId20" Type="http://schemas.openxmlformats.org/officeDocument/2006/relationships/header" Target="header5.xml"/><Relationship Id="rId21" Type="http://schemas.openxmlformats.org/officeDocument/2006/relationships/header" Target="header6.xml"/><Relationship Id="rId22" Type="http://schemas.openxmlformats.org/officeDocument/2006/relationships/footer" Target="footer4.xml"/><Relationship Id="rId23" Type="http://schemas.openxmlformats.org/officeDocument/2006/relationships/footer" Target="footer5.xml"/><Relationship Id="rId24" Type="http://schemas.openxmlformats.org/officeDocument/2006/relationships/footer" Target="footer6.xml"/><Relationship Id="rId25" Type="http://schemas.openxmlformats.org/officeDocument/2006/relationships/header" Target="header7.xml"/><Relationship Id="rId26" Type="http://schemas.openxmlformats.org/officeDocument/2006/relationships/header" Target="header8.xml"/><Relationship Id="rId27" Type="http://schemas.openxmlformats.org/officeDocument/2006/relationships/header" Target="header9.xml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2026-09-21T20:32:00Z</dcterms:modified>
  <cp:category/>
</cp:coreProperties>
</file>