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6111A" w14:textId="77777777" w:rsidR="0099122B" w:rsidRDefault="00000000">
      <w:pPr>
        <w:jc w:val="center"/>
      </w:pPr>
      <w:r>
        <w:rPr>
          <w:b/>
          <w:sz w:val="26"/>
        </w:rPr>
        <w:t>GRADE 8 – 2026</w:t>
      </w:r>
    </w:p>
    <w:p w14:paraId="358AF341" w14:textId="77777777" w:rsidR="0099122B" w:rsidRDefault="00000000">
      <w:pPr>
        <w:jc w:val="center"/>
      </w:pPr>
      <w:r>
        <w:rPr>
          <w:b/>
          <w:sz w:val="30"/>
        </w:rPr>
        <w:t>PRE-TECHNICAL STUDIES THEORY</w:t>
      </w:r>
    </w:p>
    <w:p w14:paraId="2EA2D22A" w14:textId="77777777" w:rsidR="0099122B" w:rsidRDefault="00000000">
      <w:pPr>
        <w:jc w:val="center"/>
      </w:pPr>
      <w:r>
        <w:rPr>
          <w:b/>
        </w:rPr>
        <w:t>Time: 1 hour 40 minutes   |   Total: 50 marks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99122B" w14:paraId="6AD639BD" w14:textId="77777777">
        <w:trPr>
          <w:jc w:val="center"/>
        </w:trPr>
        <w:tc>
          <w:tcPr>
            <w:tcW w:w="259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656F06" w14:textId="77777777" w:rsidR="0099122B" w:rsidRDefault="00000000">
            <w:r>
              <w:rPr>
                <w:b/>
              </w:rPr>
              <w:t>Learner’s Name</w:t>
            </w:r>
          </w:p>
        </w:tc>
        <w:tc>
          <w:tcPr>
            <w:tcW w:w="259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6103E2" w14:textId="77777777" w:rsidR="0099122B" w:rsidRDefault="00000000">
            <w:r>
              <w:rPr>
                <w:b/>
              </w:rPr>
              <w:t>Assessment Number</w:t>
            </w:r>
          </w:p>
        </w:tc>
        <w:tc>
          <w:tcPr>
            <w:tcW w:w="259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DED29D" w14:textId="77777777" w:rsidR="0099122B" w:rsidRDefault="00000000">
            <w:r>
              <w:rPr>
                <w:b/>
              </w:rPr>
              <w:t>School</w:t>
            </w:r>
          </w:p>
        </w:tc>
        <w:tc>
          <w:tcPr>
            <w:tcW w:w="2592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429EE2" w14:textId="77777777" w:rsidR="0099122B" w:rsidRDefault="00000000">
            <w:r>
              <w:rPr>
                <w:b/>
              </w:rPr>
              <w:t>School Code</w:t>
            </w:r>
          </w:p>
        </w:tc>
      </w:tr>
    </w:tbl>
    <w:p w14:paraId="40A24898" w14:textId="77777777" w:rsidR="0099122B" w:rsidRDefault="00000000">
      <w:pPr>
        <w:pStyle w:val="Heading1"/>
      </w:pPr>
      <w:r>
        <w:t>Instructions to Learners</w:t>
      </w:r>
    </w:p>
    <w:p w14:paraId="2CC7C816" w14:textId="77777777" w:rsidR="0099122B" w:rsidRDefault="00000000" w:rsidP="00576F37">
      <w:pPr>
        <w:pStyle w:val="ListParagraph"/>
        <w:numPr>
          <w:ilvl w:val="0"/>
          <w:numId w:val="10"/>
        </w:numPr>
      </w:pPr>
      <w:r>
        <w:t>Write your name and assessment number in the spaces provided.</w:t>
      </w:r>
    </w:p>
    <w:p w14:paraId="0753B7CE" w14:textId="77777777" w:rsidR="0099122B" w:rsidRDefault="00000000" w:rsidP="00576F37">
      <w:pPr>
        <w:pStyle w:val="ListParagraph"/>
        <w:numPr>
          <w:ilvl w:val="0"/>
          <w:numId w:val="10"/>
        </w:numPr>
      </w:pPr>
      <w:r>
        <w:t>Write the name and code of your school in the spaces provided.</w:t>
      </w:r>
    </w:p>
    <w:p w14:paraId="31BF1C13" w14:textId="77777777" w:rsidR="0099122B" w:rsidRDefault="00000000" w:rsidP="00576F37">
      <w:pPr>
        <w:pStyle w:val="ListParagraph"/>
        <w:numPr>
          <w:ilvl w:val="0"/>
          <w:numId w:val="10"/>
        </w:numPr>
      </w:pPr>
      <w:r>
        <w:t>This paper consists of two sections: A and B.</w:t>
      </w:r>
    </w:p>
    <w:p w14:paraId="0BA4CE43" w14:textId="77777777" w:rsidR="0099122B" w:rsidRDefault="00000000" w:rsidP="00576F37">
      <w:pPr>
        <w:pStyle w:val="ListParagraph"/>
        <w:numPr>
          <w:ilvl w:val="0"/>
          <w:numId w:val="10"/>
        </w:numPr>
      </w:pPr>
      <w:r>
        <w:t>Section A comprises Multiple Choice Questions.</w:t>
      </w:r>
    </w:p>
    <w:p w14:paraId="4C898D26" w14:textId="77777777" w:rsidR="0099122B" w:rsidRDefault="00000000" w:rsidP="00576F37">
      <w:pPr>
        <w:pStyle w:val="ListParagraph"/>
        <w:numPr>
          <w:ilvl w:val="0"/>
          <w:numId w:val="10"/>
        </w:numPr>
      </w:pPr>
      <w:r>
        <w:t>Section B comprises Short Structured Questions.</w:t>
      </w:r>
    </w:p>
    <w:p w14:paraId="53F8B61B" w14:textId="77777777" w:rsidR="0099122B" w:rsidRDefault="00000000" w:rsidP="00576F37">
      <w:pPr>
        <w:pStyle w:val="ListParagraph"/>
        <w:numPr>
          <w:ilvl w:val="0"/>
          <w:numId w:val="10"/>
        </w:numPr>
      </w:pPr>
      <w:r>
        <w:t>Answer all questions in Section A by choosing the correct option.</w:t>
      </w:r>
    </w:p>
    <w:p w14:paraId="076F18B5" w14:textId="77777777" w:rsidR="0099122B" w:rsidRDefault="00000000" w:rsidP="00576F37">
      <w:pPr>
        <w:pStyle w:val="ListParagraph"/>
        <w:numPr>
          <w:ilvl w:val="0"/>
          <w:numId w:val="10"/>
        </w:numPr>
      </w:pPr>
      <w:r>
        <w:t>Answer all questions in Section B in the spaces provided.</w:t>
      </w:r>
    </w:p>
    <w:p w14:paraId="4C1384A3" w14:textId="77777777" w:rsidR="0099122B" w:rsidRDefault="00000000" w:rsidP="00576F37">
      <w:pPr>
        <w:pStyle w:val="ListParagraph"/>
        <w:numPr>
          <w:ilvl w:val="0"/>
          <w:numId w:val="10"/>
        </w:numPr>
      </w:pPr>
      <w:r>
        <w:t>Answer all questions in English.</w:t>
      </w:r>
    </w:p>
    <w:p w14:paraId="23D4337D" w14:textId="77777777" w:rsidR="0099122B" w:rsidRDefault="00000000" w:rsidP="00576F37">
      <w:pPr>
        <w:pStyle w:val="ListParagraph"/>
        <w:numPr>
          <w:ilvl w:val="0"/>
          <w:numId w:val="10"/>
        </w:numPr>
      </w:pPr>
      <w:r>
        <w:t>Do not remove any page from this question paper.</w:t>
      </w:r>
    </w:p>
    <w:p w14:paraId="1EC806D2" w14:textId="77777777" w:rsidR="0099122B" w:rsidRDefault="00000000">
      <w:pPr>
        <w:pStyle w:val="Heading1"/>
      </w:pPr>
      <w:r>
        <w:t>SECTION A – MULTIPLE CHOICE QUESTIONS (20 marks)</w:t>
      </w:r>
    </w:p>
    <w:p w14:paraId="7ABA79E8" w14:textId="77777777" w:rsidR="0099122B" w:rsidRDefault="00000000">
      <w:r>
        <w:t>Choose the correct answer from the four options. Each question carries one mark.</w:t>
      </w:r>
    </w:p>
    <w:p w14:paraId="607D3AF5" w14:textId="77777777" w:rsidR="00576F37" w:rsidRDefault="00576F37">
      <w:pPr>
        <w:rPr>
          <w:b/>
        </w:rPr>
        <w:sectPr w:rsidR="00576F37" w:rsidSect="00034616">
          <w:headerReference w:type="default" r:id="rId8"/>
          <w:footerReference w:type="default" r:id="rId9"/>
          <w:headerReference w:type="first" r:id="rId20"/>
          <w:headerReference w:type="even" r:id="rId21"/>
          <w:footerReference w:type="first" r:id="rId22"/>
          <w:footerReference w:type="even" r:id="rId23"/>
          <w:pgSz w:w="12240" w:h="15840"/>
          <w:pgMar w:top="792" w:right="936" w:bottom="792" w:left="936" w:header="720" w:footer="720" w:gutter="0"/>
          <w:cols w:space="720"/>
          <w:docGrid w:linePitch="360"/>
        </w:sectPr>
      </w:pPr>
    </w:p>
    <w:p w14:paraId="5EE3AE65" w14:textId="77777777" w:rsidR="0099122B" w:rsidRDefault="00000000">
      <w:r>
        <w:rPr>
          <w:b/>
        </w:rPr>
        <w:t>1. A learner notices a small fire in a workshop and first removes the material that is feeding the flames. Which fire-fighting method is being used?</w:t>
      </w:r>
    </w:p>
    <w:p w14:paraId="5FA62EEF" w14:textId="77777777" w:rsidR="0099122B" w:rsidRDefault="00000000">
      <w:pPr>
        <w:spacing w:after="20"/>
        <w:ind w:left="360"/>
      </w:pPr>
      <w:r>
        <w:t>A. Cooling</w:t>
      </w:r>
    </w:p>
    <w:p w14:paraId="0563634A" w14:textId="77777777" w:rsidR="0099122B" w:rsidRDefault="00000000">
      <w:pPr>
        <w:spacing w:after="20"/>
        <w:ind w:left="360"/>
      </w:pPr>
      <w:r>
        <w:t>B. Smothering</w:t>
      </w:r>
    </w:p>
    <w:p w14:paraId="50E4C6E7" w14:textId="77777777" w:rsidR="0099122B" w:rsidRDefault="00000000">
      <w:pPr>
        <w:spacing w:after="20"/>
        <w:ind w:left="360"/>
      </w:pPr>
      <w:r>
        <w:t>C. Starvation</w:t>
      </w:r>
    </w:p>
    <w:p w14:paraId="73AF6E85" w14:textId="77777777" w:rsidR="0099122B" w:rsidRDefault="00000000">
      <w:pPr>
        <w:spacing w:after="20"/>
        <w:ind w:left="360"/>
      </w:pPr>
      <w:r>
        <w:t>D. Evacuation</w:t>
      </w:r>
    </w:p>
    <w:p w14:paraId="2C2FE605" w14:textId="77777777" w:rsidR="0099122B" w:rsidRDefault="00000000">
      <w:r>
        <w:rPr>
          <w:b/>
        </w:rPr>
        <w:t>2. Which practice is most likely to cause an electrical fire in a workshop?</w:t>
      </w:r>
    </w:p>
    <w:p w14:paraId="4498117A" w14:textId="77777777" w:rsidR="0099122B" w:rsidRDefault="00000000">
      <w:pPr>
        <w:spacing w:after="20"/>
        <w:ind w:left="360"/>
      </w:pPr>
      <w:r>
        <w:t>A. Inspecting electrical cables regularly</w:t>
      </w:r>
    </w:p>
    <w:p w14:paraId="18E34FFC" w14:textId="77777777" w:rsidR="0099122B" w:rsidRDefault="00000000">
      <w:pPr>
        <w:spacing w:after="20"/>
        <w:ind w:left="360"/>
      </w:pPr>
      <w:r>
        <w:t>B. Using one extension cable to power many machines</w:t>
      </w:r>
    </w:p>
    <w:p w14:paraId="63804824" w14:textId="77777777" w:rsidR="0099122B" w:rsidRDefault="00000000">
      <w:pPr>
        <w:spacing w:after="20"/>
        <w:ind w:left="360"/>
      </w:pPr>
      <w:r>
        <w:t>C. Keeping fire extinguishers accessible</w:t>
      </w:r>
    </w:p>
    <w:p w14:paraId="4B5C85DD" w14:textId="77777777" w:rsidR="0099122B" w:rsidRDefault="00000000">
      <w:pPr>
        <w:spacing w:after="20"/>
        <w:ind w:left="360"/>
      </w:pPr>
      <w:r>
        <w:t>D. Switching off machines after use</w:t>
      </w:r>
    </w:p>
    <w:p w14:paraId="014AAF3C" w14:textId="77777777" w:rsidR="0099122B" w:rsidRDefault="00000000">
      <w:pPr>
        <w:rPr>
          <w:b/>
        </w:rPr>
      </w:pPr>
      <w:r>
        <w:rPr>
          <w:b/>
        </w:rPr>
        <w:t>3. The drawing instrument shown below is used to draw accurate circles and arcs. What is its name?</w:t>
      </w:r>
    </w:p>
    <w:p w14:paraId="06D24B35" w14:textId="6EFD9333" w:rsidR="00576F37" w:rsidRDefault="00576F37">
      <w:r w:rsidRPr="00576F37">
        <w:drawing>
          <wp:inline distT="0" distB="0" distL="0" distR="0" wp14:anchorId="1105030B" wp14:editId="74C95486">
            <wp:extent cx="2482850" cy="1885950"/>
            <wp:effectExtent l="0" t="0" r="0" b="0"/>
            <wp:docPr id="981410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41041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828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139EF" w14:textId="77777777" w:rsidR="0099122B" w:rsidRDefault="00000000">
      <w:pPr>
        <w:spacing w:after="20"/>
        <w:ind w:left="360"/>
      </w:pPr>
      <w:r>
        <w:t>A. Pair of compasses</w:t>
      </w:r>
    </w:p>
    <w:p w14:paraId="608854F3" w14:textId="77777777" w:rsidR="0099122B" w:rsidRDefault="00000000">
      <w:pPr>
        <w:spacing w:after="20"/>
        <w:ind w:left="360"/>
      </w:pPr>
      <w:r>
        <w:t>B. Dividers</w:t>
      </w:r>
    </w:p>
    <w:p w14:paraId="692FCC6C" w14:textId="77777777" w:rsidR="0099122B" w:rsidRDefault="00000000">
      <w:pPr>
        <w:spacing w:after="20"/>
        <w:ind w:left="360"/>
      </w:pPr>
      <w:r>
        <w:t>C. Set square</w:t>
      </w:r>
    </w:p>
    <w:p w14:paraId="69C2412B" w14:textId="77777777" w:rsidR="0099122B" w:rsidRDefault="00000000">
      <w:pPr>
        <w:spacing w:after="20"/>
        <w:ind w:left="360"/>
      </w:pPr>
      <w:r>
        <w:t>D. Protractor</w:t>
      </w:r>
    </w:p>
    <w:p w14:paraId="45F4CCCA" w14:textId="77777777" w:rsidR="0099122B" w:rsidRDefault="00000000">
      <w:pPr>
        <w:rPr>
          <w:b/>
        </w:rPr>
      </w:pPr>
      <w:r>
        <w:rPr>
          <w:b/>
        </w:rPr>
        <w:t>4. The stepped shape below has several measurements taken from the same datum line. What type of dimensioning is illustrated?</w:t>
      </w:r>
    </w:p>
    <w:p w14:paraId="23337DFA" w14:textId="54FA3391" w:rsidR="00576F37" w:rsidRDefault="00576F37">
      <w:r w:rsidRPr="00576F37">
        <w:lastRenderedPageBreak/>
        <w:drawing>
          <wp:inline distT="0" distB="0" distL="0" distR="0" wp14:anchorId="1D991EBD" wp14:editId="3690CBA9">
            <wp:extent cx="3448050" cy="1708150"/>
            <wp:effectExtent l="0" t="0" r="0" b="6350"/>
            <wp:docPr id="848000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000897" name=""/>
                    <pic:cNvPicPr/>
                  </pic:nvPicPr>
                  <pic:blipFill rotWithShape="1">
                    <a:blip r:embed="rId11"/>
                    <a:srcRect b="14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170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614902" w14:textId="77777777" w:rsidR="0099122B" w:rsidRDefault="00000000">
      <w:pPr>
        <w:spacing w:after="20"/>
        <w:ind w:left="360"/>
      </w:pPr>
      <w:r>
        <w:t>A. Baseline dimensioning</w:t>
      </w:r>
    </w:p>
    <w:p w14:paraId="3E3AB395" w14:textId="77777777" w:rsidR="0099122B" w:rsidRDefault="00000000">
      <w:pPr>
        <w:spacing w:after="20"/>
        <w:ind w:left="360"/>
      </w:pPr>
      <w:r>
        <w:t>B. Chain dimensioning</w:t>
      </w:r>
    </w:p>
    <w:p w14:paraId="6D083D82" w14:textId="77777777" w:rsidR="0099122B" w:rsidRDefault="00000000">
      <w:pPr>
        <w:spacing w:after="20"/>
        <w:ind w:left="360"/>
      </w:pPr>
      <w:r>
        <w:t>C. Radial dimensioning</w:t>
      </w:r>
    </w:p>
    <w:p w14:paraId="702C9105" w14:textId="77777777" w:rsidR="0099122B" w:rsidRDefault="00000000">
      <w:pPr>
        <w:spacing w:after="20"/>
        <w:ind w:left="360"/>
      </w:pPr>
      <w:r>
        <w:t>D. Angular dimensioning</w:t>
      </w:r>
    </w:p>
    <w:p w14:paraId="78C46320" w14:textId="77777777" w:rsidR="0099122B" w:rsidRDefault="00000000">
      <w:r>
        <w:rPr>
          <w:b/>
        </w:rPr>
        <w:t>5. On a drawing, 2 cm represents 3 m on the actual ground. What is the representative fraction (RF)?</w:t>
      </w:r>
    </w:p>
    <w:p w14:paraId="211BBBA3" w14:textId="77777777" w:rsidR="0099122B" w:rsidRDefault="00000000">
      <w:pPr>
        <w:spacing w:after="20"/>
        <w:ind w:left="360"/>
      </w:pPr>
      <w:r>
        <w:t>A. 1/50</w:t>
      </w:r>
    </w:p>
    <w:p w14:paraId="3FFA1D2E" w14:textId="77777777" w:rsidR="0099122B" w:rsidRDefault="00000000">
      <w:pPr>
        <w:spacing w:after="20"/>
        <w:ind w:left="360"/>
      </w:pPr>
      <w:r>
        <w:t>B. 1/100</w:t>
      </w:r>
    </w:p>
    <w:p w14:paraId="793E33B1" w14:textId="77777777" w:rsidR="0099122B" w:rsidRDefault="00000000">
      <w:pPr>
        <w:spacing w:after="20"/>
        <w:ind w:left="360"/>
      </w:pPr>
      <w:r>
        <w:t>C. 1/150</w:t>
      </w:r>
    </w:p>
    <w:p w14:paraId="6252002A" w14:textId="77777777" w:rsidR="0099122B" w:rsidRDefault="00000000">
      <w:pPr>
        <w:spacing w:after="20"/>
        <w:ind w:left="360"/>
      </w:pPr>
      <w:r>
        <w:t>D. 1/200</w:t>
      </w:r>
    </w:p>
    <w:p w14:paraId="7EDD36A0" w14:textId="77777777" w:rsidR="0099122B" w:rsidRDefault="00000000">
      <w:r>
        <w:rPr>
          <w:b/>
        </w:rPr>
        <w:t>6. Which one of the following is a composite material made by combining cement, sand, water and gravel?</w:t>
      </w:r>
    </w:p>
    <w:p w14:paraId="0785A37F" w14:textId="77777777" w:rsidR="0099122B" w:rsidRDefault="00000000">
      <w:pPr>
        <w:spacing w:after="20"/>
        <w:ind w:left="360"/>
      </w:pPr>
      <w:r>
        <w:t>A. Manufactured board</w:t>
      </w:r>
    </w:p>
    <w:p w14:paraId="2CDDECEB" w14:textId="77777777" w:rsidR="0099122B" w:rsidRDefault="00000000">
      <w:pPr>
        <w:spacing w:after="20"/>
        <w:ind w:left="360"/>
      </w:pPr>
      <w:r>
        <w:t>B. Stone</w:t>
      </w:r>
    </w:p>
    <w:p w14:paraId="58D6CC89" w14:textId="77777777" w:rsidR="0099122B" w:rsidRDefault="00000000">
      <w:pPr>
        <w:spacing w:after="20"/>
        <w:ind w:left="360"/>
      </w:pPr>
      <w:r>
        <w:t>C. Brick</w:t>
      </w:r>
    </w:p>
    <w:p w14:paraId="43718374" w14:textId="77777777" w:rsidR="0099122B" w:rsidRDefault="00000000">
      <w:pPr>
        <w:spacing w:after="20"/>
        <w:ind w:left="360"/>
      </w:pPr>
      <w:r>
        <w:t>D. Concrete</w:t>
      </w:r>
    </w:p>
    <w:p w14:paraId="70849BD4" w14:textId="77777777" w:rsidR="0099122B" w:rsidRDefault="00000000">
      <w:pPr>
        <w:rPr>
          <w:b/>
        </w:rPr>
      </w:pPr>
      <w:r>
        <w:rPr>
          <w:b/>
        </w:rPr>
        <w:t>7. A learner uses the instrument shown below to measure the outside diameter of a metal rod. What is the name of the instrument?</w:t>
      </w:r>
    </w:p>
    <w:p w14:paraId="1FD27CF6" w14:textId="291D1F73" w:rsidR="00576F37" w:rsidRDefault="00576F37">
      <w:r w:rsidRPr="00576F37">
        <w:drawing>
          <wp:inline distT="0" distB="0" distL="0" distR="0" wp14:anchorId="5D4C35F6" wp14:editId="5D9652B0">
            <wp:extent cx="3282950" cy="1949450"/>
            <wp:effectExtent l="0" t="0" r="0" b="0"/>
            <wp:docPr id="12092250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22505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82950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AFF8A" w14:textId="77777777" w:rsidR="0099122B" w:rsidRDefault="00000000">
      <w:pPr>
        <w:spacing w:after="20"/>
        <w:ind w:left="360"/>
      </w:pPr>
      <w:r>
        <w:t>A. Vernier calipers</w:t>
      </w:r>
    </w:p>
    <w:p w14:paraId="000A1DCA" w14:textId="77777777" w:rsidR="0099122B" w:rsidRDefault="00000000">
      <w:pPr>
        <w:spacing w:after="20"/>
        <w:ind w:left="360"/>
      </w:pPr>
      <w:r>
        <w:t>B. Micrometer screw gauge</w:t>
      </w:r>
    </w:p>
    <w:p w14:paraId="1F257AE4" w14:textId="77777777" w:rsidR="0099122B" w:rsidRDefault="00000000">
      <w:pPr>
        <w:spacing w:after="20"/>
        <w:ind w:left="360"/>
      </w:pPr>
      <w:r>
        <w:t>C. G-clamp</w:t>
      </w:r>
    </w:p>
    <w:p w14:paraId="7BE8529E" w14:textId="77777777" w:rsidR="0099122B" w:rsidRDefault="00000000">
      <w:pPr>
        <w:spacing w:after="20"/>
        <w:ind w:left="360"/>
      </w:pPr>
      <w:r>
        <w:t>D. Bench vice</w:t>
      </w:r>
    </w:p>
    <w:p w14:paraId="1AB6846B" w14:textId="77777777" w:rsidR="0099122B" w:rsidRDefault="00000000">
      <w:r>
        <w:rPr>
          <w:b/>
        </w:rPr>
        <w:t>8. Which one of the following is NOT a physical property associated with ceramics?</w:t>
      </w:r>
    </w:p>
    <w:p w14:paraId="6702AAA6" w14:textId="77777777" w:rsidR="0099122B" w:rsidRDefault="00000000">
      <w:pPr>
        <w:spacing w:after="20"/>
        <w:ind w:left="360"/>
      </w:pPr>
      <w:r>
        <w:t>A. Hardness</w:t>
      </w:r>
    </w:p>
    <w:p w14:paraId="6C59A1D5" w14:textId="77777777" w:rsidR="0099122B" w:rsidRDefault="00000000">
      <w:pPr>
        <w:spacing w:after="20"/>
        <w:ind w:left="360"/>
      </w:pPr>
      <w:r>
        <w:t>B. Brittleness</w:t>
      </w:r>
    </w:p>
    <w:p w14:paraId="45A24810" w14:textId="77777777" w:rsidR="0099122B" w:rsidRDefault="00000000">
      <w:pPr>
        <w:spacing w:after="20"/>
        <w:ind w:left="360"/>
      </w:pPr>
      <w:r>
        <w:t>C. Conductivity</w:t>
      </w:r>
    </w:p>
    <w:p w14:paraId="7DB36600" w14:textId="77777777" w:rsidR="0099122B" w:rsidRDefault="00000000">
      <w:pPr>
        <w:spacing w:after="20"/>
        <w:ind w:left="360"/>
      </w:pPr>
      <w:r>
        <w:t>D. Resistance to high temperatures</w:t>
      </w:r>
    </w:p>
    <w:p w14:paraId="19C32067" w14:textId="77777777" w:rsidR="0099122B" w:rsidRDefault="00000000">
      <w:pPr>
        <w:rPr>
          <w:b/>
        </w:rPr>
      </w:pPr>
      <w:r>
        <w:rPr>
          <w:b/>
        </w:rPr>
        <w:t>9. A learner makes the repeated lines shown below during a freehand drawing exercise. What type of lines are they?</w:t>
      </w:r>
    </w:p>
    <w:p w14:paraId="3436B301" w14:textId="75557ABD" w:rsidR="00576F37" w:rsidRDefault="00576F37">
      <w:r w:rsidRPr="00576F37">
        <w:drawing>
          <wp:inline distT="0" distB="0" distL="0" distR="0" wp14:anchorId="6B52ADB4" wp14:editId="76F3094C">
            <wp:extent cx="2152650" cy="1282700"/>
            <wp:effectExtent l="0" t="0" r="0" b="0"/>
            <wp:docPr id="8798883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88831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ED566" w14:textId="77777777" w:rsidR="0099122B" w:rsidRDefault="00000000">
      <w:pPr>
        <w:spacing w:after="20"/>
        <w:ind w:left="360"/>
      </w:pPr>
      <w:r>
        <w:t>A. Oblique lines</w:t>
      </w:r>
    </w:p>
    <w:p w14:paraId="4D0D9CEB" w14:textId="77777777" w:rsidR="0099122B" w:rsidRDefault="00000000">
      <w:pPr>
        <w:spacing w:after="20"/>
        <w:ind w:left="360"/>
      </w:pPr>
      <w:r>
        <w:t>B. Curved lines</w:t>
      </w:r>
    </w:p>
    <w:p w14:paraId="1E49CEBF" w14:textId="77777777" w:rsidR="0099122B" w:rsidRDefault="00000000">
      <w:pPr>
        <w:spacing w:after="20"/>
        <w:ind w:left="360"/>
      </w:pPr>
      <w:r>
        <w:t>C. Horizontal lines</w:t>
      </w:r>
    </w:p>
    <w:p w14:paraId="108D3408" w14:textId="77777777" w:rsidR="0099122B" w:rsidRDefault="00000000">
      <w:pPr>
        <w:spacing w:after="20"/>
        <w:ind w:left="360"/>
      </w:pPr>
      <w:r>
        <w:t>D. Vertical lines</w:t>
      </w:r>
    </w:p>
    <w:p w14:paraId="1411C4B1" w14:textId="77777777" w:rsidR="0099122B" w:rsidRDefault="00000000">
      <w:r>
        <w:rPr>
          <w:b/>
        </w:rPr>
        <w:t>10. Rubber is suitable for making gumboots mainly because it</w:t>
      </w:r>
    </w:p>
    <w:p w14:paraId="08B36D1B" w14:textId="77777777" w:rsidR="0099122B" w:rsidRDefault="00000000">
      <w:pPr>
        <w:spacing w:after="20"/>
        <w:ind w:left="360"/>
      </w:pPr>
      <w:r>
        <w:t>A. is flexible</w:t>
      </w:r>
    </w:p>
    <w:p w14:paraId="666D5E20" w14:textId="77777777" w:rsidR="0099122B" w:rsidRDefault="00000000">
      <w:pPr>
        <w:spacing w:after="20"/>
        <w:ind w:left="360"/>
      </w:pPr>
      <w:r>
        <w:t>B. is a poor conductor of electricity</w:t>
      </w:r>
    </w:p>
    <w:p w14:paraId="0CC0F01B" w14:textId="77777777" w:rsidR="0099122B" w:rsidRDefault="00000000">
      <w:pPr>
        <w:spacing w:after="20"/>
        <w:ind w:left="360"/>
      </w:pPr>
      <w:r>
        <w:t>C. does not absorb water easily</w:t>
      </w:r>
    </w:p>
    <w:p w14:paraId="60C806A9" w14:textId="77777777" w:rsidR="0099122B" w:rsidRDefault="00000000">
      <w:pPr>
        <w:spacing w:after="20"/>
        <w:ind w:left="360"/>
      </w:pPr>
      <w:r>
        <w:t>D. is resistant to wear and tear</w:t>
      </w:r>
    </w:p>
    <w:p w14:paraId="74B46CD7" w14:textId="77777777" w:rsidR="0099122B" w:rsidRDefault="00000000">
      <w:r>
        <w:rPr>
          <w:b/>
        </w:rPr>
        <w:t>11. A school wants to prevent unauthorised people from viewing confidential computer records. Which technique is most appropriate?</w:t>
      </w:r>
    </w:p>
    <w:p w14:paraId="48C06014" w14:textId="77777777" w:rsidR="0099122B" w:rsidRDefault="00000000">
      <w:pPr>
        <w:spacing w:after="20"/>
        <w:ind w:left="360"/>
      </w:pPr>
      <w:r>
        <w:t>A. Installing and updating antivirus software</w:t>
      </w:r>
    </w:p>
    <w:p w14:paraId="1732AF5E" w14:textId="77777777" w:rsidR="0099122B" w:rsidRDefault="00000000">
      <w:pPr>
        <w:spacing w:after="20"/>
        <w:ind w:left="360"/>
      </w:pPr>
      <w:r>
        <w:t>B. Creating backups regularly</w:t>
      </w:r>
    </w:p>
    <w:p w14:paraId="0E7E634C" w14:textId="77777777" w:rsidR="0099122B" w:rsidRDefault="00000000">
      <w:pPr>
        <w:spacing w:after="20"/>
        <w:ind w:left="360"/>
      </w:pPr>
      <w:r>
        <w:t>C. Setting user access levels</w:t>
      </w:r>
    </w:p>
    <w:p w14:paraId="21B40C4A" w14:textId="77777777" w:rsidR="0099122B" w:rsidRDefault="00000000">
      <w:pPr>
        <w:spacing w:after="20"/>
        <w:ind w:left="360"/>
      </w:pPr>
      <w:r>
        <w:t>D. Using an easy-to-remember password</w:t>
      </w:r>
    </w:p>
    <w:p w14:paraId="5469ECC5" w14:textId="77777777" w:rsidR="0099122B" w:rsidRDefault="00000000">
      <w:pPr>
        <w:rPr>
          <w:b/>
        </w:rPr>
      </w:pPr>
      <w:r>
        <w:rPr>
          <w:b/>
        </w:rPr>
        <w:t>12. A computer user notices the symbol shown on a system icon. What does the symbol most directly indicate?</w:t>
      </w:r>
    </w:p>
    <w:p w14:paraId="5B71927E" w14:textId="3AFBD80B" w:rsidR="00576F37" w:rsidRDefault="00576F37">
      <w:r w:rsidRPr="00576F37">
        <w:lastRenderedPageBreak/>
        <w:drawing>
          <wp:inline distT="0" distB="0" distL="0" distR="0" wp14:anchorId="6A9BE40D" wp14:editId="5FF97129">
            <wp:extent cx="3060700" cy="1720850"/>
            <wp:effectExtent l="0" t="0" r="6350" b="0"/>
            <wp:docPr id="781916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91639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D2D29" w14:textId="77777777" w:rsidR="0099122B" w:rsidRDefault="00000000">
      <w:pPr>
        <w:spacing w:after="20"/>
        <w:ind w:left="360"/>
      </w:pPr>
      <w:r>
        <w:t>A. The computer battery is low</w:t>
      </w:r>
    </w:p>
    <w:p w14:paraId="54AA77CD" w14:textId="77777777" w:rsidR="0099122B" w:rsidRDefault="00000000">
      <w:pPr>
        <w:spacing w:after="20"/>
        <w:ind w:left="360"/>
      </w:pPr>
      <w:r>
        <w:t>B. A security threat has been detected</w:t>
      </w:r>
    </w:p>
    <w:p w14:paraId="2AC2E1B2" w14:textId="77777777" w:rsidR="0099122B" w:rsidRDefault="00000000">
      <w:pPr>
        <w:spacing w:after="20"/>
        <w:ind w:left="360"/>
      </w:pPr>
      <w:r>
        <w:t>C. System updates are ready to be installed</w:t>
      </w:r>
    </w:p>
    <w:p w14:paraId="11592490" w14:textId="77777777" w:rsidR="0099122B" w:rsidRDefault="00000000">
      <w:pPr>
        <w:spacing w:after="20"/>
        <w:ind w:left="360"/>
      </w:pPr>
      <w:r>
        <w:t>D. The computer is connected to the internet</w:t>
      </w:r>
    </w:p>
    <w:p w14:paraId="23DC52F3" w14:textId="77777777" w:rsidR="0099122B" w:rsidRDefault="00000000">
      <w:r>
        <w:rPr>
          <w:b/>
        </w:rPr>
        <w:t>13. Which one of the following is NOT an application of visual programming?</w:t>
      </w:r>
    </w:p>
    <w:p w14:paraId="5666F550" w14:textId="77777777" w:rsidR="0099122B" w:rsidRDefault="00000000">
      <w:pPr>
        <w:spacing w:after="20"/>
        <w:ind w:left="360"/>
      </w:pPr>
      <w:r>
        <w:t>A. Education</w:t>
      </w:r>
    </w:p>
    <w:p w14:paraId="46DDF161" w14:textId="77777777" w:rsidR="0099122B" w:rsidRDefault="00000000">
      <w:pPr>
        <w:spacing w:after="20"/>
        <w:ind w:left="360"/>
      </w:pPr>
      <w:r>
        <w:t>B. Web development</w:t>
      </w:r>
    </w:p>
    <w:p w14:paraId="4B81DE9E" w14:textId="77777777" w:rsidR="0099122B" w:rsidRDefault="00000000">
      <w:pPr>
        <w:spacing w:after="20"/>
        <w:ind w:left="360"/>
      </w:pPr>
      <w:r>
        <w:t>C. Multimedia production</w:t>
      </w:r>
    </w:p>
    <w:p w14:paraId="50463F12" w14:textId="77777777" w:rsidR="0099122B" w:rsidRDefault="00000000">
      <w:pPr>
        <w:spacing w:after="20"/>
        <w:ind w:left="360"/>
      </w:pPr>
      <w:r>
        <w:t>D. Data cable installation</w:t>
      </w:r>
    </w:p>
    <w:p w14:paraId="31EE700E" w14:textId="77777777" w:rsidR="0099122B" w:rsidRDefault="00000000">
      <w:r>
        <w:rPr>
          <w:b/>
        </w:rPr>
        <w:t>14. In Scratch, which block enables a program to choose between two actions depending on whether a condition is true or false?</w:t>
      </w:r>
    </w:p>
    <w:p w14:paraId="234D8CC0" w14:textId="77777777" w:rsidR="0099122B" w:rsidRDefault="00000000">
      <w:pPr>
        <w:spacing w:after="20"/>
        <w:ind w:left="360"/>
      </w:pPr>
      <w:r>
        <w:t>A. Repeat block</w:t>
      </w:r>
    </w:p>
    <w:p w14:paraId="711D560C" w14:textId="77777777" w:rsidR="0099122B" w:rsidRDefault="00000000">
      <w:pPr>
        <w:spacing w:after="20"/>
        <w:ind w:left="360"/>
      </w:pPr>
      <w:r>
        <w:t>B. If then...else block</w:t>
      </w:r>
    </w:p>
    <w:p w14:paraId="0D7B0253" w14:textId="77777777" w:rsidR="0099122B" w:rsidRDefault="00000000">
      <w:pPr>
        <w:spacing w:after="20"/>
        <w:ind w:left="360"/>
      </w:pPr>
      <w:r>
        <w:t>C. Forever block</w:t>
      </w:r>
    </w:p>
    <w:p w14:paraId="116D87D6" w14:textId="3C3B6CE6" w:rsidR="0099122B" w:rsidRDefault="00000000" w:rsidP="00576F37">
      <w:pPr>
        <w:spacing w:after="20"/>
        <w:ind w:left="360"/>
      </w:pPr>
      <w:r>
        <w:t>D. Wait block</w:t>
      </w:r>
    </w:p>
    <w:p w14:paraId="3200E400" w14:textId="77777777" w:rsidR="0099122B" w:rsidRDefault="00000000">
      <w:pPr>
        <w:rPr>
          <w:b/>
        </w:rPr>
      </w:pPr>
      <w:r>
        <w:rPr>
          <w:b/>
        </w:rPr>
        <w:t>15. The computer icon shown below is commonly used in word-processing applications. What is the name of the icon?</w:t>
      </w:r>
    </w:p>
    <w:p w14:paraId="3B9FB0EE" w14:textId="13D0F32A" w:rsidR="00576F37" w:rsidRDefault="00576F37">
      <w:r w:rsidRPr="00576F37">
        <w:drawing>
          <wp:inline distT="0" distB="0" distL="0" distR="0" wp14:anchorId="520D5A1D" wp14:editId="6E7A2F80">
            <wp:extent cx="2501900" cy="1670050"/>
            <wp:effectExtent l="0" t="0" r="0" b="6350"/>
            <wp:docPr id="640071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07123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7A3DF" w14:textId="77777777" w:rsidR="0099122B" w:rsidRDefault="00000000">
      <w:pPr>
        <w:spacing w:after="20"/>
        <w:ind w:left="360"/>
      </w:pPr>
      <w:r>
        <w:t>A. Save</w:t>
      </w:r>
    </w:p>
    <w:p w14:paraId="5C9693FA" w14:textId="77777777" w:rsidR="0099122B" w:rsidRDefault="00000000">
      <w:pPr>
        <w:spacing w:after="20"/>
        <w:ind w:left="360"/>
      </w:pPr>
      <w:r>
        <w:t>B. Copy</w:t>
      </w:r>
    </w:p>
    <w:p w14:paraId="17B7C23A" w14:textId="77777777" w:rsidR="0099122B" w:rsidRDefault="00000000">
      <w:pPr>
        <w:spacing w:after="20"/>
        <w:ind w:left="360"/>
      </w:pPr>
      <w:r>
        <w:t>C. Paste</w:t>
      </w:r>
    </w:p>
    <w:p w14:paraId="7FA2EDD4" w14:textId="77777777" w:rsidR="0099122B" w:rsidRDefault="00000000">
      <w:pPr>
        <w:spacing w:after="20"/>
        <w:ind w:left="360"/>
      </w:pPr>
      <w:r>
        <w:t>D. Print</w:t>
      </w:r>
    </w:p>
    <w:p w14:paraId="288AD827" w14:textId="77777777" w:rsidR="0099122B" w:rsidRDefault="00000000">
      <w:r>
        <w:rPr>
          <w:b/>
        </w:rPr>
        <w:t>16. Which one of the following is NOT a basic term used in bookkeeping?</w:t>
      </w:r>
    </w:p>
    <w:p w14:paraId="719306A3" w14:textId="77777777" w:rsidR="0099122B" w:rsidRDefault="00000000">
      <w:pPr>
        <w:spacing w:after="20"/>
        <w:ind w:left="360"/>
      </w:pPr>
      <w:r>
        <w:t>A. Assets</w:t>
      </w:r>
    </w:p>
    <w:p w14:paraId="30729D71" w14:textId="77777777" w:rsidR="0099122B" w:rsidRDefault="00000000">
      <w:pPr>
        <w:spacing w:after="20"/>
        <w:ind w:left="360"/>
      </w:pPr>
      <w:r>
        <w:t>B. Liabilities</w:t>
      </w:r>
    </w:p>
    <w:p w14:paraId="380EC634" w14:textId="77777777" w:rsidR="0099122B" w:rsidRDefault="00000000">
      <w:pPr>
        <w:spacing w:after="20"/>
        <w:ind w:left="360"/>
      </w:pPr>
      <w:r>
        <w:t>C. Capital</w:t>
      </w:r>
    </w:p>
    <w:p w14:paraId="29D67DAD" w14:textId="77777777" w:rsidR="0099122B" w:rsidRDefault="00000000">
      <w:pPr>
        <w:spacing w:after="20"/>
        <w:ind w:left="360"/>
      </w:pPr>
      <w:r>
        <w:t>D. Salary</w:t>
      </w:r>
    </w:p>
    <w:p w14:paraId="24A025F3" w14:textId="77777777" w:rsidR="0099122B" w:rsidRDefault="00000000">
      <w:r>
        <w:rPr>
          <w:b/>
        </w:rPr>
        <w:t>17. Which quality is most useful to an entrepreneur starting a small business?</w:t>
      </w:r>
    </w:p>
    <w:p w14:paraId="2EDC956C" w14:textId="77777777" w:rsidR="0099122B" w:rsidRDefault="00000000">
      <w:pPr>
        <w:spacing w:after="20"/>
        <w:ind w:left="360"/>
      </w:pPr>
      <w:r>
        <w:t>A. Ability to take calculated risks</w:t>
      </w:r>
    </w:p>
    <w:p w14:paraId="5F5D2846" w14:textId="77777777" w:rsidR="0099122B" w:rsidRDefault="00000000">
      <w:pPr>
        <w:spacing w:after="20"/>
        <w:ind w:left="360"/>
      </w:pPr>
      <w:r>
        <w:t>B. Avoiding challenges</w:t>
      </w:r>
    </w:p>
    <w:p w14:paraId="13DEEFAE" w14:textId="77777777" w:rsidR="0099122B" w:rsidRDefault="00000000">
      <w:pPr>
        <w:spacing w:after="20"/>
        <w:ind w:left="360"/>
      </w:pPr>
      <w:r>
        <w:t>C. Depending on others to make decisions</w:t>
      </w:r>
    </w:p>
    <w:p w14:paraId="6A9DAF6A" w14:textId="77777777" w:rsidR="0099122B" w:rsidRDefault="00000000">
      <w:pPr>
        <w:spacing w:after="20"/>
        <w:ind w:left="360"/>
      </w:pPr>
      <w:r>
        <w:t>D. Inability to learn new skills</w:t>
      </w:r>
    </w:p>
    <w:p w14:paraId="3E5F611B" w14:textId="77777777" w:rsidR="0099122B" w:rsidRDefault="00000000">
      <w:r>
        <w:rPr>
          <w:b/>
        </w:rPr>
        <w:t>18. Which one of the following is NOT a useful source of business ideas?</w:t>
      </w:r>
    </w:p>
    <w:p w14:paraId="6C1D1C5A" w14:textId="77777777" w:rsidR="0099122B" w:rsidRDefault="00000000">
      <w:pPr>
        <w:spacing w:after="20"/>
        <w:ind w:left="360"/>
      </w:pPr>
      <w:r>
        <w:t>A. Trade fairs and exhibitions</w:t>
      </w:r>
    </w:p>
    <w:p w14:paraId="33D596D7" w14:textId="77777777" w:rsidR="0099122B" w:rsidRDefault="00000000">
      <w:pPr>
        <w:spacing w:after="20"/>
        <w:ind w:left="360"/>
      </w:pPr>
      <w:r>
        <w:t>B. Newspapers</w:t>
      </w:r>
    </w:p>
    <w:p w14:paraId="2408908C" w14:textId="77777777" w:rsidR="0099122B" w:rsidRDefault="00000000">
      <w:pPr>
        <w:spacing w:after="20"/>
        <w:ind w:left="360"/>
      </w:pPr>
      <w:r>
        <w:t>C. Hobbies</w:t>
      </w:r>
    </w:p>
    <w:p w14:paraId="779E078C" w14:textId="77777777" w:rsidR="0099122B" w:rsidRDefault="00000000">
      <w:pPr>
        <w:spacing w:after="20"/>
        <w:ind w:left="360"/>
      </w:pPr>
      <w:r>
        <w:t>D. Office furniture</w:t>
      </w:r>
    </w:p>
    <w:p w14:paraId="04948B03" w14:textId="77777777" w:rsidR="0099122B" w:rsidRDefault="00000000">
      <w:r>
        <w:rPr>
          <w:b/>
        </w:rPr>
        <w:t>19. Which factor can be used to determine the size of a production unit?</w:t>
      </w:r>
    </w:p>
    <w:p w14:paraId="51A59D06" w14:textId="77777777" w:rsidR="0099122B" w:rsidRDefault="00000000">
      <w:pPr>
        <w:spacing w:after="20"/>
        <w:ind w:left="360"/>
      </w:pPr>
      <w:r>
        <w:t>A. Number of customers and selling locations</w:t>
      </w:r>
    </w:p>
    <w:p w14:paraId="5985CC17" w14:textId="77777777" w:rsidR="0099122B" w:rsidRDefault="00000000">
      <w:pPr>
        <w:spacing w:after="20"/>
        <w:ind w:left="360"/>
      </w:pPr>
      <w:r>
        <w:t>B. Methods used to advertise products</w:t>
      </w:r>
    </w:p>
    <w:p w14:paraId="7CF3712F" w14:textId="77777777" w:rsidR="0099122B" w:rsidRDefault="00000000">
      <w:pPr>
        <w:spacing w:after="20"/>
        <w:ind w:left="360"/>
      </w:pPr>
      <w:r>
        <w:t>C. Number of employees and amount of output produced</w:t>
      </w:r>
    </w:p>
    <w:p w14:paraId="224A0852" w14:textId="77777777" w:rsidR="0099122B" w:rsidRDefault="00000000">
      <w:pPr>
        <w:spacing w:after="20"/>
        <w:ind w:left="360"/>
      </w:pPr>
      <w:r>
        <w:t>D. Name of the business and ownership structure</w:t>
      </w:r>
    </w:p>
    <w:p w14:paraId="0D2DE92A" w14:textId="77777777" w:rsidR="0099122B" w:rsidRDefault="00000000">
      <w:r>
        <w:rPr>
          <w:b/>
        </w:rPr>
        <w:t>20. Which one of the following is a financial goal of a business?</w:t>
      </w:r>
    </w:p>
    <w:p w14:paraId="3556ACA7" w14:textId="77777777" w:rsidR="0099122B" w:rsidRDefault="00000000">
      <w:pPr>
        <w:spacing w:after="20"/>
        <w:ind w:left="360"/>
      </w:pPr>
      <w:r>
        <w:t>A. Increasing profits and reducing unnecessary expenses</w:t>
      </w:r>
    </w:p>
    <w:p w14:paraId="592A4594" w14:textId="77777777" w:rsidR="0099122B" w:rsidRDefault="00000000">
      <w:pPr>
        <w:spacing w:after="20"/>
        <w:ind w:left="360"/>
      </w:pPr>
      <w:r>
        <w:t>B. Improving products and attracting more customers</w:t>
      </w:r>
    </w:p>
    <w:p w14:paraId="45BC2079" w14:textId="77777777" w:rsidR="0099122B" w:rsidRDefault="00000000">
      <w:pPr>
        <w:spacing w:after="20"/>
        <w:ind w:left="360"/>
      </w:pPr>
      <w:r>
        <w:t>C. Choosing locations and expanding branches</w:t>
      </w:r>
    </w:p>
    <w:p w14:paraId="5D369666" w14:textId="77777777" w:rsidR="0099122B" w:rsidRDefault="00000000">
      <w:pPr>
        <w:spacing w:after="20"/>
        <w:ind w:left="360"/>
      </w:pPr>
      <w:r>
        <w:t>D. Creating adverts and promoting products</w:t>
      </w:r>
    </w:p>
    <w:p w14:paraId="3F4BB3C7" w14:textId="77777777" w:rsidR="00576F37" w:rsidRDefault="00576F37">
      <w:pPr>
        <w:sectPr w:rsidR="00576F37" w:rsidSect="00576F37">
          <w:headerReference w:type="default" r:id="rId24"/>
          <w:headerReference w:type="first" r:id="rId25"/>
          <w:headerReference w:type="even" r:id="rId26"/>
          <w:footerReference w:type="default" r:id="rId27"/>
          <w:footerReference w:type="first" r:id="rId28"/>
          <w:footerReference w:type="even" r:id="rId29"/>
          <w:type w:val="continuous"/>
          <w:pgSz w:w="12240" w:h="15840"/>
          <w:pgMar w:top="792" w:right="936" w:bottom="792" w:left="936" w:header="720" w:footer="720" w:gutter="0"/>
          <w:cols w:num="2" w:space="720"/>
          <w:docGrid w:linePitch="360"/>
        </w:sectPr>
      </w:pPr>
    </w:p>
    <w:p w14:paraId="1234BC19" w14:textId="77777777" w:rsidR="0099122B" w:rsidRDefault="00000000">
      <w:r>
        <w:br w:type="page"/>
      </w:r>
    </w:p>
    <w:p w14:paraId="0C20B3EC" w14:textId="77777777" w:rsidR="0099122B" w:rsidRDefault="00000000">
      <w:pPr>
        <w:pStyle w:val="Heading1"/>
      </w:pPr>
      <w:r>
        <w:lastRenderedPageBreak/>
        <w:t>SECTION B – SHORT STRUCTURED QUESTIONS (30 marks)</w:t>
      </w:r>
    </w:p>
    <w:p w14:paraId="5DA317FC" w14:textId="77777777" w:rsidR="0099122B" w:rsidRDefault="00000000">
      <w:r>
        <w:rPr>
          <w:b/>
        </w:rPr>
        <w:t xml:space="preserve">21. State three likely causes of fire in a school. </w:t>
      </w:r>
      <w:r>
        <w:t>(3 marks)</w:t>
      </w:r>
    </w:p>
    <w:p w14:paraId="54DC01AD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17392F9A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07E3F40D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4F1646AD" w14:textId="77777777" w:rsidR="0099122B" w:rsidRDefault="00000000">
      <w:r>
        <w:rPr>
          <w:b/>
        </w:rPr>
        <w:t xml:space="preserve">22. A plain scale is used in maps and drawings to represent distances in reduced form. State three features of a plain scale. </w:t>
      </w:r>
      <w:r>
        <w:t>(3 marks)</w:t>
      </w:r>
    </w:p>
    <w:p w14:paraId="24A23E48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7F3C050D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3C9ACD11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19B9DD12" w14:textId="77777777" w:rsidR="0099122B" w:rsidRPr="00576F37" w:rsidRDefault="00000000">
      <w:pPr>
        <w:rPr>
          <w:b/>
        </w:rPr>
      </w:pPr>
      <w:r>
        <w:rPr>
          <w:b/>
        </w:rPr>
        <w:t>23</w:t>
      </w:r>
      <w:r w:rsidRPr="00576F37">
        <w:rPr>
          <w:b/>
        </w:rPr>
        <w:t>. Non-metallic materials are commonly used in making different products.</w:t>
      </w:r>
    </w:p>
    <w:p w14:paraId="0A62B17E" w14:textId="77777777" w:rsidR="0099122B" w:rsidRDefault="00000000">
      <w:r>
        <w:t>(a) State three examples of non-metallic materials used in production. (3 marks)</w:t>
      </w:r>
    </w:p>
    <w:p w14:paraId="073FD9DC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37959168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7FF81D5E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6C8B9023" w14:textId="77777777" w:rsidR="0099122B" w:rsidRDefault="00000000">
      <w:r>
        <w:t>(b) State one use of each material named in (a). (3 marks)</w:t>
      </w:r>
    </w:p>
    <w:p w14:paraId="41258B9F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586A24CF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7B12EF10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2705D599" w14:textId="41C803DE" w:rsidR="0099122B" w:rsidRDefault="00000000">
      <w:r>
        <w:rPr>
          <w:b/>
        </w:rPr>
        <w:t xml:space="preserve">24. Use the stippling technique to complete the given freehand drawing </w:t>
      </w:r>
      <w:r w:rsidR="00E236B2">
        <w:rPr>
          <w:b/>
        </w:rPr>
        <w:t>below</w:t>
      </w:r>
      <w:r>
        <w:rPr>
          <w:b/>
        </w:rPr>
        <w:t xml:space="preserve">. </w:t>
      </w:r>
      <w:r>
        <w:t>(4 marks)</w:t>
      </w:r>
    </w:p>
    <w:p w14:paraId="50BC8CB3" w14:textId="4643F1F7" w:rsidR="00E236B2" w:rsidRDefault="00E236B2">
      <w:r w:rsidRPr="00E236B2">
        <w:drawing>
          <wp:inline distT="0" distB="0" distL="0" distR="0" wp14:anchorId="37A67C2E" wp14:editId="0FCE210E">
            <wp:extent cx="6583680" cy="3594100"/>
            <wp:effectExtent l="0" t="0" r="7620" b="6350"/>
            <wp:docPr id="1747248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24881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00FEC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1FCF9333" w14:textId="77777777" w:rsidR="0099122B" w:rsidRDefault="00000000">
      <w:r>
        <w:rPr>
          <w:b/>
        </w:rPr>
        <w:lastRenderedPageBreak/>
        <w:t xml:space="preserve">25. A learner wants to start a small bakery near a shopping centre. State three factors that should be considered before starting the business. </w:t>
      </w:r>
      <w:r>
        <w:t>(3 marks)</w:t>
      </w:r>
    </w:p>
    <w:p w14:paraId="794EC36C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5DABF367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28A5A949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765C1A73" w14:textId="77777777" w:rsidR="0099122B" w:rsidRDefault="00000000">
      <w:r>
        <w:rPr>
          <w:b/>
        </w:rPr>
        <w:t xml:space="preserve">26. A learner is typing a document on a computer. State one use of each of the following keyboard keys: </w:t>
      </w:r>
      <w:r>
        <w:t>(3 marks)</w:t>
      </w:r>
    </w:p>
    <w:p w14:paraId="466FB22D" w14:textId="77777777" w:rsidR="0099122B" w:rsidRDefault="00000000">
      <w:r>
        <w:t>a) Caps Lock</w:t>
      </w:r>
    </w:p>
    <w:p w14:paraId="461340B0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6BA57FB2" w14:textId="77777777" w:rsidR="0099122B" w:rsidRDefault="00000000">
      <w:r>
        <w:t>b) Backspace</w:t>
      </w:r>
    </w:p>
    <w:p w14:paraId="4720AEBF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4BDCC28F" w14:textId="77777777" w:rsidR="0099122B" w:rsidRDefault="00000000">
      <w:r>
        <w:t>c) Enter</w:t>
      </w:r>
    </w:p>
    <w:p w14:paraId="6F20B460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54B4AB34" w14:textId="77777777" w:rsidR="0099122B" w:rsidRDefault="00000000">
      <w:r>
        <w:rPr>
          <w:b/>
        </w:rPr>
        <w:t xml:space="preserve">27. Online threats are dangers that users may encounter when using the internet and digital services. Explain the meaning of the following online threats. </w:t>
      </w:r>
      <w:r>
        <w:t>(4 marks)</w:t>
      </w:r>
    </w:p>
    <w:p w14:paraId="3218CC1F" w14:textId="77777777" w:rsidR="0099122B" w:rsidRDefault="00000000">
      <w:r>
        <w:t>(a) Phishing</w:t>
      </w:r>
    </w:p>
    <w:p w14:paraId="7C5BA01E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621A9D73" w14:textId="77777777" w:rsidR="0099122B" w:rsidRDefault="00000000">
      <w:r>
        <w:t>(b) Cyberbullying</w:t>
      </w:r>
    </w:p>
    <w:p w14:paraId="32173D0A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408D7090" w14:textId="77777777" w:rsidR="0099122B" w:rsidRDefault="00000000">
      <w:r>
        <w:t>(c) Hacking</w:t>
      </w:r>
    </w:p>
    <w:p w14:paraId="0D242C8B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3FCD7702" w14:textId="77777777" w:rsidR="0099122B" w:rsidRDefault="00000000">
      <w:r>
        <w:t>(d) Impersonation</w:t>
      </w:r>
    </w:p>
    <w:p w14:paraId="485B6F81" w14:textId="77777777" w:rsidR="0099122B" w:rsidRDefault="00000000">
      <w:pPr>
        <w:spacing w:after="40"/>
      </w:pPr>
      <w:r>
        <w:t>________________________________________________________________________________</w:t>
      </w:r>
    </w:p>
    <w:p w14:paraId="2A1EABBA" w14:textId="58285EF0" w:rsidR="00E236B2" w:rsidRDefault="00000000" w:rsidP="00E236B2">
      <w:r>
        <w:rPr>
          <w:b/>
        </w:rPr>
        <w:t xml:space="preserve">28. Name each of the following computer storage devices shown </w:t>
      </w:r>
      <w:r w:rsidR="00E236B2">
        <w:rPr>
          <w:b/>
        </w:rPr>
        <w:t>below</w:t>
      </w:r>
      <w:r>
        <w:rPr>
          <w:b/>
        </w:rPr>
        <w:t xml:space="preserve">. </w:t>
      </w:r>
      <w:r>
        <w:t>(3 marks)</w:t>
      </w:r>
      <w:r w:rsidR="00E236B2" w:rsidRPr="00E236B2">
        <w:drawing>
          <wp:inline distT="0" distB="0" distL="0" distR="0" wp14:anchorId="41B3A09D" wp14:editId="4FFDEC57">
            <wp:extent cx="3149600" cy="1835150"/>
            <wp:effectExtent l="0" t="0" r="0" b="0"/>
            <wp:docPr id="1138172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17212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B86DD" w14:textId="77777777" w:rsidR="00E236B2" w:rsidRDefault="00E236B2" w:rsidP="00E236B2">
      <w:pPr>
        <w:spacing w:after="40"/>
      </w:pPr>
      <w:r>
        <w:t>________________________________________________________________________________</w:t>
      </w:r>
    </w:p>
    <w:p w14:paraId="305E03AF" w14:textId="77777777" w:rsidR="00E236B2" w:rsidRDefault="00E236B2" w:rsidP="00E236B2">
      <w:pPr>
        <w:spacing w:after="40"/>
      </w:pPr>
      <w:r>
        <w:t>________________________________________________________________________________</w:t>
      </w:r>
    </w:p>
    <w:p w14:paraId="234BDCB0" w14:textId="22880B5B" w:rsidR="00E236B2" w:rsidRDefault="00E236B2">
      <w:pPr>
        <w:spacing w:after="40"/>
      </w:pPr>
      <w:r>
        <w:t>________________________________________________________________________________</w:t>
      </w:r>
    </w:p>
    <w:p w14:paraId="5AAFA794" w14:textId="77777777" w:rsidR="0099122B" w:rsidRDefault="00000000">
      <w:r>
        <w:rPr>
          <w:b/>
        </w:rPr>
        <w:t xml:space="preserve">29. Name one application software used to create and display information in the form of slides during a presentation. </w:t>
      </w:r>
      <w:r>
        <w:t>(1 mark)</w:t>
      </w:r>
    </w:p>
    <w:p w14:paraId="1FBCCABC" w14:textId="77777777" w:rsidR="0099122B" w:rsidRDefault="00000000">
      <w:pPr>
        <w:spacing w:after="40"/>
      </w:pPr>
      <w:r>
        <w:t>________________________________________________________________________________</w:t>
      </w:r>
    </w:p>
    <w:sectPr w:rsidR="0099122B" w:rsidSect="00576F37">
      <w:headerReference w:type="default" r:id="rId30"/>
      <w:headerReference w:type="first" r:id="rId31"/>
      <w:headerReference w:type="even" r:id="rId32"/>
      <w:footerReference w:type="default" r:id="rId33"/>
      <w:footerReference w:type="first" r:id="rId34"/>
      <w:footerReference w:type="even" r:id="rId35"/>
      <w:type w:val="continuous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32DD5" w14:textId="77777777" w:rsidR="00F3189D" w:rsidRDefault="00F3189D">
      <w:pPr>
        <w:spacing w:after="0" w:line="240" w:lineRule="auto"/>
      </w:pPr>
      <w:r>
        <w:separator/>
      </w:r>
    </w:p>
  </w:endnote>
  <w:endnote w:type="continuationSeparator" w:id="0">
    <w:p w14:paraId="11C0AB05" w14:textId="77777777" w:rsidR="00F3189D" w:rsidRDefault="00F3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3AE3B" w14:textId="77777777" w:rsidR="0099122B" w:rsidRDefault="00000000">
    <w:pPr>
      <w:pStyle w:val="Footer"/>
      <w:jc w:val="center"/>
    </w:pPr>
    <w:r>
      <w:rPr>
        <w:sz w:val="16"/>
      </w:rPr>
      <w:t>PRE-TECHNICAL STUDIES</w:t>
    </w:r>
    <w:r>
      <w:fldChar w:fldCharType="begin"/>
    </w:r>
    <w:r>
      <w:instrText>PAGE</w:instrText>
    </w:r>
    <w:r w:rsidR="00576F37">
      <w:fldChar w:fldCharType="separate"/>
    </w:r>
    <w:r w:rsidR="00576F37">
      <w:rPr>
        <w:noProof/>
      </w:rPr>
      <w:t>1</w:t>
    </w:r>
    <w: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BFEE3" w14:textId="77777777" w:rsidR="00F3189D" w:rsidRDefault="00F3189D">
      <w:pPr>
        <w:spacing w:after="0" w:line="240" w:lineRule="auto"/>
      </w:pPr>
      <w:r>
        <w:separator/>
      </w:r>
    </w:p>
  </w:footnote>
  <w:footnote w:type="continuationSeparator" w:id="0">
    <w:p w14:paraId="30D4EF5A" w14:textId="77777777" w:rsidR="00F3189D" w:rsidRDefault="00F3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1283D" w14:textId="77777777" w:rsidR="0099122B" w:rsidRDefault="00000000">
    <w:pPr>
      <w:pStyle w:val="Header"/>
      <w:jc w:val="center"/>
    </w:pPr>
    <w:r>
      <w:rPr>
        <w:b/>
        <w:sz w:val="16"/>
      </w:rPr>
      <w:t xml:space="preserve">  |  GRADE 8  |  2026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827A45"/>
    <w:multiLevelType w:val="hybridMultilevel"/>
    <w:tmpl w:val="E736A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461331">
    <w:abstractNumId w:val="8"/>
  </w:num>
  <w:num w:numId="2" w16cid:durableId="2029329743">
    <w:abstractNumId w:val="6"/>
  </w:num>
  <w:num w:numId="3" w16cid:durableId="1742369483">
    <w:abstractNumId w:val="5"/>
  </w:num>
  <w:num w:numId="4" w16cid:durableId="1311708665">
    <w:abstractNumId w:val="4"/>
  </w:num>
  <w:num w:numId="5" w16cid:durableId="1600672002">
    <w:abstractNumId w:val="7"/>
  </w:num>
  <w:num w:numId="6" w16cid:durableId="946812054">
    <w:abstractNumId w:val="3"/>
  </w:num>
  <w:num w:numId="7" w16cid:durableId="174344688">
    <w:abstractNumId w:val="2"/>
  </w:num>
  <w:num w:numId="8" w16cid:durableId="704792484">
    <w:abstractNumId w:val="1"/>
  </w:num>
  <w:num w:numId="9" w16cid:durableId="1627931441">
    <w:abstractNumId w:val="0"/>
  </w:num>
  <w:num w:numId="10" w16cid:durableId="651832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519"/>
    <w:rsid w:val="00034616"/>
    <w:rsid w:val="0006063C"/>
    <w:rsid w:val="0015074B"/>
    <w:rsid w:val="0029639D"/>
    <w:rsid w:val="00326F90"/>
    <w:rsid w:val="00576F37"/>
    <w:rsid w:val="0099122B"/>
    <w:rsid w:val="00AA1D8D"/>
    <w:rsid w:val="00B47730"/>
    <w:rsid w:val="00CB0664"/>
    <w:rsid w:val="00E236B2"/>
    <w:rsid w:val="00F318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5EFF18"/>
  <w14:defaultImageDpi w14:val="300"/>
  <w15:docId w15:val="{BF6A659A-0167-467E-AA45-7D4D269C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0" Type="http://schemas.openxmlformats.org/officeDocument/2006/relationships/header" Target="header2.xml"/><Relationship Id="rId21" Type="http://schemas.openxmlformats.org/officeDocument/2006/relationships/header" Target="header3.xml"/><Relationship Id="rId22" Type="http://schemas.openxmlformats.org/officeDocument/2006/relationships/footer" Target="footer2.xml"/><Relationship Id="rId23" Type="http://schemas.openxmlformats.org/officeDocument/2006/relationships/footer" Target="footer3.xml"/><Relationship Id="rId24" Type="http://schemas.openxmlformats.org/officeDocument/2006/relationships/header" Target="header4.xml"/><Relationship Id="rId25" Type="http://schemas.openxmlformats.org/officeDocument/2006/relationships/header" Target="header5.xml"/><Relationship Id="rId26" Type="http://schemas.openxmlformats.org/officeDocument/2006/relationships/header" Target="header6.xml"/><Relationship Id="rId27" Type="http://schemas.openxmlformats.org/officeDocument/2006/relationships/footer" Target="footer4.xml"/><Relationship Id="rId28" Type="http://schemas.openxmlformats.org/officeDocument/2006/relationships/footer" Target="footer5.xml"/><Relationship Id="rId29" Type="http://schemas.openxmlformats.org/officeDocument/2006/relationships/footer" Target="footer6.xml"/><Relationship Id="rId30" Type="http://schemas.openxmlformats.org/officeDocument/2006/relationships/header" Target="header7.xml"/><Relationship Id="rId31" Type="http://schemas.openxmlformats.org/officeDocument/2006/relationships/header" Target="header8.xml"/><Relationship Id="rId32" Type="http://schemas.openxmlformats.org/officeDocument/2006/relationships/header" Target="header9.xml"/><Relationship Id="rId33" Type="http://schemas.openxmlformats.org/officeDocument/2006/relationships/footer" Target="footer7.xml"/><Relationship Id="rId34" Type="http://schemas.openxmlformats.org/officeDocument/2006/relationships/footer" Target="footer8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2026-09-21T20:15:00Z</dcterms:modified>
  <cp:category/>
</cp:coreProperties>
</file>