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A91C5" w14:textId="77777777" w:rsidR="00C760B9" w:rsidRDefault="00000000">
      <w:pPr>
        <w:jc w:val="center"/>
      </w:pPr>
      <w:r>
        <w:rPr>
          <w:b/>
          <w:sz w:val="26"/>
        </w:rPr>
        <w:t>GRADE 8 – 2026</w:t>
      </w:r>
    </w:p>
    <w:p w14:paraId="22E70EBB" w14:textId="77777777" w:rsidR="00C760B9" w:rsidRDefault="00000000">
      <w:pPr>
        <w:jc w:val="center"/>
      </w:pPr>
      <w:r>
        <w:rPr>
          <w:b/>
          <w:sz w:val="30"/>
        </w:rPr>
        <w:t>MATHEMATICS</w:t>
      </w:r>
    </w:p>
    <w:p w14:paraId="152CDF72" w14:textId="77777777" w:rsidR="00C760B9" w:rsidRDefault="00000000">
      <w:pPr>
        <w:jc w:val="center"/>
      </w:pPr>
      <w:r>
        <w:rPr>
          <w:b/>
        </w:rPr>
        <w:t>Time: 1 hour 40 minutes   |   Total: 50 marks</w:t>
      </w:r>
    </w:p>
    <w:tbl>
      <w:tblPr>
        <w:tblStyle w:val="TableGrid"/>
        <w:tblW w:w="0" w:type="auto"/>
        <w:jc w:val="center"/>
        <w:tblLook w:val="04A0" w:firstRow="1" w:lastRow="0" w:firstColumn="1" w:lastColumn="0" w:noHBand="0" w:noVBand="1"/>
      </w:tblPr>
      <w:tblGrid>
        <w:gridCol w:w="2592"/>
        <w:gridCol w:w="2592"/>
        <w:gridCol w:w="2592"/>
        <w:gridCol w:w="2592"/>
      </w:tblGrid>
      <w:tr w:rsidR="00C760B9" w14:paraId="76496D14" w14:textId="77777777">
        <w:trPr>
          <w:jc w:val="center"/>
        </w:trPr>
        <w:tc>
          <w:tcPr>
            <w:tcW w:w="2592" w:type="dxa"/>
            <w:shd w:val="clear" w:color="auto" w:fill="D9EAF7"/>
          </w:tcPr>
          <w:p w14:paraId="7584E523" w14:textId="77777777" w:rsidR="00C760B9" w:rsidRDefault="00000000">
            <w:r>
              <w:rPr>
                <w:b/>
              </w:rPr>
              <w:t>Learner’s Name</w:t>
            </w:r>
          </w:p>
        </w:tc>
        <w:tc>
          <w:tcPr>
            <w:tcW w:w="2592" w:type="dxa"/>
            <w:shd w:val="clear" w:color="auto" w:fill="D9EAF7"/>
          </w:tcPr>
          <w:p w14:paraId="06576FEC" w14:textId="77777777" w:rsidR="00C760B9" w:rsidRDefault="00000000">
            <w:r>
              <w:rPr>
                <w:b/>
              </w:rPr>
              <w:t>Assessment Number</w:t>
            </w:r>
          </w:p>
        </w:tc>
        <w:tc>
          <w:tcPr>
            <w:tcW w:w="2592" w:type="dxa"/>
            <w:shd w:val="clear" w:color="auto" w:fill="D9EAF7"/>
          </w:tcPr>
          <w:p w14:paraId="636D5C1E" w14:textId="77777777" w:rsidR="00C760B9" w:rsidRDefault="00000000">
            <w:r>
              <w:rPr>
                <w:b/>
              </w:rPr>
              <w:t>School Name</w:t>
            </w:r>
          </w:p>
        </w:tc>
        <w:tc>
          <w:tcPr>
            <w:tcW w:w="2592" w:type="dxa"/>
            <w:shd w:val="clear" w:color="auto" w:fill="D9EAF7"/>
          </w:tcPr>
          <w:p w14:paraId="7573CB41" w14:textId="77777777" w:rsidR="00C760B9" w:rsidRDefault="00000000">
            <w:r>
              <w:rPr>
                <w:b/>
              </w:rPr>
              <w:t>School Code</w:t>
            </w:r>
          </w:p>
        </w:tc>
      </w:tr>
    </w:tbl>
    <w:p w14:paraId="2E4CD2B3" w14:textId="77777777" w:rsidR="00C760B9" w:rsidRDefault="00000000">
      <w:pPr>
        <w:pStyle w:val="Heading1"/>
      </w:pPr>
      <w:r>
        <w:t>INSTRUCTIONS TO LEARNERS</w:t>
      </w:r>
    </w:p>
    <w:p w14:paraId="543BEA21" w14:textId="77777777" w:rsidR="00C760B9" w:rsidRDefault="00000000" w:rsidP="00371182">
      <w:pPr>
        <w:pStyle w:val="ListParagraph"/>
        <w:numPr>
          <w:ilvl w:val="0"/>
          <w:numId w:val="10"/>
        </w:numPr>
      </w:pPr>
      <w:r>
        <w:t>Write your name and assessment number in the spaces provided.</w:t>
      </w:r>
    </w:p>
    <w:p w14:paraId="1991CA4F" w14:textId="77777777" w:rsidR="00C760B9" w:rsidRDefault="00000000" w:rsidP="00371182">
      <w:pPr>
        <w:pStyle w:val="ListParagraph"/>
        <w:numPr>
          <w:ilvl w:val="0"/>
          <w:numId w:val="10"/>
        </w:numPr>
      </w:pPr>
      <w:r>
        <w:t>Write the name and code of your school in the spaces provided.</w:t>
      </w:r>
    </w:p>
    <w:p w14:paraId="090AF5C5" w14:textId="77777777" w:rsidR="00C760B9" w:rsidRDefault="00000000" w:rsidP="00371182">
      <w:pPr>
        <w:pStyle w:val="ListParagraph"/>
        <w:numPr>
          <w:ilvl w:val="0"/>
          <w:numId w:val="10"/>
        </w:numPr>
      </w:pPr>
      <w:r>
        <w:t>Sign and write the date of the assessment in the spaces provided.</w:t>
      </w:r>
    </w:p>
    <w:p w14:paraId="04833B78" w14:textId="77777777" w:rsidR="00C760B9" w:rsidRDefault="00000000" w:rsidP="00371182">
      <w:pPr>
        <w:pStyle w:val="ListParagraph"/>
        <w:numPr>
          <w:ilvl w:val="0"/>
          <w:numId w:val="10"/>
        </w:numPr>
      </w:pPr>
      <w:r>
        <w:t>This question paper consists of TWO sections: A and B.</w:t>
      </w:r>
    </w:p>
    <w:p w14:paraId="398D2736" w14:textId="77777777" w:rsidR="00C760B9" w:rsidRDefault="00000000" w:rsidP="00371182">
      <w:pPr>
        <w:pStyle w:val="ListParagraph"/>
        <w:numPr>
          <w:ilvl w:val="0"/>
          <w:numId w:val="10"/>
        </w:numPr>
      </w:pPr>
      <w:r>
        <w:t>Answer ALL questions in Section A on the separate answer sheet provided.</w:t>
      </w:r>
    </w:p>
    <w:p w14:paraId="77261A6E" w14:textId="77777777" w:rsidR="00C760B9" w:rsidRDefault="00000000" w:rsidP="00371182">
      <w:pPr>
        <w:pStyle w:val="ListParagraph"/>
        <w:numPr>
          <w:ilvl w:val="0"/>
          <w:numId w:val="10"/>
        </w:numPr>
      </w:pPr>
      <w:r>
        <w:t>Answer ALL questions in Section B in the spaces provided in this question paper.</w:t>
      </w:r>
    </w:p>
    <w:p w14:paraId="0BD0E9AC" w14:textId="77777777" w:rsidR="00C760B9" w:rsidRDefault="00000000" w:rsidP="00371182">
      <w:pPr>
        <w:pStyle w:val="ListParagraph"/>
        <w:numPr>
          <w:ilvl w:val="0"/>
          <w:numId w:val="10"/>
        </w:numPr>
      </w:pPr>
      <w:r>
        <w:t>Show all your workings in Section B.</w:t>
      </w:r>
    </w:p>
    <w:p w14:paraId="68A11AC3" w14:textId="77777777" w:rsidR="00C760B9" w:rsidRDefault="00000000" w:rsidP="00371182">
      <w:pPr>
        <w:pStyle w:val="ListParagraph"/>
        <w:numPr>
          <w:ilvl w:val="0"/>
          <w:numId w:val="10"/>
        </w:numPr>
      </w:pPr>
      <w:r>
        <w:t>Non-programmable calculators may be used except where a question requires otherwise.</w:t>
      </w:r>
    </w:p>
    <w:p w14:paraId="078C9C49" w14:textId="77777777" w:rsidR="00C760B9" w:rsidRDefault="00000000" w:rsidP="00371182">
      <w:pPr>
        <w:pStyle w:val="ListParagraph"/>
        <w:numPr>
          <w:ilvl w:val="0"/>
          <w:numId w:val="10"/>
        </w:numPr>
      </w:pPr>
      <w:r>
        <w:t>Give non-exact numerical answers correct to 3 significant figures and angles to 1 decimal place unless another accuracy is specified.</w:t>
      </w:r>
    </w:p>
    <w:p w14:paraId="38545025" w14:textId="77777777" w:rsidR="00C760B9" w:rsidRDefault="00000000" w:rsidP="00371182">
      <w:pPr>
        <w:pStyle w:val="ListParagraph"/>
        <w:numPr>
          <w:ilvl w:val="0"/>
          <w:numId w:val="10"/>
        </w:numPr>
      </w:pPr>
      <w:r>
        <w:t>Use π = 3.142 or the calculator value where required.</w:t>
      </w:r>
    </w:p>
    <w:p w14:paraId="15937B0E" w14:textId="77777777" w:rsidR="00C760B9" w:rsidRDefault="00000000" w:rsidP="00371182">
      <w:pPr>
        <w:pStyle w:val="ListParagraph"/>
        <w:numPr>
          <w:ilvl w:val="0"/>
          <w:numId w:val="10"/>
        </w:numPr>
      </w:pPr>
      <w:r>
        <w:t>Do not remove any page from this question paper.</w:t>
      </w:r>
    </w:p>
    <w:p w14:paraId="55E472DE" w14:textId="77777777" w:rsidR="00C760B9" w:rsidRDefault="00000000" w:rsidP="00371182">
      <w:pPr>
        <w:pStyle w:val="ListParagraph"/>
        <w:numPr>
          <w:ilvl w:val="0"/>
          <w:numId w:val="10"/>
        </w:numPr>
      </w:pPr>
      <w:r>
        <w:t>Answer all questions in English.</w:t>
      </w:r>
    </w:p>
    <w:p w14:paraId="3817A3FD" w14:textId="77777777" w:rsidR="00C760B9" w:rsidRDefault="00000000">
      <w:pPr>
        <w:pStyle w:val="Heading1"/>
      </w:pPr>
      <w:r>
        <w:t>SECTION A – MULTIPLE CHOICE QUESTIONS (20 marks)</w:t>
      </w:r>
    </w:p>
    <w:p w14:paraId="7DFAE59E" w14:textId="77777777" w:rsidR="00C760B9" w:rsidRDefault="00000000">
      <w:r>
        <w:t>For each question, choose the one correct answer.</w:t>
      </w:r>
    </w:p>
    <w:p w14:paraId="67B61BF1" w14:textId="77777777" w:rsidR="00371182" w:rsidRDefault="00371182">
      <w:pPr>
        <w:rPr>
          <w:b/>
        </w:rPr>
        <w:sectPr w:rsidR="00371182" w:rsidSect="00034616">
          <w:headerReference w:type="default" r:id="rId8"/>
          <w:footerReference w:type="default" r:id="rId9"/>
          <w:headerReference w:type="first" r:id="rId15"/>
          <w:headerReference w:type="even" r:id="rId16"/>
          <w:footerReference w:type="first" r:id="rId17"/>
          <w:footerReference w:type="even" r:id="rId18"/>
          <w:pgSz w:w="12240" w:h="15840"/>
          <w:pgMar w:top="792" w:right="936" w:bottom="792" w:left="936" w:header="720" w:footer="720" w:gutter="0"/>
          <w:cols w:space="720"/>
          <w:docGrid w:linePitch="360"/>
        </w:sectPr>
      </w:pPr>
    </w:p>
    <w:p w14:paraId="1D47CDE5" w14:textId="77777777" w:rsidR="00C760B9" w:rsidRDefault="00000000">
      <w:r>
        <w:rPr>
          <w:b/>
        </w:rPr>
        <w:t>1. A game gives a learner 60 points. She earns 18 bonus points, loses 9 points, and then loses another 12 points. What is her final score?</w:t>
      </w:r>
    </w:p>
    <w:p w14:paraId="66B28874" w14:textId="77777777" w:rsidR="00C760B9" w:rsidRDefault="00000000">
      <w:pPr>
        <w:spacing w:after="20"/>
        <w:ind w:left="360"/>
      </w:pPr>
      <w:r>
        <w:t>A. 57</w:t>
      </w:r>
    </w:p>
    <w:p w14:paraId="6A29C82B" w14:textId="77777777" w:rsidR="00C760B9" w:rsidRDefault="00000000">
      <w:pPr>
        <w:spacing w:after="20"/>
        <w:ind w:left="360"/>
      </w:pPr>
      <w:r>
        <w:t>B. 69</w:t>
      </w:r>
    </w:p>
    <w:p w14:paraId="5FF10764" w14:textId="77777777" w:rsidR="00C760B9" w:rsidRDefault="00000000">
      <w:pPr>
        <w:spacing w:after="20"/>
        <w:ind w:left="360"/>
      </w:pPr>
      <w:r>
        <w:t>C. 87</w:t>
      </w:r>
    </w:p>
    <w:p w14:paraId="3CB56524" w14:textId="77777777" w:rsidR="00C760B9" w:rsidRDefault="00000000">
      <w:pPr>
        <w:spacing w:after="20"/>
        <w:ind w:left="360"/>
      </w:pPr>
      <w:r>
        <w:t>D. 51</w:t>
      </w:r>
    </w:p>
    <w:p w14:paraId="15F5D971" w14:textId="77777777" w:rsidR="00C760B9" w:rsidRDefault="00000000">
      <w:r>
        <w:rPr>
          <w:b/>
        </w:rPr>
        <w:t>2. A mass of 0.007846 kg is recorded correct to 3 significant figures. What is the recorded mass?</w:t>
      </w:r>
    </w:p>
    <w:p w14:paraId="13A382D8" w14:textId="77777777" w:rsidR="00C760B9" w:rsidRDefault="00000000">
      <w:pPr>
        <w:spacing w:after="20"/>
        <w:ind w:left="360"/>
      </w:pPr>
      <w:r>
        <w:t>A. 0.00784 kg</w:t>
      </w:r>
    </w:p>
    <w:p w14:paraId="02DF5431" w14:textId="77777777" w:rsidR="00C760B9" w:rsidRDefault="00000000">
      <w:pPr>
        <w:spacing w:after="20"/>
        <w:ind w:left="360"/>
      </w:pPr>
      <w:r>
        <w:t>B. 0.00785 kg</w:t>
      </w:r>
    </w:p>
    <w:p w14:paraId="4CAD865C" w14:textId="77777777" w:rsidR="00C760B9" w:rsidRDefault="00000000">
      <w:pPr>
        <w:spacing w:after="20"/>
        <w:ind w:left="360"/>
      </w:pPr>
      <w:r>
        <w:t>C. 0.00780 kg</w:t>
      </w:r>
    </w:p>
    <w:p w14:paraId="380857DC" w14:textId="77777777" w:rsidR="00C760B9" w:rsidRDefault="00000000">
      <w:pPr>
        <w:spacing w:after="20"/>
        <w:ind w:left="360"/>
      </w:pPr>
      <w:r>
        <w:t>D. 0.0785 kg</w:t>
      </w:r>
    </w:p>
    <w:p w14:paraId="331F54A3" w14:textId="77777777" w:rsidR="00C760B9" w:rsidRDefault="00000000">
      <w:r>
        <w:rPr>
          <w:b/>
        </w:rPr>
        <w:t>3. The temperature of a cold room changes from 18°C to 6°C. What is the change in temperature?</w:t>
      </w:r>
    </w:p>
    <w:p w14:paraId="53FEB027" w14:textId="77777777" w:rsidR="00C760B9" w:rsidRDefault="00000000">
      <w:pPr>
        <w:spacing w:after="20"/>
        <w:ind w:left="360"/>
      </w:pPr>
      <w:r>
        <w:t>A. 12 K decrease</w:t>
      </w:r>
    </w:p>
    <w:p w14:paraId="6CB8B82F" w14:textId="77777777" w:rsidR="00C760B9" w:rsidRDefault="00000000">
      <w:pPr>
        <w:spacing w:after="20"/>
        <w:ind w:left="360"/>
      </w:pPr>
      <w:r>
        <w:t>B. 12 K increase</w:t>
      </w:r>
    </w:p>
    <w:p w14:paraId="057ED21F" w14:textId="77777777" w:rsidR="00C760B9" w:rsidRDefault="00000000">
      <w:pPr>
        <w:spacing w:after="20"/>
        <w:ind w:left="360"/>
      </w:pPr>
      <w:r>
        <w:t>C. 267 K decrease</w:t>
      </w:r>
    </w:p>
    <w:p w14:paraId="6D4FAA3A" w14:textId="77777777" w:rsidR="00C760B9" w:rsidRDefault="00000000">
      <w:pPr>
        <w:spacing w:after="20"/>
        <w:ind w:left="360"/>
      </w:pPr>
      <w:r>
        <w:t>D. 279 K increase</w:t>
      </w:r>
    </w:p>
    <w:p w14:paraId="24427167" w14:textId="77777777" w:rsidR="00C760B9" w:rsidRDefault="00000000">
      <w:r>
        <w:rPr>
          <w:b/>
        </w:rPr>
        <w:t>4. Round off 27.43856 to the nearest ten-thousandth.</w:t>
      </w:r>
    </w:p>
    <w:p w14:paraId="2405397D" w14:textId="77777777" w:rsidR="00C760B9" w:rsidRDefault="00000000">
      <w:pPr>
        <w:spacing w:after="20"/>
        <w:ind w:left="360"/>
      </w:pPr>
      <w:r>
        <w:t>A. 27.4385</w:t>
      </w:r>
    </w:p>
    <w:p w14:paraId="777B254E" w14:textId="77777777" w:rsidR="00C760B9" w:rsidRDefault="00000000">
      <w:pPr>
        <w:spacing w:after="20"/>
        <w:ind w:left="360"/>
      </w:pPr>
      <w:r>
        <w:t>B. 27.4386</w:t>
      </w:r>
    </w:p>
    <w:p w14:paraId="4A532AAE" w14:textId="77777777" w:rsidR="00C760B9" w:rsidRDefault="00000000">
      <w:pPr>
        <w:spacing w:after="20"/>
        <w:ind w:left="360"/>
      </w:pPr>
      <w:r>
        <w:t>C. 27.439</w:t>
      </w:r>
    </w:p>
    <w:p w14:paraId="73992D19" w14:textId="77777777" w:rsidR="00C760B9" w:rsidRDefault="00000000">
      <w:pPr>
        <w:spacing w:after="20"/>
        <w:ind w:left="360"/>
      </w:pPr>
      <w:r>
        <w:t>D. 27.4000</w:t>
      </w:r>
    </w:p>
    <w:p w14:paraId="56641AC2" w14:textId="77777777" w:rsidR="00C760B9" w:rsidRDefault="00000000">
      <w:r>
        <w:rPr>
          <w:b/>
        </w:rPr>
        <w:t>5. Evaluate: 5/6 ÷ 10/9 − 1/3.</w:t>
      </w:r>
    </w:p>
    <w:p w14:paraId="596355EC" w14:textId="77777777" w:rsidR="00C760B9" w:rsidRDefault="00000000">
      <w:pPr>
        <w:spacing w:after="20"/>
        <w:ind w:left="360"/>
      </w:pPr>
      <w:r>
        <w:t>A. 5/12</w:t>
      </w:r>
    </w:p>
    <w:p w14:paraId="52E42995" w14:textId="77777777" w:rsidR="00C760B9" w:rsidRDefault="00000000">
      <w:pPr>
        <w:spacing w:after="20"/>
        <w:ind w:left="360"/>
      </w:pPr>
      <w:r>
        <w:t>B. 1/6</w:t>
      </w:r>
    </w:p>
    <w:p w14:paraId="161C13B8" w14:textId="77777777" w:rsidR="00C760B9" w:rsidRDefault="00000000">
      <w:pPr>
        <w:spacing w:after="20"/>
        <w:ind w:left="360"/>
      </w:pPr>
      <w:r>
        <w:t>C. 1/3</w:t>
      </w:r>
    </w:p>
    <w:p w14:paraId="4E2D4479" w14:textId="77777777" w:rsidR="00C760B9" w:rsidRDefault="00000000">
      <w:pPr>
        <w:spacing w:after="20"/>
        <w:ind w:left="360"/>
      </w:pPr>
      <w:r>
        <w:lastRenderedPageBreak/>
        <w:t>D. 7/12</w:t>
      </w:r>
    </w:p>
    <w:p w14:paraId="39A8AC80" w14:textId="77777777" w:rsidR="00C760B9" w:rsidRDefault="00000000">
      <w:r>
        <w:rPr>
          <w:b/>
        </w:rPr>
        <w:t>6. Which fraction gives a recurring decimal when converted to decimal form?</w:t>
      </w:r>
    </w:p>
    <w:p w14:paraId="16EE7C79" w14:textId="77777777" w:rsidR="00C760B9" w:rsidRDefault="00000000">
      <w:pPr>
        <w:spacing w:after="20"/>
        <w:ind w:left="360"/>
      </w:pPr>
      <w:r>
        <w:t>A. 3/8</w:t>
      </w:r>
    </w:p>
    <w:p w14:paraId="5629FCDB" w14:textId="77777777" w:rsidR="00C760B9" w:rsidRDefault="00000000">
      <w:pPr>
        <w:spacing w:after="20"/>
        <w:ind w:left="360"/>
      </w:pPr>
      <w:r>
        <w:t>B. 5/16</w:t>
      </w:r>
    </w:p>
    <w:p w14:paraId="23D641AA" w14:textId="77777777" w:rsidR="00C760B9" w:rsidRDefault="00000000">
      <w:pPr>
        <w:spacing w:after="20"/>
        <w:ind w:left="360"/>
      </w:pPr>
      <w:r>
        <w:t>C. 2/7</w:t>
      </w:r>
    </w:p>
    <w:p w14:paraId="6DA1E402" w14:textId="77777777" w:rsidR="00C760B9" w:rsidRDefault="00000000">
      <w:pPr>
        <w:spacing w:after="20"/>
        <w:ind w:left="360"/>
      </w:pPr>
      <w:r>
        <w:t>D. 9/20</w:t>
      </w:r>
    </w:p>
    <w:p w14:paraId="76B504FA" w14:textId="77777777" w:rsidR="00C760B9" w:rsidRDefault="00000000">
      <w:r>
        <w:rPr>
          <w:b/>
        </w:rPr>
        <w:t>7. The volume of a tank is 4,506,000 m³. Which is its standard form?</w:t>
      </w:r>
    </w:p>
    <w:p w14:paraId="198CEC86" w14:textId="77777777" w:rsidR="00C760B9" w:rsidRDefault="00000000">
      <w:pPr>
        <w:spacing w:after="20"/>
        <w:ind w:left="360"/>
      </w:pPr>
      <w:r>
        <w:t>A. 4.506 × 10⁶ m³</w:t>
      </w:r>
    </w:p>
    <w:p w14:paraId="4E5A9457" w14:textId="77777777" w:rsidR="00C760B9" w:rsidRDefault="00000000">
      <w:pPr>
        <w:spacing w:after="20"/>
        <w:ind w:left="360"/>
      </w:pPr>
      <w:r>
        <w:t>B. 45.06 × 10⁵ m³</w:t>
      </w:r>
    </w:p>
    <w:p w14:paraId="03F9A846" w14:textId="77777777" w:rsidR="00C760B9" w:rsidRDefault="00000000">
      <w:pPr>
        <w:spacing w:after="20"/>
        <w:ind w:left="360"/>
      </w:pPr>
      <w:r>
        <w:t>C. 4.506 × 10⁵ m³</w:t>
      </w:r>
    </w:p>
    <w:p w14:paraId="1BB930AA" w14:textId="77777777" w:rsidR="00C760B9" w:rsidRDefault="00000000">
      <w:pPr>
        <w:spacing w:after="20"/>
        <w:ind w:left="360"/>
      </w:pPr>
      <w:r>
        <w:t>D. 0.4506 × 10⁷ m³</w:t>
      </w:r>
    </w:p>
    <w:p w14:paraId="2A8CBC2E" w14:textId="77777777" w:rsidR="00C760B9" w:rsidRDefault="00000000">
      <w:r>
        <w:rPr>
          <w:b/>
        </w:rPr>
        <w:t>8. A shopkeeper bought 7 3/5 kg of rice. What is this mass as a decimal?</w:t>
      </w:r>
    </w:p>
    <w:p w14:paraId="741C030E" w14:textId="77777777" w:rsidR="00C760B9" w:rsidRPr="00371182" w:rsidRDefault="00000000">
      <w:pPr>
        <w:spacing w:after="20"/>
        <w:ind w:left="360"/>
        <w:rPr>
          <w:lang w:val="de-DE"/>
        </w:rPr>
      </w:pPr>
      <w:r w:rsidRPr="00371182">
        <w:rPr>
          <w:lang w:val="de-DE"/>
        </w:rPr>
        <w:t>A. 7.35 kg</w:t>
      </w:r>
    </w:p>
    <w:p w14:paraId="71AE21D3" w14:textId="77777777" w:rsidR="00C760B9" w:rsidRPr="00371182" w:rsidRDefault="00000000">
      <w:pPr>
        <w:spacing w:after="20"/>
        <w:ind w:left="360"/>
        <w:rPr>
          <w:lang w:val="de-DE"/>
        </w:rPr>
      </w:pPr>
      <w:r w:rsidRPr="00371182">
        <w:rPr>
          <w:lang w:val="de-DE"/>
        </w:rPr>
        <w:t>B. 7.5 kg</w:t>
      </w:r>
    </w:p>
    <w:p w14:paraId="405491AA" w14:textId="77777777" w:rsidR="00C760B9" w:rsidRPr="00371182" w:rsidRDefault="00000000">
      <w:pPr>
        <w:spacing w:after="20"/>
        <w:ind w:left="360"/>
        <w:rPr>
          <w:lang w:val="de-DE"/>
        </w:rPr>
      </w:pPr>
      <w:r w:rsidRPr="00371182">
        <w:rPr>
          <w:lang w:val="de-DE"/>
        </w:rPr>
        <w:t>C. 7.6 kg</w:t>
      </w:r>
    </w:p>
    <w:p w14:paraId="076503E6" w14:textId="77777777" w:rsidR="00C760B9" w:rsidRPr="00371182" w:rsidRDefault="00000000">
      <w:pPr>
        <w:spacing w:after="20"/>
        <w:ind w:left="360"/>
        <w:rPr>
          <w:lang w:val="de-DE"/>
        </w:rPr>
      </w:pPr>
      <w:r w:rsidRPr="00371182">
        <w:rPr>
          <w:lang w:val="de-DE"/>
        </w:rPr>
        <w:t>D. 7.75 kg</w:t>
      </w:r>
    </w:p>
    <w:p w14:paraId="49533990" w14:textId="77777777" w:rsidR="00C760B9" w:rsidRDefault="00000000">
      <w:r>
        <w:rPr>
          <w:b/>
        </w:rPr>
        <w:t>9. A dress requires 2.4 m of cloth. How many complete dresses can be made from 19.2 m of cloth?</w:t>
      </w:r>
    </w:p>
    <w:p w14:paraId="18D42D32" w14:textId="77777777" w:rsidR="00C760B9" w:rsidRDefault="00000000">
      <w:pPr>
        <w:spacing w:after="20"/>
        <w:ind w:left="360"/>
      </w:pPr>
      <w:r>
        <w:t>A. 7</w:t>
      </w:r>
    </w:p>
    <w:p w14:paraId="1ED68F83" w14:textId="77777777" w:rsidR="00C760B9" w:rsidRDefault="00000000">
      <w:pPr>
        <w:spacing w:after="20"/>
        <w:ind w:left="360"/>
      </w:pPr>
      <w:r>
        <w:t>B. 8</w:t>
      </w:r>
    </w:p>
    <w:p w14:paraId="284C5ED8" w14:textId="77777777" w:rsidR="00C760B9" w:rsidRDefault="00000000">
      <w:pPr>
        <w:spacing w:after="20"/>
        <w:ind w:left="360"/>
      </w:pPr>
      <w:r>
        <w:t>C. 9</w:t>
      </w:r>
    </w:p>
    <w:p w14:paraId="14DF5E89" w14:textId="77777777" w:rsidR="00C760B9" w:rsidRDefault="00000000">
      <w:pPr>
        <w:spacing w:after="20"/>
        <w:ind w:left="360"/>
      </w:pPr>
      <w:r>
        <w:t>D. 10</w:t>
      </w:r>
    </w:p>
    <w:p w14:paraId="583A6DFB" w14:textId="77777777" w:rsidR="00C760B9" w:rsidRDefault="00000000">
      <w:r>
        <w:rPr>
          <w:b/>
        </w:rPr>
        <w:t>10. The perimeter of a square field is 36 m. What is its area?</w:t>
      </w:r>
    </w:p>
    <w:p w14:paraId="549A2992" w14:textId="77777777" w:rsidR="00C760B9" w:rsidRDefault="00000000">
      <w:pPr>
        <w:spacing w:after="20"/>
        <w:ind w:left="360"/>
      </w:pPr>
      <w:r>
        <w:t>A. 72 m²</w:t>
      </w:r>
    </w:p>
    <w:p w14:paraId="3939BBC1" w14:textId="77777777" w:rsidR="00C760B9" w:rsidRDefault="00000000">
      <w:pPr>
        <w:spacing w:after="20"/>
        <w:ind w:left="360"/>
      </w:pPr>
      <w:r>
        <w:t>B. 81 m²</w:t>
      </w:r>
    </w:p>
    <w:p w14:paraId="76E49C4C" w14:textId="77777777" w:rsidR="00C760B9" w:rsidRDefault="00000000">
      <w:pPr>
        <w:spacing w:after="20"/>
        <w:ind w:left="360"/>
      </w:pPr>
      <w:r>
        <w:t>C. 108 m²</w:t>
      </w:r>
    </w:p>
    <w:p w14:paraId="168CAE80" w14:textId="1CB7925B" w:rsidR="00C760B9" w:rsidRDefault="00000000" w:rsidP="00371182">
      <w:pPr>
        <w:spacing w:after="20"/>
        <w:ind w:left="360"/>
      </w:pPr>
      <w:r>
        <w:t>D. 144 m²</w:t>
      </w:r>
    </w:p>
    <w:p w14:paraId="2E0F3187" w14:textId="77777777" w:rsidR="00C760B9" w:rsidRDefault="00000000">
      <w:pPr>
        <w:rPr>
          <w:b/>
        </w:rPr>
      </w:pPr>
      <w:r>
        <w:rPr>
          <w:b/>
        </w:rPr>
        <w:t>11. The L-shaped flowerbed shown below has an area of</w:t>
      </w:r>
    </w:p>
    <w:p w14:paraId="5D22FC49" w14:textId="559D147B" w:rsidR="00371182" w:rsidRDefault="00371182">
      <w:r w:rsidRPr="00371182">
        <w:drawing>
          <wp:inline distT="0" distB="0" distL="0" distR="0" wp14:anchorId="06278ACE" wp14:editId="7DA1A954">
            <wp:extent cx="2997200" cy="1714500"/>
            <wp:effectExtent l="0" t="0" r="0" b="0"/>
            <wp:docPr id="124268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86219" name=""/>
                    <pic:cNvPicPr/>
                  </pic:nvPicPr>
                  <pic:blipFill>
                    <a:blip r:embed="rId10"/>
                    <a:stretch>
                      <a:fillRect/>
                    </a:stretch>
                  </pic:blipFill>
                  <pic:spPr>
                    <a:xfrm>
                      <a:off x="0" y="0"/>
                      <a:ext cx="2997200" cy="1714500"/>
                    </a:xfrm>
                    <a:prstGeom prst="rect">
                      <a:avLst/>
                    </a:prstGeom>
                  </pic:spPr>
                </pic:pic>
              </a:graphicData>
            </a:graphic>
          </wp:inline>
        </w:drawing>
      </w:r>
    </w:p>
    <w:p w14:paraId="17EBD765" w14:textId="77777777" w:rsidR="00C760B9" w:rsidRDefault="00000000">
      <w:pPr>
        <w:spacing w:after="20"/>
        <w:ind w:left="360"/>
      </w:pPr>
      <w:r>
        <w:t>A. 84 cm²</w:t>
      </w:r>
    </w:p>
    <w:p w14:paraId="4DB2FEE1" w14:textId="77777777" w:rsidR="00C760B9" w:rsidRDefault="00000000">
      <w:pPr>
        <w:spacing w:after="20"/>
        <w:ind w:left="360"/>
      </w:pPr>
      <w:r>
        <w:t>B. 92 cm²</w:t>
      </w:r>
    </w:p>
    <w:p w14:paraId="66E8D8A0" w14:textId="77777777" w:rsidR="00C760B9" w:rsidRDefault="00000000">
      <w:pPr>
        <w:spacing w:after="20"/>
        <w:ind w:left="360"/>
      </w:pPr>
      <w:r>
        <w:t>C. 104 cm²</w:t>
      </w:r>
    </w:p>
    <w:p w14:paraId="0DCB58A1" w14:textId="77777777" w:rsidR="00C760B9" w:rsidRDefault="00000000">
      <w:pPr>
        <w:spacing w:after="20"/>
        <w:ind w:left="360"/>
      </w:pPr>
      <w:r>
        <w:t>D. 112 cm²</w:t>
      </w:r>
    </w:p>
    <w:p w14:paraId="4D13DE8C" w14:textId="77777777" w:rsidR="00C760B9" w:rsidRDefault="00000000">
      <w:r>
        <w:rPr>
          <w:b/>
        </w:rPr>
        <w:t>12. Solve the equation: 7x + 5 = 3x + 29.</w:t>
      </w:r>
    </w:p>
    <w:p w14:paraId="0E4D7455" w14:textId="77777777" w:rsidR="00C760B9" w:rsidRDefault="00000000">
      <w:pPr>
        <w:spacing w:after="20"/>
        <w:ind w:left="360"/>
      </w:pPr>
      <w:r>
        <w:t>A. x = 4</w:t>
      </w:r>
    </w:p>
    <w:p w14:paraId="4C74A1B1" w14:textId="77777777" w:rsidR="00C760B9" w:rsidRDefault="00000000">
      <w:pPr>
        <w:spacing w:after="20"/>
        <w:ind w:left="360"/>
      </w:pPr>
      <w:r>
        <w:t>B. x = 5</w:t>
      </w:r>
    </w:p>
    <w:p w14:paraId="316BE1B6" w14:textId="77777777" w:rsidR="00C760B9" w:rsidRDefault="00000000">
      <w:pPr>
        <w:spacing w:after="20"/>
        <w:ind w:left="360"/>
      </w:pPr>
      <w:r>
        <w:t>C. x = 6</w:t>
      </w:r>
    </w:p>
    <w:p w14:paraId="12BED7DD" w14:textId="77777777" w:rsidR="00C760B9" w:rsidRDefault="00000000">
      <w:pPr>
        <w:spacing w:after="20"/>
        <w:ind w:left="360"/>
      </w:pPr>
      <w:r>
        <w:t>D. x = 8</w:t>
      </w:r>
    </w:p>
    <w:p w14:paraId="4FE7C9AC" w14:textId="77777777" w:rsidR="00C760B9" w:rsidRDefault="00000000">
      <w:pPr>
        <w:rPr>
          <w:b/>
        </w:rPr>
      </w:pPr>
      <w:r>
        <w:rPr>
          <w:b/>
        </w:rPr>
        <w:t>13. A sector has radius 14 cm and central angle 90°. What is its area? Use π = 22/7.</w:t>
      </w:r>
    </w:p>
    <w:p w14:paraId="7AB911EF" w14:textId="6C62B606" w:rsidR="00371182" w:rsidRDefault="00371182">
      <w:r w:rsidRPr="00371182">
        <w:drawing>
          <wp:inline distT="0" distB="0" distL="0" distR="0" wp14:anchorId="21EDF71F" wp14:editId="4077F3FB">
            <wp:extent cx="2660650" cy="1301750"/>
            <wp:effectExtent l="0" t="0" r="6350" b="0"/>
            <wp:docPr id="300294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94304" name=""/>
                    <pic:cNvPicPr/>
                  </pic:nvPicPr>
                  <pic:blipFill>
                    <a:blip r:embed="rId11"/>
                    <a:stretch>
                      <a:fillRect/>
                    </a:stretch>
                  </pic:blipFill>
                  <pic:spPr>
                    <a:xfrm>
                      <a:off x="0" y="0"/>
                      <a:ext cx="2660650" cy="1301750"/>
                    </a:xfrm>
                    <a:prstGeom prst="rect">
                      <a:avLst/>
                    </a:prstGeom>
                  </pic:spPr>
                </pic:pic>
              </a:graphicData>
            </a:graphic>
          </wp:inline>
        </w:drawing>
      </w:r>
    </w:p>
    <w:p w14:paraId="0A30A69A" w14:textId="77777777" w:rsidR="00C760B9" w:rsidRDefault="00000000">
      <w:pPr>
        <w:spacing w:after="20"/>
        <w:ind w:left="360"/>
      </w:pPr>
      <w:r>
        <w:t>A. 154 cm²</w:t>
      </w:r>
    </w:p>
    <w:p w14:paraId="077410A1" w14:textId="77777777" w:rsidR="00C760B9" w:rsidRDefault="00000000">
      <w:pPr>
        <w:spacing w:after="20"/>
        <w:ind w:left="360"/>
      </w:pPr>
      <w:r>
        <w:t>B. 308 cm²</w:t>
      </w:r>
    </w:p>
    <w:p w14:paraId="0AAEAA30" w14:textId="77777777" w:rsidR="00C760B9" w:rsidRDefault="00000000">
      <w:pPr>
        <w:spacing w:after="20"/>
        <w:ind w:left="360"/>
      </w:pPr>
      <w:r>
        <w:t>C. 616 cm²</w:t>
      </w:r>
    </w:p>
    <w:p w14:paraId="69C3A1AB" w14:textId="77777777" w:rsidR="00C760B9" w:rsidRDefault="00000000">
      <w:pPr>
        <w:spacing w:after="20"/>
        <w:ind w:left="360"/>
      </w:pPr>
      <w:r>
        <w:t>D. 77 cm²</w:t>
      </w:r>
    </w:p>
    <w:p w14:paraId="111DF9BC" w14:textId="77777777" w:rsidR="00C760B9" w:rsidRDefault="00000000">
      <w:r>
        <w:rPr>
          <w:b/>
        </w:rPr>
        <w:t>14. A learner deposits Ksh 36,000 at 10% simple interest per annum. How much interest is earned after 2 years?</w:t>
      </w:r>
    </w:p>
    <w:p w14:paraId="46026841" w14:textId="77777777" w:rsidR="00C760B9" w:rsidRDefault="00000000">
      <w:pPr>
        <w:spacing w:after="20"/>
        <w:ind w:left="360"/>
      </w:pPr>
      <w:r>
        <w:t>A. Ksh 3,600</w:t>
      </w:r>
    </w:p>
    <w:p w14:paraId="65665FFA" w14:textId="77777777" w:rsidR="00C760B9" w:rsidRDefault="00000000">
      <w:pPr>
        <w:spacing w:after="20"/>
        <w:ind w:left="360"/>
      </w:pPr>
      <w:r>
        <w:t>B. Ksh 7,200</w:t>
      </w:r>
    </w:p>
    <w:p w14:paraId="237CD5E9" w14:textId="77777777" w:rsidR="00C760B9" w:rsidRDefault="00000000">
      <w:pPr>
        <w:spacing w:after="20"/>
        <w:ind w:left="360"/>
      </w:pPr>
      <w:r>
        <w:t>C. Ksh 43,200</w:t>
      </w:r>
    </w:p>
    <w:p w14:paraId="07270831" w14:textId="77777777" w:rsidR="00C760B9" w:rsidRDefault="00000000">
      <w:pPr>
        <w:spacing w:after="20"/>
        <w:ind w:left="360"/>
      </w:pPr>
      <w:r>
        <w:t>D. Ksh 72,000</w:t>
      </w:r>
    </w:p>
    <w:p w14:paraId="7F71EA48" w14:textId="77777777" w:rsidR="00C760B9" w:rsidRDefault="00000000">
      <w:r>
        <w:rPr>
          <w:b/>
        </w:rPr>
        <w:t>15. What is the next number in the sequence? 2, 6, 18, 54, …</w:t>
      </w:r>
    </w:p>
    <w:p w14:paraId="5035CBFC" w14:textId="77777777" w:rsidR="00C760B9" w:rsidRDefault="00000000">
      <w:pPr>
        <w:spacing w:after="20"/>
        <w:ind w:left="360"/>
      </w:pPr>
      <w:r>
        <w:t>A. 108</w:t>
      </w:r>
    </w:p>
    <w:p w14:paraId="3ADF57E4" w14:textId="77777777" w:rsidR="00C760B9" w:rsidRDefault="00000000">
      <w:pPr>
        <w:spacing w:after="20"/>
        <w:ind w:left="360"/>
      </w:pPr>
      <w:r>
        <w:lastRenderedPageBreak/>
        <w:t>B. 162</w:t>
      </w:r>
    </w:p>
    <w:p w14:paraId="253B9B66" w14:textId="77777777" w:rsidR="00C760B9" w:rsidRDefault="00000000">
      <w:pPr>
        <w:spacing w:after="20"/>
        <w:ind w:left="360"/>
      </w:pPr>
      <w:r>
        <w:t>C. 216</w:t>
      </w:r>
    </w:p>
    <w:p w14:paraId="7AC55C29" w14:textId="77777777" w:rsidR="00C760B9" w:rsidRDefault="00000000">
      <w:pPr>
        <w:spacing w:after="20"/>
        <w:ind w:left="360"/>
      </w:pPr>
      <w:r>
        <w:t>D. 324</w:t>
      </w:r>
    </w:p>
    <w:p w14:paraId="006D955F" w14:textId="77777777" w:rsidR="00C760B9" w:rsidRDefault="00000000">
      <w:r>
        <w:rPr>
          <w:b/>
        </w:rPr>
        <w:t>16. A rectangular tank is 7 m long and 5 m wide. Water fills it to a depth of 2 m. How many litres of water does it contain?</w:t>
      </w:r>
    </w:p>
    <w:p w14:paraId="07081663" w14:textId="77777777" w:rsidR="00C760B9" w:rsidRDefault="00000000">
      <w:pPr>
        <w:spacing w:after="20"/>
        <w:ind w:left="360"/>
      </w:pPr>
      <w:r>
        <w:t>A. 7,000 L</w:t>
      </w:r>
    </w:p>
    <w:p w14:paraId="5C4F8245" w14:textId="77777777" w:rsidR="00C760B9" w:rsidRDefault="00000000">
      <w:pPr>
        <w:spacing w:after="20"/>
        <w:ind w:left="360"/>
      </w:pPr>
      <w:r>
        <w:t>B. 35,000 L</w:t>
      </w:r>
    </w:p>
    <w:p w14:paraId="71458025" w14:textId="77777777" w:rsidR="00C760B9" w:rsidRDefault="00000000">
      <w:pPr>
        <w:spacing w:after="20"/>
        <w:ind w:left="360"/>
      </w:pPr>
      <w:r>
        <w:t>C. 70,000 L</w:t>
      </w:r>
    </w:p>
    <w:p w14:paraId="12520354" w14:textId="77777777" w:rsidR="00C760B9" w:rsidRDefault="00000000">
      <w:pPr>
        <w:spacing w:after="20"/>
        <w:ind w:left="360"/>
      </w:pPr>
      <w:r>
        <w:t>D. 140,000 L</w:t>
      </w:r>
    </w:p>
    <w:p w14:paraId="6F5678F7" w14:textId="77777777" w:rsidR="00C760B9" w:rsidRDefault="00000000">
      <w:r>
        <w:rPr>
          <w:b/>
        </w:rPr>
        <w:t>17. A jacket marked Ksh 3,000 is sold for Ksh 2,400. Which expression gives the percentage discount?</w:t>
      </w:r>
    </w:p>
    <w:p w14:paraId="636B988F" w14:textId="77777777" w:rsidR="00C760B9" w:rsidRDefault="00000000">
      <w:pPr>
        <w:spacing w:after="20"/>
        <w:ind w:left="360"/>
      </w:pPr>
      <w:r>
        <w:t>A. (600/3000) × 100%</w:t>
      </w:r>
    </w:p>
    <w:p w14:paraId="31C89777" w14:textId="77777777" w:rsidR="00C760B9" w:rsidRDefault="00000000">
      <w:pPr>
        <w:spacing w:after="20"/>
        <w:ind w:left="360"/>
      </w:pPr>
      <w:r>
        <w:t>B. (2400/3000) × 100%</w:t>
      </w:r>
    </w:p>
    <w:p w14:paraId="7767912F" w14:textId="77777777" w:rsidR="00C760B9" w:rsidRDefault="00000000">
      <w:pPr>
        <w:spacing w:after="20"/>
        <w:ind w:left="360"/>
      </w:pPr>
      <w:r>
        <w:t>C. (600/2400) × 100%</w:t>
      </w:r>
    </w:p>
    <w:p w14:paraId="5B39B9EC" w14:textId="77777777" w:rsidR="00C760B9" w:rsidRDefault="00000000">
      <w:pPr>
        <w:spacing w:after="20"/>
        <w:ind w:left="360"/>
      </w:pPr>
      <w:r>
        <w:t>D. (3000/2400) × 100%</w:t>
      </w:r>
    </w:p>
    <w:p w14:paraId="509E8AB2" w14:textId="77777777" w:rsidR="00C760B9" w:rsidRDefault="00000000">
      <w:r>
        <w:t>18. Given a = 3, b = a + 2, c = 2b and d = c − a, find the value of (a + b + c + d)/5.</w:t>
      </w:r>
    </w:p>
    <w:p w14:paraId="6D3BA115" w14:textId="77777777" w:rsidR="00C760B9" w:rsidRDefault="00000000">
      <w:pPr>
        <w:spacing w:after="20"/>
        <w:ind w:left="360"/>
      </w:pPr>
      <w:r>
        <w:t>A. 4</w:t>
      </w:r>
    </w:p>
    <w:p w14:paraId="239F9B57" w14:textId="77777777" w:rsidR="00C760B9" w:rsidRDefault="00000000">
      <w:pPr>
        <w:spacing w:after="20"/>
        <w:ind w:left="360"/>
      </w:pPr>
      <w:r>
        <w:t>B. 5</w:t>
      </w:r>
    </w:p>
    <w:p w14:paraId="3D17240F" w14:textId="77777777" w:rsidR="00C760B9" w:rsidRDefault="00000000">
      <w:pPr>
        <w:spacing w:after="20"/>
        <w:ind w:left="360"/>
      </w:pPr>
      <w:r>
        <w:t>C. 6</w:t>
      </w:r>
    </w:p>
    <w:p w14:paraId="3BCF29EB" w14:textId="77777777" w:rsidR="00C760B9" w:rsidRDefault="00000000">
      <w:pPr>
        <w:spacing w:after="20"/>
        <w:ind w:left="360"/>
      </w:pPr>
      <w:r>
        <w:t>D. 7</w:t>
      </w:r>
    </w:p>
    <w:p w14:paraId="1587E761" w14:textId="77777777" w:rsidR="00C760B9" w:rsidRDefault="00000000">
      <w:r>
        <w:rPr>
          <w:b/>
        </w:rPr>
        <w:t>19. A vehicle travels 180 km in 3 hours. What is its speed in metres per second?</w:t>
      </w:r>
    </w:p>
    <w:p w14:paraId="19C420E6" w14:textId="77777777" w:rsidR="00C760B9" w:rsidRDefault="00000000">
      <w:pPr>
        <w:spacing w:after="20"/>
        <w:ind w:left="360"/>
      </w:pPr>
      <w:r>
        <w:t>A. 16.7 m/s</w:t>
      </w:r>
    </w:p>
    <w:p w14:paraId="142ED4ED" w14:textId="77777777" w:rsidR="00C760B9" w:rsidRDefault="00000000">
      <w:pPr>
        <w:spacing w:after="20"/>
        <w:ind w:left="360"/>
      </w:pPr>
      <w:r>
        <w:t>B. 20 m/s</w:t>
      </w:r>
    </w:p>
    <w:p w14:paraId="63AB3281" w14:textId="77777777" w:rsidR="00C760B9" w:rsidRDefault="00000000">
      <w:pPr>
        <w:spacing w:after="20"/>
        <w:ind w:left="360"/>
      </w:pPr>
      <w:r>
        <w:t>C. 50 m/s</w:t>
      </w:r>
    </w:p>
    <w:p w14:paraId="39BD77B9" w14:textId="77777777" w:rsidR="00C760B9" w:rsidRDefault="00000000">
      <w:pPr>
        <w:spacing w:after="20"/>
        <w:ind w:left="360"/>
      </w:pPr>
      <w:r>
        <w:t>D. 60 m/s</w:t>
      </w:r>
    </w:p>
    <w:p w14:paraId="34A6CD86" w14:textId="77777777" w:rsidR="00C760B9" w:rsidRDefault="00000000">
      <w:r>
        <w:rPr>
          <w:b/>
        </w:rPr>
        <w:t>20. Each interior angle of a regular polygon is 150°. How many sides does the polygon have?</w:t>
      </w:r>
    </w:p>
    <w:p w14:paraId="7E2754EF" w14:textId="77777777" w:rsidR="00C760B9" w:rsidRDefault="00000000">
      <w:pPr>
        <w:spacing w:after="20"/>
        <w:ind w:left="360"/>
      </w:pPr>
      <w:r>
        <w:t>A. 8</w:t>
      </w:r>
    </w:p>
    <w:p w14:paraId="45F24B10" w14:textId="77777777" w:rsidR="00C760B9" w:rsidRDefault="00000000">
      <w:pPr>
        <w:spacing w:after="20"/>
        <w:ind w:left="360"/>
      </w:pPr>
      <w:r>
        <w:t>B. 10</w:t>
      </w:r>
    </w:p>
    <w:p w14:paraId="7B367090" w14:textId="77777777" w:rsidR="00C760B9" w:rsidRDefault="00000000">
      <w:pPr>
        <w:spacing w:after="20"/>
        <w:ind w:left="360"/>
      </w:pPr>
      <w:r>
        <w:t>C. 12</w:t>
      </w:r>
    </w:p>
    <w:p w14:paraId="728936A6" w14:textId="77777777" w:rsidR="00C760B9" w:rsidRDefault="00000000">
      <w:pPr>
        <w:spacing w:after="20"/>
        <w:ind w:left="360"/>
      </w:pPr>
      <w:r>
        <w:t>D. 15</w:t>
      </w:r>
    </w:p>
    <w:p w14:paraId="505AD12E" w14:textId="77777777" w:rsidR="00371182" w:rsidRDefault="00371182">
      <w:pPr>
        <w:sectPr w:rsidR="00371182" w:rsidSect="00371182">
          <w:headerReference w:type="default" r:id="rId19"/>
          <w:headerReference w:type="first" r:id="rId20"/>
          <w:headerReference w:type="even" r:id="rId21"/>
          <w:footerReference w:type="default" r:id="rId22"/>
          <w:footerReference w:type="first" r:id="rId23"/>
          <w:footerReference w:type="even" r:id="rId24"/>
          <w:type w:val="continuous"/>
          <w:pgSz w:w="12240" w:h="15840"/>
          <w:pgMar w:top="792" w:right="936" w:bottom="792" w:left="936" w:header="720" w:footer="720" w:gutter="0"/>
          <w:cols w:num="2" w:space="720"/>
          <w:docGrid w:linePitch="360"/>
        </w:sectPr>
      </w:pPr>
    </w:p>
    <w:p w14:paraId="150285B4" w14:textId="77777777" w:rsidR="00C760B9" w:rsidRDefault="00000000">
      <w:r>
        <w:br w:type="page"/>
      </w:r>
    </w:p>
    <w:p w14:paraId="1CD0068F" w14:textId="77777777" w:rsidR="00C760B9" w:rsidRDefault="00000000">
      <w:pPr>
        <w:pStyle w:val="Heading1"/>
      </w:pPr>
      <w:r>
        <w:lastRenderedPageBreak/>
        <w:t>SECTION B – STRUCTURED QUESTIONS (30 marks)</w:t>
      </w:r>
    </w:p>
    <w:p w14:paraId="73987051" w14:textId="77777777" w:rsidR="00C760B9" w:rsidRDefault="00000000">
      <w:r>
        <w:rPr>
          <w:b/>
        </w:rPr>
        <w:t>21. The population of a county is 583,742,916. (3 marks)</w:t>
      </w:r>
    </w:p>
    <w:p w14:paraId="3A19C17F" w14:textId="77777777" w:rsidR="00C760B9" w:rsidRDefault="00000000">
      <w:r>
        <w:t>a) Write the population in words.</w:t>
      </w:r>
    </w:p>
    <w:p w14:paraId="0920F889" w14:textId="77777777" w:rsidR="00C760B9" w:rsidRDefault="00000000">
      <w:pPr>
        <w:spacing w:after="40"/>
      </w:pPr>
      <w:r>
        <w:t>______________________________________________________________________________________________</w:t>
      </w:r>
    </w:p>
    <w:p w14:paraId="50EB599D" w14:textId="77777777" w:rsidR="00C760B9" w:rsidRDefault="00000000">
      <w:r>
        <w:t>b) Round off the population to the nearest ten million.</w:t>
      </w:r>
    </w:p>
    <w:p w14:paraId="6FD9BE90" w14:textId="77777777" w:rsidR="00C760B9" w:rsidRDefault="00000000">
      <w:pPr>
        <w:spacing w:after="40"/>
      </w:pPr>
      <w:r>
        <w:t>______________________________________________________________________________________________</w:t>
      </w:r>
    </w:p>
    <w:p w14:paraId="0F70950C" w14:textId="77777777" w:rsidR="00C760B9" w:rsidRDefault="00000000">
      <w:r>
        <w:t>c) State the place value of the digit 7.</w:t>
      </w:r>
    </w:p>
    <w:p w14:paraId="6D12B537" w14:textId="77777777" w:rsidR="00C760B9" w:rsidRDefault="00000000">
      <w:pPr>
        <w:spacing w:after="40"/>
      </w:pPr>
      <w:r>
        <w:t>______________________________________________________________________________________________</w:t>
      </w:r>
    </w:p>
    <w:p w14:paraId="01BEE03E" w14:textId="77777777" w:rsidR="00C760B9" w:rsidRDefault="00000000">
      <w:r>
        <w:rPr>
          <w:b/>
        </w:rPr>
        <w:t>22. A diver is 15 m below sea level. He rises 8 m and then dives down 6 m. (4 marks)</w:t>
      </w:r>
    </w:p>
    <w:p w14:paraId="12AD5550" w14:textId="77777777" w:rsidR="00C760B9" w:rsidRDefault="00000000">
      <w:r>
        <w:t>a) Draw a number line to represent the movements.</w:t>
      </w:r>
    </w:p>
    <w:p w14:paraId="1EAE86AE" w14:textId="77777777" w:rsidR="00C760B9" w:rsidRDefault="00000000">
      <w:pPr>
        <w:spacing w:after="40"/>
      </w:pPr>
      <w:r>
        <w:t>______________________________________________________________________________________________</w:t>
      </w:r>
    </w:p>
    <w:p w14:paraId="28717690" w14:textId="77777777" w:rsidR="00C760B9" w:rsidRDefault="00000000">
      <w:pPr>
        <w:spacing w:after="40"/>
      </w:pPr>
      <w:r>
        <w:t>______________________________________________________________________________________________</w:t>
      </w:r>
    </w:p>
    <w:p w14:paraId="23DE3261" w14:textId="77777777" w:rsidR="00C760B9" w:rsidRDefault="00000000">
      <w:r>
        <w:t>b) State the diver’s final position relative to sea level.</w:t>
      </w:r>
    </w:p>
    <w:p w14:paraId="1E3F7255" w14:textId="77777777" w:rsidR="00C760B9" w:rsidRDefault="00000000">
      <w:pPr>
        <w:spacing w:after="40"/>
      </w:pPr>
      <w:r>
        <w:t>______________________________________________________________________________________________</w:t>
      </w:r>
    </w:p>
    <w:p w14:paraId="0311D81C" w14:textId="77777777" w:rsidR="00C760B9" w:rsidRDefault="00000000">
      <w:r>
        <w:t>c) How far is the final position below sea level?</w:t>
      </w:r>
    </w:p>
    <w:p w14:paraId="5E9C6A9C" w14:textId="77777777" w:rsidR="00C760B9" w:rsidRDefault="00000000">
      <w:pPr>
        <w:spacing w:after="40"/>
      </w:pPr>
      <w:r>
        <w:t>______________________________________________________________________________________________</w:t>
      </w:r>
    </w:p>
    <w:p w14:paraId="31B2C49B" w14:textId="77777777" w:rsidR="00C760B9" w:rsidRDefault="00000000">
      <w:r>
        <w:rPr>
          <w:b/>
        </w:rPr>
        <w:t>23. Three partners shared a profit. One received 1/4 of the profit, another received 3/8, and the third received the remainder. (4 marks)</w:t>
      </w:r>
    </w:p>
    <w:p w14:paraId="322D484C" w14:textId="77777777" w:rsidR="00C760B9" w:rsidRDefault="00000000">
      <w:r>
        <w:t>a) Find the fraction of the profit received by the third partner.</w:t>
      </w:r>
    </w:p>
    <w:p w14:paraId="0E3B6B39" w14:textId="77777777" w:rsidR="00C760B9" w:rsidRDefault="00000000">
      <w:pPr>
        <w:spacing w:after="40"/>
      </w:pPr>
      <w:r>
        <w:t>______________________________________________________________________________________________</w:t>
      </w:r>
    </w:p>
    <w:p w14:paraId="188D147E" w14:textId="77777777" w:rsidR="00C760B9" w:rsidRDefault="00000000">
      <w:r>
        <w:t>b) If the third partner received Ksh 27,000, find the amount received by each of the other two partners.</w:t>
      </w:r>
    </w:p>
    <w:p w14:paraId="7757F4BF" w14:textId="77777777" w:rsidR="00C760B9" w:rsidRDefault="00000000">
      <w:pPr>
        <w:spacing w:after="40"/>
      </w:pPr>
      <w:r>
        <w:t>______________________________________________________________________________________________</w:t>
      </w:r>
    </w:p>
    <w:p w14:paraId="04552E77" w14:textId="77777777" w:rsidR="00C760B9" w:rsidRDefault="00000000">
      <w:pPr>
        <w:spacing w:after="40"/>
      </w:pPr>
      <w:r>
        <w:t>______________________________________________________________________________________________</w:t>
      </w:r>
    </w:p>
    <w:p w14:paraId="52E42E12" w14:textId="77777777" w:rsidR="00C760B9" w:rsidRDefault="00000000">
      <w:pPr>
        <w:spacing w:after="40"/>
      </w:pPr>
      <w:r>
        <w:t>______________________________________________________________________________________________</w:t>
      </w:r>
    </w:p>
    <w:p w14:paraId="16C85424" w14:textId="77777777" w:rsidR="00C760B9" w:rsidRDefault="00000000">
      <w:r>
        <w:rPr>
          <w:b/>
        </w:rPr>
        <w:t>24. The figure below represents an L-shaped flower garden. Find its perimeter. (3 marks)</w:t>
      </w:r>
    </w:p>
    <w:p w14:paraId="1E509643" w14:textId="4BB43BB2" w:rsidR="00C760B9" w:rsidRDefault="00371182">
      <w:r w:rsidRPr="00371182">
        <w:drawing>
          <wp:inline distT="0" distB="0" distL="0" distR="0" wp14:anchorId="5C6306BC" wp14:editId="79302361">
            <wp:extent cx="3511550" cy="2108200"/>
            <wp:effectExtent l="0" t="0" r="0" b="6350"/>
            <wp:docPr id="194107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7070" name=""/>
                    <pic:cNvPicPr/>
                  </pic:nvPicPr>
                  <pic:blipFill>
                    <a:blip r:embed="rId12"/>
                    <a:stretch>
                      <a:fillRect/>
                    </a:stretch>
                  </pic:blipFill>
                  <pic:spPr>
                    <a:xfrm>
                      <a:off x="0" y="0"/>
                      <a:ext cx="3511550" cy="2108200"/>
                    </a:xfrm>
                    <a:prstGeom prst="rect">
                      <a:avLst/>
                    </a:prstGeom>
                  </pic:spPr>
                </pic:pic>
              </a:graphicData>
            </a:graphic>
          </wp:inline>
        </w:drawing>
      </w:r>
    </w:p>
    <w:p w14:paraId="14A15020" w14:textId="77777777" w:rsidR="00C760B9" w:rsidRDefault="00000000">
      <w:pPr>
        <w:spacing w:after="40"/>
      </w:pPr>
      <w:r>
        <w:lastRenderedPageBreak/>
        <w:t>______________________________________________________________________________________________</w:t>
      </w:r>
    </w:p>
    <w:p w14:paraId="0B8B8F8E" w14:textId="77777777" w:rsidR="00C760B9" w:rsidRDefault="00000000">
      <w:pPr>
        <w:spacing w:after="40"/>
      </w:pPr>
      <w:r>
        <w:t>______________________________________________________________________________________________</w:t>
      </w:r>
    </w:p>
    <w:p w14:paraId="040EE958" w14:textId="77777777" w:rsidR="00C760B9" w:rsidRDefault="00000000">
      <w:r>
        <w:rPr>
          <w:b/>
        </w:rPr>
        <w:t>25. A closed cube has side length 5 cm and is opened to form a net. (4 marks)</w:t>
      </w:r>
    </w:p>
    <w:p w14:paraId="55EB3853" w14:textId="77777777" w:rsidR="00C760B9" w:rsidRDefault="00000000">
      <w:r>
        <w:t>a) Draw an accurate net of the cube.</w:t>
      </w:r>
    </w:p>
    <w:p w14:paraId="3BDCA524" w14:textId="77777777" w:rsidR="00C760B9" w:rsidRDefault="00000000">
      <w:pPr>
        <w:spacing w:after="40"/>
      </w:pPr>
      <w:r>
        <w:t>______________________________________________________________________________________________</w:t>
      </w:r>
    </w:p>
    <w:p w14:paraId="1AB81984" w14:textId="77777777" w:rsidR="00C760B9" w:rsidRDefault="00000000">
      <w:pPr>
        <w:spacing w:after="40"/>
      </w:pPr>
      <w:r>
        <w:t>______________________________________________________________________________________________</w:t>
      </w:r>
    </w:p>
    <w:p w14:paraId="23B7A2B7" w14:textId="77777777" w:rsidR="00C760B9" w:rsidRDefault="00000000">
      <w:pPr>
        <w:spacing w:after="40"/>
      </w:pPr>
      <w:r>
        <w:t>______________________________________________________________________________________________</w:t>
      </w:r>
    </w:p>
    <w:p w14:paraId="56E9FE14" w14:textId="77777777" w:rsidR="00C760B9" w:rsidRDefault="00000000">
      <w:r>
        <w:t>b) Use the net to find the total surface area of the cube.</w:t>
      </w:r>
    </w:p>
    <w:p w14:paraId="69C51690" w14:textId="77777777" w:rsidR="00C760B9" w:rsidRDefault="00000000">
      <w:pPr>
        <w:spacing w:after="40"/>
      </w:pPr>
      <w:r>
        <w:t>______________________________________________________________________________________________</w:t>
      </w:r>
    </w:p>
    <w:p w14:paraId="48FF6F39" w14:textId="77777777" w:rsidR="00C760B9" w:rsidRDefault="00000000">
      <w:pPr>
        <w:spacing w:after="40"/>
      </w:pPr>
      <w:r>
        <w:t>______________________________________________________________________________________________</w:t>
      </w:r>
    </w:p>
    <w:p w14:paraId="0A5AC08B" w14:textId="77777777" w:rsidR="00C760B9" w:rsidRDefault="00000000">
      <w:r>
        <w:rPr>
          <w:b/>
        </w:rPr>
        <w:t>26. A plot valued at Ksh 400,000 appreciates at 6% per year. Find its value after three years, assuming annual compound appreciation. (3 marks)</w:t>
      </w:r>
    </w:p>
    <w:p w14:paraId="56993803" w14:textId="77777777" w:rsidR="00C760B9" w:rsidRDefault="00000000">
      <w:pPr>
        <w:spacing w:after="40"/>
      </w:pPr>
      <w:r>
        <w:t>______________________________________________________________________________________________</w:t>
      </w:r>
    </w:p>
    <w:p w14:paraId="4F06A8AD" w14:textId="77777777" w:rsidR="00C760B9" w:rsidRDefault="00000000">
      <w:pPr>
        <w:spacing w:after="40"/>
      </w:pPr>
      <w:r>
        <w:t>______________________________________________________________________________________________</w:t>
      </w:r>
    </w:p>
    <w:p w14:paraId="4D81C9AA" w14:textId="77777777" w:rsidR="00C760B9" w:rsidRDefault="00000000">
      <w:pPr>
        <w:spacing w:after="40"/>
      </w:pPr>
      <w:r>
        <w:t>______________________________________________________________________________________________</w:t>
      </w:r>
    </w:p>
    <w:p w14:paraId="07227047" w14:textId="77777777" w:rsidR="00C760B9" w:rsidRDefault="00000000">
      <w:r>
        <w:rPr>
          <w:b/>
        </w:rPr>
        <w:t>27. Construct parallelogram ABCD such that AB = 7 cm, AD = 5 cm and angle DAB = 60°. (5 marks)</w:t>
      </w:r>
    </w:p>
    <w:p w14:paraId="0146C775" w14:textId="77777777" w:rsidR="00C760B9" w:rsidRDefault="00000000">
      <w:r>
        <w:t>a) Complete the construction using a ruler, pencil and compass. (3 marks)</w:t>
      </w:r>
    </w:p>
    <w:p w14:paraId="135E7EAA" w14:textId="77777777" w:rsidR="00C760B9" w:rsidRDefault="00000000">
      <w:pPr>
        <w:spacing w:after="40"/>
      </w:pPr>
      <w:r>
        <w:t>______________________________________________________________________________________________</w:t>
      </w:r>
    </w:p>
    <w:p w14:paraId="2B2E0B37" w14:textId="77777777" w:rsidR="00C760B9" w:rsidRDefault="00000000">
      <w:pPr>
        <w:spacing w:after="40"/>
      </w:pPr>
      <w:r>
        <w:t>______________________________________________________________________________________________</w:t>
      </w:r>
    </w:p>
    <w:p w14:paraId="2070F897" w14:textId="77777777" w:rsidR="00C760B9" w:rsidRDefault="00000000">
      <w:r>
        <w:t>b) Measure angle ABC. (1 mark)</w:t>
      </w:r>
    </w:p>
    <w:p w14:paraId="28FD6C25" w14:textId="77777777" w:rsidR="00C760B9" w:rsidRDefault="00000000">
      <w:pPr>
        <w:spacing w:after="40"/>
      </w:pPr>
      <w:r>
        <w:t>______________________________________________________________________________________________</w:t>
      </w:r>
    </w:p>
    <w:p w14:paraId="1D2A9AE0" w14:textId="77777777" w:rsidR="00C760B9" w:rsidRDefault="00000000">
      <w:r>
        <w:t>c) State the length of diagonal BD to the nearest 0.1 cm. (1 mark)</w:t>
      </w:r>
    </w:p>
    <w:p w14:paraId="068453E4" w14:textId="77777777" w:rsidR="00C760B9" w:rsidRDefault="00000000">
      <w:pPr>
        <w:spacing w:after="40"/>
      </w:pPr>
      <w:r>
        <w:t>______________________________________________________________________________________________</w:t>
      </w:r>
    </w:p>
    <w:p w14:paraId="1D92F8C1" w14:textId="77777777" w:rsidR="00C760B9" w:rsidRDefault="00000000">
      <w:r>
        <w:rPr>
          <w:b/>
        </w:rPr>
        <w:t>28. Three bottles of water and two packets of biscuits cost Ksh 250. Five bottles of water and four packets of biscuits cost Ksh 430. Using simultaneous equations, determine the cost of one bottle of water and one packet of biscuits. (4 marks)</w:t>
      </w:r>
    </w:p>
    <w:p w14:paraId="2A5DD8AC" w14:textId="77777777" w:rsidR="00C760B9" w:rsidRDefault="00000000">
      <w:pPr>
        <w:spacing w:after="40"/>
      </w:pPr>
      <w:r>
        <w:t>______________________________________________________________________________________________</w:t>
      </w:r>
    </w:p>
    <w:p w14:paraId="6D4E046D" w14:textId="77777777" w:rsidR="00C760B9" w:rsidRDefault="00000000">
      <w:pPr>
        <w:spacing w:after="40"/>
      </w:pPr>
      <w:r>
        <w:t>______________________________________________________________________________________________</w:t>
      </w:r>
    </w:p>
    <w:p w14:paraId="650CCC29" w14:textId="77777777" w:rsidR="00C760B9" w:rsidRDefault="00000000">
      <w:pPr>
        <w:spacing w:after="40"/>
      </w:pPr>
      <w:r>
        <w:t>______________________________________________________________________________________________</w:t>
      </w:r>
    </w:p>
    <w:p w14:paraId="37011B2F" w14:textId="77777777" w:rsidR="00C760B9" w:rsidRDefault="00000000">
      <w:pPr>
        <w:spacing w:after="40"/>
      </w:pPr>
      <w:r>
        <w:t>______________________________________________________________________________________________</w:t>
      </w:r>
    </w:p>
    <w:sectPr w:rsidR="00C760B9" w:rsidSect="00371182">
      <w:headerReference w:type="default" r:id="rId25"/>
      <w:headerReference w:type="first" r:id="rId26"/>
      <w:headerReference w:type="even" r:id="rId27"/>
      <w:footerReference w:type="default" r:id="rId28"/>
      <w:footerReference w:type="first" r:id="rId29"/>
      <w:footerReference w:type="even" r:id="rId30"/>
      <w:type w:val="continuous"/>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8C6D2" w14:textId="77777777" w:rsidR="00C43605" w:rsidRDefault="00C43605">
      <w:pPr>
        <w:spacing w:after="0" w:line="240" w:lineRule="auto"/>
      </w:pPr>
      <w:r>
        <w:separator/>
      </w:r>
    </w:p>
  </w:endnote>
  <w:endnote w:type="continuationSeparator" w:id="0">
    <w:p w14:paraId="6B4F5F23" w14:textId="77777777" w:rsidR="00C43605" w:rsidRDefault="00C43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61F63" w14:textId="77777777" w:rsidR="00C760B9" w:rsidRDefault="00000000">
    <w:pPr>
      <w:pStyle w:val="Footer"/>
      <w:jc w:val="center"/>
    </w:pPr>
    <w:r>
      <w:rPr>
        <w:sz w:val="16"/>
      </w:rPr>
      <w:t xml:space="preserve">MATHEMATICS  |  </w:t>
    </w:r>
    <w:r>
      <w:fldChar w:fldCharType="begin"/>
    </w:r>
    <w:r>
      <w:instrText>PAGE</w:instrText>
    </w:r>
    <w:r w:rsidR="00371182">
      <w:fldChar w:fldCharType="separate"/>
    </w:r>
    <w:r w:rsidR="00371182">
      <w:rPr>
        <w:noProof/>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82EB5" w14:textId="77777777" w:rsidR="00C43605" w:rsidRDefault="00C43605">
      <w:pPr>
        <w:spacing w:after="0" w:line="240" w:lineRule="auto"/>
      </w:pPr>
      <w:r>
        <w:separator/>
      </w:r>
    </w:p>
  </w:footnote>
  <w:footnote w:type="continuationSeparator" w:id="0">
    <w:p w14:paraId="760FAC59" w14:textId="77777777" w:rsidR="00C43605" w:rsidRDefault="00C43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ABDB" w14:textId="77777777" w:rsidR="00C760B9" w:rsidRDefault="00000000">
    <w:pPr>
      <w:pStyle w:val="Header"/>
      <w:jc w:val="center"/>
    </w:pPr>
    <w:r>
      <w:rPr>
        <w:b/>
        <w:sz w:val="16"/>
      </w:rPr>
      <w:t xml:space="preserve">  |  GRADE 8  |  2026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83068C9"/>
    <w:multiLevelType w:val="hybridMultilevel"/>
    <w:tmpl w:val="64C66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9501692">
    <w:abstractNumId w:val="8"/>
  </w:num>
  <w:num w:numId="2" w16cid:durableId="1960646550">
    <w:abstractNumId w:val="6"/>
  </w:num>
  <w:num w:numId="3" w16cid:durableId="362050440">
    <w:abstractNumId w:val="5"/>
  </w:num>
  <w:num w:numId="4" w16cid:durableId="686712995">
    <w:abstractNumId w:val="4"/>
  </w:num>
  <w:num w:numId="5" w16cid:durableId="1431008448">
    <w:abstractNumId w:val="7"/>
  </w:num>
  <w:num w:numId="6" w16cid:durableId="2071346655">
    <w:abstractNumId w:val="3"/>
  </w:num>
  <w:num w:numId="7" w16cid:durableId="1137601565">
    <w:abstractNumId w:val="2"/>
  </w:num>
  <w:num w:numId="8" w16cid:durableId="506867495">
    <w:abstractNumId w:val="1"/>
  </w:num>
  <w:num w:numId="9" w16cid:durableId="545995621">
    <w:abstractNumId w:val="0"/>
  </w:num>
  <w:num w:numId="10" w16cid:durableId="8867227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536"/>
    <w:rsid w:val="00034616"/>
    <w:rsid w:val="0006063C"/>
    <w:rsid w:val="0015074B"/>
    <w:rsid w:val="0029639D"/>
    <w:rsid w:val="00326F90"/>
    <w:rsid w:val="00371182"/>
    <w:rsid w:val="00AA1D8D"/>
    <w:rsid w:val="00B47730"/>
    <w:rsid w:val="00C43605"/>
    <w:rsid w:val="00C760B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EC3A62"/>
  <w14:defaultImageDpi w14:val="300"/>
  <w15:docId w15:val="{F164F280-80FE-4DA6-87B9-C78CD740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header" Target="header2.xml"/><Relationship Id="rId16" Type="http://schemas.openxmlformats.org/officeDocument/2006/relationships/header" Target="header3.xm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header" Target="header4.xml"/><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4.xml"/><Relationship Id="rId23" Type="http://schemas.openxmlformats.org/officeDocument/2006/relationships/footer" Target="footer5.xml"/><Relationship Id="rId24" Type="http://schemas.openxmlformats.org/officeDocument/2006/relationships/footer" Target="footer6.xml"/><Relationship Id="rId25" Type="http://schemas.openxmlformats.org/officeDocument/2006/relationships/header" Target="header7.xml"/><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7.xml"/><Relationship Id="rId29" Type="http://schemas.openxmlformats.org/officeDocument/2006/relationships/footer" Target="footer8.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2026-09-21T20:23:00Z</dcterms:modified>
  <cp:category/>
</cp:coreProperties>
</file>