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C10E1" w14:textId="77777777" w:rsidR="00381EB4" w:rsidRDefault="00000000">
      <w:pPr>
        <w:jc w:val="center"/>
      </w:pPr>
      <w:r>
        <w:rPr>
          <w:b/>
          <w:sz w:val="26"/>
        </w:rPr>
        <w:t>GREDI YA 8 – 2026</w:t>
      </w:r>
    </w:p>
    <w:p w14:paraId="50008325" w14:textId="77777777" w:rsidR="00381EB4" w:rsidRDefault="00000000">
      <w:pPr>
        <w:jc w:val="center"/>
      </w:pPr>
      <w:r>
        <w:rPr>
          <w:b/>
          <w:sz w:val="30"/>
        </w:rPr>
        <w:t>KISWAHILI: LUGHA</w:t>
      </w:r>
    </w:p>
    <w:p w14:paraId="3EB40293" w14:textId="77777777" w:rsidR="00381EB4" w:rsidRDefault="00000000">
      <w:pPr>
        <w:jc w:val="center"/>
      </w:pPr>
      <w:r>
        <w:rPr>
          <w:b/>
          <w:sz w:val="26"/>
        </w:rPr>
        <w:t>KARATASI YA 1</w:t>
      </w:r>
    </w:p>
    <w:p w14:paraId="1AD39CF8" w14:textId="77777777" w:rsidR="00381EB4" w:rsidRDefault="00000000">
      <w:pPr>
        <w:jc w:val="center"/>
      </w:pPr>
      <w:r>
        <w:rPr>
          <w:b/>
        </w:rPr>
        <w:t>Muda: Saa 1 dakika 40   |   Alama: 50</w:t>
      </w:r>
    </w:p>
    <w:tbl>
      <w:tblPr>
        <w:tblStyle w:val="TableGrid"/>
        <w:tblW w:w="0" w:type="auto"/>
        <w:jc w:val="center"/>
        <w:tblLook w:val="04A0" w:firstRow="1" w:lastRow="0" w:firstColumn="1" w:lastColumn="0" w:noHBand="0" w:noVBand="1"/>
      </w:tblPr>
      <w:tblGrid>
        <w:gridCol w:w="2592"/>
        <w:gridCol w:w="2592"/>
        <w:gridCol w:w="2592"/>
        <w:gridCol w:w="2592"/>
      </w:tblGrid>
      <w:tr w:rsidR="00381EB4" w14:paraId="5C983840" w14:textId="77777777">
        <w:trPr>
          <w:jc w:val="center"/>
        </w:trPr>
        <w:tc>
          <w:tcPr>
            <w:tcW w:w="2592" w:type="dxa"/>
            <w:shd w:val="clear" w:color="auto" w:fill="D9EAF7"/>
            <w:tcMar>
              <w:top w:w="90" w:type="dxa"/>
              <w:left w:w="90" w:type="dxa"/>
              <w:bottom w:w="90" w:type="dxa"/>
              <w:right w:w="90" w:type="dxa"/>
            </w:tcMar>
          </w:tcPr>
          <w:p w14:paraId="43398839" w14:textId="77777777" w:rsidR="00381EB4" w:rsidRDefault="00000000">
            <w:r>
              <w:rPr>
                <w:b/>
              </w:rPr>
              <w:t>Jina la Mwanafunzi</w:t>
            </w:r>
          </w:p>
        </w:tc>
        <w:tc>
          <w:tcPr>
            <w:tcW w:w="2592" w:type="dxa"/>
            <w:shd w:val="clear" w:color="auto" w:fill="D9EAF7"/>
            <w:tcMar>
              <w:top w:w="90" w:type="dxa"/>
              <w:left w:w="90" w:type="dxa"/>
              <w:bottom w:w="90" w:type="dxa"/>
              <w:right w:w="90" w:type="dxa"/>
            </w:tcMar>
          </w:tcPr>
          <w:p w14:paraId="112BBA0B" w14:textId="77777777" w:rsidR="00381EB4" w:rsidRDefault="00000000">
            <w:r>
              <w:rPr>
                <w:b/>
              </w:rPr>
              <w:t>Nambari ya Mtihani</w:t>
            </w:r>
          </w:p>
        </w:tc>
        <w:tc>
          <w:tcPr>
            <w:tcW w:w="2592" w:type="dxa"/>
            <w:shd w:val="clear" w:color="auto" w:fill="D9EAF7"/>
            <w:tcMar>
              <w:top w:w="90" w:type="dxa"/>
              <w:left w:w="90" w:type="dxa"/>
              <w:bottom w:w="90" w:type="dxa"/>
              <w:right w:w="90" w:type="dxa"/>
            </w:tcMar>
          </w:tcPr>
          <w:p w14:paraId="558CE879" w14:textId="77777777" w:rsidR="00381EB4" w:rsidRDefault="00000000">
            <w:r>
              <w:rPr>
                <w:b/>
              </w:rPr>
              <w:t>Jina la Shule</w:t>
            </w:r>
          </w:p>
        </w:tc>
        <w:tc>
          <w:tcPr>
            <w:tcW w:w="2592" w:type="dxa"/>
            <w:shd w:val="clear" w:color="auto" w:fill="D9EAF7"/>
            <w:tcMar>
              <w:top w:w="90" w:type="dxa"/>
              <w:left w:w="90" w:type="dxa"/>
              <w:bottom w:w="90" w:type="dxa"/>
              <w:right w:w="90" w:type="dxa"/>
            </w:tcMar>
          </w:tcPr>
          <w:p w14:paraId="19BF57CE" w14:textId="77777777" w:rsidR="00381EB4" w:rsidRDefault="00000000">
            <w:r>
              <w:rPr>
                <w:b/>
              </w:rPr>
              <w:t>Nambari ya Shule</w:t>
            </w:r>
          </w:p>
        </w:tc>
      </w:tr>
    </w:tbl>
    <w:p w14:paraId="57E6229A" w14:textId="77777777" w:rsidR="00381EB4" w:rsidRDefault="00000000">
      <w:pPr>
        <w:pStyle w:val="Heading1"/>
      </w:pPr>
      <w:r>
        <w:t>MAAGIZO KWA MWANAFUNZI</w:t>
      </w:r>
    </w:p>
    <w:p w14:paraId="32CA5007" w14:textId="77777777" w:rsidR="00381EB4" w:rsidRDefault="00000000" w:rsidP="007D25F2">
      <w:pPr>
        <w:pStyle w:val="ListParagraph"/>
        <w:numPr>
          <w:ilvl w:val="0"/>
          <w:numId w:val="10"/>
        </w:numPr>
      </w:pPr>
      <w:r>
        <w:t>Umepewa kijitabu hiki cha maswali na karatasi ya majibu.</w:t>
      </w:r>
    </w:p>
    <w:p w14:paraId="166CED78" w14:textId="77777777" w:rsidR="00381EB4" w:rsidRDefault="00000000" w:rsidP="007D25F2">
      <w:pPr>
        <w:pStyle w:val="ListParagraph"/>
        <w:numPr>
          <w:ilvl w:val="0"/>
          <w:numId w:val="10"/>
        </w:numPr>
      </w:pPr>
      <w:r>
        <w:t>Kijitabu hiki kina maswali 50. Jibu maswali yote kwenye karatasi ya majibu uliyopewa, wala si katika kijitabu hiki.</w:t>
      </w:r>
    </w:p>
    <w:p w14:paraId="6BDECEA9" w14:textId="77777777" w:rsidR="00381EB4" w:rsidRDefault="00000000" w:rsidP="007D25F2">
      <w:pPr>
        <w:pStyle w:val="ListParagraph"/>
        <w:numPr>
          <w:ilvl w:val="0"/>
          <w:numId w:val="10"/>
        </w:numPr>
      </w:pPr>
      <w:r>
        <w:t>Tumia penseli ya kawaida aina ya HB.</w:t>
      </w:r>
    </w:p>
    <w:p w14:paraId="5DAB20D4" w14:textId="77777777" w:rsidR="00381EB4" w:rsidRDefault="00000000" w:rsidP="007D25F2">
      <w:pPr>
        <w:pStyle w:val="ListParagraph"/>
        <w:numPr>
          <w:ilvl w:val="0"/>
          <w:numId w:val="10"/>
        </w:numPr>
      </w:pPr>
      <w:r>
        <w:t>Hakikisha karatasi yako ya majibu ina nambari yako ya mtihani, jina lako, jina la shule na jina la somo.</w:t>
      </w:r>
    </w:p>
    <w:p w14:paraId="0917538A" w14:textId="77777777" w:rsidR="00381EB4" w:rsidRDefault="00000000" w:rsidP="007D25F2">
      <w:pPr>
        <w:pStyle w:val="ListParagraph"/>
        <w:numPr>
          <w:ilvl w:val="0"/>
          <w:numId w:val="10"/>
        </w:numPr>
      </w:pPr>
      <w:r>
        <w:t>Kwa kila swali umepewa majibu manne A, B, C na D. Chagua jibu moja sahihi.</w:t>
      </w:r>
    </w:p>
    <w:p w14:paraId="5EEC8589" w14:textId="77777777" w:rsidR="00381EB4" w:rsidRDefault="00000000" w:rsidP="007D25F2">
      <w:pPr>
        <w:pStyle w:val="ListParagraph"/>
        <w:numPr>
          <w:ilvl w:val="0"/>
          <w:numId w:val="10"/>
        </w:numPr>
      </w:pPr>
      <w:r>
        <w:t>Kwenye karatasi ya majibu, chora kistari cheusi ndani ya kisanduku chenye herufi ya jibu ulilochagua.</w:t>
      </w:r>
    </w:p>
    <w:p w14:paraId="32CBBFA6" w14:textId="77777777" w:rsidR="00381EB4" w:rsidRPr="007D25F2" w:rsidRDefault="00000000" w:rsidP="007D25F2">
      <w:pPr>
        <w:pStyle w:val="ListParagraph"/>
        <w:numPr>
          <w:ilvl w:val="0"/>
          <w:numId w:val="10"/>
        </w:numPr>
        <w:rPr>
          <w:lang w:val="de-DE"/>
        </w:rPr>
      </w:pPr>
      <w:r w:rsidRPr="007D25F2">
        <w:rPr>
          <w:lang w:val="de-DE"/>
        </w:rPr>
        <w:t>Chora kistari katika kisanduku kimoja tu kwa kila swali.</w:t>
      </w:r>
    </w:p>
    <w:p w14:paraId="4D8405D7" w14:textId="77777777" w:rsidR="00381EB4" w:rsidRPr="007D25F2" w:rsidRDefault="00000000" w:rsidP="007D25F2">
      <w:pPr>
        <w:pStyle w:val="ListParagraph"/>
        <w:numPr>
          <w:ilvl w:val="0"/>
          <w:numId w:val="10"/>
        </w:numPr>
        <w:rPr>
          <w:lang w:val="de-DE"/>
        </w:rPr>
      </w:pPr>
      <w:r w:rsidRPr="007D25F2">
        <w:rPr>
          <w:lang w:val="de-DE"/>
        </w:rPr>
        <w:t>Hakikisha karatasi ya majibu ni safi na usiikunje.</w:t>
      </w:r>
    </w:p>
    <w:p w14:paraId="5CE0EE55" w14:textId="77777777" w:rsidR="00381EB4" w:rsidRPr="007D25F2" w:rsidRDefault="00000000" w:rsidP="007D25F2">
      <w:pPr>
        <w:pStyle w:val="ListParagraph"/>
        <w:numPr>
          <w:ilvl w:val="0"/>
          <w:numId w:val="10"/>
        </w:numPr>
        <w:rPr>
          <w:lang w:val="de-DE"/>
        </w:rPr>
      </w:pPr>
      <w:r w:rsidRPr="007D25F2">
        <w:rPr>
          <w:lang w:val="de-DE"/>
        </w:rPr>
        <w:t>Usiondoe ukurasa wowote kutoka kwenye kijitabu hiki.</w:t>
      </w:r>
    </w:p>
    <w:p w14:paraId="3C241BEE" w14:textId="77777777" w:rsidR="00381EB4" w:rsidRPr="007D25F2" w:rsidRDefault="00000000">
      <w:pPr>
        <w:pStyle w:val="Heading1"/>
        <w:rPr>
          <w:lang w:val="de-DE"/>
        </w:rPr>
      </w:pPr>
      <w:r w:rsidRPr="007D25F2">
        <w:rPr>
          <w:lang w:val="de-DE"/>
        </w:rPr>
        <w:t>SEHEMU A: UFAHAMU WA KUSOMA</w:t>
      </w:r>
    </w:p>
    <w:p w14:paraId="50504643" w14:textId="77777777" w:rsidR="00381EB4" w:rsidRPr="007D25F2" w:rsidRDefault="00000000">
      <w:pPr>
        <w:rPr>
          <w:lang w:val="de-DE"/>
        </w:rPr>
      </w:pPr>
      <w:r w:rsidRPr="007D25F2">
        <w:rPr>
          <w:lang w:val="de-DE"/>
        </w:rPr>
        <w:t>Soma kifungu kifuatacho kisha ujibu maswali 1 hadi 12.</w:t>
      </w:r>
    </w:p>
    <w:p w14:paraId="32A45926" w14:textId="77777777" w:rsidR="00381EB4" w:rsidRPr="007D25F2" w:rsidRDefault="00000000">
      <w:pPr>
        <w:rPr>
          <w:lang w:val="de-DE"/>
        </w:rPr>
      </w:pPr>
      <w:r w:rsidRPr="007D25F2">
        <w:rPr>
          <w:i/>
          <w:lang w:val="de-DE"/>
        </w:rPr>
        <w:t>Katika kijiji cha Mwangaza, vijana walianzisha bustani ya mboga karibu na mto. Mwanzoni, watu wengi walidhani kuwa mradi huo usingefaulu kwa sababu vijana walikuwa hawana fedha nyingi. Hata hivyo, vijana hao waligawana majukumu. Baadhi yao walitayarisha mashamba, wengine walitafuta mbegu bora, huku wengine wakisimamia umwagiliaji. Walitumia maji kwa uangalifu ili mto usikauke.</w:t>
      </w:r>
      <w:r w:rsidRPr="007D25F2">
        <w:rPr>
          <w:i/>
          <w:lang w:val="de-DE"/>
        </w:rPr>
        <w:br/>
      </w:r>
      <w:r w:rsidRPr="007D25F2">
        <w:rPr>
          <w:i/>
          <w:lang w:val="de-DE"/>
        </w:rPr>
        <w:br/>
        <w:t>Baada ya miezi kadhaa, bustani ilianza kutoa mazao mengi. Vijana waliuza sehemu ya mboga sokoni na kutumia mapato kununua vifaa zaidi. Pia waliweka sehemu ya fedha kama akiba. Mafanikio hayo yaliwahamasisha vijana wengine kujiunga na mradi.</w:t>
      </w:r>
      <w:r w:rsidRPr="007D25F2">
        <w:rPr>
          <w:i/>
          <w:lang w:val="de-DE"/>
        </w:rPr>
        <w:br/>
      </w:r>
      <w:r w:rsidRPr="007D25F2">
        <w:rPr>
          <w:i/>
          <w:lang w:val="de-DE"/>
        </w:rPr>
        <w:br/>
        <w:t>Mkuu wa kijiji aliwapongeza kwa kuwaonyesha kuwa kazi ya pamoja inaweza kuleta mabadiliko. Aliwasihi watunze mazingira na kuepuka kutumia kemikali ambazo zinaweza kuchafua maji. Vijana walikubaliana kuendelea na kilimo kinacholinda mazingira.</w:t>
      </w:r>
    </w:p>
    <w:p w14:paraId="65FCD45A" w14:textId="77777777" w:rsidR="00381EB4" w:rsidRPr="007D25F2" w:rsidRDefault="00000000">
      <w:pPr>
        <w:rPr>
          <w:lang w:val="de-DE"/>
        </w:rPr>
      </w:pPr>
      <w:r w:rsidRPr="007D25F2">
        <w:rPr>
          <w:b/>
          <w:lang w:val="de-DE"/>
        </w:rPr>
        <w:t>1. Ni jambo gani lililofanya mradi wa vijana uanze kufanikiwa?</w:t>
      </w:r>
    </w:p>
    <w:p w14:paraId="2F6B80D3" w14:textId="77777777" w:rsidR="00381EB4" w:rsidRPr="007D25F2" w:rsidRDefault="00000000">
      <w:pPr>
        <w:spacing w:after="20"/>
        <w:ind w:left="360"/>
        <w:rPr>
          <w:lang w:val="de-DE"/>
        </w:rPr>
      </w:pPr>
      <w:r w:rsidRPr="007D25F2">
        <w:rPr>
          <w:lang w:val="de-DE"/>
        </w:rPr>
        <w:t>A. Walipata mkopo mkubwa</w:t>
      </w:r>
    </w:p>
    <w:p w14:paraId="4A39E95B" w14:textId="77777777" w:rsidR="00381EB4" w:rsidRPr="007D25F2" w:rsidRDefault="00000000">
      <w:pPr>
        <w:spacing w:after="20"/>
        <w:ind w:left="360"/>
        <w:rPr>
          <w:lang w:val="de-DE"/>
        </w:rPr>
      </w:pPr>
      <w:r w:rsidRPr="007D25F2">
        <w:rPr>
          <w:lang w:val="de-DE"/>
        </w:rPr>
        <w:t>B. Waligawana majukumu</w:t>
      </w:r>
    </w:p>
    <w:p w14:paraId="2ABA2592" w14:textId="77777777" w:rsidR="00381EB4" w:rsidRDefault="00000000">
      <w:pPr>
        <w:spacing w:after="20"/>
        <w:ind w:left="360"/>
      </w:pPr>
      <w:r>
        <w:t>C. Walihamia mjini</w:t>
      </w:r>
    </w:p>
    <w:p w14:paraId="42401FE4" w14:textId="77777777" w:rsidR="00381EB4" w:rsidRDefault="00000000">
      <w:pPr>
        <w:spacing w:after="20"/>
        <w:ind w:left="360"/>
      </w:pPr>
      <w:r>
        <w:t>D. Walipata mashine nyingi</w:t>
      </w:r>
    </w:p>
    <w:p w14:paraId="31143D1A" w14:textId="77777777" w:rsidR="00381EB4" w:rsidRDefault="00000000">
      <w:r>
        <w:rPr>
          <w:b/>
        </w:rPr>
        <w:lastRenderedPageBreak/>
        <w:t>2. Kwa nini vijana walitumia maji kwa uangalifu?</w:t>
      </w:r>
    </w:p>
    <w:p w14:paraId="7078EF06" w14:textId="77777777" w:rsidR="00381EB4" w:rsidRDefault="00000000">
      <w:pPr>
        <w:spacing w:after="20"/>
        <w:ind w:left="360"/>
      </w:pPr>
      <w:r>
        <w:t>A. Ili mto usikauke</w:t>
      </w:r>
    </w:p>
    <w:p w14:paraId="6A76BE8D" w14:textId="77777777" w:rsidR="00381EB4" w:rsidRDefault="00000000">
      <w:pPr>
        <w:spacing w:after="20"/>
        <w:ind w:left="360"/>
      </w:pPr>
      <w:r>
        <w:t>B. Ili mboga zikue usiku</w:t>
      </w:r>
    </w:p>
    <w:p w14:paraId="68790D59" w14:textId="77777777" w:rsidR="00381EB4" w:rsidRDefault="00000000">
      <w:pPr>
        <w:spacing w:after="20"/>
        <w:ind w:left="360"/>
      </w:pPr>
      <w:r>
        <w:t>C. Ili waepuke kwenda sokoni</w:t>
      </w:r>
    </w:p>
    <w:p w14:paraId="0701FF47" w14:textId="77777777" w:rsidR="00381EB4" w:rsidRDefault="00000000">
      <w:pPr>
        <w:spacing w:after="20"/>
        <w:ind w:left="360"/>
      </w:pPr>
      <w:r>
        <w:t>D. Ili wasitumie mbegu nyingi</w:t>
      </w:r>
    </w:p>
    <w:p w14:paraId="72AB0881" w14:textId="77777777" w:rsidR="00381EB4" w:rsidRDefault="00000000">
      <w:r>
        <w:rPr>
          <w:b/>
        </w:rPr>
        <w:t>3. Neno 'mapato' katika kifungu lina maana ya</w:t>
      </w:r>
    </w:p>
    <w:p w14:paraId="2672222B" w14:textId="77777777" w:rsidR="00381EB4" w:rsidRPr="007D25F2" w:rsidRDefault="00000000">
      <w:pPr>
        <w:spacing w:after="20"/>
        <w:ind w:left="360"/>
        <w:rPr>
          <w:lang w:val="de-DE"/>
        </w:rPr>
      </w:pPr>
      <w:r w:rsidRPr="007D25F2">
        <w:rPr>
          <w:lang w:val="de-DE"/>
        </w:rPr>
        <w:t>A. gharama zilizotumika</w:t>
      </w:r>
    </w:p>
    <w:p w14:paraId="03959548" w14:textId="77777777" w:rsidR="00381EB4" w:rsidRPr="007D25F2" w:rsidRDefault="00000000">
      <w:pPr>
        <w:spacing w:after="20"/>
        <w:ind w:left="360"/>
        <w:rPr>
          <w:lang w:val="de-DE"/>
        </w:rPr>
      </w:pPr>
      <w:r w:rsidRPr="007D25F2">
        <w:rPr>
          <w:lang w:val="de-DE"/>
        </w:rPr>
        <w:t>B. fedha zilizopatikana</w:t>
      </w:r>
    </w:p>
    <w:p w14:paraId="1C8C8D7A" w14:textId="77777777" w:rsidR="00381EB4" w:rsidRDefault="00000000">
      <w:pPr>
        <w:spacing w:after="20"/>
        <w:ind w:left="360"/>
      </w:pPr>
      <w:r>
        <w:t>C. madeni ya vijana</w:t>
      </w:r>
    </w:p>
    <w:p w14:paraId="571C3C23" w14:textId="77777777" w:rsidR="00381EB4" w:rsidRDefault="00000000">
      <w:pPr>
        <w:spacing w:after="20"/>
        <w:ind w:left="360"/>
      </w:pPr>
      <w:r>
        <w:t>D. vifaa vya kilimo</w:t>
      </w:r>
    </w:p>
    <w:p w14:paraId="713BFB1B" w14:textId="77777777" w:rsidR="00381EB4" w:rsidRDefault="00000000">
      <w:r>
        <w:rPr>
          <w:b/>
        </w:rPr>
        <w:t>4. Vijana walifanya nini baada ya kuuza baadhi ya mboga?</w:t>
      </w:r>
    </w:p>
    <w:p w14:paraId="251D2655" w14:textId="77777777" w:rsidR="00381EB4" w:rsidRDefault="00000000">
      <w:pPr>
        <w:spacing w:after="20"/>
        <w:ind w:left="360"/>
      </w:pPr>
      <w:r>
        <w:t>A. Walifunga bustani</w:t>
      </w:r>
    </w:p>
    <w:p w14:paraId="6A545787" w14:textId="77777777" w:rsidR="00381EB4" w:rsidRDefault="00000000">
      <w:pPr>
        <w:spacing w:after="20"/>
        <w:ind w:left="360"/>
      </w:pPr>
      <w:r>
        <w:t>B. Walitumia fedha zote kwa burudani</w:t>
      </w:r>
    </w:p>
    <w:p w14:paraId="40AECF47" w14:textId="77777777" w:rsidR="00381EB4" w:rsidRDefault="00000000">
      <w:pPr>
        <w:spacing w:after="20"/>
        <w:ind w:left="360"/>
      </w:pPr>
      <w:r>
        <w:t>C. Walininunua vifaa zaidi na kuweka akiba</w:t>
      </w:r>
    </w:p>
    <w:p w14:paraId="0D52AC97" w14:textId="77777777" w:rsidR="00381EB4" w:rsidRDefault="00000000">
      <w:pPr>
        <w:spacing w:after="20"/>
        <w:ind w:left="360"/>
      </w:pPr>
      <w:r>
        <w:t>D. Waligawa fedha zote kwa wanakijiji</w:t>
      </w:r>
    </w:p>
    <w:p w14:paraId="37B3CF82" w14:textId="77777777" w:rsidR="00381EB4" w:rsidRDefault="00000000">
      <w:r>
        <w:rPr>
          <w:b/>
        </w:rPr>
        <w:t>5. Ni funzo gani kuu linaloweza kupatikana kutokana na kifungu?</w:t>
      </w:r>
    </w:p>
    <w:p w14:paraId="082C7FFA" w14:textId="77777777" w:rsidR="00381EB4" w:rsidRDefault="00000000">
      <w:pPr>
        <w:spacing w:after="20"/>
        <w:ind w:left="360"/>
      </w:pPr>
      <w:r>
        <w:t>A. Kazi ya pamoja inaweza kusaidia kufanikisha mradi</w:t>
      </w:r>
    </w:p>
    <w:p w14:paraId="2E3653D1" w14:textId="77777777" w:rsidR="00381EB4" w:rsidRDefault="00000000">
      <w:pPr>
        <w:spacing w:after="20"/>
        <w:ind w:left="360"/>
      </w:pPr>
      <w:r>
        <w:t>B. Kilimo kinafaa kufanywa mijini pekee</w:t>
      </w:r>
    </w:p>
    <w:p w14:paraId="753A4307" w14:textId="77777777" w:rsidR="00381EB4" w:rsidRDefault="00000000">
      <w:pPr>
        <w:spacing w:after="20"/>
        <w:ind w:left="360"/>
      </w:pPr>
      <w:r>
        <w:t>C. Vijana hawapaswi kutumia fedha</w:t>
      </w:r>
    </w:p>
    <w:p w14:paraId="572A5608" w14:textId="77777777" w:rsidR="00381EB4" w:rsidRDefault="00000000">
      <w:pPr>
        <w:spacing w:after="20"/>
        <w:ind w:left="360"/>
      </w:pPr>
      <w:r>
        <w:t>D. Mito haifai kutumiwa kwa kilimo</w:t>
      </w:r>
    </w:p>
    <w:p w14:paraId="0E335FBB" w14:textId="77777777" w:rsidR="00381EB4" w:rsidRDefault="00000000">
      <w:r>
        <w:rPr>
          <w:b/>
        </w:rPr>
        <w:t>6. Mkuu wa kijiji aliwasihi vijana waepuke</w:t>
      </w:r>
    </w:p>
    <w:p w14:paraId="63EC2ED8" w14:textId="77777777" w:rsidR="00381EB4" w:rsidRDefault="00000000">
      <w:pPr>
        <w:spacing w:after="20"/>
        <w:ind w:left="360"/>
      </w:pPr>
      <w:r>
        <w:t>A. kuuza mboga sokoni</w:t>
      </w:r>
    </w:p>
    <w:p w14:paraId="76CE1139" w14:textId="77777777" w:rsidR="00381EB4" w:rsidRDefault="00000000">
      <w:pPr>
        <w:spacing w:after="20"/>
        <w:ind w:left="360"/>
      </w:pPr>
      <w:r>
        <w:t>B. kugawana majukumu</w:t>
      </w:r>
    </w:p>
    <w:p w14:paraId="5A77A21B" w14:textId="77777777" w:rsidR="00381EB4" w:rsidRPr="007D25F2" w:rsidRDefault="00000000">
      <w:pPr>
        <w:spacing w:after="20"/>
        <w:ind w:left="360"/>
        <w:rPr>
          <w:lang w:val="de-DE"/>
        </w:rPr>
      </w:pPr>
      <w:r w:rsidRPr="007D25F2">
        <w:rPr>
          <w:lang w:val="de-DE"/>
        </w:rPr>
        <w:t>C. kutumia kemikali zinazoweza kuchafua maji</w:t>
      </w:r>
    </w:p>
    <w:p w14:paraId="3A92BCF3" w14:textId="77777777" w:rsidR="00381EB4" w:rsidRPr="007D25F2" w:rsidRDefault="00000000">
      <w:pPr>
        <w:spacing w:after="20"/>
        <w:ind w:left="360"/>
        <w:rPr>
          <w:lang w:val="de-DE"/>
        </w:rPr>
      </w:pPr>
      <w:r w:rsidRPr="007D25F2">
        <w:rPr>
          <w:lang w:val="de-DE"/>
        </w:rPr>
        <w:t>D. kuweka fedha kama akiba</w:t>
      </w:r>
    </w:p>
    <w:p w14:paraId="2A6799A2" w14:textId="77777777" w:rsidR="00381EB4" w:rsidRPr="007D25F2" w:rsidRDefault="00000000">
      <w:pPr>
        <w:rPr>
          <w:lang w:val="de-DE"/>
        </w:rPr>
      </w:pPr>
      <w:r w:rsidRPr="007D25F2">
        <w:rPr>
          <w:b/>
          <w:lang w:val="de-DE"/>
        </w:rPr>
        <w:t>7. Ni neno gani katika kifungu linaonyesha kuwa vijana walikuwa wamefanikiwa?</w:t>
      </w:r>
    </w:p>
    <w:p w14:paraId="637DB025" w14:textId="77777777" w:rsidR="00381EB4" w:rsidRPr="007D25F2" w:rsidRDefault="00000000">
      <w:pPr>
        <w:spacing w:after="20"/>
        <w:ind w:left="360"/>
        <w:rPr>
          <w:lang w:val="de-DE"/>
        </w:rPr>
      </w:pPr>
      <w:r w:rsidRPr="007D25F2">
        <w:rPr>
          <w:lang w:val="de-DE"/>
        </w:rPr>
        <w:t>A. Mwanzoni</w:t>
      </w:r>
    </w:p>
    <w:p w14:paraId="67DB628A" w14:textId="77777777" w:rsidR="00381EB4" w:rsidRPr="007D25F2" w:rsidRDefault="00000000">
      <w:pPr>
        <w:spacing w:after="20"/>
        <w:ind w:left="360"/>
        <w:rPr>
          <w:lang w:val="de-DE"/>
        </w:rPr>
      </w:pPr>
      <w:r w:rsidRPr="007D25F2">
        <w:rPr>
          <w:lang w:val="de-DE"/>
        </w:rPr>
        <w:t>B. Hata hivyo</w:t>
      </w:r>
    </w:p>
    <w:p w14:paraId="666045EF" w14:textId="77777777" w:rsidR="00381EB4" w:rsidRPr="007D25F2" w:rsidRDefault="00000000">
      <w:pPr>
        <w:spacing w:after="20"/>
        <w:ind w:left="360"/>
        <w:rPr>
          <w:lang w:val="de-DE"/>
        </w:rPr>
      </w:pPr>
      <w:r w:rsidRPr="007D25F2">
        <w:rPr>
          <w:lang w:val="de-DE"/>
        </w:rPr>
        <w:t>C. Mafanikio</w:t>
      </w:r>
    </w:p>
    <w:p w14:paraId="1667E10E" w14:textId="77777777" w:rsidR="00381EB4" w:rsidRDefault="00000000">
      <w:pPr>
        <w:spacing w:after="20"/>
        <w:ind w:left="360"/>
      </w:pPr>
      <w:r>
        <w:t>D. Hata</w:t>
      </w:r>
    </w:p>
    <w:p w14:paraId="2A3199E6" w14:textId="77777777" w:rsidR="00381EB4" w:rsidRDefault="00000000">
      <w:r>
        <w:rPr>
          <w:b/>
        </w:rPr>
        <w:t>8. Kwa nini vijana wengine walijiunga na mradi?</w:t>
      </w:r>
    </w:p>
    <w:p w14:paraId="4BE9CECA" w14:textId="77777777" w:rsidR="00381EB4" w:rsidRDefault="00000000">
      <w:pPr>
        <w:spacing w:after="20"/>
        <w:ind w:left="360"/>
      </w:pPr>
      <w:r>
        <w:t>A. Walivutiwa na mafanikio ya mradi</w:t>
      </w:r>
    </w:p>
    <w:p w14:paraId="63AF0B19" w14:textId="77777777" w:rsidR="00381EB4" w:rsidRDefault="00000000">
      <w:pPr>
        <w:spacing w:after="20"/>
        <w:ind w:left="360"/>
      </w:pPr>
      <w:r>
        <w:t>B. Walitaka kuacha shule</w:t>
      </w:r>
    </w:p>
    <w:p w14:paraId="4D49B79D" w14:textId="77777777" w:rsidR="00381EB4" w:rsidRDefault="00000000">
      <w:pPr>
        <w:spacing w:after="20"/>
        <w:ind w:left="360"/>
      </w:pPr>
      <w:r>
        <w:t>C. Walilazimishwa na mkuu wa kijiji</w:t>
      </w:r>
    </w:p>
    <w:p w14:paraId="2015F3B4" w14:textId="77777777" w:rsidR="00381EB4" w:rsidRDefault="00000000">
      <w:pPr>
        <w:spacing w:after="20"/>
        <w:ind w:left="360"/>
      </w:pPr>
      <w:r>
        <w:t>D. Walitaka kuhamia kijiji kingine</w:t>
      </w:r>
    </w:p>
    <w:p w14:paraId="053308ED" w14:textId="77777777" w:rsidR="00381EB4" w:rsidRDefault="00000000">
      <w:r>
        <w:rPr>
          <w:b/>
        </w:rPr>
        <w:t>9. Msimamo wa vijana kuhusu mazingira unaweza kuelezwa kuwa</w:t>
      </w:r>
    </w:p>
    <w:p w14:paraId="11EA18FC" w14:textId="77777777" w:rsidR="00381EB4" w:rsidRPr="007D25F2" w:rsidRDefault="00000000">
      <w:pPr>
        <w:spacing w:after="20"/>
        <w:ind w:left="360"/>
        <w:rPr>
          <w:lang w:val="de-DE"/>
        </w:rPr>
      </w:pPr>
      <w:r w:rsidRPr="007D25F2">
        <w:rPr>
          <w:lang w:val="de-DE"/>
        </w:rPr>
        <w:t>A. wa kutojali</w:t>
      </w:r>
    </w:p>
    <w:p w14:paraId="5CCD2774" w14:textId="77777777" w:rsidR="00381EB4" w:rsidRPr="007D25F2" w:rsidRDefault="00000000">
      <w:pPr>
        <w:spacing w:after="20"/>
        <w:ind w:left="360"/>
        <w:rPr>
          <w:lang w:val="de-DE"/>
        </w:rPr>
      </w:pPr>
      <w:r w:rsidRPr="007D25F2">
        <w:rPr>
          <w:lang w:val="de-DE"/>
        </w:rPr>
        <w:t>B. wa kuwajibika</w:t>
      </w:r>
    </w:p>
    <w:p w14:paraId="456F77EA" w14:textId="77777777" w:rsidR="00381EB4" w:rsidRPr="007D25F2" w:rsidRDefault="00000000">
      <w:pPr>
        <w:spacing w:after="20"/>
        <w:ind w:left="360"/>
        <w:rPr>
          <w:lang w:val="de-DE"/>
        </w:rPr>
      </w:pPr>
      <w:r w:rsidRPr="007D25F2">
        <w:rPr>
          <w:lang w:val="de-DE"/>
        </w:rPr>
        <w:t>C. wa kupinga kilimo</w:t>
      </w:r>
    </w:p>
    <w:p w14:paraId="60581FA0" w14:textId="77777777" w:rsidR="00381EB4" w:rsidRPr="007D25F2" w:rsidRDefault="00000000">
      <w:pPr>
        <w:spacing w:after="20"/>
        <w:ind w:left="360"/>
        <w:rPr>
          <w:lang w:val="de-DE"/>
        </w:rPr>
      </w:pPr>
      <w:r w:rsidRPr="007D25F2">
        <w:rPr>
          <w:lang w:val="de-DE"/>
        </w:rPr>
        <w:t>D. wa ubinafsi</w:t>
      </w:r>
    </w:p>
    <w:p w14:paraId="2FC2323D" w14:textId="77777777" w:rsidR="00381EB4" w:rsidRPr="007D25F2" w:rsidRDefault="00000000">
      <w:pPr>
        <w:rPr>
          <w:lang w:val="de-DE"/>
        </w:rPr>
      </w:pPr>
      <w:r w:rsidRPr="007D25F2">
        <w:rPr>
          <w:b/>
          <w:lang w:val="de-DE"/>
        </w:rPr>
        <w:t>10. Kifungu hiki kinafaa kupewa kichwa gani?</w:t>
      </w:r>
    </w:p>
    <w:p w14:paraId="480E2454" w14:textId="77777777" w:rsidR="00381EB4" w:rsidRPr="007D25F2" w:rsidRDefault="00000000">
      <w:pPr>
        <w:spacing w:after="20"/>
        <w:ind w:left="360"/>
        <w:rPr>
          <w:lang w:val="de-DE"/>
        </w:rPr>
      </w:pPr>
      <w:r w:rsidRPr="007D25F2">
        <w:rPr>
          <w:lang w:val="de-DE"/>
        </w:rPr>
        <w:t>A. Safari ya Vijana Mjini</w:t>
      </w:r>
    </w:p>
    <w:p w14:paraId="61948002" w14:textId="77777777" w:rsidR="00381EB4" w:rsidRPr="007D25F2" w:rsidRDefault="00000000">
      <w:pPr>
        <w:spacing w:after="20"/>
        <w:ind w:left="360"/>
        <w:rPr>
          <w:lang w:val="de-DE"/>
        </w:rPr>
      </w:pPr>
      <w:r w:rsidRPr="007D25F2">
        <w:rPr>
          <w:lang w:val="de-DE"/>
        </w:rPr>
        <w:lastRenderedPageBreak/>
        <w:t>B. Bustani ya Mwangaza</w:t>
      </w:r>
    </w:p>
    <w:p w14:paraId="18FFB03C" w14:textId="77777777" w:rsidR="00381EB4" w:rsidRPr="007D25F2" w:rsidRDefault="00000000">
      <w:pPr>
        <w:spacing w:after="20"/>
        <w:ind w:left="360"/>
        <w:rPr>
          <w:lang w:val="de-DE"/>
        </w:rPr>
      </w:pPr>
      <w:r w:rsidRPr="007D25F2">
        <w:rPr>
          <w:lang w:val="de-DE"/>
        </w:rPr>
        <w:t>C. Mto Uliokauka</w:t>
      </w:r>
    </w:p>
    <w:p w14:paraId="2418A9AB" w14:textId="77777777" w:rsidR="00381EB4" w:rsidRPr="007D25F2" w:rsidRDefault="00000000">
      <w:pPr>
        <w:spacing w:after="20"/>
        <w:ind w:left="360"/>
        <w:rPr>
          <w:lang w:val="de-DE"/>
        </w:rPr>
      </w:pPr>
      <w:r w:rsidRPr="007D25F2">
        <w:rPr>
          <w:lang w:val="de-DE"/>
        </w:rPr>
        <w:t>D. Soko la Kijiji</w:t>
      </w:r>
    </w:p>
    <w:p w14:paraId="6131BD9E" w14:textId="77777777" w:rsidR="00381EB4" w:rsidRPr="007D25F2" w:rsidRDefault="00000000">
      <w:pPr>
        <w:rPr>
          <w:lang w:val="de-DE"/>
        </w:rPr>
      </w:pPr>
      <w:r w:rsidRPr="007D25F2">
        <w:rPr>
          <w:b/>
          <w:lang w:val="de-DE"/>
        </w:rPr>
        <w:t>11. Ni ipi haikutajwa kama jukumu la vijana?</w:t>
      </w:r>
    </w:p>
    <w:p w14:paraId="4C442E97" w14:textId="77777777" w:rsidR="00381EB4" w:rsidRDefault="00000000">
      <w:pPr>
        <w:spacing w:after="20"/>
        <w:ind w:left="360"/>
      </w:pPr>
      <w:r>
        <w:t>A. Kutayarisha mashamba</w:t>
      </w:r>
    </w:p>
    <w:p w14:paraId="6EBC28AD" w14:textId="77777777" w:rsidR="00381EB4" w:rsidRDefault="00000000">
      <w:pPr>
        <w:spacing w:after="20"/>
        <w:ind w:left="360"/>
      </w:pPr>
      <w:r>
        <w:t>B. Kutafuta mbegu</w:t>
      </w:r>
    </w:p>
    <w:p w14:paraId="43715C2D" w14:textId="77777777" w:rsidR="00381EB4" w:rsidRDefault="00000000">
      <w:pPr>
        <w:spacing w:after="20"/>
        <w:ind w:left="360"/>
      </w:pPr>
      <w:r>
        <w:t>C. Kusimamia umwagiliaji</w:t>
      </w:r>
    </w:p>
    <w:p w14:paraId="6EE9F067" w14:textId="77777777" w:rsidR="00381EB4" w:rsidRDefault="00000000">
      <w:pPr>
        <w:spacing w:after="20"/>
        <w:ind w:left="360"/>
      </w:pPr>
      <w:r>
        <w:t>D. Kujenga barabara</w:t>
      </w:r>
    </w:p>
    <w:p w14:paraId="1FB89941" w14:textId="77777777" w:rsidR="00381EB4" w:rsidRDefault="00000000">
      <w:r>
        <w:rPr>
          <w:b/>
        </w:rPr>
        <w:t>12. Kauli 'kazi ya pamoja inaweza kuleta mabadiliko' inaonyesha umuhimu wa</w:t>
      </w:r>
    </w:p>
    <w:p w14:paraId="07DC1394" w14:textId="77777777" w:rsidR="00381EB4" w:rsidRPr="007D25F2" w:rsidRDefault="00000000">
      <w:pPr>
        <w:spacing w:after="20"/>
        <w:ind w:left="360"/>
        <w:rPr>
          <w:lang w:val="de-DE"/>
        </w:rPr>
      </w:pPr>
      <w:r w:rsidRPr="007D25F2">
        <w:rPr>
          <w:lang w:val="de-DE"/>
        </w:rPr>
        <w:t>A. ushirikiano</w:t>
      </w:r>
    </w:p>
    <w:p w14:paraId="20E7DAC0" w14:textId="77777777" w:rsidR="00381EB4" w:rsidRPr="007D25F2" w:rsidRDefault="00000000">
      <w:pPr>
        <w:spacing w:after="20"/>
        <w:ind w:left="360"/>
        <w:rPr>
          <w:lang w:val="de-DE"/>
        </w:rPr>
      </w:pPr>
      <w:r w:rsidRPr="007D25F2">
        <w:rPr>
          <w:lang w:val="de-DE"/>
        </w:rPr>
        <w:t>B. ushindani</w:t>
      </w:r>
    </w:p>
    <w:p w14:paraId="79BFC440" w14:textId="77777777" w:rsidR="00381EB4" w:rsidRPr="007D25F2" w:rsidRDefault="00000000">
      <w:pPr>
        <w:spacing w:after="20"/>
        <w:ind w:left="360"/>
        <w:rPr>
          <w:lang w:val="de-DE"/>
        </w:rPr>
      </w:pPr>
      <w:r w:rsidRPr="007D25F2">
        <w:rPr>
          <w:lang w:val="de-DE"/>
        </w:rPr>
        <w:t>C. uzembe</w:t>
      </w:r>
    </w:p>
    <w:p w14:paraId="4CD8B68C" w14:textId="77777777" w:rsidR="00381EB4" w:rsidRPr="007D25F2" w:rsidRDefault="00000000">
      <w:pPr>
        <w:spacing w:after="20"/>
        <w:ind w:left="360"/>
        <w:rPr>
          <w:lang w:val="de-DE"/>
        </w:rPr>
      </w:pPr>
      <w:r w:rsidRPr="007D25F2">
        <w:rPr>
          <w:lang w:val="de-DE"/>
        </w:rPr>
        <w:t>D. kutegemea wengine</w:t>
      </w:r>
    </w:p>
    <w:p w14:paraId="30DFF6E5" w14:textId="77777777" w:rsidR="00381EB4" w:rsidRPr="007D25F2" w:rsidRDefault="00000000">
      <w:pPr>
        <w:pStyle w:val="Heading1"/>
        <w:rPr>
          <w:lang w:val="de-DE"/>
        </w:rPr>
      </w:pPr>
      <w:r w:rsidRPr="007D25F2">
        <w:rPr>
          <w:lang w:val="de-DE"/>
        </w:rPr>
        <w:t>SEHEMU A: UFAHAMU WA KUSOMA – KIFUNGU CHA PILI</w:t>
      </w:r>
    </w:p>
    <w:p w14:paraId="1B0F8776" w14:textId="77777777" w:rsidR="00381EB4" w:rsidRPr="007D25F2" w:rsidRDefault="00000000">
      <w:pPr>
        <w:rPr>
          <w:lang w:val="de-DE"/>
        </w:rPr>
      </w:pPr>
      <w:r w:rsidRPr="007D25F2">
        <w:rPr>
          <w:lang w:val="de-DE"/>
        </w:rPr>
        <w:t>Soma kifungu kifuatacho kisha ujibu maswali 13 hadi 20.</w:t>
      </w:r>
    </w:p>
    <w:p w14:paraId="3DCC6C4B" w14:textId="77777777" w:rsidR="00381EB4" w:rsidRPr="007D25F2" w:rsidRDefault="00000000">
      <w:pPr>
        <w:rPr>
          <w:lang w:val="de-DE"/>
        </w:rPr>
      </w:pPr>
      <w:r w:rsidRPr="007D25F2">
        <w:rPr>
          <w:i/>
          <w:lang w:val="de-DE"/>
        </w:rPr>
        <w:t>Maktaba ya shule ni mahali muhimu kwa wanafunzi wanaotaka kuongeza maarifa. Katika Shule ya Tumaini, wanafunzi walikubaliana kuanzisha saa moja ya kusoma kila jioni baada ya masomo. Mwalimu wa lugha aliwashauri kuchagua vitabu vinavyolingana na umri wao na kuandika maneno mapya katika daftari maalumu.</w:t>
      </w:r>
      <w:r w:rsidRPr="007D25F2">
        <w:rPr>
          <w:i/>
          <w:lang w:val="de-DE"/>
        </w:rPr>
        <w:br/>
      </w:r>
      <w:r w:rsidRPr="007D25F2">
        <w:rPr>
          <w:i/>
          <w:lang w:val="de-DE"/>
        </w:rPr>
        <w:br/>
        <w:t>Baada ya muda, wanafunzi walianza kuboresha msamiati wao na kuelewa vifungu kwa urahisi zaidi. Wengine waligundua vipaji vyao vya uandishi baada ya kusoma hadithi mbalimbali. Hata hivyo, mwalimu aliwakumbusha kuwa kusoma kwa manufaa kunahitaji nidhamu. Alisema kuwa kusoma bila kuelewa ni kama kusafiri bila kujua unakoenda.</w:t>
      </w:r>
      <w:r w:rsidRPr="007D25F2">
        <w:rPr>
          <w:i/>
          <w:lang w:val="de-DE"/>
        </w:rPr>
        <w:br/>
      </w:r>
      <w:r w:rsidRPr="007D25F2">
        <w:rPr>
          <w:i/>
          <w:lang w:val="de-DE"/>
        </w:rPr>
        <w:br/>
        <w:t>Wanafunzi walipanga kutunza vitabu vizuri na kuwahimiza wenzao kutumia maktaba. Walikubaliana pia kutoweka simu zao karibu wakati wa saa ya kusoma ili kuepuka usumbufu.</w:t>
      </w:r>
    </w:p>
    <w:p w14:paraId="66635C73" w14:textId="77777777" w:rsidR="00381EB4" w:rsidRPr="007D25F2" w:rsidRDefault="00000000">
      <w:pPr>
        <w:rPr>
          <w:lang w:val="de-DE"/>
        </w:rPr>
      </w:pPr>
      <w:r w:rsidRPr="007D25F2">
        <w:rPr>
          <w:b/>
          <w:lang w:val="de-DE"/>
        </w:rPr>
        <w:t>13. Lengo kuu la saa ya kusoma lilikuwa</w:t>
      </w:r>
    </w:p>
    <w:p w14:paraId="0CDE9480" w14:textId="77777777" w:rsidR="00381EB4" w:rsidRPr="007D25F2" w:rsidRDefault="00000000">
      <w:pPr>
        <w:spacing w:after="20"/>
        <w:ind w:left="360"/>
        <w:rPr>
          <w:lang w:val="de-DE"/>
        </w:rPr>
      </w:pPr>
      <w:r w:rsidRPr="007D25F2">
        <w:rPr>
          <w:lang w:val="de-DE"/>
        </w:rPr>
        <w:t>A. kuwafanya wanafunzi kuchelewa nyumbani</w:t>
      </w:r>
    </w:p>
    <w:p w14:paraId="51F3BB7B" w14:textId="77777777" w:rsidR="00381EB4" w:rsidRPr="007D25F2" w:rsidRDefault="00000000">
      <w:pPr>
        <w:spacing w:after="20"/>
        <w:ind w:left="360"/>
        <w:rPr>
          <w:lang w:val="de-DE"/>
        </w:rPr>
      </w:pPr>
      <w:r w:rsidRPr="007D25F2">
        <w:rPr>
          <w:lang w:val="de-DE"/>
        </w:rPr>
        <w:t>B. kuongeza maarifa na uwezo wa kusoma</w:t>
      </w:r>
    </w:p>
    <w:p w14:paraId="0E6C3461" w14:textId="77777777" w:rsidR="00381EB4" w:rsidRPr="007D25F2" w:rsidRDefault="00000000">
      <w:pPr>
        <w:spacing w:after="20"/>
        <w:ind w:left="360"/>
        <w:rPr>
          <w:lang w:val="de-DE"/>
        </w:rPr>
      </w:pPr>
      <w:r w:rsidRPr="007D25F2">
        <w:rPr>
          <w:lang w:val="de-DE"/>
        </w:rPr>
        <w:t>C. kupunguza idadi ya walimu</w:t>
      </w:r>
    </w:p>
    <w:p w14:paraId="682226C8" w14:textId="77777777" w:rsidR="00381EB4" w:rsidRPr="007D25F2" w:rsidRDefault="00000000">
      <w:pPr>
        <w:spacing w:after="20"/>
        <w:ind w:left="360"/>
        <w:rPr>
          <w:lang w:val="de-DE"/>
        </w:rPr>
      </w:pPr>
      <w:r w:rsidRPr="007D25F2">
        <w:rPr>
          <w:lang w:val="de-DE"/>
        </w:rPr>
        <w:t>D. kuwafanya wanafunzi waache michezo</w:t>
      </w:r>
    </w:p>
    <w:p w14:paraId="0136B3AE" w14:textId="77777777" w:rsidR="00381EB4" w:rsidRPr="007D25F2" w:rsidRDefault="00000000">
      <w:pPr>
        <w:rPr>
          <w:lang w:val="de-DE"/>
        </w:rPr>
      </w:pPr>
      <w:r w:rsidRPr="007D25F2">
        <w:rPr>
          <w:b/>
          <w:lang w:val="de-DE"/>
        </w:rPr>
        <w:t>14. Mwalimu aliwashauri wanafunzi kuandika</w:t>
      </w:r>
    </w:p>
    <w:p w14:paraId="2A97D8B4" w14:textId="77777777" w:rsidR="00381EB4" w:rsidRPr="007D25F2" w:rsidRDefault="00000000">
      <w:pPr>
        <w:spacing w:after="20"/>
        <w:ind w:left="360"/>
        <w:rPr>
          <w:lang w:val="de-DE"/>
        </w:rPr>
      </w:pPr>
      <w:r w:rsidRPr="007D25F2">
        <w:rPr>
          <w:lang w:val="de-DE"/>
        </w:rPr>
        <w:t>A. majina ya walimu</w:t>
      </w:r>
    </w:p>
    <w:p w14:paraId="1E61379A" w14:textId="77777777" w:rsidR="00381EB4" w:rsidRDefault="00000000">
      <w:pPr>
        <w:spacing w:after="20"/>
        <w:ind w:left="360"/>
      </w:pPr>
      <w:r>
        <w:t>B. maneno mapya</w:t>
      </w:r>
    </w:p>
    <w:p w14:paraId="129ED57E" w14:textId="77777777" w:rsidR="00381EB4" w:rsidRDefault="00000000">
      <w:pPr>
        <w:spacing w:after="20"/>
        <w:ind w:left="360"/>
      </w:pPr>
      <w:r>
        <w:t>C. ratiba ya michezo</w:t>
      </w:r>
    </w:p>
    <w:p w14:paraId="727109FD" w14:textId="77777777" w:rsidR="00381EB4" w:rsidRDefault="00000000">
      <w:pPr>
        <w:spacing w:after="20"/>
        <w:ind w:left="360"/>
      </w:pPr>
      <w:r>
        <w:t>D. bei za vitabu</w:t>
      </w:r>
    </w:p>
    <w:p w14:paraId="759934D7" w14:textId="77777777" w:rsidR="00381EB4" w:rsidRDefault="00000000">
      <w:r>
        <w:rPr>
          <w:b/>
        </w:rPr>
        <w:t>15. Ni matokeo gani yalitokana na kusoma mara kwa mara?</w:t>
      </w:r>
    </w:p>
    <w:p w14:paraId="118D235B" w14:textId="77777777" w:rsidR="00381EB4" w:rsidRDefault="00000000">
      <w:pPr>
        <w:spacing w:after="20"/>
        <w:ind w:left="360"/>
      </w:pPr>
      <w:r>
        <w:t>A. Msamiati uliimarika</w:t>
      </w:r>
    </w:p>
    <w:p w14:paraId="6E920849" w14:textId="77777777" w:rsidR="00381EB4" w:rsidRDefault="00000000">
      <w:pPr>
        <w:spacing w:after="20"/>
        <w:ind w:left="360"/>
      </w:pPr>
      <w:r>
        <w:t>B. Wanafunzi waliacha kuandika</w:t>
      </w:r>
    </w:p>
    <w:p w14:paraId="7354DB7E" w14:textId="77777777" w:rsidR="00381EB4" w:rsidRDefault="00000000">
      <w:pPr>
        <w:spacing w:after="20"/>
        <w:ind w:left="360"/>
      </w:pPr>
      <w:r>
        <w:t>C. Vitabu vilipotea</w:t>
      </w:r>
    </w:p>
    <w:p w14:paraId="19755E19" w14:textId="77777777" w:rsidR="00381EB4" w:rsidRDefault="00000000">
      <w:pPr>
        <w:spacing w:after="20"/>
        <w:ind w:left="360"/>
      </w:pPr>
      <w:r>
        <w:t>D. Masomo yalifutwa</w:t>
      </w:r>
    </w:p>
    <w:p w14:paraId="46A79928" w14:textId="77777777" w:rsidR="00381EB4" w:rsidRDefault="00000000">
      <w:r>
        <w:rPr>
          <w:b/>
        </w:rPr>
        <w:t>16. Msemo 'kusoma bila kuelewa ni kama kusafiri bila kujua unakoenda' unasisitiza</w:t>
      </w:r>
    </w:p>
    <w:p w14:paraId="26AB7697" w14:textId="77777777" w:rsidR="00381EB4" w:rsidRPr="007D25F2" w:rsidRDefault="00000000">
      <w:pPr>
        <w:spacing w:after="20"/>
        <w:ind w:left="360"/>
        <w:rPr>
          <w:lang w:val="de-DE"/>
        </w:rPr>
      </w:pPr>
      <w:r w:rsidRPr="007D25F2">
        <w:rPr>
          <w:lang w:val="de-DE"/>
        </w:rPr>
        <w:lastRenderedPageBreak/>
        <w:t>A. umuhimu wa kuelewa unachosoma</w:t>
      </w:r>
    </w:p>
    <w:p w14:paraId="1AF13747" w14:textId="77777777" w:rsidR="00381EB4" w:rsidRPr="007D25F2" w:rsidRDefault="00000000">
      <w:pPr>
        <w:spacing w:after="20"/>
        <w:ind w:left="360"/>
        <w:rPr>
          <w:lang w:val="de-DE"/>
        </w:rPr>
      </w:pPr>
      <w:r w:rsidRPr="007D25F2">
        <w:rPr>
          <w:lang w:val="de-DE"/>
        </w:rPr>
        <w:t>B. hasara za kusafiri</w:t>
      </w:r>
    </w:p>
    <w:p w14:paraId="32E27004" w14:textId="77777777" w:rsidR="00381EB4" w:rsidRPr="007D25F2" w:rsidRDefault="00000000">
      <w:pPr>
        <w:spacing w:after="20"/>
        <w:ind w:left="360"/>
        <w:rPr>
          <w:lang w:val="de-DE"/>
        </w:rPr>
      </w:pPr>
      <w:r w:rsidRPr="007D25F2">
        <w:rPr>
          <w:lang w:val="de-DE"/>
        </w:rPr>
        <w:t>C. umuhimu wa simu</w:t>
      </w:r>
    </w:p>
    <w:p w14:paraId="33F01F66" w14:textId="77777777" w:rsidR="00381EB4" w:rsidRPr="007D25F2" w:rsidRDefault="00000000">
      <w:pPr>
        <w:spacing w:after="20"/>
        <w:ind w:left="360"/>
        <w:rPr>
          <w:lang w:val="de-DE"/>
        </w:rPr>
      </w:pPr>
      <w:r w:rsidRPr="007D25F2">
        <w:rPr>
          <w:lang w:val="de-DE"/>
        </w:rPr>
        <w:t>D. kutokuwepo kwa maktaba</w:t>
      </w:r>
    </w:p>
    <w:p w14:paraId="1DF14CA5" w14:textId="77777777" w:rsidR="00381EB4" w:rsidRPr="007D25F2" w:rsidRDefault="00000000">
      <w:pPr>
        <w:rPr>
          <w:lang w:val="de-DE"/>
        </w:rPr>
      </w:pPr>
      <w:r w:rsidRPr="007D25F2">
        <w:rPr>
          <w:b/>
          <w:lang w:val="de-DE"/>
        </w:rPr>
        <w:t>17. Wanafunzi waligundua baadhi yao walikuwa na vipaji vya</w:t>
      </w:r>
    </w:p>
    <w:p w14:paraId="4D161F72" w14:textId="77777777" w:rsidR="00381EB4" w:rsidRPr="007D25F2" w:rsidRDefault="00000000">
      <w:pPr>
        <w:spacing w:after="20"/>
        <w:ind w:left="360"/>
        <w:rPr>
          <w:lang w:val="de-DE"/>
        </w:rPr>
      </w:pPr>
      <w:r w:rsidRPr="007D25F2">
        <w:rPr>
          <w:lang w:val="de-DE"/>
        </w:rPr>
        <w:t>A. uandishi</w:t>
      </w:r>
    </w:p>
    <w:p w14:paraId="64C13985" w14:textId="77777777" w:rsidR="00381EB4" w:rsidRPr="007D25F2" w:rsidRDefault="00000000">
      <w:pPr>
        <w:spacing w:after="20"/>
        <w:ind w:left="360"/>
        <w:rPr>
          <w:lang w:val="de-DE"/>
        </w:rPr>
      </w:pPr>
      <w:r w:rsidRPr="007D25F2">
        <w:rPr>
          <w:lang w:val="de-DE"/>
        </w:rPr>
        <w:t>B. uchezaji wa mpira</w:t>
      </w:r>
    </w:p>
    <w:p w14:paraId="63C88CBD" w14:textId="77777777" w:rsidR="00381EB4" w:rsidRPr="007D25F2" w:rsidRDefault="00000000">
      <w:pPr>
        <w:spacing w:after="20"/>
        <w:ind w:left="360"/>
        <w:rPr>
          <w:lang w:val="de-DE"/>
        </w:rPr>
      </w:pPr>
      <w:r w:rsidRPr="007D25F2">
        <w:rPr>
          <w:lang w:val="de-DE"/>
        </w:rPr>
        <w:t>C. useremala</w:t>
      </w:r>
    </w:p>
    <w:p w14:paraId="1FCC1E4E" w14:textId="77777777" w:rsidR="00381EB4" w:rsidRPr="007D25F2" w:rsidRDefault="00000000">
      <w:pPr>
        <w:spacing w:after="20"/>
        <w:ind w:left="360"/>
        <w:rPr>
          <w:lang w:val="de-DE"/>
        </w:rPr>
      </w:pPr>
      <w:r w:rsidRPr="007D25F2">
        <w:rPr>
          <w:lang w:val="de-DE"/>
        </w:rPr>
        <w:t>D. upishi</w:t>
      </w:r>
    </w:p>
    <w:p w14:paraId="74B36289" w14:textId="77777777" w:rsidR="00381EB4" w:rsidRPr="007D25F2" w:rsidRDefault="00000000">
      <w:pPr>
        <w:rPr>
          <w:lang w:val="de-DE"/>
        </w:rPr>
      </w:pPr>
      <w:r w:rsidRPr="007D25F2">
        <w:rPr>
          <w:b/>
          <w:lang w:val="de-DE"/>
        </w:rPr>
        <w:t>18. Kwa nini walipanga kutoweka simu karibu wakati wa kusoma?</w:t>
      </w:r>
    </w:p>
    <w:p w14:paraId="20D8178F" w14:textId="77777777" w:rsidR="00381EB4" w:rsidRPr="007D25F2" w:rsidRDefault="00000000">
      <w:pPr>
        <w:spacing w:after="20"/>
        <w:ind w:left="360"/>
        <w:rPr>
          <w:lang w:val="de-DE"/>
        </w:rPr>
      </w:pPr>
      <w:r w:rsidRPr="007D25F2">
        <w:rPr>
          <w:lang w:val="de-DE"/>
        </w:rPr>
        <w:t>A. Ili kuzuia usumbufu</w:t>
      </w:r>
    </w:p>
    <w:p w14:paraId="1D0C911C" w14:textId="77777777" w:rsidR="00381EB4" w:rsidRPr="007D25F2" w:rsidRDefault="00000000">
      <w:pPr>
        <w:spacing w:after="20"/>
        <w:ind w:left="360"/>
        <w:rPr>
          <w:lang w:val="de-DE"/>
        </w:rPr>
      </w:pPr>
      <w:r w:rsidRPr="007D25F2">
        <w:rPr>
          <w:lang w:val="de-DE"/>
        </w:rPr>
        <w:t>B. Ili simu zipotee</w:t>
      </w:r>
    </w:p>
    <w:p w14:paraId="06278F94" w14:textId="77777777" w:rsidR="00381EB4" w:rsidRPr="007D25F2" w:rsidRDefault="00000000">
      <w:pPr>
        <w:spacing w:after="20"/>
        <w:ind w:left="360"/>
        <w:rPr>
          <w:lang w:val="de-DE"/>
        </w:rPr>
      </w:pPr>
      <w:r w:rsidRPr="007D25F2">
        <w:rPr>
          <w:lang w:val="de-DE"/>
        </w:rPr>
        <w:t>C. Ili wapate mtandao</w:t>
      </w:r>
    </w:p>
    <w:p w14:paraId="36BBE148" w14:textId="77777777" w:rsidR="00381EB4" w:rsidRPr="007D25F2" w:rsidRDefault="00000000">
      <w:pPr>
        <w:spacing w:after="20"/>
        <w:ind w:left="360"/>
        <w:rPr>
          <w:lang w:val="de-DE"/>
        </w:rPr>
      </w:pPr>
      <w:r w:rsidRPr="007D25F2">
        <w:rPr>
          <w:lang w:val="de-DE"/>
        </w:rPr>
        <w:t>D. Ili wachaji simu</w:t>
      </w:r>
    </w:p>
    <w:p w14:paraId="60BE49B1" w14:textId="77777777" w:rsidR="00381EB4" w:rsidRPr="007D25F2" w:rsidRDefault="00000000">
      <w:pPr>
        <w:rPr>
          <w:lang w:val="de-DE"/>
        </w:rPr>
      </w:pPr>
      <w:r w:rsidRPr="007D25F2">
        <w:rPr>
          <w:b/>
          <w:lang w:val="de-DE"/>
        </w:rPr>
        <w:t>19. Kulingana na kifungu, kusoma kwa manufaa kunahitaji</w:t>
      </w:r>
    </w:p>
    <w:p w14:paraId="7F1DF086" w14:textId="77777777" w:rsidR="00381EB4" w:rsidRPr="007D25F2" w:rsidRDefault="00000000">
      <w:pPr>
        <w:spacing w:after="20"/>
        <w:ind w:left="360"/>
        <w:rPr>
          <w:lang w:val="de-DE"/>
        </w:rPr>
      </w:pPr>
      <w:r w:rsidRPr="007D25F2">
        <w:rPr>
          <w:lang w:val="de-DE"/>
        </w:rPr>
        <w:t>A. bahati</w:t>
      </w:r>
    </w:p>
    <w:p w14:paraId="3AA15418" w14:textId="77777777" w:rsidR="00381EB4" w:rsidRPr="007D25F2" w:rsidRDefault="00000000">
      <w:pPr>
        <w:spacing w:after="20"/>
        <w:ind w:left="360"/>
        <w:rPr>
          <w:lang w:val="de-DE"/>
        </w:rPr>
      </w:pPr>
      <w:r w:rsidRPr="007D25F2">
        <w:rPr>
          <w:lang w:val="de-DE"/>
        </w:rPr>
        <w:t>B. nidhamu</w:t>
      </w:r>
    </w:p>
    <w:p w14:paraId="5A23E9AB" w14:textId="77777777" w:rsidR="00381EB4" w:rsidRPr="007D25F2" w:rsidRDefault="00000000">
      <w:pPr>
        <w:spacing w:after="20"/>
        <w:ind w:left="360"/>
        <w:rPr>
          <w:lang w:val="de-DE"/>
        </w:rPr>
      </w:pPr>
      <w:r w:rsidRPr="007D25F2">
        <w:rPr>
          <w:lang w:val="de-DE"/>
        </w:rPr>
        <w:t>C. fedha nyingi</w:t>
      </w:r>
    </w:p>
    <w:p w14:paraId="2EC833DE" w14:textId="77777777" w:rsidR="00381EB4" w:rsidRPr="007D25F2" w:rsidRDefault="00000000">
      <w:pPr>
        <w:spacing w:after="20"/>
        <w:ind w:left="360"/>
        <w:rPr>
          <w:lang w:val="de-DE"/>
        </w:rPr>
      </w:pPr>
      <w:r w:rsidRPr="007D25F2">
        <w:rPr>
          <w:lang w:val="de-DE"/>
        </w:rPr>
        <w:t>D. ushindani</w:t>
      </w:r>
    </w:p>
    <w:p w14:paraId="517A90F5" w14:textId="77777777" w:rsidR="00381EB4" w:rsidRPr="007D25F2" w:rsidRDefault="00000000">
      <w:pPr>
        <w:rPr>
          <w:lang w:val="de-DE"/>
        </w:rPr>
      </w:pPr>
      <w:r w:rsidRPr="007D25F2">
        <w:rPr>
          <w:b/>
          <w:lang w:val="de-DE"/>
        </w:rPr>
        <w:t>20. Ni tabia ipi haikupendekezwa na wanafunzi?</w:t>
      </w:r>
    </w:p>
    <w:p w14:paraId="6617E184" w14:textId="77777777" w:rsidR="00381EB4" w:rsidRPr="007D25F2" w:rsidRDefault="00000000">
      <w:pPr>
        <w:spacing w:after="20"/>
        <w:ind w:left="360"/>
        <w:rPr>
          <w:lang w:val="de-DE"/>
        </w:rPr>
      </w:pPr>
      <w:r w:rsidRPr="007D25F2">
        <w:rPr>
          <w:lang w:val="de-DE"/>
        </w:rPr>
        <w:t>A. Kutunza vitabu</w:t>
      </w:r>
    </w:p>
    <w:p w14:paraId="3D336EFA" w14:textId="77777777" w:rsidR="00381EB4" w:rsidRPr="007D25F2" w:rsidRDefault="00000000">
      <w:pPr>
        <w:spacing w:after="20"/>
        <w:ind w:left="360"/>
        <w:rPr>
          <w:lang w:val="de-DE"/>
        </w:rPr>
      </w:pPr>
      <w:r w:rsidRPr="007D25F2">
        <w:rPr>
          <w:lang w:val="de-DE"/>
        </w:rPr>
        <w:t>B. Kuwahimiza wenzao kutumia maktaba</w:t>
      </w:r>
    </w:p>
    <w:p w14:paraId="7935477B" w14:textId="77777777" w:rsidR="00381EB4" w:rsidRPr="007D25F2" w:rsidRDefault="00000000">
      <w:pPr>
        <w:spacing w:after="20"/>
        <w:ind w:left="360"/>
        <w:rPr>
          <w:lang w:val="de-DE"/>
        </w:rPr>
      </w:pPr>
      <w:r w:rsidRPr="007D25F2">
        <w:rPr>
          <w:lang w:val="de-DE"/>
        </w:rPr>
        <w:t>C. Kuweka simu karibu wakati wa kusoma</w:t>
      </w:r>
    </w:p>
    <w:p w14:paraId="0C0431A6" w14:textId="77777777" w:rsidR="00381EB4" w:rsidRDefault="00000000">
      <w:pPr>
        <w:spacing w:after="20"/>
        <w:ind w:left="360"/>
      </w:pPr>
      <w:r>
        <w:t>D. Kusoma vitabu vinavyofaa umri wao</w:t>
      </w:r>
    </w:p>
    <w:p w14:paraId="17F15971" w14:textId="77777777" w:rsidR="00381EB4" w:rsidRPr="007D25F2" w:rsidRDefault="00000000">
      <w:pPr>
        <w:pStyle w:val="Heading1"/>
        <w:rPr>
          <w:lang w:val="de-DE"/>
        </w:rPr>
      </w:pPr>
      <w:r w:rsidRPr="007D25F2">
        <w:rPr>
          <w:lang w:val="de-DE"/>
        </w:rPr>
        <w:t>SEHEMU B: SARUFI NA MATUMIZI YA LUGHA</w:t>
      </w:r>
    </w:p>
    <w:p w14:paraId="2100F701" w14:textId="77777777" w:rsidR="00381EB4" w:rsidRPr="007D25F2" w:rsidRDefault="00000000">
      <w:pPr>
        <w:rPr>
          <w:lang w:val="de-DE"/>
        </w:rPr>
      </w:pPr>
      <w:r w:rsidRPr="007D25F2">
        <w:rPr>
          <w:lang w:val="de-DE"/>
        </w:rPr>
        <w:t>Soma mazungumzo yafuatayo kisha ujibu maswali 21 hadi 25.</w:t>
      </w:r>
    </w:p>
    <w:p w14:paraId="3D10A89F" w14:textId="77777777" w:rsidR="00381EB4" w:rsidRDefault="00000000">
      <w:r>
        <w:rPr>
          <w:i/>
        </w:rPr>
        <w:t>Amina: Habari, Neema? Umeonekana mwenye furaha leo.</w:t>
      </w:r>
      <w:r>
        <w:rPr>
          <w:i/>
        </w:rPr>
        <w:br/>
        <w:t>Neema: Habari Amina! Nimefurahi kwa sababu nimechaguliwa kuwakilisha shule katika mashindano ya hotuba.</w:t>
      </w:r>
      <w:r>
        <w:rPr>
          <w:i/>
        </w:rPr>
        <w:br/>
        <w:t>Amina: Hongera! Umejiandaa vipi?</w:t>
      </w:r>
      <w:r>
        <w:rPr>
          <w:i/>
        </w:rPr>
        <w:br/>
        <w:t>Neema: Nimekuwa nikisoma kwa bidii na kufanya mazoezi mbele ya wenzangu.</w:t>
      </w:r>
      <w:r>
        <w:rPr>
          <w:i/>
        </w:rPr>
        <w:br/>
        <w:t>Amina: Hilo ni jambo zuri. Je, unahitaji msaada wowote?</w:t>
      </w:r>
      <w:r>
        <w:rPr>
          <w:i/>
        </w:rPr>
        <w:br/>
        <w:t>Neema: Ningependa unisikilize nikifanya mazoezi jioni.</w:t>
      </w:r>
      <w:r>
        <w:rPr>
          <w:i/>
        </w:rPr>
        <w:br/>
        <w:t>Amina: Bila shaka. Tutafanya hivyo baada ya masomo.</w:t>
      </w:r>
      <w:r>
        <w:rPr>
          <w:i/>
        </w:rPr>
        <w:br/>
        <w:t>Neema: Asante sana. Msaada wako unanipa moyo.</w:t>
      </w:r>
    </w:p>
    <w:p w14:paraId="4321ABA3" w14:textId="77777777" w:rsidR="00381EB4" w:rsidRDefault="00000000">
      <w:r>
        <w:rPr>
          <w:b/>
        </w:rPr>
        <w:t>21. Amina angempongeza Neema kwa kusema</w:t>
      </w:r>
    </w:p>
    <w:p w14:paraId="7DC257D0" w14:textId="77777777" w:rsidR="00381EB4" w:rsidRDefault="00000000">
      <w:pPr>
        <w:spacing w:after="20"/>
        <w:ind w:left="360"/>
      </w:pPr>
      <w:r>
        <w:t>A. Pole kwa msiba</w:t>
      </w:r>
    </w:p>
    <w:p w14:paraId="23AFD155" w14:textId="77777777" w:rsidR="00381EB4" w:rsidRDefault="00000000">
      <w:pPr>
        <w:spacing w:after="20"/>
        <w:ind w:left="360"/>
      </w:pPr>
      <w:r>
        <w:t>B. Hongera!</w:t>
      </w:r>
    </w:p>
    <w:p w14:paraId="2AFE6CA4" w14:textId="77777777" w:rsidR="00381EB4" w:rsidRDefault="00000000">
      <w:pPr>
        <w:spacing w:after="20"/>
        <w:ind w:left="360"/>
      </w:pPr>
      <w:r>
        <w:t>C. Shikamoo!</w:t>
      </w:r>
    </w:p>
    <w:p w14:paraId="7D9AA358" w14:textId="77777777" w:rsidR="00381EB4" w:rsidRDefault="00000000">
      <w:pPr>
        <w:spacing w:after="20"/>
        <w:ind w:left="360"/>
      </w:pPr>
      <w:r>
        <w:t>D. Samahani!</w:t>
      </w:r>
    </w:p>
    <w:p w14:paraId="30796A05" w14:textId="77777777" w:rsidR="00381EB4" w:rsidRPr="007D25F2" w:rsidRDefault="00000000">
      <w:pPr>
        <w:rPr>
          <w:lang w:val="de-DE"/>
        </w:rPr>
      </w:pPr>
      <w:r w:rsidRPr="007D25F2">
        <w:rPr>
          <w:b/>
          <w:lang w:val="de-DE"/>
        </w:rPr>
        <w:t>22. Neema amechaguliwa kushiriki katika</w:t>
      </w:r>
    </w:p>
    <w:p w14:paraId="3CE50FD1" w14:textId="77777777" w:rsidR="00381EB4" w:rsidRPr="007D25F2" w:rsidRDefault="00000000">
      <w:pPr>
        <w:spacing w:after="20"/>
        <w:ind w:left="360"/>
        <w:rPr>
          <w:lang w:val="de-DE"/>
        </w:rPr>
      </w:pPr>
      <w:r w:rsidRPr="007D25F2">
        <w:rPr>
          <w:lang w:val="de-DE"/>
        </w:rPr>
        <w:t>A. mashindano ya hotuba</w:t>
      </w:r>
    </w:p>
    <w:p w14:paraId="3A9CA223" w14:textId="77777777" w:rsidR="00381EB4" w:rsidRDefault="00000000">
      <w:pPr>
        <w:spacing w:after="20"/>
        <w:ind w:left="360"/>
      </w:pPr>
      <w:r>
        <w:lastRenderedPageBreak/>
        <w:t>B. mashindano ya riadha</w:t>
      </w:r>
    </w:p>
    <w:p w14:paraId="2604F10F" w14:textId="77777777" w:rsidR="00381EB4" w:rsidRDefault="00000000">
      <w:pPr>
        <w:spacing w:after="20"/>
        <w:ind w:left="360"/>
      </w:pPr>
      <w:r>
        <w:t>C. tamasha la muziki</w:t>
      </w:r>
    </w:p>
    <w:p w14:paraId="26A085D9" w14:textId="77777777" w:rsidR="00381EB4" w:rsidRDefault="00000000">
      <w:pPr>
        <w:spacing w:after="20"/>
        <w:ind w:left="360"/>
      </w:pPr>
      <w:r>
        <w:t>D. mchezo wa mpira</w:t>
      </w:r>
    </w:p>
    <w:p w14:paraId="773B8E8D" w14:textId="77777777" w:rsidR="00381EB4" w:rsidRDefault="00000000">
      <w:r>
        <w:rPr>
          <w:b/>
        </w:rPr>
        <w:t>23. Neema anaomba Amina amsaidie kwa</w:t>
      </w:r>
    </w:p>
    <w:p w14:paraId="42D8A452" w14:textId="77777777" w:rsidR="00381EB4" w:rsidRDefault="00000000">
      <w:pPr>
        <w:spacing w:after="20"/>
        <w:ind w:left="360"/>
      </w:pPr>
      <w:r>
        <w:t>A. kumnunulia kitabu</w:t>
      </w:r>
    </w:p>
    <w:p w14:paraId="0C24A340" w14:textId="77777777" w:rsidR="00381EB4" w:rsidRDefault="00000000">
      <w:pPr>
        <w:spacing w:after="20"/>
        <w:ind w:left="360"/>
      </w:pPr>
      <w:r>
        <w:t>B. kumsikiliza wakati wa mazoezi</w:t>
      </w:r>
    </w:p>
    <w:p w14:paraId="74979055" w14:textId="77777777" w:rsidR="00381EB4" w:rsidRPr="007D25F2" w:rsidRDefault="00000000">
      <w:pPr>
        <w:spacing w:after="20"/>
        <w:ind w:left="360"/>
        <w:rPr>
          <w:lang w:val="de-DE"/>
        </w:rPr>
      </w:pPr>
      <w:r w:rsidRPr="007D25F2">
        <w:rPr>
          <w:lang w:val="de-DE"/>
        </w:rPr>
        <w:t>C. kumpeleka sokoni</w:t>
      </w:r>
    </w:p>
    <w:p w14:paraId="75891505" w14:textId="77777777" w:rsidR="00381EB4" w:rsidRPr="007D25F2" w:rsidRDefault="00000000">
      <w:pPr>
        <w:spacing w:after="20"/>
        <w:ind w:left="360"/>
        <w:rPr>
          <w:lang w:val="de-DE"/>
        </w:rPr>
      </w:pPr>
      <w:r w:rsidRPr="007D25F2">
        <w:rPr>
          <w:lang w:val="de-DE"/>
        </w:rPr>
        <w:t>D. kumwandikia hotuba</w:t>
      </w:r>
    </w:p>
    <w:p w14:paraId="26F862AB" w14:textId="77777777" w:rsidR="00381EB4" w:rsidRPr="007D25F2" w:rsidRDefault="00000000">
      <w:pPr>
        <w:rPr>
          <w:lang w:val="de-DE"/>
        </w:rPr>
      </w:pPr>
      <w:r w:rsidRPr="007D25F2">
        <w:rPr>
          <w:b/>
          <w:lang w:val="de-DE"/>
        </w:rPr>
        <w:t>24. Ni kauli gani inaonyesha uhusiano mzuri kati ya Amina na Neema?</w:t>
      </w:r>
    </w:p>
    <w:p w14:paraId="21EE0BB8" w14:textId="77777777" w:rsidR="00381EB4" w:rsidRDefault="00000000">
      <w:pPr>
        <w:spacing w:after="20"/>
        <w:ind w:left="360"/>
      </w:pPr>
      <w:r>
        <w:t>A. Amina alikataa kumsaidia</w:t>
      </w:r>
    </w:p>
    <w:p w14:paraId="44446444" w14:textId="77777777" w:rsidR="00381EB4" w:rsidRDefault="00000000">
      <w:pPr>
        <w:spacing w:after="20"/>
        <w:ind w:left="360"/>
      </w:pPr>
      <w:r>
        <w:t>B. Amina aliahidi kumsikiliza</w:t>
      </w:r>
    </w:p>
    <w:p w14:paraId="0EC7570D" w14:textId="77777777" w:rsidR="00381EB4" w:rsidRDefault="00000000">
      <w:pPr>
        <w:spacing w:after="20"/>
        <w:ind w:left="360"/>
      </w:pPr>
      <w:r>
        <w:t>C. Neema alimshtaki Amina</w:t>
      </w:r>
    </w:p>
    <w:p w14:paraId="1063591B" w14:textId="77777777" w:rsidR="00381EB4" w:rsidRDefault="00000000">
      <w:pPr>
        <w:spacing w:after="20"/>
        <w:ind w:left="360"/>
      </w:pPr>
      <w:r>
        <w:t>D. Amina alimpuuza Neema</w:t>
      </w:r>
    </w:p>
    <w:p w14:paraId="4E5E09F2" w14:textId="77777777" w:rsidR="00381EB4" w:rsidRDefault="00000000">
      <w:r>
        <w:rPr>
          <w:b/>
        </w:rPr>
        <w:t>25. Neno 'moyo' katika kauli 'unanipa moyo' linatumika kwa maana ya</w:t>
      </w:r>
    </w:p>
    <w:p w14:paraId="08B0580B" w14:textId="77777777" w:rsidR="00381EB4" w:rsidRDefault="00000000">
      <w:pPr>
        <w:spacing w:after="20"/>
        <w:ind w:left="360"/>
      </w:pPr>
      <w:r>
        <w:t>A. sehemu ya mwili pekee</w:t>
      </w:r>
    </w:p>
    <w:p w14:paraId="702E4A47" w14:textId="77777777" w:rsidR="00381EB4" w:rsidRDefault="00000000">
      <w:pPr>
        <w:spacing w:after="20"/>
        <w:ind w:left="360"/>
      </w:pPr>
      <w:r>
        <w:t>B. kutia hamasa na ujasiri</w:t>
      </w:r>
    </w:p>
    <w:p w14:paraId="3AE46D0B" w14:textId="77777777" w:rsidR="00381EB4" w:rsidRDefault="00000000">
      <w:pPr>
        <w:spacing w:after="20"/>
        <w:ind w:left="360"/>
      </w:pPr>
      <w:r>
        <w:t>C. kuogopesha</w:t>
      </w:r>
    </w:p>
    <w:p w14:paraId="68382486" w14:textId="77777777" w:rsidR="00381EB4" w:rsidRDefault="00000000">
      <w:pPr>
        <w:spacing w:after="20"/>
        <w:ind w:left="360"/>
      </w:pPr>
      <w:r>
        <w:t>D. kukataa msaada</w:t>
      </w:r>
    </w:p>
    <w:p w14:paraId="4CDE073D" w14:textId="77777777" w:rsidR="00381EB4" w:rsidRDefault="00000000">
      <w:r>
        <w:t>Kifungu kifuatacho kina nafasi za 26 hadi 35. Chagua jibu linalofaa zaidi kujaza kila nafasi.</w:t>
      </w:r>
    </w:p>
    <w:p w14:paraId="7CC891D6" w14:textId="77777777" w:rsidR="00381EB4" w:rsidRDefault="00000000">
      <w:r>
        <w:rPr>
          <w:i/>
        </w:rPr>
        <w:t>Jana wanafunzi wa shule yetu ____26____ safari ya elimu katika makumbusho. Walifika mapema ____27____ walitaka kupata muda wa kutosha wa kujifunza. Mwalimu ____28____ wanafunzi wabaki pamoja wakati wa ziara. Kila mwanafunzi alikuwa ____29____ daftari la kuandikia maelezo. Walipoingia, mwongozaji ____30____ historia ya vitu vilivyokuwa humo. Wanafunzi walimsikiliza ____31____ na kuuliza maswali mengi. Baada ya ziara, kila mmoja ____32____ alichojifunza. Mwalimu alisema kuwa ziara hiyo ilikuwa ____33____ kwao. Aliwahimiza ____34____ maarifa waliyopata na wenzao. Hatimaye, wanafunzi walirudi shuleni ____35____ furaha.</w:t>
      </w:r>
    </w:p>
    <w:p w14:paraId="358FC76A" w14:textId="77777777" w:rsidR="00381EB4" w:rsidRDefault="00000000">
      <w:r>
        <w:rPr>
          <w:b/>
        </w:rPr>
        <w:t xml:space="preserve">26. </w:t>
      </w:r>
    </w:p>
    <w:p w14:paraId="67E1ECF8" w14:textId="77777777" w:rsidR="00381EB4" w:rsidRDefault="00000000">
      <w:pPr>
        <w:spacing w:after="20"/>
        <w:ind w:left="360"/>
      </w:pPr>
      <w:r>
        <w:t>A. walifanya</w:t>
      </w:r>
    </w:p>
    <w:p w14:paraId="614CE086" w14:textId="77777777" w:rsidR="00381EB4" w:rsidRDefault="00000000">
      <w:pPr>
        <w:spacing w:after="20"/>
        <w:ind w:left="360"/>
      </w:pPr>
      <w:r>
        <w:t>B. wamefanya</w:t>
      </w:r>
    </w:p>
    <w:p w14:paraId="5D4E6D3D" w14:textId="77777777" w:rsidR="00381EB4" w:rsidRDefault="00000000">
      <w:pPr>
        <w:spacing w:after="20"/>
        <w:ind w:left="360"/>
      </w:pPr>
      <w:r>
        <w:t>C. hufanya</w:t>
      </w:r>
    </w:p>
    <w:p w14:paraId="24C1A0F7" w14:textId="77777777" w:rsidR="00381EB4" w:rsidRDefault="00000000">
      <w:pPr>
        <w:spacing w:after="20"/>
        <w:ind w:left="360"/>
      </w:pPr>
      <w:r>
        <w:t>D. walifanya?</w:t>
      </w:r>
    </w:p>
    <w:p w14:paraId="3348FB79" w14:textId="77777777" w:rsidR="00381EB4" w:rsidRDefault="00000000">
      <w:r>
        <w:rPr>
          <w:b/>
        </w:rPr>
        <w:t xml:space="preserve">27. </w:t>
      </w:r>
    </w:p>
    <w:p w14:paraId="11E41F56" w14:textId="77777777" w:rsidR="00381EB4" w:rsidRDefault="00000000">
      <w:pPr>
        <w:spacing w:after="20"/>
        <w:ind w:left="360"/>
      </w:pPr>
      <w:r>
        <w:t>A. kwa sababu</w:t>
      </w:r>
    </w:p>
    <w:p w14:paraId="7792D991" w14:textId="77777777" w:rsidR="00381EB4" w:rsidRDefault="00000000">
      <w:pPr>
        <w:spacing w:after="20"/>
        <w:ind w:left="360"/>
      </w:pPr>
      <w:r>
        <w:t>B. ingawa</w:t>
      </w:r>
    </w:p>
    <w:p w14:paraId="57B179C6" w14:textId="77777777" w:rsidR="00381EB4" w:rsidRDefault="00000000">
      <w:pPr>
        <w:spacing w:after="20"/>
        <w:ind w:left="360"/>
      </w:pPr>
      <w:r>
        <w:t>C. lakini</w:t>
      </w:r>
    </w:p>
    <w:p w14:paraId="4E998290" w14:textId="77777777" w:rsidR="00381EB4" w:rsidRDefault="00000000">
      <w:pPr>
        <w:spacing w:after="20"/>
        <w:ind w:left="360"/>
      </w:pPr>
      <w:r>
        <w:t>D. isipokuwa</w:t>
      </w:r>
    </w:p>
    <w:p w14:paraId="72329BC9" w14:textId="77777777" w:rsidR="00381EB4" w:rsidRDefault="00000000">
      <w:r>
        <w:rPr>
          <w:b/>
        </w:rPr>
        <w:t xml:space="preserve">28. </w:t>
      </w:r>
    </w:p>
    <w:p w14:paraId="1A8F672E" w14:textId="77777777" w:rsidR="00381EB4" w:rsidRDefault="00000000">
      <w:pPr>
        <w:spacing w:after="20"/>
        <w:ind w:left="360"/>
      </w:pPr>
      <w:r>
        <w:t>A. aliwaambia</w:t>
      </w:r>
    </w:p>
    <w:p w14:paraId="0A761E9D" w14:textId="77777777" w:rsidR="00381EB4" w:rsidRDefault="00000000">
      <w:pPr>
        <w:spacing w:after="20"/>
        <w:ind w:left="360"/>
      </w:pPr>
      <w:r>
        <w:t>B. aliwaambiwa</w:t>
      </w:r>
    </w:p>
    <w:p w14:paraId="70812AC6" w14:textId="77777777" w:rsidR="00381EB4" w:rsidRDefault="00000000">
      <w:pPr>
        <w:spacing w:after="20"/>
        <w:ind w:left="360"/>
      </w:pPr>
      <w:r>
        <w:t>C. aliambiwa</w:t>
      </w:r>
    </w:p>
    <w:p w14:paraId="2652E18C" w14:textId="77777777" w:rsidR="00381EB4" w:rsidRDefault="00000000">
      <w:pPr>
        <w:spacing w:after="20"/>
        <w:ind w:left="360"/>
      </w:pPr>
      <w:r>
        <w:t>D. amewaambia</w:t>
      </w:r>
    </w:p>
    <w:p w14:paraId="54A375D3" w14:textId="77777777" w:rsidR="00381EB4" w:rsidRPr="007D25F2" w:rsidRDefault="00000000">
      <w:pPr>
        <w:rPr>
          <w:lang w:val="de-DE"/>
        </w:rPr>
      </w:pPr>
      <w:r w:rsidRPr="007D25F2">
        <w:rPr>
          <w:b/>
          <w:lang w:val="de-DE"/>
        </w:rPr>
        <w:t xml:space="preserve">29. </w:t>
      </w:r>
    </w:p>
    <w:p w14:paraId="1DEC01D0" w14:textId="77777777" w:rsidR="00381EB4" w:rsidRPr="007D25F2" w:rsidRDefault="00000000">
      <w:pPr>
        <w:spacing w:after="20"/>
        <w:ind w:left="360"/>
        <w:rPr>
          <w:lang w:val="de-DE"/>
        </w:rPr>
      </w:pPr>
      <w:r w:rsidRPr="007D25F2">
        <w:rPr>
          <w:lang w:val="de-DE"/>
        </w:rPr>
        <w:t>A. na</w:t>
      </w:r>
    </w:p>
    <w:p w14:paraId="020E3A18" w14:textId="77777777" w:rsidR="00381EB4" w:rsidRPr="007D25F2" w:rsidRDefault="00000000">
      <w:pPr>
        <w:spacing w:after="20"/>
        <w:ind w:left="360"/>
        <w:rPr>
          <w:lang w:val="de-DE"/>
        </w:rPr>
      </w:pPr>
      <w:r w:rsidRPr="007D25F2">
        <w:rPr>
          <w:lang w:val="de-DE"/>
        </w:rPr>
        <w:t>B. kwa</w:t>
      </w:r>
    </w:p>
    <w:p w14:paraId="76D760AA" w14:textId="77777777" w:rsidR="00381EB4" w:rsidRPr="007D25F2" w:rsidRDefault="00000000">
      <w:pPr>
        <w:spacing w:after="20"/>
        <w:ind w:left="360"/>
        <w:rPr>
          <w:lang w:val="de-DE"/>
        </w:rPr>
      </w:pPr>
      <w:r w:rsidRPr="007D25F2">
        <w:rPr>
          <w:lang w:val="de-DE"/>
        </w:rPr>
        <w:lastRenderedPageBreak/>
        <w:t>C. wa</w:t>
      </w:r>
    </w:p>
    <w:p w14:paraId="3FA45192" w14:textId="77777777" w:rsidR="00381EB4" w:rsidRPr="007D25F2" w:rsidRDefault="00000000">
      <w:pPr>
        <w:spacing w:after="20"/>
        <w:ind w:left="360"/>
        <w:rPr>
          <w:lang w:val="de-DE"/>
        </w:rPr>
      </w:pPr>
      <w:r w:rsidRPr="007D25F2">
        <w:rPr>
          <w:lang w:val="de-DE"/>
        </w:rPr>
        <w:t>D. ya</w:t>
      </w:r>
    </w:p>
    <w:p w14:paraId="1DDA2987" w14:textId="77777777" w:rsidR="00381EB4" w:rsidRPr="007D25F2" w:rsidRDefault="00000000">
      <w:pPr>
        <w:rPr>
          <w:lang w:val="de-DE"/>
        </w:rPr>
      </w:pPr>
      <w:r w:rsidRPr="007D25F2">
        <w:rPr>
          <w:b/>
          <w:lang w:val="de-DE"/>
        </w:rPr>
        <w:t xml:space="preserve">30. </w:t>
      </w:r>
    </w:p>
    <w:p w14:paraId="5577F190" w14:textId="77777777" w:rsidR="00381EB4" w:rsidRPr="007D25F2" w:rsidRDefault="00000000">
      <w:pPr>
        <w:spacing w:after="20"/>
        <w:ind w:left="360"/>
        <w:rPr>
          <w:lang w:val="de-DE"/>
        </w:rPr>
      </w:pPr>
      <w:r w:rsidRPr="007D25F2">
        <w:rPr>
          <w:lang w:val="de-DE"/>
        </w:rPr>
        <w:t>A. alieleza</w:t>
      </w:r>
    </w:p>
    <w:p w14:paraId="757B1320" w14:textId="77777777" w:rsidR="00381EB4" w:rsidRPr="007D25F2" w:rsidRDefault="00000000">
      <w:pPr>
        <w:spacing w:after="20"/>
        <w:ind w:left="360"/>
        <w:rPr>
          <w:lang w:val="de-DE"/>
        </w:rPr>
      </w:pPr>
      <w:r w:rsidRPr="007D25F2">
        <w:rPr>
          <w:lang w:val="de-DE"/>
        </w:rPr>
        <w:t>B. alielezwa</w:t>
      </w:r>
    </w:p>
    <w:p w14:paraId="0D99AF75" w14:textId="77777777" w:rsidR="00381EB4" w:rsidRPr="007D25F2" w:rsidRDefault="00000000">
      <w:pPr>
        <w:spacing w:after="20"/>
        <w:ind w:left="360"/>
        <w:rPr>
          <w:lang w:val="de-DE"/>
        </w:rPr>
      </w:pPr>
      <w:r w:rsidRPr="007D25F2">
        <w:rPr>
          <w:lang w:val="de-DE"/>
        </w:rPr>
        <w:t>C. anaeleza</w:t>
      </w:r>
    </w:p>
    <w:p w14:paraId="5BECE6A8" w14:textId="77777777" w:rsidR="00381EB4" w:rsidRPr="007D25F2" w:rsidRDefault="00000000">
      <w:pPr>
        <w:spacing w:after="20"/>
        <w:ind w:left="360"/>
        <w:rPr>
          <w:lang w:val="de-DE"/>
        </w:rPr>
      </w:pPr>
      <w:r w:rsidRPr="007D25F2">
        <w:rPr>
          <w:lang w:val="de-DE"/>
        </w:rPr>
        <w:t>D. ameelezwa</w:t>
      </w:r>
    </w:p>
    <w:p w14:paraId="2A599BFD" w14:textId="77777777" w:rsidR="00381EB4" w:rsidRPr="007D25F2" w:rsidRDefault="00000000">
      <w:pPr>
        <w:rPr>
          <w:lang w:val="de-DE"/>
        </w:rPr>
      </w:pPr>
      <w:r w:rsidRPr="007D25F2">
        <w:rPr>
          <w:b/>
          <w:lang w:val="de-DE"/>
        </w:rPr>
        <w:t xml:space="preserve">31. </w:t>
      </w:r>
    </w:p>
    <w:p w14:paraId="4AC21466" w14:textId="77777777" w:rsidR="00381EB4" w:rsidRPr="007D25F2" w:rsidRDefault="00000000">
      <w:pPr>
        <w:spacing w:after="20"/>
        <w:ind w:left="360"/>
        <w:rPr>
          <w:lang w:val="de-DE"/>
        </w:rPr>
      </w:pPr>
      <w:r w:rsidRPr="007D25F2">
        <w:rPr>
          <w:lang w:val="de-DE"/>
        </w:rPr>
        <w:t>A. makini</w:t>
      </w:r>
    </w:p>
    <w:p w14:paraId="12955E94" w14:textId="77777777" w:rsidR="00381EB4" w:rsidRPr="007D25F2" w:rsidRDefault="00000000">
      <w:pPr>
        <w:spacing w:after="20"/>
        <w:ind w:left="360"/>
        <w:rPr>
          <w:lang w:val="de-DE"/>
        </w:rPr>
      </w:pPr>
      <w:r w:rsidRPr="007D25F2">
        <w:rPr>
          <w:lang w:val="de-DE"/>
        </w:rPr>
        <w:t>B. haraka</w:t>
      </w:r>
    </w:p>
    <w:p w14:paraId="075A1F39" w14:textId="77777777" w:rsidR="00381EB4" w:rsidRPr="007D25F2" w:rsidRDefault="00000000">
      <w:pPr>
        <w:spacing w:after="20"/>
        <w:ind w:left="360"/>
        <w:rPr>
          <w:lang w:val="de-DE"/>
        </w:rPr>
      </w:pPr>
      <w:r w:rsidRPr="007D25F2">
        <w:rPr>
          <w:lang w:val="de-DE"/>
        </w:rPr>
        <w:t>C. uzembe</w:t>
      </w:r>
    </w:p>
    <w:p w14:paraId="276C7DD0" w14:textId="77777777" w:rsidR="00381EB4" w:rsidRPr="007D25F2" w:rsidRDefault="00000000">
      <w:pPr>
        <w:spacing w:after="20"/>
        <w:ind w:left="360"/>
        <w:rPr>
          <w:lang w:val="de-DE"/>
        </w:rPr>
      </w:pPr>
      <w:r w:rsidRPr="007D25F2">
        <w:rPr>
          <w:lang w:val="de-DE"/>
        </w:rPr>
        <w:t>D. kelele</w:t>
      </w:r>
    </w:p>
    <w:p w14:paraId="08235F92" w14:textId="77777777" w:rsidR="00381EB4" w:rsidRPr="007D25F2" w:rsidRDefault="00000000">
      <w:pPr>
        <w:rPr>
          <w:lang w:val="de-DE"/>
        </w:rPr>
      </w:pPr>
      <w:r w:rsidRPr="007D25F2">
        <w:rPr>
          <w:b/>
          <w:lang w:val="de-DE"/>
        </w:rPr>
        <w:t xml:space="preserve">32. </w:t>
      </w:r>
    </w:p>
    <w:p w14:paraId="501610B2" w14:textId="77777777" w:rsidR="00381EB4" w:rsidRPr="007D25F2" w:rsidRDefault="00000000">
      <w:pPr>
        <w:spacing w:after="20"/>
        <w:ind w:left="360"/>
        <w:rPr>
          <w:lang w:val="de-DE"/>
        </w:rPr>
      </w:pPr>
      <w:r w:rsidRPr="007D25F2">
        <w:rPr>
          <w:lang w:val="de-DE"/>
        </w:rPr>
        <w:t>A. aliandika</w:t>
      </w:r>
    </w:p>
    <w:p w14:paraId="798B6064" w14:textId="77777777" w:rsidR="00381EB4" w:rsidRPr="007D25F2" w:rsidRDefault="00000000">
      <w:pPr>
        <w:spacing w:after="20"/>
        <w:ind w:left="360"/>
        <w:rPr>
          <w:lang w:val="de-DE"/>
        </w:rPr>
      </w:pPr>
      <w:r w:rsidRPr="007D25F2">
        <w:rPr>
          <w:lang w:val="de-DE"/>
        </w:rPr>
        <w:t>B. waliandika</w:t>
      </w:r>
    </w:p>
    <w:p w14:paraId="72FDD376" w14:textId="77777777" w:rsidR="00381EB4" w:rsidRPr="007D25F2" w:rsidRDefault="00000000">
      <w:pPr>
        <w:spacing w:after="20"/>
        <w:ind w:left="360"/>
        <w:rPr>
          <w:lang w:val="de-DE"/>
        </w:rPr>
      </w:pPr>
      <w:r w:rsidRPr="007D25F2">
        <w:rPr>
          <w:lang w:val="de-DE"/>
        </w:rPr>
        <w:t>C. imeandika</w:t>
      </w:r>
    </w:p>
    <w:p w14:paraId="0EA64EE1" w14:textId="77777777" w:rsidR="00381EB4" w:rsidRPr="007D25F2" w:rsidRDefault="00000000">
      <w:pPr>
        <w:spacing w:after="20"/>
        <w:ind w:left="360"/>
        <w:rPr>
          <w:lang w:val="de-DE"/>
        </w:rPr>
      </w:pPr>
      <w:r w:rsidRPr="007D25F2">
        <w:rPr>
          <w:lang w:val="de-DE"/>
        </w:rPr>
        <w:t>D. huandika</w:t>
      </w:r>
    </w:p>
    <w:p w14:paraId="1D2CCEB4" w14:textId="77777777" w:rsidR="00381EB4" w:rsidRPr="007D25F2" w:rsidRDefault="00000000">
      <w:pPr>
        <w:rPr>
          <w:lang w:val="de-DE"/>
        </w:rPr>
      </w:pPr>
      <w:r w:rsidRPr="007D25F2">
        <w:rPr>
          <w:b/>
          <w:lang w:val="de-DE"/>
        </w:rPr>
        <w:t xml:space="preserve">33. </w:t>
      </w:r>
    </w:p>
    <w:p w14:paraId="5B02955F" w14:textId="77777777" w:rsidR="00381EB4" w:rsidRPr="007D25F2" w:rsidRDefault="00000000">
      <w:pPr>
        <w:spacing w:after="20"/>
        <w:ind w:left="360"/>
        <w:rPr>
          <w:lang w:val="de-DE"/>
        </w:rPr>
      </w:pPr>
      <w:r w:rsidRPr="007D25F2">
        <w:rPr>
          <w:lang w:val="de-DE"/>
        </w:rPr>
        <w:t>A. muhimu</w:t>
      </w:r>
    </w:p>
    <w:p w14:paraId="0D295061" w14:textId="77777777" w:rsidR="00381EB4" w:rsidRPr="007D25F2" w:rsidRDefault="00000000">
      <w:pPr>
        <w:spacing w:after="20"/>
        <w:ind w:left="360"/>
        <w:rPr>
          <w:lang w:val="de-DE"/>
        </w:rPr>
      </w:pPr>
      <w:r w:rsidRPr="007D25F2">
        <w:rPr>
          <w:lang w:val="de-DE"/>
        </w:rPr>
        <w:t>B. wa muhimu</w:t>
      </w:r>
    </w:p>
    <w:p w14:paraId="04FD5E2D" w14:textId="77777777" w:rsidR="00381EB4" w:rsidRPr="007D25F2" w:rsidRDefault="00000000">
      <w:pPr>
        <w:spacing w:after="20"/>
        <w:ind w:left="360"/>
        <w:rPr>
          <w:lang w:val="de-DE"/>
        </w:rPr>
      </w:pPr>
      <w:r w:rsidRPr="007D25F2">
        <w:rPr>
          <w:lang w:val="de-DE"/>
        </w:rPr>
        <w:t>C. umuhimu</w:t>
      </w:r>
    </w:p>
    <w:p w14:paraId="07129C06" w14:textId="77777777" w:rsidR="00381EB4" w:rsidRPr="007D25F2" w:rsidRDefault="00000000">
      <w:pPr>
        <w:spacing w:after="20"/>
        <w:ind w:left="360"/>
        <w:rPr>
          <w:lang w:val="de-DE"/>
        </w:rPr>
      </w:pPr>
      <w:r w:rsidRPr="007D25F2">
        <w:rPr>
          <w:lang w:val="de-DE"/>
        </w:rPr>
        <w:t>D. kwa umuhimu</w:t>
      </w:r>
    </w:p>
    <w:p w14:paraId="6FF84414" w14:textId="77777777" w:rsidR="00381EB4" w:rsidRPr="007D25F2" w:rsidRDefault="00000000">
      <w:pPr>
        <w:rPr>
          <w:lang w:val="de-DE"/>
        </w:rPr>
      </w:pPr>
      <w:r w:rsidRPr="007D25F2">
        <w:rPr>
          <w:b/>
          <w:lang w:val="de-DE"/>
        </w:rPr>
        <w:t xml:space="preserve">34. </w:t>
      </w:r>
    </w:p>
    <w:p w14:paraId="2258B26C" w14:textId="77777777" w:rsidR="00381EB4" w:rsidRPr="007D25F2" w:rsidRDefault="00000000">
      <w:pPr>
        <w:spacing w:after="20"/>
        <w:ind w:left="360"/>
        <w:rPr>
          <w:lang w:val="de-DE"/>
        </w:rPr>
      </w:pPr>
      <w:r w:rsidRPr="007D25F2">
        <w:rPr>
          <w:lang w:val="de-DE"/>
        </w:rPr>
        <w:t>A. kushiriki</w:t>
      </w:r>
    </w:p>
    <w:p w14:paraId="3FC19627" w14:textId="77777777" w:rsidR="00381EB4" w:rsidRPr="007D25F2" w:rsidRDefault="00000000">
      <w:pPr>
        <w:spacing w:after="20"/>
        <w:ind w:left="360"/>
        <w:rPr>
          <w:lang w:val="de-DE"/>
        </w:rPr>
      </w:pPr>
      <w:r w:rsidRPr="007D25F2">
        <w:rPr>
          <w:lang w:val="de-DE"/>
        </w:rPr>
        <w:t>B. kushirikisha</w:t>
      </w:r>
    </w:p>
    <w:p w14:paraId="00AA2380" w14:textId="77777777" w:rsidR="00381EB4" w:rsidRPr="007D25F2" w:rsidRDefault="00000000">
      <w:pPr>
        <w:spacing w:after="20"/>
        <w:ind w:left="360"/>
        <w:rPr>
          <w:lang w:val="de-DE"/>
        </w:rPr>
      </w:pPr>
      <w:r w:rsidRPr="007D25F2">
        <w:rPr>
          <w:lang w:val="de-DE"/>
        </w:rPr>
        <w:t>C. walishiriki</w:t>
      </w:r>
    </w:p>
    <w:p w14:paraId="1A208400" w14:textId="77777777" w:rsidR="00381EB4" w:rsidRPr="007D25F2" w:rsidRDefault="00000000">
      <w:pPr>
        <w:spacing w:after="20"/>
        <w:ind w:left="360"/>
        <w:rPr>
          <w:lang w:val="de-DE"/>
        </w:rPr>
      </w:pPr>
      <w:r w:rsidRPr="007D25F2">
        <w:rPr>
          <w:lang w:val="de-DE"/>
        </w:rPr>
        <w:t>D. ushirikiano</w:t>
      </w:r>
    </w:p>
    <w:p w14:paraId="6C74A4B4" w14:textId="77777777" w:rsidR="00381EB4" w:rsidRPr="007D25F2" w:rsidRDefault="00000000">
      <w:pPr>
        <w:rPr>
          <w:lang w:val="de-DE"/>
        </w:rPr>
      </w:pPr>
      <w:r w:rsidRPr="007D25F2">
        <w:rPr>
          <w:b/>
          <w:lang w:val="de-DE"/>
        </w:rPr>
        <w:t xml:space="preserve">35. </w:t>
      </w:r>
    </w:p>
    <w:p w14:paraId="51DF7547" w14:textId="77777777" w:rsidR="00381EB4" w:rsidRPr="007D25F2" w:rsidRDefault="00000000">
      <w:pPr>
        <w:spacing w:after="20"/>
        <w:ind w:left="360"/>
        <w:rPr>
          <w:lang w:val="de-DE"/>
        </w:rPr>
      </w:pPr>
      <w:r w:rsidRPr="007D25F2">
        <w:rPr>
          <w:lang w:val="de-DE"/>
        </w:rPr>
        <w:t>A. kwa</w:t>
      </w:r>
    </w:p>
    <w:p w14:paraId="04A30BF9" w14:textId="77777777" w:rsidR="00381EB4" w:rsidRPr="007D25F2" w:rsidRDefault="00000000">
      <w:pPr>
        <w:spacing w:after="20"/>
        <w:ind w:left="360"/>
        <w:rPr>
          <w:lang w:val="de-DE"/>
        </w:rPr>
      </w:pPr>
      <w:r w:rsidRPr="007D25F2">
        <w:rPr>
          <w:lang w:val="de-DE"/>
        </w:rPr>
        <w:t>B. ya</w:t>
      </w:r>
    </w:p>
    <w:p w14:paraId="7E0F0780" w14:textId="77777777" w:rsidR="00381EB4" w:rsidRPr="007D25F2" w:rsidRDefault="00000000">
      <w:pPr>
        <w:spacing w:after="20"/>
        <w:ind w:left="360"/>
        <w:rPr>
          <w:lang w:val="de-DE"/>
        </w:rPr>
      </w:pPr>
      <w:r w:rsidRPr="007D25F2">
        <w:rPr>
          <w:lang w:val="de-DE"/>
        </w:rPr>
        <w:t>C. wa</w:t>
      </w:r>
    </w:p>
    <w:p w14:paraId="219FB49C" w14:textId="77777777" w:rsidR="00381EB4" w:rsidRPr="007D25F2" w:rsidRDefault="00000000">
      <w:pPr>
        <w:spacing w:after="20"/>
        <w:ind w:left="360"/>
        <w:rPr>
          <w:lang w:val="de-DE"/>
        </w:rPr>
      </w:pPr>
      <w:r w:rsidRPr="007D25F2">
        <w:rPr>
          <w:lang w:val="de-DE"/>
        </w:rPr>
        <w:t>D. cha</w:t>
      </w:r>
    </w:p>
    <w:p w14:paraId="06E088EF" w14:textId="77777777" w:rsidR="00381EB4" w:rsidRPr="007D25F2" w:rsidRDefault="00000000">
      <w:pPr>
        <w:rPr>
          <w:lang w:val="de-DE"/>
        </w:rPr>
      </w:pPr>
      <w:r w:rsidRPr="007D25F2">
        <w:rPr>
          <w:lang w:val="de-DE"/>
        </w:rPr>
        <w:t>Kutoka swali la 36 hadi la 50, chagua jibu sahihi.</w:t>
      </w:r>
    </w:p>
    <w:p w14:paraId="6EF1FE81" w14:textId="77777777" w:rsidR="00381EB4" w:rsidRDefault="00000000">
      <w:r>
        <w:rPr>
          <w:b/>
        </w:rPr>
        <w:t>36. Chagua sentensi yenye nomino ya jamii.</w:t>
      </w:r>
    </w:p>
    <w:p w14:paraId="54BD9838" w14:textId="77777777" w:rsidR="00381EB4" w:rsidRPr="007D25F2" w:rsidRDefault="00000000">
      <w:pPr>
        <w:spacing w:after="20"/>
        <w:ind w:left="360"/>
        <w:rPr>
          <w:lang w:val="de-DE"/>
        </w:rPr>
      </w:pPr>
      <w:r w:rsidRPr="007D25F2">
        <w:rPr>
          <w:lang w:val="de-DE"/>
        </w:rPr>
        <w:t>A. Kundi la wanafunzi limefika.</w:t>
      </w:r>
    </w:p>
    <w:p w14:paraId="088571D7" w14:textId="77777777" w:rsidR="00381EB4" w:rsidRPr="007D25F2" w:rsidRDefault="00000000">
      <w:pPr>
        <w:spacing w:after="20"/>
        <w:ind w:left="360"/>
        <w:rPr>
          <w:lang w:val="de-DE"/>
        </w:rPr>
      </w:pPr>
      <w:r w:rsidRPr="007D25F2">
        <w:rPr>
          <w:lang w:val="de-DE"/>
        </w:rPr>
        <w:t>B. Mtoto ameandika barua.</w:t>
      </w:r>
    </w:p>
    <w:p w14:paraId="026D0240" w14:textId="77777777" w:rsidR="00381EB4" w:rsidRPr="007D25F2" w:rsidRDefault="00000000">
      <w:pPr>
        <w:spacing w:after="20"/>
        <w:ind w:left="360"/>
        <w:rPr>
          <w:lang w:val="de-DE"/>
        </w:rPr>
      </w:pPr>
      <w:r w:rsidRPr="007D25F2">
        <w:rPr>
          <w:lang w:val="de-DE"/>
        </w:rPr>
        <w:t>C. Mti umeanguka.</w:t>
      </w:r>
    </w:p>
    <w:p w14:paraId="2AFC0D1F" w14:textId="77777777" w:rsidR="00381EB4" w:rsidRPr="007D25F2" w:rsidRDefault="00000000">
      <w:pPr>
        <w:spacing w:after="20"/>
        <w:ind w:left="360"/>
        <w:rPr>
          <w:lang w:val="de-DE"/>
        </w:rPr>
      </w:pPr>
      <w:r w:rsidRPr="007D25F2">
        <w:rPr>
          <w:lang w:val="de-DE"/>
        </w:rPr>
        <w:t>D. Asha anasoma.</w:t>
      </w:r>
    </w:p>
    <w:p w14:paraId="229016C3" w14:textId="77777777" w:rsidR="00381EB4" w:rsidRDefault="00000000">
      <w:r w:rsidRPr="007D25F2">
        <w:rPr>
          <w:b/>
          <w:lang w:val="de-DE"/>
        </w:rPr>
        <w:t xml:space="preserve">37. Neno lililopigiwa mstari katika sentensi 'Lo! </w:t>
      </w:r>
      <w:r>
        <w:rPr>
          <w:b/>
        </w:rPr>
        <w:t>Mtoto ameanguka.' ni aina gani ya neno?</w:t>
      </w:r>
    </w:p>
    <w:p w14:paraId="0CC5FFAC" w14:textId="77777777" w:rsidR="00381EB4" w:rsidRDefault="00000000">
      <w:pPr>
        <w:spacing w:after="20"/>
        <w:ind w:left="360"/>
      </w:pPr>
      <w:r>
        <w:t>A. Kihisishi</w:t>
      </w:r>
    </w:p>
    <w:p w14:paraId="22EE323E" w14:textId="77777777" w:rsidR="00381EB4" w:rsidRDefault="00000000">
      <w:pPr>
        <w:spacing w:after="20"/>
        <w:ind w:left="360"/>
      </w:pPr>
      <w:r>
        <w:t>B. Kivumishi</w:t>
      </w:r>
    </w:p>
    <w:p w14:paraId="270A3650" w14:textId="77777777" w:rsidR="00381EB4" w:rsidRDefault="00000000">
      <w:pPr>
        <w:spacing w:after="20"/>
        <w:ind w:left="360"/>
      </w:pPr>
      <w:r>
        <w:t>C. Kiwakilishi</w:t>
      </w:r>
    </w:p>
    <w:p w14:paraId="4DD260F8" w14:textId="77777777" w:rsidR="00381EB4" w:rsidRDefault="00000000">
      <w:pPr>
        <w:spacing w:after="20"/>
        <w:ind w:left="360"/>
      </w:pPr>
      <w:r>
        <w:lastRenderedPageBreak/>
        <w:t>D. Kielezi</w:t>
      </w:r>
    </w:p>
    <w:p w14:paraId="1ADEF5FE" w14:textId="77777777" w:rsidR="00381EB4" w:rsidRDefault="00000000">
      <w:r>
        <w:rPr>
          <w:b/>
        </w:rPr>
        <w:t>38. Chagua sentensi yenye kivumishi cha idadi.</w:t>
      </w:r>
    </w:p>
    <w:p w14:paraId="768FDA53" w14:textId="77777777" w:rsidR="00381EB4" w:rsidRDefault="00000000">
      <w:pPr>
        <w:spacing w:after="20"/>
        <w:ind w:left="360"/>
      </w:pPr>
      <w:r>
        <w:t>A. Watoto watano wamefika.</w:t>
      </w:r>
    </w:p>
    <w:p w14:paraId="07B7A62E" w14:textId="77777777" w:rsidR="00381EB4" w:rsidRDefault="00000000">
      <w:pPr>
        <w:spacing w:after="20"/>
        <w:ind w:left="360"/>
      </w:pPr>
      <w:r>
        <w:t>B. Mtoto mrefu amefika.</w:t>
      </w:r>
    </w:p>
    <w:p w14:paraId="2B6EE849" w14:textId="77777777" w:rsidR="00381EB4" w:rsidRDefault="00000000">
      <w:pPr>
        <w:spacing w:after="20"/>
        <w:ind w:left="360"/>
      </w:pPr>
      <w:r>
        <w:t>C. Miti mirefu imekatwa.</w:t>
      </w:r>
    </w:p>
    <w:p w14:paraId="58D20D7D" w14:textId="77777777" w:rsidR="00381EB4" w:rsidRDefault="00000000">
      <w:pPr>
        <w:spacing w:after="20"/>
        <w:ind w:left="360"/>
      </w:pPr>
      <w:r>
        <w:t>D. Kitabu hiki ni kipya.</w:t>
      </w:r>
    </w:p>
    <w:p w14:paraId="0D5C4D81" w14:textId="77777777" w:rsidR="00381EB4" w:rsidRPr="007D25F2" w:rsidRDefault="00000000">
      <w:pPr>
        <w:rPr>
          <w:lang w:val="de-DE"/>
        </w:rPr>
      </w:pPr>
      <w:r w:rsidRPr="007D25F2">
        <w:rPr>
          <w:b/>
          <w:lang w:val="de-DE"/>
        </w:rPr>
        <w:t>39. Ni sentensi ipi iliyo katika wakati uliopita hali timilifu?</w:t>
      </w:r>
    </w:p>
    <w:p w14:paraId="29160038" w14:textId="77777777" w:rsidR="00381EB4" w:rsidRPr="007D25F2" w:rsidRDefault="00000000">
      <w:pPr>
        <w:spacing w:after="20"/>
        <w:ind w:left="360"/>
        <w:rPr>
          <w:lang w:val="de-DE"/>
        </w:rPr>
      </w:pPr>
      <w:r w:rsidRPr="007D25F2">
        <w:rPr>
          <w:lang w:val="de-DE"/>
        </w:rPr>
        <w:t>A. Mwalimu ameingia darasani.</w:t>
      </w:r>
    </w:p>
    <w:p w14:paraId="4C131A37" w14:textId="77777777" w:rsidR="00381EB4" w:rsidRPr="007D25F2" w:rsidRDefault="00000000">
      <w:pPr>
        <w:spacing w:after="20"/>
        <w:ind w:left="360"/>
        <w:rPr>
          <w:lang w:val="de-DE"/>
        </w:rPr>
      </w:pPr>
      <w:r w:rsidRPr="007D25F2">
        <w:rPr>
          <w:lang w:val="de-DE"/>
        </w:rPr>
        <w:t>B. Mwalimu aliingia darasani.</w:t>
      </w:r>
    </w:p>
    <w:p w14:paraId="13E1A0D3" w14:textId="77777777" w:rsidR="00381EB4" w:rsidRPr="007D25F2" w:rsidRDefault="00000000">
      <w:pPr>
        <w:spacing w:after="20"/>
        <w:ind w:left="360"/>
        <w:rPr>
          <w:lang w:val="de-DE"/>
        </w:rPr>
      </w:pPr>
      <w:r w:rsidRPr="007D25F2">
        <w:rPr>
          <w:lang w:val="de-DE"/>
        </w:rPr>
        <w:t>C. Mwalimu ataingia darasani.</w:t>
      </w:r>
    </w:p>
    <w:p w14:paraId="51E38742" w14:textId="77777777" w:rsidR="00381EB4" w:rsidRPr="007D25F2" w:rsidRDefault="00000000">
      <w:pPr>
        <w:spacing w:after="20"/>
        <w:ind w:left="360"/>
        <w:rPr>
          <w:lang w:val="de-DE"/>
        </w:rPr>
      </w:pPr>
      <w:r w:rsidRPr="007D25F2">
        <w:rPr>
          <w:lang w:val="de-DE"/>
        </w:rPr>
        <w:t>D. Mwalimu alikuwa akiingia darasani.</w:t>
      </w:r>
    </w:p>
    <w:p w14:paraId="20C8C931" w14:textId="77777777" w:rsidR="00381EB4" w:rsidRPr="007D25F2" w:rsidRDefault="00000000">
      <w:pPr>
        <w:rPr>
          <w:lang w:val="de-DE"/>
        </w:rPr>
      </w:pPr>
      <w:r w:rsidRPr="007D25F2">
        <w:rPr>
          <w:b/>
          <w:lang w:val="de-DE"/>
        </w:rPr>
        <w:t>40. Sentensi 'Maji yalitiririka taratibu.' imetumia kielezi gani?</w:t>
      </w:r>
    </w:p>
    <w:p w14:paraId="51DB2AF3" w14:textId="77777777" w:rsidR="00381EB4" w:rsidRPr="007D25F2" w:rsidRDefault="00000000">
      <w:pPr>
        <w:spacing w:after="20"/>
        <w:ind w:left="360"/>
        <w:rPr>
          <w:lang w:val="de-DE"/>
        </w:rPr>
      </w:pPr>
      <w:r w:rsidRPr="007D25F2">
        <w:rPr>
          <w:lang w:val="de-DE"/>
        </w:rPr>
        <w:t>A. Kielezi cha namna</w:t>
      </w:r>
    </w:p>
    <w:p w14:paraId="600B976C" w14:textId="77777777" w:rsidR="00381EB4" w:rsidRPr="007D25F2" w:rsidRDefault="00000000">
      <w:pPr>
        <w:spacing w:after="20"/>
        <w:ind w:left="360"/>
        <w:rPr>
          <w:lang w:val="de-DE"/>
        </w:rPr>
      </w:pPr>
      <w:r w:rsidRPr="007D25F2">
        <w:rPr>
          <w:lang w:val="de-DE"/>
        </w:rPr>
        <w:t>B. Kielezi cha wakati</w:t>
      </w:r>
    </w:p>
    <w:p w14:paraId="37BD00B2" w14:textId="77777777" w:rsidR="00381EB4" w:rsidRPr="007D25F2" w:rsidRDefault="00000000">
      <w:pPr>
        <w:spacing w:after="20"/>
        <w:ind w:left="360"/>
        <w:rPr>
          <w:lang w:val="de-DE"/>
        </w:rPr>
      </w:pPr>
      <w:r w:rsidRPr="007D25F2">
        <w:rPr>
          <w:lang w:val="de-DE"/>
        </w:rPr>
        <w:t>C. Kielezi cha mahali</w:t>
      </w:r>
    </w:p>
    <w:p w14:paraId="68D08D2B" w14:textId="77777777" w:rsidR="00381EB4" w:rsidRPr="007D25F2" w:rsidRDefault="00000000">
      <w:pPr>
        <w:spacing w:after="20"/>
        <w:ind w:left="360"/>
        <w:rPr>
          <w:lang w:val="de-DE"/>
        </w:rPr>
      </w:pPr>
      <w:r w:rsidRPr="007D25F2">
        <w:rPr>
          <w:lang w:val="de-DE"/>
        </w:rPr>
        <w:t>D. Kielezi cha kiasi</w:t>
      </w:r>
    </w:p>
    <w:p w14:paraId="23C4A907" w14:textId="77777777" w:rsidR="00381EB4" w:rsidRPr="007D25F2" w:rsidRDefault="00000000">
      <w:pPr>
        <w:rPr>
          <w:lang w:val="de-DE"/>
        </w:rPr>
      </w:pPr>
      <w:r w:rsidRPr="007D25F2">
        <w:rPr>
          <w:b/>
          <w:lang w:val="de-DE"/>
        </w:rPr>
        <w:t>41. Ni sentensi ipi inayoonyesha hali ya kuagiza?</w:t>
      </w:r>
    </w:p>
    <w:p w14:paraId="4A95356D" w14:textId="77777777" w:rsidR="00381EB4" w:rsidRDefault="00000000">
      <w:pPr>
        <w:spacing w:after="20"/>
        <w:ind w:left="360"/>
      </w:pPr>
      <w:r>
        <w:t>A. Fungua kitabu chako sasa.</w:t>
      </w:r>
    </w:p>
    <w:p w14:paraId="592F862A" w14:textId="77777777" w:rsidR="00381EB4" w:rsidRDefault="00000000">
      <w:pPr>
        <w:spacing w:after="20"/>
        <w:ind w:left="360"/>
      </w:pPr>
      <w:r>
        <w:t>B. Utafungua kitabu kesho.</w:t>
      </w:r>
    </w:p>
    <w:p w14:paraId="0F3AE4DC" w14:textId="77777777" w:rsidR="00381EB4" w:rsidRDefault="00000000">
      <w:pPr>
        <w:spacing w:after="20"/>
        <w:ind w:left="360"/>
      </w:pPr>
      <w:r>
        <w:t>C. Alifungua kitabu chake.</w:t>
      </w:r>
    </w:p>
    <w:p w14:paraId="616A791A" w14:textId="77777777" w:rsidR="00381EB4" w:rsidRDefault="00000000">
      <w:pPr>
        <w:spacing w:after="20"/>
        <w:ind w:left="360"/>
      </w:pPr>
      <w:r>
        <w:t>D. Kitabu kimefunguliwa.</w:t>
      </w:r>
    </w:p>
    <w:p w14:paraId="4CB4C897" w14:textId="77777777" w:rsidR="00381EB4" w:rsidRDefault="00000000">
      <w:r>
        <w:rPr>
          <w:b/>
        </w:rPr>
        <w:t>42. Juma alisafiri Jumamosi na akarejea baada ya siku nne. Alirejea siku gani?</w:t>
      </w:r>
    </w:p>
    <w:p w14:paraId="4E802325" w14:textId="77777777" w:rsidR="00381EB4" w:rsidRDefault="00000000">
      <w:pPr>
        <w:spacing w:after="20"/>
        <w:ind w:left="360"/>
      </w:pPr>
      <w:r>
        <w:t>A. Jumatatu</w:t>
      </w:r>
    </w:p>
    <w:p w14:paraId="24D11790" w14:textId="77777777" w:rsidR="00381EB4" w:rsidRDefault="00000000">
      <w:pPr>
        <w:spacing w:after="20"/>
        <w:ind w:left="360"/>
      </w:pPr>
      <w:r>
        <w:t>B. Jumanne</w:t>
      </w:r>
    </w:p>
    <w:p w14:paraId="0481AFFB" w14:textId="77777777" w:rsidR="00381EB4" w:rsidRDefault="00000000">
      <w:pPr>
        <w:spacing w:after="20"/>
        <w:ind w:left="360"/>
      </w:pPr>
      <w:r>
        <w:t>C. Jumatano</w:t>
      </w:r>
    </w:p>
    <w:p w14:paraId="7E48DA4A" w14:textId="77777777" w:rsidR="00381EB4" w:rsidRDefault="00000000">
      <w:pPr>
        <w:spacing w:after="20"/>
        <w:ind w:left="360"/>
      </w:pPr>
      <w:r>
        <w:t>D. Alhamisi</w:t>
      </w:r>
    </w:p>
    <w:p w14:paraId="4BEB4C3B" w14:textId="77777777" w:rsidR="00381EB4" w:rsidRDefault="00000000">
      <w:r>
        <w:rPr>
          <w:b/>
        </w:rPr>
        <w:t>43. Chagua kundi lenye vivumishi pekee.</w:t>
      </w:r>
    </w:p>
    <w:p w14:paraId="1CD85D4F" w14:textId="77777777" w:rsidR="00381EB4" w:rsidRDefault="00000000">
      <w:pPr>
        <w:spacing w:after="20"/>
        <w:ind w:left="360"/>
      </w:pPr>
      <w:r>
        <w:t>A. wazuri, watatu, refu</w:t>
      </w:r>
    </w:p>
    <w:p w14:paraId="33806C6D" w14:textId="77777777" w:rsidR="00381EB4" w:rsidRDefault="00000000">
      <w:pPr>
        <w:spacing w:after="20"/>
        <w:ind w:left="360"/>
      </w:pPr>
      <w:r>
        <w:t>B. jana, sana, hapa</w:t>
      </w:r>
    </w:p>
    <w:p w14:paraId="60CC6B6F" w14:textId="77777777" w:rsidR="00381EB4" w:rsidRPr="007D25F2" w:rsidRDefault="00000000">
      <w:pPr>
        <w:spacing w:after="20"/>
        <w:ind w:left="360"/>
        <w:rPr>
          <w:lang w:val="de-DE"/>
        </w:rPr>
      </w:pPr>
      <w:r w:rsidRPr="007D25F2">
        <w:rPr>
          <w:lang w:val="de-DE"/>
        </w:rPr>
        <w:t>C. na, lakini, au</w:t>
      </w:r>
    </w:p>
    <w:p w14:paraId="1D42795D" w14:textId="77777777" w:rsidR="00381EB4" w:rsidRPr="007D25F2" w:rsidRDefault="00000000">
      <w:pPr>
        <w:spacing w:after="20"/>
        <w:ind w:left="360"/>
        <w:rPr>
          <w:lang w:val="de-DE"/>
        </w:rPr>
      </w:pPr>
      <w:r w:rsidRPr="007D25F2">
        <w:rPr>
          <w:lang w:val="de-DE"/>
        </w:rPr>
        <w:t>D. mimi, yeye, wao</w:t>
      </w:r>
    </w:p>
    <w:p w14:paraId="1A3697D0" w14:textId="77777777" w:rsidR="00381EB4" w:rsidRPr="007D25F2" w:rsidRDefault="00000000">
      <w:pPr>
        <w:rPr>
          <w:lang w:val="de-DE"/>
        </w:rPr>
      </w:pPr>
      <w:r w:rsidRPr="007D25F2">
        <w:rPr>
          <w:b/>
          <w:lang w:val="de-DE"/>
        </w:rPr>
        <w:t>44. Chagua viambishi sahihi katika sentensi: 'Mahali ____napopandwa maua ____pendeza.'</w:t>
      </w:r>
    </w:p>
    <w:p w14:paraId="3B6AD4CA" w14:textId="77777777" w:rsidR="00381EB4" w:rsidRPr="007D25F2" w:rsidRDefault="00000000">
      <w:pPr>
        <w:spacing w:after="20"/>
        <w:ind w:left="360"/>
        <w:rPr>
          <w:lang w:val="de-DE"/>
        </w:rPr>
      </w:pPr>
      <w:r w:rsidRPr="007D25F2">
        <w:rPr>
          <w:lang w:val="de-DE"/>
        </w:rPr>
        <w:t>A. pa, pa</w:t>
      </w:r>
    </w:p>
    <w:p w14:paraId="0C721524" w14:textId="77777777" w:rsidR="00381EB4" w:rsidRPr="007D25F2" w:rsidRDefault="00000000">
      <w:pPr>
        <w:spacing w:after="20"/>
        <w:ind w:left="360"/>
        <w:rPr>
          <w:lang w:val="de-DE"/>
        </w:rPr>
      </w:pPr>
      <w:r w:rsidRPr="007D25F2">
        <w:rPr>
          <w:lang w:val="de-DE"/>
        </w:rPr>
        <w:t>B. ku, ku</w:t>
      </w:r>
    </w:p>
    <w:p w14:paraId="0FA1ABB2" w14:textId="77777777" w:rsidR="00381EB4" w:rsidRPr="007D25F2" w:rsidRDefault="00000000">
      <w:pPr>
        <w:spacing w:after="20"/>
        <w:ind w:left="360"/>
        <w:rPr>
          <w:lang w:val="de-DE"/>
        </w:rPr>
      </w:pPr>
      <w:r w:rsidRPr="007D25F2">
        <w:rPr>
          <w:lang w:val="de-DE"/>
        </w:rPr>
        <w:t>C. m, m</w:t>
      </w:r>
    </w:p>
    <w:p w14:paraId="4844862F" w14:textId="77777777" w:rsidR="00381EB4" w:rsidRDefault="00000000">
      <w:pPr>
        <w:spacing w:after="20"/>
        <w:ind w:left="360"/>
      </w:pPr>
      <w:r>
        <w:t>D. i, i</w:t>
      </w:r>
    </w:p>
    <w:p w14:paraId="07DC8D99" w14:textId="77777777" w:rsidR="00381EB4" w:rsidRDefault="00000000">
      <w:r>
        <w:rPr>
          <w:b/>
        </w:rPr>
        <w:t>45. Ni kundi lipi lina maneno yenye maana zinazokaribiana?</w:t>
      </w:r>
    </w:p>
    <w:p w14:paraId="3330D5DD" w14:textId="77777777" w:rsidR="00381EB4" w:rsidRDefault="00000000">
      <w:pPr>
        <w:spacing w:after="20"/>
        <w:ind w:left="360"/>
      </w:pPr>
      <w:r>
        <w:t>A. furaha – shangwe</w:t>
      </w:r>
    </w:p>
    <w:p w14:paraId="73894A5C" w14:textId="77777777" w:rsidR="00381EB4" w:rsidRDefault="00000000">
      <w:pPr>
        <w:spacing w:after="20"/>
        <w:ind w:left="360"/>
      </w:pPr>
      <w:r>
        <w:t>B. ingia – toka</w:t>
      </w:r>
    </w:p>
    <w:p w14:paraId="74F6ABC5" w14:textId="77777777" w:rsidR="00381EB4" w:rsidRDefault="00000000">
      <w:pPr>
        <w:spacing w:after="20"/>
        <w:ind w:left="360"/>
      </w:pPr>
      <w:r>
        <w:t>C. baridi – moto</w:t>
      </w:r>
    </w:p>
    <w:p w14:paraId="3628AA9D" w14:textId="77777777" w:rsidR="00381EB4" w:rsidRDefault="00000000">
      <w:pPr>
        <w:spacing w:after="20"/>
        <w:ind w:left="360"/>
      </w:pPr>
      <w:r>
        <w:t>D. anza – maliza</w:t>
      </w:r>
    </w:p>
    <w:p w14:paraId="5126213A" w14:textId="77777777" w:rsidR="00381EB4" w:rsidRPr="007D25F2" w:rsidRDefault="00000000">
      <w:pPr>
        <w:rPr>
          <w:lang w:val="de-DE"/>
        </w:rPr>
      </w:pPr>
      <w:r w:rsidRPr="007D25F2">
        <w:rPr>
          <w:b/>
          <w:lang w:val="de-DE"/>
        </w:rPr>
        <w:t>46. Nomino 'mazingira' iko katika ngeli gani?</w:t>
      </w:r>
    </w:p>
    <w:p w14:paraId="3ED57FE4" w14:textId="77777777" w:rsidR="00381EB4" w:rsidRDefault="00000000">
      <w:pPr>
        <w:spacing w:after="20"/>
        <w:ind w:left="360"/>
      </w:pPr>
      <w:r>
        <w:lastRenderedPageBreak/>
        <w:t>A. YA-YA</w:t>
      </w:r>
    </w:p>
    <w:p w14:paraId="1F983528" w14:textId="77777777" w:rsidR="00381EB4" w:rsidRDefault="00000000">
      <w:pPr>
        <w:spacing w:after="20"/>
        <w:ind w:left="360"/>
      </w:pPr>
      <w:r>
        <w:t>B. LI-YA</w:t>
      </w:r>
    </w:p>
    <w:p w14:paraId="2D3C0584" w14:textId="77777777" w:rsidR="00381EB4" w:rsidRDefault="00000000">
      <w:pPr>
        <w:spacing w:after="20"/>
        <w:ind w:left="360"/>
      </w:pPr>
      <w:r>
        <w:t>C. I-I</w:t>
      </w:r>
    </w:p>
    <w:p w14:paraId="72AC6574" w14:textId="77777777" w:rsidR="00381EB4" w:rsidRPr="007D25F2" w:rsidRDefault="00000000">
      <w:pPr>
        <w:spacing w:after="20"/>
        <w:ind w:left="360"/>
        <w:rPr>
          <w:lang w:val="de-DE"/>
        </w:rPr>
      </w:pPr>
      <w:r w:rsidRPr="007D25F2">
        <w:rPr>
          <w:lang w:val="de-DE"/>
        </w:rPr>
        <w:t>D. U-YA</w:t>
      </w:r>
    </w:p>
    <w:p w14:paraId="5ABCFE70" w14:textId="77777777" w:rsidR="00381EB4" w:rsidRPr="007D25F2" w:rsidRDefault="00000000">
      <w:pPr>
        <w:rPr>
          <w:lang w:val="de-DE"/>
        </w:rPr>
      </w:pPr>
      <w:r w:rsidRPr="007D25F2">
        <w:rPr>
          <w:b/>
          <w:lang w:val="de-DE"/>
        </w:rPr>
        <w:t>47. Chagua kinyume cha kitenzi 'funga' katika sentensi 'Funga mlango.'</w:t>
      </w:r>
    </w:p>
    <w:p w14:paraId="1F79ECBA" w14:textId="77777777" w:rsidR="00381EB4" w:rsidRDefault="00000000">
      <w:pPr>
        <w:spacing w:after="20"/>
        <w:ind w:left="360"/>
      </w:pPr>
      <w:r>
        <w:t>A. Fungua</w:t>
      </w:r>
    </w:p>
    <w:p w14:paraId="237B4D7A" w14:textId="77777777" w:rsidR="00381EB4" w:rsidRDefault="00000000">
      <w:pPr>
        <w:spacing w:after="20"/>
        <w:ind w:left="360"/>
      </w:pPr>
      <w:r>
        <w:t>B. Fukia</w:t>
      </w:r>
    </w:p>
    <w:p w14:paraId="4C57F3BF" w14:textId="77777777" w:rsidR="00381EB4" w:rsidRDefault="00000000">
      <w:pPr>
        <w:spacing w:after="20"/>
        <w:ind w:left="360"/>
      </w:pPr>
      <w:r>
        <w:t>C. Fagia</w:t>
      </w:r>
    </w:p>
    <w:p w14:paraId="652EC997" w14:textId="77777777" w:rsidR="00381EB4" w:rsidRDefault="00000000">
      <w:pPr>
        <w:spacing w:after="20"/>
        <w:ind w:left="360"/>
      </w:pPr>
      <w:r>
        <w:t>D. Futa</w:t>
      </w:r>
    </w:p>
    <w:p w14:paraId="4EF89293" w14:textId="77777777" w:rsidR="00381EB4" w:rsidRDefault="00000000">
      <w:r>
        <w:rPr>
          <w:b/>
        </w:rPr>
        <w:t>48. Tambua hisia katika sentensi: 'Lo! Umefanya kazi nzuri sana!'</w:t>
      </w:r>
    </w:p>
    <w:p w14:paraId="311C00BF" w14:textId="77777777" w:rsidR="00381EB4" w:rsidRDefault="00000000">
      <w:pPr>
        <w:spacing w:after="20"/>
        <w:ind w:left="360"/>
      </w:pPr>
      <w:r>
        <w:t>A. Furaha</w:t>
      </w:r>
    </w:p>
    <w:p w14:paraId="1A557615" w14:textId="77777777" w:rsidR="00381EB4" w:rsidRDefault="00000000">
      <w:pPr>
        <w:spacing w:after="20"/>
        <w:ind w:left="360"/>
      </w:pPr>
      <w:r>
        <w:t>B. Huzuni</w:t>
      </w:r>
    </w:p>
    <w:p w14:paraId="5B9FBD2C" w14:textId="77777777" w:rsidR="00381EB4" w:rsidRDefault="00000000">
      <w:pPr>
        <w:spacing w:after="20"/>
        <w:ind w:left="360"/>
      </w:pPr>
      <w:r>
        <w:t>C. Hasira</w:t>
      </w:r>
    </w:p>
    <w:p w14:paraId="1A292E02" w14:textId="77777777" w:rsidR="00381EB4" w:rsidRDefault="00000000">
      <w:pPr>
        <w:spacing w:after="20"/>
        <w:ind w:left="360"/>
      </w:pPr>
      <w:r>
        <w:t>D. Hofu</w:t>
      </w:r>
    </w:p>
    <w:p w14:paraId="38D6C138" w14:textId="77777777" w:rsidR="00381EB4" w:rsidRDefault="00000000">
      <w:r>
        <w:rPr>
          <w:b/>
        </w:rPr>
        <w:t>49. Chagua usemi wa taarifa wa: 'Nitakuja kesho,' Amina alisema.</w:t>
      </w:r>
    </w:p>
    <w:p w14:paraId="21BF478E" w14:textId="77777777" w:rsidR="00381EB4" w:rsidRDefault="00000000">
      <w:pPr>
        <w:spacing w:after="20"/>
        <w:ind w:left="360"/>
      </w:pPr>
      <w:r>
        <w:t>A. Amina alisema kuwa angekuja kesho.</w:t>
      </w:r>
    </w:p>
    <w:p w14:paraId="4228CDA1" w14:textId="77777777" w:rsidR="00381EB4" w:rsidRDefault="00000000">
      <w:pPr>
        <w:spacing w:after="20"/>
        <w:ind w:left="360"/>
      </w:pPr>
      <w:r>
        <w:t>B. Amina alisema kuwa atakuja jana.</w:t>
      </w:r>
    </w:p>
    <w:p w14:paraId="3265786C" w14:textId="77777777" w:rsidR="00381EB4" w:rsidRDefault="00000000">
      <w:pPr>
        <w:spacing w:after="20"/>
        <w:ind w:left="360"/>
      </w:pPr>
      <w:r>
        <w:t>C. Amina alisema kuwa alikuja leo.</w:t>
      </w:r>
    </w:p>
    <w:p w14:paraId="79C9A664" w14:textId="77777777" w:rsidR="00381EB4" w:rsidRDefault="00000000">
      <w:pPr>
        <w:spacing w:after="20"/>
        <w:ind w:left="360"/>
      </w:pPr>
      <w:r>
        <w:t>D. Amina alisema kuwa atakuja jana.</w:t>
      </w:r>
    </w:p>
    <w:p w14:paraId="48013E64" w14:textId="77777777" w:rsidR="00381EB4" w:rsidRDefault="00000000">
      <w:r>
        <w:rPr>
          <w:b/>
        </w:rPr>
        <w:t>50. Ni sentensi gani inayoonyesha mtu anamfanyia mwingine jambo?</w:t>
      </w:r>
    </w:p>
    <w:p w14:paraId="72C36A1A" w14:textId="77777777" w:rsidR="00381EB4" w:rsidRDefault="00000000">
      <w:pPr>
        <w:spacing w:after="20"/>
        <w:ind w:left="360"/>
      </w:pPr>
      <w:r>
        <w:t>A. Kaka alimlimia jirani shamba.</w:t>
      </w:r>
    </w:p>
    <w:p w14:paraId="4DCA573D" w14:textId="77777777" w:rsidR="00381EB4" w:rsidRDefault="00000000">
      <w:pPr>
        <w:spacing w:after="20"/>
        <w:ind w:left="360"/>
      </w:pPr>
      <w:r>
        <w:t>B. Watoto wanasoma vitabu.</w:t>
      </w:r>
    </w:p>
    <w:p w14:paraId="6681994C" w14:textId="77777777" w:rsidR="00381EB4" w:rsidRDefault="00000000">
      <w:pPr>
        <w:spacing w:after="20"/>
        <w:ind w:left="360"/>
      </w:pPr>
      <w:r>
        <w:t>C. Asha alijisafisha mwenyewe.</w:t>
      </w:r>
    </w:p>
    <w:p w14:paraId="14E2E628" w14:textId="77777777" w:rsidR="00381EB4" w:rsidRDefault="00000000">
      <w:pPr>
        <w:spacing w:after="20"/>
        <w:ind w:left="360"/>
      </w:pPr>
      <w:r>
        <w:t>D. Wanafunzi walicheza mpira.</w:t>
      </w:r>
    </w:p>
    <w:sectPr w:rsidR="00381EB4" w:rsidSect="00034616">
      <w:headerReference w:type="default" r:id="rId8"/>
      <w:footerReference w:type="default" r:id="rId9"/>
      <w:headerReference w:type="first" r:id="rId12"/>
      <w:headerReference w:type="even" r:id="rId13"/>
      <w:footerReference w:type="first" r:id="rId14"/>
      <w:footerReference w:type="even" r:id="rId15"/>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B3592" w14:textId="77777777" w:rsidR="00110874" w:rsidRDefault="00110874">
      <w:pPr>
        <w:spacing w:after="0" w:line="240" w:lineRule="auto"/>
      </w:pPr>
      <w:r>
        <w:separator/>
      </w:r>
    </w:p>
  </w:endnote>
  <w:endnote w:type="continuationSeparator" w:id="0">
    <w:p w14:paraId="7ECBFAAE" w14:textId="77777777" w:rsidR="00110874" w:rsidRDefault="00110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549BF" w14:textId="77777777" w:rsidR="00381EB4" w:rsidRDefault="00000000">
    <w:pPr>
      <w:pStyle w:val="Footer"/>
      <w:jc w:val="center"/>
    </w:pPr>
    <w:r>
      <w:rPr>
        <w:sz w:val="16"/>
      </w:rPr>
      <w:t xml:space="preserve">KISWAHILI: LUGHA – KARATASI YA 1  |  </w:t>
    </w:r>
    <w:r>
      <w:fldChar w:fldCharType="begin"/>
    </w:r>
    <w:r>
      <w:instrText>PAGE</w:instrText>
    </w:r>
    <w:r w:rsidR="007D25F2">
      <w:fldChar w:fldCharType="separate"/>
    </w:r>
    <w:r w:rsidR="007D25F2">
      <w:rPr>
        <w:noProof/>
      </w:rPr>
      <w:t>1</w:t>
    </w:r>
    <w: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94A0F" w14:textId="77777777" w:rsidR="00110874" w:rsidRDefault="00110874">
      <w:pPr>
        <w:spacing w:after="0" w:line="240" w:lineRule="auto"/>
      </w:pPr>
      <w:r>
        <w:separator/>
      </w:r>
    </w:p>
  </w:footnote>
  <w:footnote w:type="continuationSeparator" w:id="0">
    <w:p w14:paraId="1B170B54" w14:textId="77777777" w:rsidR="00110874" w:rsidRDefault="001108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D9F83" w14:textId="77777777" w:rsidR="00381EB4" w:rsidRDefault="00000000">
    <w:pPr>
      <w:pStyle w:val="Header"/>
      <w:jc w:val="center"/>
    </w:pPr>
    <w:r>
      <w:rPr>
        <w:b/>
        <w:sz w:val="16"/>
      </w:rPr>
      <w:t xml:space="preserve">  |  GREDI YA 8  |  2026</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1974935"/>
    <w:multiLevelType w:val="hybridMultilevel"/>
    <w:tmpl w:val="99F26C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7000105">
    <w:abstractNumId w:val="8"/>
  </w:num>
  <w:num w:numId="2" w16cid:durableId="568883987">
    <w:abstractNumId w:val="6"/>
  </w:num>
  <w:num w:numId="3" w16cid:durableId="513111324">
    <w:abstractNumId w:val="5"/>
  </w:num>
  <w:num w:numId="4" w16cid:durableId="2028677636">
    <w:abstractNumId w:val="4"/>
  </w:num>
  <w:num w:numId="5" w16cid:durableId="1016468888">
    <w:abstractNumId w:val="7"/>
  </w:num>
  <w:num w:numId="6" w16cid:durableId="83189576">
    <w:abstractNumId w:val="3"/>
  </w:num>
  <w:num w:numId="7" w16cid:durableId="1036782623">
    <w:abstractNumId w:val="2"/>
  </w:num>
  <w:num w:numId="8" w16cid:durableId="921184245">
    <w:abstractNumId w:val="1"/>
  </w:num>
  <w:num w:numId="9" w16cid:durableId="824278970">
    <w:abstractNumId w:val="0"/>
  </w:num>
  <w:num w:numId="10" w16cid:durableId="7851251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0874"/>
    <w:rsid w:val="0015074B"/>
    <w:rsid w:val="0029639D"/>
    <w:rsid w:val="00326F90"/>
    <w:rsid w:val="00381EB4"/>
    <w:rsid w:val="00762A3A"/>
    <w:rsid w:val="007D25F2"/>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A1BC95"/>
  <w14:defaultImageDpi w14:val="300"/>
  <w15:docId w15:val="{4BD1877F-F5FF-442E-9877-A0A408420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2.xml"/><Relationship Id="rId1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1549</Words>
  <Characters>8832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Ondreia Thomas</cp:lastModifiedBy>
  <cp:revision>2</cp:revision>
  <dcterms:created xsi:type="dcterms:W3CDTF">2013-12-23T23:15:00Z</dcterms:created>
  <dcterms:modified xsi:type="dcterms:W3CDTF">2026-09-21T19:58:00Z</dcterms:modified>
  <cp:category/>
</cp:coreProperties>
</file>