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21A5" w14:textId="77777777" w:rsidR="00DA5F82" w:rsidRDefault="00000000">
      <w:pPr>
        <w:jc w:val="center"/>
      </w:pPr>
      <w:r>
        <w:rPr>
          <w:rFonts w:ascii="Times New Roman" w:hAnsi="Times New Roman"/>
          <w:b/>
          <w:sz w:val="28"/>
        </w:rPr>
        <w:t>KENYA JUNIOR SCHOOL EDUCATION ASSESSMENT</w:t>
      </w:r>
    </w:p>
    <w:p w14:paraId="4E8B67B8" w14:textId="77777777" w:rsidR="00DA5F82" w:rsidRDefault="00000000">
      <w:pPr>
        <w:jc w:val="center"/>
      </w:pPr>
      <w:r>
        <w:rPr>
          <w:rFonts w:ascii="Times New Roman" w:hAnsi="Times New Roman"/>
          <w:b/>
          <w:sz w:val="32"/>
        </w:rPr>
        <w:t>GRADE 8 - 2026</w:t>
      </w:r>
    </w:p>
    <w:p w14:paraId="5516E133" w14:textId="77777777" w:rsidR="00DA5F82" w:rsidRDefault="00000000">
      <w:pPr>
        <w:spacing w:after="80"/>
        <w:jc w:val="right"/>
      </w:pPr>
      <w:r>
        <w:rPr>
          <w:rFonts w:ascii="Times New Roman" w:hAnsi="Times New Roman"/>
          <w:b/>
        </w:rPr>
        <w:t>TIME: 1 Hour 45 Minutes</w:t>
      </w:r>
    </w:p>
    <w:tbl>
      <w:tblPr>
        <w:tblStyle w:val="TableGrid"/>
        <w:tblW w:w="0" w:type="auto"/>
        <w:jc w:val="center"/>
        <w:tblLook w:val="04A0" w:firstRow="1" w:lastRow="0" w:firstColumn="1" w:lastColumn="0" w:noHBand="0" w:noVBand="1"/>
      </w:tblPr>
      <w:tblGrid>
        <w:gridCol w:w="2250"/>
        <w:gridCol w:w="3096"/>
        <w:gridCol w:w="2276"/>
        <w:gridCol w:w="2736"/>
      </w:tblGrid>
      <w:tr w:rsidR="00DA5F82" w14:paraId="5C935748" w14:textId="77777777">
        <w:trPr>
          <w:jc w:val="center"/>
        </w:trPr>
        <w:tc>
          <w:tcPr>
            <w:tcW w:w="2592" w:type="dxa"/>
            <w:vAlign w:val="center"/>
          </w:tcPr>
          <w:p w14:paraId="69CA35D2" w14:textId="77777777" w:rsidR="00DA5F82" w:rsidRDefault="00000000">
            <w:r>
              <w:rPr>
                <w:rFonts w:ascii="Times New Roman" w:hAnsi="Times New Roman"/>
                <w:b/>
                <w:sz w:val="18"/>
              </w:rPr>
              <w:t>Learner’s Name</w:t>
            </w:r>
          </w:p>
        </w:tc>
        <w:tc>
          <w:tcPr>
            <w:tcW w:w="2592" w:type="dxa"/>
            <w:vAlign w:val="center"/>
          </w:tcPr>
          <w:p w14:paraId="0D7FA065" w14:textId="77777777" w:rsidR="00DA5F82" w:rsidRDefault="00000000">
            <w:r>
              <w:rPr>
                <w:rFonts w:ascii="Times New Roman" w:hAnsi="Times New Roman"/>
                <w:b/>
                <w:sz w:val="18"/>
              </w:rPr>
              <w:t>________________________________</w:t>
            </w:r>
          </w:p>
        </w:tc>
        <w:tc>
          <w:tcPr>
            <w:tcW w:w="2592" w:type="dxa"/>
            <w:vAlign w:val="center"/>
          </w:tcPr>
          <w:p w14:paraId="7438F3C4" w14:textId="77777777" w:rsidR="00DA5F82" w:rsidRDefault="00000000">
            <w:r>
              <w:rPr>
                <w:rFonts w:ascii="Times New Roman" w:hAnsi="Times New Roman"/>
                <w:b/>
                <w:sz w:val="18"/>
              </w:rPr>
              <w:t>Assessment Number</w:t>
            </w:r>
          </w:p>
        </w:tc>
        <w:tc>
          <w:tcPr>
            <w:tcW w:w="2592" w:type="dxa"/>
            <w:vAlign w:val="center"/>
          </w:tcPr>
          <w:p w14:paraId="47ECA56E" w14:textId="77777777" w:rsidR="00DA5F82" w:rsidRDefault="00000000">
            <w:r>
              <w:rPr>
                <w:rFonts w:ascii="Times New Roman" w:hAnsi="Times New Roman"/>
                <w:b/>
                <w:sz w:val="18"/>
              </w:rPr>
              <w:t>____________________________</w:t>
            </w:r>
          </w:p>
        </w:tc>
      </w:tr>
      <w:tr w:rsidR="00DA5F82" w14:paraId="1DEA8C36" w14:textId="77777777">
        <w:trPr>
          <w:jc w:val="center"/>
        </w:trPr>
        <w:tc>
          <w:tcPr>
            <w:tcW w:w="2592" w:type="dxa"/>
            <w:vAlign w:val="center"/>
          </w:tcPr>
          <w:p w14:paraId="1B885BB2" w14:textId="77777777" w:rsidR="00DA5F82" w:rsidRDefault="00000000">
            <w:r>
              <w:rPr>
                <w:rFonts w:ascii="Times New Roman" w:hAnsi="Times New Roman"/>
                <w:sz w:val="18"/>
              </w:rPr>
              <w:t>School Name</w:t>
            </w:r>
          </w:p>
        </w:tc>
        <w:tc>
          <w:tcPr>
            <w:tcW w:w="2592" w:type="dxa"/>
            <w:vAlign w:val="center"/>
          </w:tcPr>
          <w:p w14:paraId="59327CC7" w14:textId="77777777" w:rsidR="00DA5F82" w:rsidRDefault="00000000">
            <w:r>
              <w:rPr>
                <w:rFonts w:ascii="Times New Roman" w:hAnsi="Times New Roman"/>
                <w:sz w:val="18"/>
              </w:rPr>
              <w:t>________________________________</w:t>
            </w:r>
          </w:p>
        </w:tc>
        <w:tc>
          <w:tcPr>
            <w:tcW w:w="2592" w:type="dxa"/>
            <w:vAlign w:val="center"/>
          </w:tcPr>
          <w:p w14:paraId="00E9B238" w14:textId="77777777" w:rsidR="00DA5F82" w:rsidRDefault="00000000">
            <w:r>
              <w:rPr>
                <w:rFonts w:ascii="Times New Roman" w:hAnsi="Times New Roman"/>
                <w:sz w:val="18"/>
              </w:rPr>
              <w:t>School Code</w:t>
            </w:r>
          </w:p>
        </w:tc>
        <w:tc>
          <w:tcPr>
            <w:tcW w:w="2592" w:type="dxa"/>
            <w:vAlign w:val="center"/>
          </w:tcPr>
          <w:p w14:paraId="2066AC3E" w14:textId="77777777" w:rsidR="00DA5F82" w:rsidRDefault="00000000">
            <w:r>
              <w:rPr>
                <w:rFonts w:ascii="Times New Roman" w:hAnsi="Times New Roman"/>
                <w:sz w:val="18"/>
              </w:rPr>
              <w:t>____________________________</w:t>
            </w:r>
          </w:p>
        </w:tc>
      </w:tr>
      <w:tr w:rsidR="00DA5F82" w14:paraId="28665778" w14:textId="77777777">
        <w:trPr>
          <w:jc w:val="center"/>
        </w:trPr>
        <w:tc>
          <w:tcPr>
            <w:tcW w:w="2592" w:type="dxa"/>
            <w:vAlign w:val="center"/>
          </w:tcPr>
          <w:p w14:paraId="4A11AFBF" w14:textId="77777777" w:rsidR="00DA5F82" w:rsidRDefault="00000000">
            <w:r>
              <w:rPr>
                <w:rFonts w:ascii="Times New Roman" w:hAnsi="Times New Roman"/>
                <w:sz w:val="18"/>
              </w:rPr>
              <w:t>Learner’s Signature</w:t>
            </w:r>
          </w:p>
        </w:tc>
        <w:tc>
          <w:tcPr>
            <w:tcW w:w="2592" w:type="dxa"/>
            <w:vAlign w:val="center"/>
          </w:tcPr>
          <w:p w14:paraId="23901675" w14:textId="77777777" w:rsidR="00DA5F82" w:rsidRDefault="00000000">
            <w:r>
              <w:rPr>
                <w:rFonts w:ascii="Times New Roman" w:hAnsi="Times New Roman"/>
                <w:sz w:val="18"/>
              </w:rPr>
              <w:t>________________________________</w:t>
            </w:r>
          </w:p>
        </w:tc>
        <w:tc>
          <w:tcPr>
            <w:tcW w:w="2592" w:type="dxa"/>
            <w:vAlign w:val="center"/>
          </w:tcPr>
          <w:p w14:paraId="69BA3D0D" w14:textId="77777777" w:rsidR="00DA5F82" w:rsidRDefault="00000000">
            <w:r>
              <w:rPr>
                <w:rFonts w:ascii="Times New Roman" w:hAnsi="Times New Roman"/>
                <w:sz w:val="18"/>
              </w:rPr>
              <w:t>Date</w:t>
            </w:r>
          </w:p>
        </w:tc>
        <w:tc>
          <w:tcPr>
            <w:tcW w:w="2592" w:type="dxa"/>
            <w:vAlign w:val="center"/>
          </w:tcPr>
          <w:p w14:paraId="28C4FE8E" w14:textId="77777777" w:rsidR="00DA5F82" w:rsidRDefault="00000000">
            <w:r>
              <w:rPr>
                <w:rFonts w:ascii="Times New Roman" w:hAnsi="Times New Roman"/>
                <w:sz w:val="18"/>
              </w:rPr>
              <w:t>____________________________</w:t>
            </w:r>
          </w:p>
        </w:tc>
      </w:tr>
    </w:tbl>
    <w:p w14:paraId="79364DD0" w14:textId="77777777" w:rsidR="00DA5F82" w:rsidRDefault="00000000">
      <w:pPr>
        <w:jc w:val="center"/>
      </w:pPr>
      <w:r>
        <w:rPr>
          <w:rFonts w:ascii="Times New Roman" w:hAnsi="Times New Roman"/>
          <w:b/>
          <w:sz w:val="30"/>
        </w:rPr>
        <w:t>ENGLISH PAPER 2</w:t>
      </w:r>
    </w:p>
    <w:p w14:paraId="33541FBF" w14:textId="77777777" w:rsidR="00DA5F82" w:rsidRDefault="00000000">
      <w:pPr>
        <w:jc w:val="center"/>
      </w:pPr>
      <w:r>
        <w:rPr>
          <w:rFonts w:ascii="Times New Roman" w:hAnsi="Times New Roman"/>
          <w:b/>
          <w:i/>
          <w:sz w:val="24"/>
        </w:rPr>
        <w:t>(Composition and Literary Analysis)</w:t>
      </w:r>
    </w:p>
    <w:p w14:paraId="3D52AD8A" w14:textId="77777777" w:rsidR="00DA5F82" w:rsidRDefault="00000000">
      <w:pPr>
        <w:spacing w:after="80"/>
      </w:pPr>
      <w:r>
        <w:rPr>
          <w:rFonts w:ascii="Times New Roman" w:hAnsi="Times New Roman"/>
          <w:b/>
          <w:sz w:val="24"/>
        </w:rPr>
        <w:t>INSTRUCTIONS TO LEARNERS</w:t>
      </w:r>
    </w:p>
    <w:p w14:paraId="27D86818" w14:textId="77777777" w:rsidR="00DA5F82" w:rsidRDefault="00000000">
      <w:pPr>
        <w:spacing w:after="80"/>
      </w:pPr>
      <w:r>
        <w:rPr>
          <w:rFonts w:ascii="Times New Roman" w:hAnsi="Times New Roman"/>
        </w:rPr>
        <w:t>1. Write your name and assessment number in the space provided.</w:t>
      </w:r>
    </w:p>
    <w:p w14:paraId="341E15D8" w14:textId="77777777" w:rsidR="00DA5F82" w:rsidRDefault="00000000">
      <w:pPr>
        <w:spacing w:after="80"/>
      </w:pPr>
      <w:r>
        <w:rPr>
          <w:rFonts w:ascii="Times New Roman" w:hAnsi="Times New Roman"/>
        </w:rPr>
        <w:t>2. Write the name and code of your school in the space provided.</w:t>
      </w:r>
    </w:p>
    <w:p w14:paraId="0138D0FF" w14:textId="77777777" w:rsidR="00DA5F82" w:rsidRDefault="00000000">
      <w:pPr>
        <w:spacing w:after="80"/>
      </w:pPr>
      <w:r>
        <w:rPr>
          <w:rFonts w:ascii="Times New Roman" w:hAnsi="Times New Roman"/>
        </w:rPr>
        <w:t>3. Write the date of the assessment and sign in the space provided.</w:t>
      </w:r>
    </w:p>
    <w:p w14:paraId="7BB66BB9" w14:textId="77777777" w:rsidR="00DA5F82" w:rsidRDefault="00000000">
      <w:pPr>
        <w:spacing w:after="80"/>
      </w:pPr>
      <w:r>
        <w:rPr>
          <w:rFonts w:ascii="Times New Roman" w:hAnsi="Times New Roman"/>
        </w:rPr>
        <w:t>4. This question paper consists of two sections: A and B.</w:t>
      </w:r>
    </w:p>
    <w:p w14:paraId="204F950A" w14:textId="77777777" w:rsidR="00DA5F82" w:rsidRDefault="00000000">
      <w:pPr>
        <w:spacing w:after="80"/>
      </w:pPr>
      <w:r>
        <w:rPr>
          <w:rFonts w:ascii="Times New Roman" w:hAnsi="Times New Roman"/>
        </w:rPr>
        <w:t>5. Answer ALL the questions in this paper.</w:t>
      </w:r>
    </w:p>
    <w:p w14:paraId="2815772D" w14:textId="77777777" w:rsidR="00DA5F82" w:rsidRDefault="00000000">
      <w:pPr>
        <w:spacing w:after="80"/>
      </w:pPr>
      <w:r>
        <w:rPr>
          <w:rFonts w:ascii="Times New Roman" w:hAnsi="Times New Roman"/>
        </w:rPr>
        <w:t>6. Write ALL the answers in the space provided in this question paper.</w:t>
      </w:r>
    </w:p>
    <w:p w14:paraId="5A89CB51" w14:textId="77777777" w:rsidR="00DA5F82" w:rsidRDefault="00000000">
      <w:pPr>
        <w:spacing w:after="80"/>
      </w:pPr>
      <w:r>
        <w:rPr>
          <w:rFonts w:ascii="Times New Roman" w:hAnsi="Times New Roman"/>
        </w:rPr>
        <w:t>7. Do NOT remove any page from this question paper.</w:t>
      </w:r>
    </w:p>
    <w:p w14:paraId="7349D7B0" w14:textId="77777777" w:rsidR="00DA5F82" w:rsidRDefault="00000000">
      <w:pPr>
        <w:spacing w:after="80"/>
      </w:pPr>
      <w:r>
        <w:rPr>
          <w:rFonts w:ascii="Times New Roman" w:hAnsi="Times New Roman"/>
        </w:rPr>
        <w:t>8. Answer the questions in English.</w:t>
      </w:r>
    </w:p>
    <w:p w14:paraId="72E45F0A" w14:textId="77777777" w:rsidR="00DA5F82" w:rsidRDefault="00000000">
      <w:pPr>
        <w:spacing w:after="80"/>
        <w:jc w:val="center"/>
      </w:pPr>
      <w:r>
        <w:rPr>
          <w:rFonts w:ascii="Times New Roman" w:hAnsi="Times New Roman"/>
          <w:b/>
          <w:i/>
        </w:rPr>
        <w:t>For official use only</w:t>
      </w:r>
    </w:p>
    <w:tbl>
      <w:tblPr>
        <w:tblStyle w:val="TableGrid"/>
        <w:tblW w:w="0" w:type="auto"/>
        <w:jc w:val="center"/>
        <w:tblLook w:val="04A0" w:firstRow="1" w:lastRow="0" w:firstColumn="1" w:lastColumn="0" w:noHBand="0" w:noVBand="1"/>
      </w:tblPr>
      <w:tblGrid>
        <w:gridCol w:w="2071"/>
        <w:gridCol w:w="2071"/>
        <w:gridCol w:w="2072"/>
        <w:gridCol w:w="2072"/>
        <w:gridCol w:w="2072"/>
      </w:tblGrid>
      <w:tr w:rsidR="00DA5F82" w14:paraId="6D228C14" w14:textId="77777777">
        <w:trPr>
          <w:jc w:val="center"/>
        </w:trPr>
        <w:tc>
          <w:tcPr>
            <w:tcW w:w="2074" w:type="dxa"/>
            <w:vAlign w:val="center"/>
          </w:tcPr>
          <w:p w14:paraId="3E1EF63F" w14:textId="77777777" w:rsidR="00DA5F82" w:rsidRDefault="00000000">
            <w:r>
              <w:rPr>
                <w:rFonts w:ascii="Times New Roman" w:hAnsi="Times New Roman"/>
                <w:b/>
                <w:sz w:val="18"/>
              </w:rPr>
              <w:t>SECTION</w:t>
            </w:r>
          </w:p>
        </w:tc>
        <w:tc>
          <w:tcPr>
            <w:tcW w:w="2074" w:type="dxa"/>
            <w:vAlign w:val="center"/>
          </w:tcPr>
          <w:p w14:paraId="44D9B337" w14:textId="77777777" w:rsidR="00DA5F82" w:rsidRDefault="00000000">
            <w:r>
              <w:rPr>
                <w:rFonts w:ascii="Times New Roman" w:hAnsi="Times New Roman"/>
                <w:b/>
                <w:sz w:val="18"/>
              </w:rPr>
              <w:t>A</w:t>
            </w:r>
          </w:p>
        </w:tc>
        <w:tc>
          <w:tcPr>
            <w:tcW w:w="2074" w:type="dxa"/>
            <w:vAlign w:val="center"/>
          </w:tcPr>
          <w:p w14:paraId="6EBD2722" w14:textId="77777777" w:rsidR="00DA5F82" w:rsidRDefault="00000000">
            <w:r>
              <w:rPr>
                <w:rFonts w:ascii="Times New Roman" w:hAnsi="Times New Roman"/>
                <w:b/>
                <w:sz w:val="18"/>
              </w:rPr>
              <w:t>B</w:t>
            </w:r>
          </w:p>
        </w:tc>
        <w:tc>
          <w:tcPr>
            <w:tcW w:w="2074" w:type="dxa"/>
            <w:vAlign w:val="center"/>
          </w:tcPr>
          <w:p w14:paraId="6993419B" w14:textId="77777777" w:rsidR="00DA5F82" w:rsidRDefault="00000000">
            <w:r>
              <w:rPr>
                <w:rFonts w:ascii="Times New Roman" w:hAnsi="Times New Roman"/>
                <w:b/>
                <w:sz w:val="18"/>
              </w:rPr>
              <w:t>B</w:t>
            </w:r>
          </w:p>
        </w:tc>
        <w:tc>
          <w:tcPr>
            <w:tcW w:w="2074" w:type="dxa"/>
            <w:vAlign w:val="center"/>
          </w:tcPr>
          <w:p w14:paraId="5148B3B2" w14:textId="77777777" w:rsidR="00DA5F82" w:rsidRDefault="00000000">
            <w:r>
              <w:rPr>
                <w:rFonts w:ascii="Times New Roman" w:hAnsi="Times New Roman"/>
                <w:b/>
                <w:sz w:val="18"/>
              </w:rPr>
              <w:t>B</w:t>
            </w:r>
          </w:p>
        </w:tc>
      </w:tr>
      <w:tr w:rsidR="00DA5F82" w14:paraId="77D4120E" w14:textId="77777777">
        <w:trPr>
          <w:jc w:val="center"/>
        </w:trPr>
        <w:tc>
          <w:tcPr>
            <w:tcW w:w="2074" w:type="dxa"/>
            <w:vAlign w:val="center"/>
          </w:tcPr>
          <w:p w14:paraId="6164C1FE" w14:textId="77777777" w:rsidR="00DA5F82" w:rsidRDefault="00000000">
            <w:r>
              <w:rPr>
                <w:rFonts w:ascii="Times New Roman" w:hAnsi="Times New Roman"/>
                <w:sz w:val="18"/>
              </w:rPr>
              <w:t>TASK</w:t>
            </w:r>
          </w:p>
        </w:tc>
        <w:tc>
          <w:tcPr>
            <w:tcW w:w="2074" w:type="dxa"/>
            <w:vAlign w:val="center"/>
          </w:tcPr>
          <w:p w14:paraId="7173084F" w14:textId="77777777" w:rsidR="00DA5F82" w:rsidRDefault="00000000">
            <w:r>
              <w:rPr>
                <w:rFonts w:ascii="Times New Roman" w:hAnsi="Times New Roman"/>
                <w:sz w:val="18"/>
              </w:rPr>
              <w:t>Task 1</w:t>
            </w:r>
            <w:r>
              <w:rPr>
                <w:rFonts w:ascii="Times New Roman" w:hAnsi="Times New Roman"/>
                <w:sz w:val="18"/>
              </w:rPr>
              <w:br/>
              <w:t>Question 1</w:t>
            </w:r>
          </w:p>
        </w:tc>
        <w:tc>
          <w:tcPr>
            <w:tcW w:w="2074" w:type="dxa"/>
            <w:vAlign w:val="center"/>
          </w:tcPr>
          <w:p w14:paraId="6512B323" w14:textId="77777777" w:rsidR="00DA5F82" w:rsidRDefault="00000000">
            <w:r>
              <w:rPr>
                <w:rFonts w:ascii="Times New Roman" w:hAnsi="Times New Roman"/>
                <w:sz w:val="18"/>
              </w:rPr>
              <w:t>Task 2</w:t>
            </w:r>
            <w:r>
              <w:rPr>
                <w:rFonts w:ascii="Times New Roman" w:hAnsi="Times New Roman"/>
                <w:sz w:val="18"/>
              </w:rPr>
              <w:br/>
              <w:t>Question 2</w:t>
            </w:r>
          </w:p>
        </w:tc>
        <w:tc>
          <w:tcPr>
            <w:tcW w:w="2074" w:type="dxa"/>
            <w:vAlign w:val="center"/>
          </w:tcPr>
          <w:p w14:paraId="196F2A0C" w14:textId="77777777" w:rsidR="00DA5F82" w:rsidRDefault="00000000">
            <w:r>
              <w:rPr>
                <w:rFonts w:ascii="Times New Roman" w:hAnsi="Times New Roman"/>
                <w:sz w:val="18"/>
              </w:rPr>
              <w:t>Task 3</w:t>
            </w:r>
            <w:r>
              <w:rPr>
                <w:rFonts w:ascii="Times New Roman" w:hAnsi="Times New Roman"/>
                <w:sz w:val="18"/>
              </w:rPr>
              <w:br/>
              <w:t>Question 3</w:t>
            </w:r>
          </w:p>
        </w:tc>
        <w:tc>
          <w:tcPr>
            <w:tcW w:w="2074" w:type="dxa"/>
            <w:vAlign w:val="center"/>
          </w:tcPr>
          <w:p w14:paraId="58ACCA27" w14:textId="77777777" w:rsidR="00DA5F82" w:rsidRDefault="00000000">
            <w:r>
              <w:rPr>
                <w:rFonts w:ascii="Times New Roman" w:hAnsi="Times New Roman"/>
                <w:sz w:val="18"/>
              </w:rPr>
              <w:t>Task 4</w:t>
            </w:r>
            <w:r>
              <w:rPr>
                <w:rFonts w:ascii="Times New Roman" w:hAnsi="Times New Roman"/>
                <w:sz w:val="18"/>
              </w:rPr>
              <w:br/>
              <w:t>Question 4</w:t>
            </w:r>
          </w:p>
        </w:tc>
      </w:tr>
      <w:tr w:rsidR="00DA5F82" w14:paraId="2CB9186D" w14:textId="77777777">
        <w:trPr>
          <w:jc w:val="center"/>
        </w:trPr>
        <w:tc>
          <w:tcPr>
            <w:tcW w:w="2074" w:type="dxa"/>
            <w:vAlign w:val="center"/>
          </w:tcPr>
          <w:p w14:paraId="1DC5A5C3" w14:textId="77777777" w:rsidR="00DA5F82" w:rsidRDefault="00000000">
            <w:r>
              <w:rPr>
                <w:rFonts w:ascii="Times New Roman" w:hAnsi="Times New Roman"/>
                <w:sz w:val="18"/>
              </w:rPr>
              <w:t>Maximum Score</w:t>
            </w:r>
          </w:p>
        </w:tc>
        <w:tc>
          <w:tcPr>
            <w:tcW w:w="2074" w:type="dxa"/>
            <w:vAlign w:val="center"/>
          </w:tcPr>
          <w:p w14:paraId="4274FB49" w14:textId="77777777" w:rsidR="00DA5F82" w:rsidRDefault="00000000">
            <w:r>
              <w:rPr>
                <w:rFonts w:ascii="Times New Roman" w:hAnsi="Times New Roman"/>
                <w:sz w:val="18"/>
              </w:rPr>
              <w:t>15</w:t>
            </w:r>
          </w:p>
        </w:tc>
        <w:tc>
          <w:tcPr>
            <w:tcW w:w="2074" w:type="dxa"/>
            <w:vAlign w:val="center"/>
          </w:tcPr>
          <w:p w14:paraId="1CD90A5F" w14:textId="77777777" w:rsidR="00DA5F82" w:rsidRDefault="00000000">
            <w:r>
              <w:rPr>
                <w:rFonts w:ascii="Times New Roman" w:hAnsi="Times New Roman"/>
                <w:sz w:val="18"/>
              </w:rPr>
              <w:t>12</w:t>
            </w:r>
          </w:p>
        </w:tc>
        <w:tc>
          <w:tcPr>
            <w:tcW w:w="2074" w:type="dxa"/>
            <w:vAlign w:val="center"/>
          </w:tcPr>
          <w:p w14:paraId="4D6F92BC" w14:textId="77777777" w:rsidR="00DA5F82" w:rsidRDefault="00000000">
            <w:r>
              <w:rPr>
                <w:rFonts w:ascii="Times New Roman" w:hAnsi="Times New Roman"/>
                <w:sz w:val="18"/>
              </w:rPr>
              <w:t>12</w:t>
            </w:r>
          </w:p>
        </w:tc>
        <w:tc>
          <w:tcPr>
            <w:tcW w:w="2074" w:type="dxa"/>
            <w:vAlign w:val="center"/>
          </w:tcPr>
          <w:p w14:paraId="4C5D274A" w14:textId="77777777" w:rsidR="00DA5F82" w:rsidRDefault="00000000">
            <w:r>
              <w:rPr>
                <w:rFonts w:ascii="Times New Roman" w:hAnsi="Times New Roman"/>
                <w:sz w:val="18"/>
              </w:rPr>
              <w:t>11</w:t>
            </w:r>
          </w:p>
        </w:tc>
      </w:tr>
      <w:tr w:rsidR="00DA5F82" w14:paraId="1BF90685" w14:textId="77777777">
        <w:trPr>
          <w:jc w:val="center"/>
        </w:trPr>
        <w:tc>
          <w:tcPr>
            <w:tcW w:w="2074" w:type="dxa"/>
            <w:vAlign w:val="center"/>
          </w:tcPr>
          <w:p w14:paraId="53EADF91" w14:textId="77777777" w:rsidR="00DA5F82" w:rsidRDefault="00000000">
            <w:r>
              <w:rPr>
                <w:rFonts w:ascii="Times New Roman" w:hAnsi="Times New Roman"/>
                <w:sz w:val="18"/>
              </w:rPr>
              <w:t>Learner’s Score</w:t>
            </w:r>
          </w:p>
        </w:tc>
        <w:tc>
          <w:tcPr>
            <w:tcW w:w="2074" w:type="dxa"/>
            <w:vAlign w:val="center"/>
          </w:tcPr>
          <w:p w14:paraId="748FB2F0" w14:textId="77777777" w:rsidR="00DA5F82" w:rsidRDefault="00DA5F82"/>
        </w:tc>
        <w:tc>
          <w:tcPr>
            <w:tcW w:w="2074" w:type="dxa"/>
            <w:vAlign w:val="center"/>
          </w:tcPr>
          <w:p w14:paraId="47D0854B" w14:textId="77777777" w:rsidR="00DA5F82" w:rsidRDefault="00DA5F82"/>
        </w:tc>
        <w:tc>
          <w:tcPr>
            <w:tcW w:w="2074" w:type="dxa"/>
            <w:vAlign w:val="center"/>
          </w:tcPr>
          <w:p w14:paraId="25965B80" w14:textId="77777777" w:rsidR="00DA5F82" w:rsidRDefault="00DA5F82"/>
        </w:tc>
        <w:tc>
          <w:tcPr>
            <w:tcW w:w="2074" w:type="dxa"/>
            <w:vAlign w:val="center"/>
          </w:tcPr>
          <w:p w14:paraId="1440FB65" w14:textId="77777777" w:rsidR="00DA5F82" w:rsidRDefault="00DA5F82"/>
        </w:tc>
      </w:tr>
    </w:tbl>
    <w:p w14:paraId="3B7BD1F7" w14:textId="77777777" w:rsidR="00DA5F82" w:rsidRDefault="00000000">
      <w:pPr>
        <w:spacing w:after="80"/>
        <w:jc w:val="center"/>
      </w:pPr>
      <w:r>
        <w:rPr>
          <w:rFonts w:ascii="Times New Roman" w:hAnsi="Times New Roman"/>
          <w:i/>
        </w:rPr>
        <w:t>This paper consists of 7 printed pages.</w:t>
      </w:r>
    </w:p>
    <w:p w14:paraId="1832CCAC" w14:textId="77777777" w:rsidR="00DA5F82" w:rsidRDefault="00000000">
      <w:pPr>
        <w:spacing w:after="80"/>
        <w:jc w:val="center"/>
      </w:pPr>
      <w:r>
        <w:rPr>
          <w:rFonts w:ascii="Times New Roman" w:hAnsi="Times New Roman"/>
          <w:i/>
        </w:rPr>
        <w:t>Candidates should check the question paper to ascertain that all the pages are printed as indicated and that no questions are missing.</w:t>
      </w:r>
    </w:p>
    <w:p w14:paraId="6FE29116" w14:textId="77777777" w:rsidR="00DA5F82" w:rsidRDefault="00000000">
      <w:pPr>
        <w:spacing w:after="80"/>
        <w:jc w:val="right"/>
      </w:pPr>
      <w:r>
        <w:rPr>
          <w:rFonts w:ascii="Times New Roman" w:hAnsi="Times New Roman"/>
          <w:b/>
        </w:rPr>
        <w:t>MF-ENG2 | ENGLISH PAPER 2 | GRADE 8 | Turn over</w:t>
      </w:r>
    </w:p>
    <w:p w14:paraId="61E4F872" w14:textId="77777777" w:rsidR="00DA5F82" w:rsidRDefault="00000000">
      <w:r>
        <w:br w:type="page"/>
      </w:r>
    </w:p>
    <w:p w14:paraId="281C0635" w14:textId="77777777" w:rsidR="00DA5F82" w:rsidRDefault="00000000">
      <w:pPr>
        <w:spacing w:after="80"/>
      </w:pPr>
      <w:r>
        <w:rPr>
          <w:rFonts w:ascii="Times New Roman" w:hAnsi="Times New Roman"/>
          <w:b/>
          <w:sz w:val="26"/>
        </w:rPr>
        <w:lastRenderedPageBreak/>
        <w:t>SECTION A: COMPOSITION</w:t>
      </w:r>
    </w:p>
    <w:p w14:paraId="5626DC18" w14:textId="77777777" w:rsidR="00DA5F82" w:rsidRDefault="00000000">
      <w:pPr>
        <w:spacing w:after="80"/>
      </w:pPr>
      <w:r>
        <w:rPr>
          <w:rFonts w:ascii="Times New Roman" w:hAnsi="Times New Roman"/>
          <w:b/>
          <w:sz w:val="24"/>
        </w:rPr>
        <w:t>TASK 1: COMPOSITION</w:t>
      </w:r>
    </w:p>
    <w:p w14:paraId="2BD67171" w14:textId="77777777" w:rsidR="00DA5F82" w:rsidRDefault="00000000">
      <w:pPr>
        <w:spacing w:after="80"/>
        <w:jc w:val="right"/>
      </w:pPr>
      <w:r>
        <w:rPr>
          <w:rFonts w:ascii="Times New Roman" w:hAnsi="Times New Roman"/>
          <w:b/>
        </w:rPr>
        <w:t>(15 marks)</w:t>
      </w:r>
    </w:p>
    <w:p w14:paraId="5CCAC508" w14:textId="77777777" w:rsidR="00DA5F82" w:rsidRDefault="00000000">
      <w:pPr>
        <w:spacing w:after="80"/>
      </w:pPr>
      <w:r>
        <w:rPr>
          <w:rFonts w:ascii="Times New Roman" w:hAnsi="Times New Roman"/>
          <w:i/>
        </w:rPr>
        <w:t>Write your composition in the spaces provided.</w:t>
      </w:r>
    </w:p>
    <w:p w14:paraId="69F59A99" w14:textId="77777777" w:rsidR="00DA5F82" w:rsidRDefault="00000000">
      <w:pPr>
        <w:spacing w:after="80"/>
      </w:pPr>
      <w:r>
        <w:rPr>
          <w:rFonts w:ascii="Times New Roman" w:hAnsi="Times New Roman"/>
          <w:i/>
        </w:rPr>
        <w:t>Write a composition beginning with:</w:t>
      </w:r>
    </w:p>
    <w:p w14:paraId="0E38BF7E" w14:textId="77777777" w:rsidR="00DA5F82" w:rsidRDefault="00000000">
      <w:pPr>
        <w:spacing w:after="80"/>
      </w:pPr>
      <w:r>
        <w:rPr>
          <w:rFonts w:ascii="Times New Roman" w:hAnsi="Times New Roman"/>
          <w:b/>
          <w:i/>
        </w:rPr>
        <w:t>The final bell had just rung when a stranger hurried through the school gate and called my name……</w:t>
      </w:r>
    </w:p>
    <w:p w14:paraId="32170B6F" w14:textId="77777777" w:rsidR="00DA5F82" w:rsidRDefault="00000000">
      <w:pPr>
        <w:spacing w:after="20"/>
      </w:pPr>
      <w:r>
        <w:rPr>
          <w:rFonts w:ascii="Times New Roman" w:hAnsi="Times New Roman"/>
          <w:sz w:val="20"/>
        </w:rPr>
        <w:t>________________________________________________________________________________</w:t>
      </w:r>
    </w:p>
    <w:p w14:paraId="391E5FD1" w14:textId="77777777" w:rsidR="00DA5F82" w:rsidRDefault="00000000">
      <w:pPr>
        <w:spacing w:after="20"/>
      </w:pPr>
      <w:r>
        <w:rPr>
          <w:rFonts w:ascii="Times New Roman" w:hAnsi="Times New Roman"/>
          <w:sz w:val="20"/>
        </w:rPr>
        <w:t>________________________________________________________________________________</w:t>
      </w:r>
    </w:p>
    <w:p w14:paraId="5D4E9B22" w14:textId="77777777" w:rsidR="00DA5F82" w:rsidRDefault="00000000">
      <w:pPr>
        <w:spacing w:after="20"/>
      </w:pPr>
      <w:r>
        <w:rPr>
          <w:rFonts w:ascii="Times New Roman" w:hAnsi="Times New Roman"/>
          <w:sz w:val="20"/>
        </w:rPr>
        <w:t>________________________________________________________________________________</w:t>
      </w:r>
    </w:p>
    <w:p w14:paraId="2BA248C3" w14:textId="77777777" w:rsidR="00DA5F82" w:rsidRDefault="00000000">
      <w:pPr>
        <w:spacing w:after="20"/>
      </w:pPr>
      <w:r>
        <w:rPr>
          <w:rFonts w:ascii="Times New Roman" w:hAnsi="Times New Roman"/>
          <w:sz w:val="20"/>
        </w:rPr>
        <w:t>________________________________________________________________________________</w:t>
      </w:r>
    </w:p>
    <w:p w14:paraId="0BCE196A" w14:textId="77777777" w:rsidR="00DA5F82" w:rsidRDefault="00000000">
      <w:pPr>
        <w:spacing w:after="20"/>
      </w:pPr>
      <w:r>
        <w:rPr>
          <w:rFonts w:ascii="Times New Roman" w:hAnsi="Times New Roman"/>
          <w:sz w:val="20"/>
        </w:rPr>
        <w:t>________________________________________________________________________________</w:t>
      </w:r>
    </w:p>
    <w:p w14:paraId="7CB1B04D" w14:textId="77777777" w:rsidR="00DA5F82" w:rsidRDefault="00000000">
      <w:pPr>
        <w:spacing w:after="20"/>
      </w:pPr>
      <w:r>
        <w:rPr>
          <w:rFonts w:ascii="Times New Roman" w:hAnsi="Times New Roman"/>
          <w:sz w:val="20"/>
        </w:rPr>
        <w:t>________________________________________________________________________________</w:t>
      </w:r>
    </w:p>
    <w:p w14:paraId="47C56E09" w14:textId="77777777" w:rsidR="00DA5F82" w:rsidRDefault="00000000">
      <w:pPr>
        <w:spacing w:after="20"/>
      </w:pPr>
      <w:r>
        <w:rPr>
          <w:rFonts w:ascii="Times New Roman" w:hAnsi="Times New Roman"/>
          <w:sz w:val="20"/>
        </w:rPr>
        <w:t>________________________________________________________________________________</w:t>
      </w:r>
    </w:p>
    <w:p w14:paraId="7C1B370B" w14:textId="77777777" w:rsidR="00DA5F82" w:rsidRDefault="00000000">
      <w:pPr>
        <w:spacing w:after="20"/>
      </w:pPr>
      <w:r>
        <w:rPr>
          <w:rFonts w:ascii="Times New Roman" w:hAnsi="Times New Roman"/>
          <w:sz w:val="20"/>
        </w:rPr>
        <w:t>________________________________________________________________________________</w:t>
      </w:r>
    </w:p>
    <w:p w14:paraId="3B1B90CA" w14:textId="77777777" w:rsidR="00DA5F82" w:rsidRDefault="00000000">
      <w:pPr>
        <w:spacing w:after="20"/>
      </w:pPr>
      <w:r>
        <w:rPr>
          <w:rFonts w:ascii="Times New Roman" w:hAnsi="Times New Roman"/>
          <w:sz w:val="20"/>
        </w:rPr>
        <w:t>________________________________________________________________________________</w:t>
      </w:r>
    </w:p>
    <w:p w14:paraId="2B8E6F86" w14:textId="77777777" w:rsidR="00DA5F82" w:rsidRDefault="00000000">
      <w:pPr>
        <w:spacing w:after="20"/>
      </w:pPr>
      <w:r>
        <w:rPr>
          <w:rFonts w:ascii="Times New Roman" w:hAnsi="Times New Roman"/>
          <w:sz w:val="20"/>
        </w:rPr>
        <w:t>________________________________________________________________________________</w:t>
      </w:r>
    </w:p>
    <w:p w14:paraId="12592EDD" w14:textId="77777777" w:rsidR="00DA5F82" w:rsidRDefault="00000000">
      <w:pPr>
        <w:spacing w:after="20"/>
      </w:pPr>
      <w:r>
        <w:rPr>
          <w:rFonts w:ascii="Times New Roman" w:hAnsi="Times New Roman"/>
          <w:sz w:val="20"/>
        </w:rPr>
        <w:t>________________________________________________________________________________</w:t>
      </w:r>
    </w:p>
    <w:p w14:paraId="02679D32" w14:textId="77777777" w:rsidR="00DA5F82" w:rsidRDefault="00000000">
      <w:pPr>
        <w:spacing w:after="20"/>
      </w:pPr>
      <w:r>
        <w:rPr>
          <w:rFonts w:ascii="Times New Roman" w:hAnsi="Times New Roman"/>
          <w:sz w:val="20"/>
        </w:rPr>
        <w:t>________________________________________________________________________________</w:t>
      </w:r>
    </w:p>
    <w:p w14:paraId="5C063086" w14:textId="77777777" w:rsidR="00DA5F82" w:rsidRDefault="00000000">
      <w:pPr>
        <w:spacing w:after="20"/>
      </w:pPr>
      <w:r>
        <w:rPr>
          <w:rFonts w:ascii="Times New Roman" w:hAnsi="Times New Roman"/>
          <w:sz w:val="20"/>
        </w:rPr>
        <w:t>________________________________________________________________________________</w:t>
      </w:r>
    </w:p>
    <w:p w14:paraId="748068B5" w14:textId="77777777" w:rsidR="00DA5F82" w:rsidRDefault="00000000">
      <w:pPr>
        <w:spacing w:after="20"/>
      </w:pPr>
      <w:r>
        <w:rPr>
          <w:rFonts w:ascii="Times New Roman" w:hAnsi="Times New Roman"/>
          <w:sz w:val="20"/>
        </w:rPr>
        <w:t>________________________________________________________________________________</w:t>
      </w:r>
    </w:p>
    <w:p w14:paraId="7D3DEB66" w14:textId="77777777" w:rsidR="00DA5F82" w:rsidRDefault="00000000">
      <w:pPr>
        <w:spacing w:after="20"/>
      </w:pPr>
      <w:r>
        <w:rPr>
          <w:rFonts w:ascii="Times New Roman" w:hAnsi="Times New Roman"/>
          <w:sz w:val="20"/>
        </w:rPr>
        <w:t>________________________________________________________________________________</w:t>
      </w:r>
    </w:p>
    <w:p w14:paraId="4B7CADCD" w14:textId="77777777" w:rsidR="00DA5F82" w:rsidRDefault="00000000">
      <w:pPr>
        <w:spacing w:after="20"/>
      </w:pPr>
      <w:r>
        <w:rPr>
          <w:rFonts w:ascii="Times New Roman" w:hAnsi="Times New Roman"/>
          <w:sz w:val="20"/>
        </w:rPr>
        <w:t>________________________________________________________________________________</w:t>
      </w:r>
    </w:p>
    <w:p w14:paraId="09247428" w14:textId="77777777" w:rsidR="00DA5F82" w:rsidRDefault="00000000">
      <w:pPr>
        <w:spacing w:after="20"/>
      </w:pPr>
      <w:r>
        <w:rPr>
          <w:rFonts w:ascii="Times New Roman" w:hAnsi="Times New Roman"/>
          <w:sz w:val="20"/>
        </w:rPr>
        <w:t>________________________________________________________________________________</w:t>
      </w:r>
    </w:p>
    <w:p w14:paraId="5688DE79" w14:textId="77777777" w:rsidR="00DA5F82" w:rsidRDefault="00000000">
      <w:pPr>
        <w:spacing w:after="20"/>
      </w:pPr>
      <w:r>
        <w:rPr>
          <w:rFonts w:ascii="Times New Roman" w:hAnsi="Times New Roman"/>
          <w:sz w:val="20"/>
        </w:rPr>
        <w:t>________________________________________________________________________________</w:t>
      </w:r>
    </w:p>
    <w:p w14:paraId="5BCBADC9" w14:textId="77777777" w:rsidR="00DA5F82" w:rsidRDefault="00000000">
      <w:pPr>
        <w:spacing w:after="20"/>
      </w:pPr>
      <w:r>
        <w:rPr>
          <w:rFonts w:ascii="Times New Roman" w:hAnsi="Times New Roman"/>
          <w:sz w:val="20"/>
        </w:rPr>
        <w:t>________________________________________________________________________________</w:t>
      </w:r>
    </w:p>
    <w:p w14:paraId="2FD6CC17" w14:textId="77777777" w:rsidR="00DA5F82" w:rsidRDefault="00000000">
      <w:pPr>
        <w:spacing w:after="20"/>
      </w:pPr>
      <w:r>
        <w:rPr>
          <w:rFonts w:ascii="Times New Roman" w:hAnsi="Times New Roman"/>
          <w:sz w:val="20"/>
        </w:rPr>
        <w:t>________________________________________________________________________________</w:t>
      </w:r>
    </w:p>
    <w:p w14:paraId="5E60608D" w14:textId="77777777" w:rsidR="00DA5F82" w:rsidRDefault="00000000">
      <w:pPr>
        <w:spacing w:after="20"/>
      </w:pPr>
      <w:r>
        <w:rPr>
          <w:rFonts w:ascii="Times New Roman" w:hAnsi="Times New Roman"/>
          <w:sz w:val="20"/>
        </w:rPr>
        <w:t>________________________________________________________________________________</w:t>
      </w:r>
    </w:p>
    <w:p w14:paraId="3264E507" w14:textId="77777777" w:rsidR="00DA5F82" w:rsidRDefault="00000000">
      <w:pPr>
        <w:spacing w:after="20"/>
      </w:pPr>
      <w:r>
        <w:rPr>
          <w:rFonts w:ascii="Times New Roman" w:hAnsi="Times New Roman"/>
          <w:sz w:val="20"/>
        </w:rPr>
        <w:t>________________________________________________________________________________</w:t>
      </w:r>
    </w:p>
    <w:p w14:paraId="63B31548" w14:textId="77777777" w:rsidR="00DA5F82" w:rsidRDefault="00000000">
      <w:pPr>
        <w:spacing w:after="20"/>
      </w:pPr>
      <w:r>
        <w:rPr>
          <w:rFonts w:ascii="Times New Roman" w:hAnsi="Times New Roman"/>
          <w:sz w:val="20"/>
        </w:rPr>
        <w:t>________________________________________________________________________________</w:t>
      </w:r>
    </w:p>
    <w:p w14:paraId="68445FE4" w14:textId="77777777" w:rsidR="00DA5F82" w:rsidRDefault="00000000">
      <w:pPr>
        <w:spacing w:after="20"/>
      </w:pPr>
      <w:r>
        <w:rPr>
          <w:rFonts w:ascii="Times New Roman" w:hAnsi="Times New Roman"/>
          <w:sz w:val="20"/>
        </w:rPr>
        <w:t>________________________________________________________________________________</w:t>
      </w:r>
    </w:p>
    <w:p w14:paraId="221FADE2" w14:textId="77777777" w:rsidR="00DA5F82" w:rsidRDefault="00000000">
      <w:pPr>
        <w:spacing w:after="20"/>
      </w:pPr>
      <w:r>
        <w:rPr>
          <w:rFonts w:ascii="Times New Roman" w:hAnsi="Times New Roman"/>
          <w:sz w:val="20"/>
        </w:rPr>
        <w:t>________________________________________________________________________________</w:t>
      </w:r>
    </w:p>
    <w:p w14:paraId="345E7AD6" w14:textId="77777777" w:rsidR="00DA5F82" w:rsidRDefault="00000000">
      <w:pPr>
        <w:spacing w:after="20"/>
      </w:pPr>
      <w:r>
        <w:rPr>
          <w:rFonts w:ascii="Times New Roman" w:hAnsi="Times New Roman"/>
          <w:sz w:val="20"/>
        </w:rPr>
        <w:t>________________________________________________________________________________</w:t>
      </w:r>
    </w:p>
    <w:p w14:paraId="279B4560" w14:textId="77777777" w:rsidR="00DA5F82" w:rsidRDefault="00000000">
      <w:pPr>
        <w:spacing w:after="20"/>
      </w:pPr>
      <w:r>
        <w:rPr>
          <w:rFonts w:ascii="Times New Roman" w:hAnsi="Times New Roman"/>
          <w:sz w:val="20"/>
        </w:rPr>
        <w:t>________________________________________________________________________________</w:t>
      </w:r>
    </w:p>
    <w:p w14:paraId="0AC1415B" w14:textId="77777777" w:rsidR="00DA5F82" w:rsidRDefault="00000000">
      <w:pPr>
        <w:spacing w:after="20"/>
      </w:pPr>
      <w:r>
        <w:rPr>
          <w:rFonts w:ascii="Times New Roman" w:hAnsi="Times New Roman"/>
          <w:sz w:val="20"/>
        </w:rPr>
        <w:t>________________________________________________________________________________</w:t>
      </w:r>
    </w:p>
    <w:p w14:paraId="32F4EC7E" w14:textId="77777777" w:rsidR="00DA5F82" w:rsidRDefault="00000000">
      <w:r>
        <w:br w:type="page"/>
      </w:r>
    </w:p>
    <w:p w14:paraId="79216C98" w14:textId="77777777" w:rsidR="00DA5F82" w:rsidRDefault="00000000">
      <w:pPr>
        <w:spacing w:after="80"/>
      </w:pPr>
      <w:r>
        <w:rPr>
          <w:rFonts w:ascii="Times New Roman" w:hAnsi="Times New Roman"/>
          <w:b/>
          <w:sz w:val="26"/>
        </w:rPr>
        <w:lastRenderedPageBreak/>
        <w:t>TASK 2: ORAL LITERATURE</w:t>
      </w:r>
    </w:p>
    <w:p w14:paraId="125006B9" w14:textId="77777777" w:rsidR="00DA5F82" w:rsidRDefault="00000000">
      <w:pPr>
        <w:spacing w:after="80"/>
      </w:pPr>
      <w:r>
        <w:rPr>
          <w:rFonts w:ascii="Times New Roman" w:hAnsi="Times New Roman"/>
          <w:b/>
          <w:i/>
        </w:rPr>
        <w:t>Read the story below then answer the questions that follow.</w:t>
      </w:r>
    </w:p>
    <w:p w14:paraId="231E924B" w14:textId="77777777" w:rsidR="00DA5F82" w:rsidRDefault="00000000">
      <w:pPr>
        <w:spacing w:after="80"/>
        <w:jc w:val="right"/>
      </w:pPr>
      <w:r>
        <w:rPr>
          <w:rFonts w:ascii="Times New Roman" w:hAnsi="Times New Roman"/>
          <w:b/>
        </w:rPr>
        <w:t>(12 marks)</w:t>
      </w:r>
    </w:p>
    <w:p w14:paraId="66DF0BBA" w14:textId="77777777" w:rsidR="00DA5F82" w:rsidRDefault="00000000">
      <w:pPr>
        <w:spacing w:after="80"/>
      </w:pPr>
      <w:r>
        <w:rPr>
          <w:rFonts w:ascii="Times New Roman" w:hAnsi="Times New Roman"/>
        </w:rPr>
        <w:t>Long ago, Tortoise had a smooth, beautiful shell that shone like polished stone. He was known for his cleverness but also for his greed. One day, the birds were invited to a grand feast in the sky hosted by the Sky King. Tortoise desperately wanted to go, so he borrowed colourful feathers from the birds and made himself a pair of wings. He also changed his name to “All of You” so he could claim everything for himself.</w:t>
      </w:r>
    </w:p>
    <w:p w14:paraId="15D1DF86" w14:textId="77777777" w:rsidR="00DA5F82" w:rsidRDefault="00000000">
      <w:pPr>
        <w:spacing w:after="80"/>
      </w:pPr>
      <w:r>
        <w:rPr>
          <w:rFonts w:ascii="Times New Roman" w:hAnsi="Times New Roman"/>
        </w:rPr>
        <w:t>At the feast, the host announced, “This food is for all of you!” Tortoise quickly claimed it all, saying it was his name. He ate the best portions as greedily as a hyena and left very little for the birds. The angry birds decided to teach him a lesson the hard way. They took back all their feathers and as they were about to fly away, Tortoise requested them to tell his wife to lay some soft material right where he would fall.</w:t>
      </w:r>
    </w:p>
    <w:p w14:paraId="2F78E24F" w14:textId="77777777" w:rsidR="00DA5F82" w:rsidRDefault="00000000">
      <w:pPr>
        <w:spacing w:after="80"/>
      </w:pPr>
      <w:r>
        <w:rPr>
          <w:rFonts w:ascii="Times New Roman" w:hAnsi="Times New Roman"/>
        </w:rPr>
        <w:t>“Hello, Mrs. Tortoise. Are you there?”</w:t>
      </w:r>
    </w:p>
    <w:p w14:paraId="4B8EC73E" w14:textId="77777777" w:rsidR="00DA5F82" w:rsidRDefault="00000000">
      <w:pPr>
        <w:spacing w:after="80"/>
      </w:pPr>
      <w:r>
        <w:rPr>
          <w:rFonts w:ascii="Times New Roman" w:hAnsi="Times New Roman"/>
        </w:rPr>
        <w:t>“Yes, neighbour, where is the apple of my eye?”</w:t>
      </w:r>
    </w:p>
    <w:p w14:paraId="3F7E677F" w14:textId="77777777" w:rsidR="00DA5F82" w:rsidRDefault="00000000">
      <w:pPr>
        <w:spacing w:after="80"/>
      </w:pPr>
      <w:r>
        <w:rPr>
          <w:rFonts w:ascii="Times New Roman" w:hAnsi="Times New Roman"/>
        </w:rPr>
        <w:t>“We are not here for jollities,” chirped the weaverbird. “Your greedy husband thought he would play a trick on us. We lend him our feathers only for him to eat all the food. He’s about to jump down from the sky. Make sure he lands softly.”</w:t>
      </w:r>
    </w:p>
    <w:p w14:paraId="6F554209" w14:textId="77777777" w:rsidR="00DA5F82" w:rsidRDefault="00000000">
      <w:pPr>
        <w:spacing w:after="80"/>
      </w:pPr>
      <w:r>
        <w:rPr>
          <w:rFonts w:ascii="Times New Roman" w:hAnsi="Times New Roman"/>
        </w:rPr>
        <w:t>With that, the birds flew away. Tortoise’s wife who was the roots of an ancient oak listened to the birds’ story but frantically began to spread dry grass on the compound to offer her husband a landing ground. With no wings, Tortoise landed hard on the ground with a loud crash. His once smooth shell shattered into many pieces. The birds heard the crash and felt some pity and helped gather the fragments, but when the healer pieced it back together, it was never smooth again. It remained rough, cracked and uneven - a permanent reminder of his greed and deceit. That is why, to this day, the tortoise has a cracked shell.</w:t>
      </w:r>
    </w:p>
    <w:p w14:paraId="34D33760" w14:textId="77777777" w:rsidR="00DA5F82" w:rsidRDefault="00000000">
      <w:pPr>
        <w:spacing w:after="80"/>
      </w:pPr>
      <w:r>
        <w:rPr>
          <w:rFonts w:ascii="Times New Roman" w:hAnsi="Times New Roman"/>
          <w:b/>
        </w:rPr>
        <w:t>a. The story explains the origin of a feature found on a tortoise. What type of oral narrative is it? Give a reason for your answer.</w:t>
      </w:r>
    </w:p>
    <w:p w14:paraId="26002B21" w14:textId="77777777" w:rsidR="00DA5F82" w:rsidRDefault="00000000">
      <w:pPr>
        <w:spacing w:after="80"/>
        <w:jc w:val="right"/>
      </w:pPr>
      <w:r>
        <w:rPr>
          <w:rFonts w:ascii="Times New Roman" w:hAnsi="Times New Roman"/>
        </w:rPr>
        <w:t>(2 marks)</w:t>
      </w:r>
    </w:p>
    <w:p w14:paraId="6F834EE0" w14:textId="77777777" w:rsidR="00DA5F82" w:rsidRDefault="00000000">
      <w:pPr>
        <w:spacing w:after="20"/>
      </w:pPr>
      <w:r>
        <w:rPr>
          <w:rFonts w:ascii="Times New Roman" w:hAnsi="Times New Roman"/>
          <w:sz w:val="20"/>
        </w:rPr>
        <w:t>________________________________________________________________________________</w:t>
      </w:r>
    </w:p>
    <w:p w14:paraId="1B75E8EE" w14:textId="77777777" w:rsidR="00DA5F82" w:rsidRDefault="00000000">
      <w:pPr>
        <w:spacing w:after="20"/>
      </w:pPr>
      <w:r>
        <w:rPr>
          <w:rFonts w:ascii="Times New Roman" w:hAnsi="Times New Roman"/>
          <w:sz w:val="20"/>
        </w:rPr>
        <w:t>________________________________________________________________________________</w:t>
      </w:r>
    </w:p>
    <w:p w14:paraId="1575A830" w14:textId="77777777" w:rsidR="00DA5F82" w:rsidRDefault="00000000">
      <w:pPr>
        <w:spacing w:after="80"/>
      </w:pPr>
      <w:r>
        <w:rPr>
          <w:rFonts w:ascii="Times New Roman" w:hAnsi="Times New Roman"/>
          <w:b/>
        </w:rPr>
        <w:t>b. State two character traits of Tortoise and support each trait with evidence from the story.</w:t>
      </w:r>
    </w:p>
    <w:p w14:paraId="5DC1F5FA" w14:textId="77777777" w:rsidR="00DA5F82" w:rsidRDefault="00000000">
      <w:pPr>
        <w:spacing w:after="80"/>
        <w:jc w:val="right"/>
      </w:pPr>
      <w:r>
        <w:rPr>
          <w:rFonts w:ascii="Times New Roman" w:hAnsi="Times New Roman"/>
        </w:rPr>
        <w:t>(2 marks)</w:t>
      </w:r>
    </w:p>
    <w:p w14:paraId="75066F07" w14:textId="77777777" w:rsidR="00DA5F82" w:rsidRDefault="00000000">
      <w:pPr>
        <w:spacing w:after="20"/>
      </w:pPr>
      <w:r>
        <w:rPr>
          <w:rFonts w:ascii="Times New Roman" w:hAnsi="Times New Roman"/>
          <w:sz w:val="20"/>
        </w:rPr>
        <w:t>________________________________________________________________________________</w:t>
      </w:r>
    </w:p>
    <w:p w14:paraId="12DE5F60" w14:textId="77777777" w:rsidR="00DA5F82" w:rsidRDefault="00000000">
      <w:pPr>
        <w:spacing w:after="20"/>
      </w:pPr>
      <w:r>
        <w:rPr>
          <w:rFonts w:ascii="Times New Roman" w:hAnsi="Times New Roman"/>
          <w:sz w:val="20"/>
        </w:rPr>
        <w:t>________________________________________________________________________________</w:t>
      </w:r>
    </w:p>
    <w:p w14:paraId="77FD94DA" w14:textId="77777777" w:rsidR="00DA5F82" w:rsidRDefault="00000000">
      <w:pPr>
        <w:spacing w:after="80"/>
      </w:pPr>
      <w:r>
        <w:rPr>
          <w:rFonts w:ascii="Times New Roman" w:hAnsi="Times New Roman"/>
          <w:b/>
        </w:rPr>
        <w:t>c. Mention two ways in which the birds contribute to the development of the plot.</w:t>
      </w:r>
    </w:p>
    <w:p w14:paraId="56446B20" w14:textId="77777777" w:rsidR="00DA5F82" w:rsidRDefault="00000000">
      <w:pPr>
        <w:spacing w:after="80"/>
        <w:jc w:val="right"/>
      </w:pPr>
      <w:r>
        <w:rPr>
          <w:rFonts w:ascii="Times New Roman" w:hAnsi="Times New Roman"/>
        </w:rPr>
        <w:t>(2 marks)</w:t>
      </w:r>
    </w:p>
    <w:p w14:paraId="19CE9540" w14:textId="77777777" w:rsidR="00DA5F82" w:rsidRDefault="00000000">
      <w:pPr>
        <w:spacing w:after="20"/>
      </w:pPr>
      <w:r>
        <w:rPr>
          <w:rFonts w:ascii="Times New Roman" w:hAnsi="Times New Roman"/>
          <w:sz w:val="20"/>
        </w:rPr>
        <w:t>________________________________________________________________________________</w:t>
      </w:r>
    </w:p>
    <w:p w14:paraId="25407DEF" w14:textId="77777777" w:rsidR="00DA5F82" w:rsidRDefault="00000000">
      <w:pPr>
        <w:spacing w:after="20"/>
      </w:pPr>
      <w:r>
        <w:rPr>
          <w:rFonts w:ascii="Times New Roman" w:hAnsi="Times New Roman"/>
          <w:sz w:val="20"/>
        </w:rPr>
        <w:t>________________________________________________________________________________</w:t>
      </w:r>
    </w:p>
    <w:p w14:paraId="362C10D1" w14:textId="77777777" w:rsidR="00DA5F82" w:rsidRDefault="00000000">
      <w:pPr>
        <w:spacing w:after="80"/>
      </w:pPr>
      <w:r>
        <w:rPr>
          <w:rFonts w:ascii="Times New Roman" w:hAnsi="Times New Roman"/>
          <w:b/>
        </w:rPr>
        <w:t>d. Identify one example of direct speech in the story and explain its effect.</w:t>
      </w:r>
    </w:p>
    <w:p w14:paraId="538DF758" w14:textId="77777777" w:rsidR="00DA5F82" w:rsidRDefault="00000000">
      <w:pPr>
        <w:spacing w:after="80"/>
        <w:jc w:val="right"/>
      </w:pPr>
      <w:r>
        <w:rPr>
          <w:rFonts w:ascii="Times New Roman" w:hAnsi="Times New Roman"/>
        </w:rPr>
        <w:t>(2 marks)</w:t>
      </w:r>
    </w:p>
    <w:p w14:paraId="0856C782" w14:textId="77777777" w:rsidR="00DA5F82" w:rsidRDefault="00000000">
      <w:pPr>
        <w:spacing w:after="20"/>
      </w:pPr>
      <w:r>
        <w:rPr>
          <w:rFonts w:ascii="Times New Roman" w:hAnsi="Times New Roman"/>
          <w:sz w:val="20"/>
        </w:rPr>
        <w:t>________________________________________________________________________________</w:t>
      </w:r>
    </w:p>
    <w:p w14:paraId="04308638" w14:textId="77777777" w:rsidR="00DA5F82" w:rsidRDefault="00000000">
      <w:pPr>
        <w:spacing w:after="20"/>
      </w:pPr>
      <w:r>
        <w:rPr>
          <w:rFonts w:ascii="Times New Roman" w:hAnsi="Times New Roman"/>
          <w:sz w:val="20"/>
        </w:rPr>
        <w:t>________________________________________________________________________________</w:t>
      </w:r>
    </w:p>
    <w:p w14:paraId="5499CA77" w14:textId="77777777" w:rsidR="00DA5F82" w:rsidRDefault="00000000">
      <w:pPr>
        <w:spacing w:after="80"/>
      </w:pPr>
      <w:r>
        <w:rPr>
          <w:rFonts w:ascii="Times New Roman" w:hAnsi="Times New Roman"/>
          <w:b/>
        </w:rPr>
        <w:t>e. Explain the meaning of the expression “the apple of my eye” as it is used in the story.</w:t>
      </w:r>
    </w:p>
    <w:p w14:paraId="2AF912F2" w14:textId="77777777" w:rsidR="00DA5F82" w:rsidRDefault="00000000">
      <w:pPr>
        <w:spacing w:after="80"/>
        <w:jc w:val="right"/>
      </w:pPr>
      <w:r>
        <w:rPr>
          <w:rFonts w:ascii="Times New Roman" w:hAnsi="Times New Roman"/>
        </w:rPr>
        <w:t>(2 marks)</w:t>
      </w:r>
    </w:p>
    <w:p w14:paraId="30588DFB" w14:textId="77777777" w:rsidR="00DA5F82" w:rsidRDefault="00000000">
      <w:pPr>
        <w:spacing w:after="20"/>
      </w:pPr>
      <w:r>
        <w:rPr>
          <w:rFonts w:ascii="Times New Roman" w:hAnsi="Times New Roman"/>
          <w:sz w:val="20"/>
        </w:rPr>
        <w:t>________________________________________________________________________________</w:t>
      </w:r>
    </w:p>
    <w:p w14:paraId="504B9546" w14:textId="77777777" w:rsidR="00DA5F82" w:rsidRDefault="00000000">
      <w:pPr>
        <w:spacing w:after="20"/>
      </w:pPr>
      <w:r>
        <w:rPr>
          <w:rFonts w:ascii="Times New Roman" w:hAnsi="Times New Roman"/>
          <w:sz w:val="20"/>
        </w:rPr>
        <w:t>________________________________________________________________________________</w:t>
      </w:r>
    </w:p>
    <w:p w14:paraId="7EAA7604" w14:textId="77777777" w:rsidR="00DA5F82" w:rsidRDefault="00000000">
      <w:pPr>
        <w:spacing w:after="80"/>
      </w:pPr>
      <w:r>
        <w:rPr>
          <w:rFonts w:ascii="Times New Roman" w:hAnsi="Times New Roman"/>
          <w:b/>
        </w:rPr>
        <w:lastRenderedPageBreak/>
        <w:t>f. What lesson can a learner draw from Tortoise’s actions?</w:t>
      </w:r>
    </w:p>
    <w:p w14:paraId="6C7E849E" w14:textId="77777777" w:rsidR="00DA5F82" w:rsidRDefault="00000000">
      <w:pPr>
        <w:spacing w:after="80"/>
        <w:jc w:val="right"/>
      </w:pPr>
      <w:r>
        <w:rPr>
          <w:rFonts w:ascii="Times New Roman" w:hAnsi="Times New Roman"/>
        </w:rPr>
        <w:t>(2 marks)</w:t>
      </w:r>
    </w:p>
    <w:p w14:paraId="4CB28354" w14:textId="77777777" w:rsidR="00DA5F82" w:rsidRDefault="00000000">
      <w:pPr>
        <w:spacing w:after="20"/>
      </w:pPr>
      <w:r>
        <w:rPr>
          <w:rFonts w:ascii="Times New Roman" w:hAnsi="Times New Roman"/>
          <w:sz w:val="20"/>
        </w:rPr>
        <w:t>________________________________________________________________________________</w:t>
      </w:r>
    </w:p>
    <w:p w14:paraId="776516F0" w14:textId="77777777" w:rsidR="00DA5F82" w:rsidRDefault="00000000">
      <w:pPr>
        <w:spacing w:after="20"/>
      </w:pPr>
      <w:r>
        <w:rPr>
          <w:rFonts w:ascii="Times New Roman" w:hAnsi="Times New Roman"/>
          <w:sz w:val="20"/>
        </w:rPr>
        <w:t>________________________________________________________________________________</w:t>
      </w:r>
    </w:p>
    <w:p w14:paraId="7C2DE4D4" w14:textId="77777777" w:rsidR="00DA5F82" w:rsidRDefault="00000000">
      <w:r>
        <w:br w:type="page"/>
      </w:r>
    </w:p>
    <w:p w14:paraId="07B08BBC" w14:textId="77777777" w:rsidR="00DA5F82" w:rsidRDefault="00000000">
      <w:pPr>
        <w:spacing w:after="80"/>
      </w:pPr>
      <w:r>
        <w:rPr>
          <w:rFonts w:ascii="Times New Roman" w:hAnsi="Times New Roman"/>
          <w:b/>
          <w:sz w:val="26"/>
        </w:rPr>
        <w:lastRenderedPageBreak/>
        <w:t>TASK 3: POETRY</w:t>
      </w:r>
    </w:p>
    <w:p w14:paraId="1AED625F" w14:textId="77777777" w:rsidR="00DA5F82" w:rsidRDefault="00000000">
      <w:pPr>
        <w:spacing w:after="80"/>
      </w:pPr>
      <w:r>
        <w:rPr>
          <w:rFonts w:ascii="Times New Roman" w:hAnsi="Times New Roman"/>
          <w:b/>
          <w:i/>
        </w:rPr>
        <w:t>Read the poem below then answer the questions that follow.</w:t>
      </w:r>
    </w:p>
    <w:p w14:paraId="1FE39D65" w14:textId="77777777" w:rsidR="00DA5F82" w:rsidRDefault="00000000">
      <w:pPr>
        <w:spacing w:after="80"/>
        <w:jc w:val="right"/>
      </w:pPr>
      <w:r>
        <w:rPr>
          <w:rFonts w:ascii="Times New Roman" w:hAnsi="Times New Roman"/>
          <w:b/>
        </w:rPr>
        <w:t>(12 marks)</w:t>
      </w:r>
    </w:p>
    <w:p w14:paraId="7A19FF15" w14:textId="77777777" w:rsidR="00DA5F82" w:rsidRDefault="00000000">
      <w:pPr>
        <w:spacing w:after="80"/>
      </w:pPr>
      <w:r>
        <w:rPr>
          <w:rFonts w:ascii="Times New Roman" w:hAnsi="Times New Roman"/>
        </w:rPr>
        <w:t>ATTENTION</w:t>
      </w:r>
      <w:r>
        <w:rPr>
          <w:rFonts w:ascii="Times New Roman" w:hAnsi="Times New Roman"/>
        </w:rPr>
        <w:br/>
        <w:t>by Amani Rachel</w:t>
      </w:r>
    </w:p>
    <w:p w14:paraId="525BCF33" w14:textId="77777777" w:rsidR="00DA5F82" w:rsidRDefault="00000000">
      <w:pPr>
        <w:spacing w:after="80"/>
      </w:pPr>
      <w:r>
        <w:rPr>
          <w:rFonts w:ascii="Times New Roman" w:hAnsi="Times New Roman"/>
        </w:rPr>
        <w:t>Excuse me, ladies and gentlemen!</w:t>
      </w:r>
      <w:r>
        <w:rPr>
          <w:rFonts w:ascii="Times New Roman" w:hAnsi="Times New Roman"/>
        </w:rPr>
        <w:br/>
        <w:t>This confusion</w:t>
      </w:r>
      <w:r>
        <w:rPr>
          <w:rFonts w:ascii="Times New Roman" w:hAnsi="Times New Roman"/>
        </w:rPr>
        <w:br/>
        <w:t>Of pollution</w:t>
      </w:r>
      <w:r>
        <w:rPr>
          <w:rFonts w:ascii="Times New Roman" w:hAnsi="Times New Roman"/>
        </w:rPr>
        <w:br/>
        <w:t>Needs solution!</w:t>
      </w:r>
    </w:p>
    <w:p w14:paraId="2728BA0F" w14:textId="77777777" w:rsidR="00DA5F82" w:rsidRDefault="00000000">
      <w:pPr>
        <w:spacing w:after="80"/>
      </w:pPr>
      <w:r>
        <w:rPr>
          <w:rFonts w:ascii="Times New Roman" w:hAnsi="Times New Roman"/>
        </w:rPr>
        <w:t>Look at the city streets</w:t>
      </w:r>
      <w:r>
        <w:rPr>
          <w:rFonts w:ascii="Times New Roman" w:hAnsi="Times New Roman"/>
        </w:rPr>
        <w:br/>
        <w:t>Where garbage pretty sits</w:t>
      </w:r>
      <w:r>
        <w:rPr>
          <w:rFonts w:ascii="Times New Roman" w:hAnsi="Times New Roman"/>
        </w:rPr>
        <w:br/>
        <w:t>Can you smell the stench?</w:t>
      </w:r>
      <w:r>
        <w:rPr>
          <w:rFonts w:ascii="Times New Roman" w:hAnsi="Times New Roman"/>
        </w:rPr>
        <w:br/>
        <w:t>Phew! Can’t sit on that bench!</w:t>
      </w:r>
    </w:p>
    <w:p w14:paraId="6076A5D1" w14:textId="77777777" w:rsidR="00DA5F82" w:rsidRDefault="00000000">
      <w:pPr>
        <w:spacing w:after="80"/>
      </w:pPr>
      <w:r>
        <w:rPr>
          <w:rFonts w:ascii="Times New Roman" w:hAnsi="Times New Roman"/>
        </w:rPr>
        <w:t>The wind blows and all is dusty</w:t>
      </w:r>
      <w:r>
        <w:rPr>
          <w:rFonts w:ascii="Times New Roman" w:hAnsi="Times New Roman"/>
        </w:rPr>
        <w:br/>
        <w:t>As factories fume the roofs dirty</w:t>
      </w:r>
      <w:r>
        <w:rPr>
          <w:rFonts w:ascii="Times New Roman" w:hAnsi="Times New Roman"/>
        </w:rPr>
        <w:br/>
        <w:t>The windbreaker brakes are broken</w:t>
      </w:r>
      <w:r>
        <w:rPr>
          <w:rFonts w:ascii="Times New Roman" w:hAnsi="Times New Roman"/>
        </w:rPr>
        <w:br/>
        <w:t>Now all the fields are open.</w:t>
      </w:r>
    </w:p>
    <w:p w14:paraId="42C430FF" w14:textId="77777777" w:rsidR="00DA5F82" w:rsidRDefault="00000000">
      <w:pPr>
        <w:spacing w:after="80"/>
      </w:pPr>
      <w:r>
        <w:rPr>
          <w:rFonts w:ascii="Times New Roman" w:hAnsi="Times New Roman"/>
        </w:rPr>
        <w:t>If we let everything wither</w:t>
      </w:r>
      <w:r>
        <w:rPr>
          <w:rFonts w:ascii="Times New Roman" w:hAnsi="Times New Roman"/>
        </w:rPr>
        <w:br/>
        <w:t>We’ll all be bitter.</w:t>
      </w:r>
    </w:p>
    <w:p w14:paraId="7B9879F4" w14:textId="77777777" w:rsidR="00DA5F82" w:rsidRDefault="00000000">
      <w:pPr>
        <w:spacing w:after="80"/>
      </w:pPr>
      <w:r>
        <w:rPr>
          <w:rFonts w:ascii="Times New Roman" w:hAnsi="Times New Roman"/>
          <w:b/>
        </w:rPr>
        <w:t>a. What environmental problem is the poet drawing attention to?</w:t>
      </w:r>
    </w:p>
    <w:p w14:paraId="238B853F" w14:textId="77777777" w:rsidR="00DA5F82" w:rsidRDefault="00000000">
      <w:pPr>
        <w:spacing w:after="80"/>
        <w:jc w:val="right"/>
      </w:pPr>
      <w:r>
        <w:rPr>
          <w:rFonts w:ascii="Times New Roman" w:hAnsi="Times New Roman"/>
        </w:rPr>
        <w:t>(2 marks)</w:t>
      </w:r>
    </w:p>
    <w:p w14:paraId="3A838240" w14:textId="77777777" w:rsidR="00DA5F82" w:rsidRDefault="00000000">
      <w:pPr>
        <w:spacing w:after="20"/>
      </w:pPr>
      <w:r>
        <w:rPr>
          <w:rFonts w:ascii="Times New Roman" w:hAnsi="Times New Roman"/>
          <w:sz w:val="20"/>
        </w:rPr>
        <w:t>________________________________________________________________________________</w:t>
      </w:r>
    </w:p>
    <w:p w14:paraId="6228AC36" w14:textId="77777777" w:rsidR="00DA5F82" w:rsidRDefault="00000000">
      <w:pPr>
        <w:spacing w:after="20"/>
      </w:pPr>
      <w:r>
        <w:rPr>
          <w:rFonts w:ascii="Times New Roman" w:hAnsi="Times New Roman"/>
          <w:sz w:val="20"/>
        </w:rPr>
        <w:t>________________________________________________________________________________</w:t>
      </w:r>
    </w:p>
    <w:p w14:paraId="4D638116" w14:textId="77777777" w:rsidR="00DA5F82" w:rsidRDefault="00000000">
      <w:pPr>
        <w:spacing w:after="80"/>
      </w:pPr>
      <w:r>
        <w:rPr>
          <w:rFonts w:ascii="Times New Roman" w:hAnsi="Times New Roman"/>
          <w:b/>
        </w:rPr>
        <w:t>b. To whom is the speaker addressing the poem? Give evidence from the opening lines.</w:t>
      </w:r>
    </w:p>
    <w:p w14:paraId="7D5C114A" w14:textId="77777777" w:rsidR="00DA5F82" w:rsidRDefault="00000000">
      <w:pPr>
        <w:spacing w:after="80"/>
        <w:jc w:val="right"/>
      </w:pPr>
      <w:r>
        <w:rPr>
          <w:rFonts w:ascii="Times New Roman" w:hAnsi="Times New Roman"/>
        </w:rPr>
        <w:t>(2 marks)</w:t>
      </w:r>
    </w:p>
    <w:p w14:paraId="50103E17" w14:textId="77777777" w:rsidR="00DA5F82" w:rsidRDefault="00000000">
      <w:pPr>
        <w:spacing w:after="20"/>
      </w:pPr>
      <w:r>
        <w:rPr>
          <w:rFonts w:ascii="Times New Roman" w:hAnsi="Times New Roman"/>
          <w:sz w:val="20"/>
        </w:rPr>
        <w:t>________________________________________________________________________________</w:t>
      </w:r>
    </w:p>
    <w:p w14:paraId="1A2ADC16" w14:textId="77777777" w:rsidR="00DA5F82" w:rsidRDefault="00000000">
      <w:pPr>
        <w:spacing w:after="20"/>
      </w:pPr>
      <w:r>
        <w:rPr>
          <w:rFonts w:ascii="Times New Roman" w:hAnsi="Times New Roman"/>
          <w:sz w:val="20"/>
        </w:rPr>
        <w:t>________________________________________________________________________________</w:t>
      </w:r>
    </w:p>
    <w:p w14:paraId="794A08C3" w14:textId="77777777" w:rsidR="00DA5F82" w:rsidRDefault="00000000">
      <w:pPr>
        <w:spacing w:after="80"/>
      </w:pPr>
      <w:r>
        <w:rPr>
          <w:rFonts w:ascii="Times New Roman" w:hAnsi="Times New Roman"/>
          <w:b/>
        </w:rPr>
        <w:t>c. Identify two sound or poetic devices used in the poem and illustrate each with a suitable line or phrase.</w:t>
      </w:r>
    </w:p>
    <w:p w14:paraId="283F19B3" w14:textId="77777777" w:rsidR="00DA5F82" w:rsidRDefault="00000000">
      <w:pPr>
        <w:spacing w:after="80"/>
        <w:jc w:val="right"/>
      </w:pPr>
      <w:r>
        <w:rPr>
          <w:rFonts w:ascii="Times New Roman" w:hAnsi="Times New Roman"/>
        </w:rPr>
        <w:t>(4 marks)</w:t>
      </w:r>
    </w:p>
    <w:p w14:paraId="17C9C16B" w14:textId="77777777" w:rsidR="00DA5F82" w:rsidRDefault="00000000">
      <w:pPr>
        <w:spacing w:after="20"/>
      </w:pPr>
      <w:r>
        <w:rPr>
          <w:rFonts w:ascii="Times New Roman" w:hAnsi="Times New Roman"/>
          <w:sz w:val="20"/>
        </w:rPr>
        <w:t>________________________________________________________________________________</w:t>
      </w:r>
    </w:p>
    <w:p w14:paraId="320DF419" w14:textId="77777777" w:rsidR="00DA5F82" w:rsidRDefault="00000000">
      <w:pPr>
        <w:spacing w:after="20"/>
      </w:pPr>
      <w:r>
        <w:rPr>
          <w:rFonts w:ascii="Times New Roman" w:hAnsi="Times New Roman"/>
          <w:sz w:val="20"/>
        </w:rPr>
        <w:t>________________________________________________________________________________</w:t>
      </w:r>
    </w:p>
    <w:p w14:paraId="5C5A2ED5" w14:textId="77777777" w:rsidR="00DA5F82" w:rsidRDefault="00000000">
      <w:pPr>
        <w:spacing w:after="20"/>
      </w:pPr>
      <w:r>
        <w:rPr>
          <w:rFonts w:ascii="Times New Roman" w:hAnsi="Times New Roman"/>
          <w:sz w:val="20"/>
        </w:rPr>
        <w:t>________________________________________________________________________________</w:t>
      </w:r>
    </w:p>
    <w:p w14:paraId="0AC393B9" w14:textId="77777777" w:rsidR="00DA5F82" w:rsidRDefault="00000000">
      <w:pPr>
        <w:spacing w:after="20"/>
      </w:pPr>
      <w:r>
        <w:rPr>
          <w:rFonts w:ascii="Times New Roman" w:hAnsi="Times New Roman"/>
          <w:sz w:val="20"/>
        </w:rPr>
        <w:t>________________________________________________________________________________</w:t>
      </w:r>
    </w:p>
    <w:p w14:paraId="0C06DABB" w14:textId="77777777" w:rsidR="00DA5F82" w:rsidRDefault="00000000">
      <w:pPr>
        <w:spacing w:after="80"/>
      </w:pPr>
      <w:r>
        <w:rPr>
          <w:rFonts w:ascii="Times New Roman" w:hAnsi="Times New Roman"/>
          <w:b/>
        </w:rPr>
        <w:t>d. What does the expression “We’ll all be bitter” suggest about the consequences of ignoring environmental problems?</w:t>
      </w:r>
    </w:p>
    <w:p w14:paraId="7E01E616" w14:textId="77777777" w:rsidR="00DA5F82" w:rsidRDefault="00000000">
      <w:pPr>
        <w:spacing w:after="80"/>
        <w:jc w:val="right"/>
      </w:pPr>
      <w:r>
        <w:rPr>
          <w:rFonts w:ascii="Times New Roman" w:hAnsi="Times New Roman"/>
        </w:rPr>
        <w:t>(2 marks)</w:t>
      </w:r>
    </w:p>
    <w:p w14:paraId="29E4D600" w14:textId="77777777" w:rsidR="00DA5F82" w:rsidRDefault="00000000">
      <w:pPr>
        <w:spacing w:after="20"/>
      </w:pPr>
      <w:r>
        <w:rPr>
          <w:rFonts w:ascii="Times New Roman" w:hAnsi="Times New Roman"/>
          <w:sz w:val="20"/>
        </w:rPr>
        <w:t>________________________________________________________________________________</w:t>
      </w:r>
    </w:p>
    <w:p w14:paraId="4AF28927" w14:textId="77777777" w:rsidR="00DA5F82" w:rsidRDefault="00000000">
      <w:pPr>
        <w:spacing w:after="20"/>
      </w:pPr>
      <w:r>
        <w:rPr>
          <w:rFonts w:ascii="Times New Roman" w:hAnsi="Times New Roman"/>
          <w:sz w:val="20"/>
        </w:rPr>
        <w:t>________________________________________________________________________________</w:t>
      </w:r>
    </w:p>
    <w:p w14:paraId="55847E20" w14:textId="77777777" w:rsidR="00DA5F82" w:rsidRDefault="00000000">
      <w:pPr>
        <w:spacing w:after="80"/>
      </w:pPr>
      <w:r>
        <w:rPr>
          <w:rFonts w:ascii="Times New Roman" w:hAnsi="Times New Roman"/>
          <w:b/>
        </w:rPr>
        <w:t>e. Identify one pair of rhyming words from the poem.</w:t>
      </w:r>
    </w:p>
    <w:p w14:paraId="56E76D1D" w14:textId="77777777" w:rsidR="00DA5F82" w:rsidRDefault="00000000">
      <w:pPr>
        <w:spacing w:after="80"/>
        <w:jc w:val="right"/>
      </w:pPr>
      <w:r>
        <w:rPr>
          <w:rFonts w:ascii="Times New Roman" w:hAnsi="Times New Roman"/>
        </w:rPr>
        <w:t>(2 marks)</w:t>
      </w:r>
    </w:p>
    <w:p w14:paraId="0751C310" w14:textId="77777777" w:rsidR="00DA5F82" w:rsidRDefault="00000000">
      <w:pPr>
        <w:spacing w:after="20"/>
      </w:pPr>
      <w:r>
        <w:rPr>
          <w:rFonts w:ascii="Times New Roman" w:hAnsi="Times New Roman"/>
          <w:sz w:val="20"/>
        </w:rPr>
        <w:t>________________________________________________________________________________</w:t>
      </w:r>
    </w:p>
    <w:p w14:paraId="66B4E1E6" w14:textId="77777777" w:rsidR="00DA5F82" w:rsidRDefault="00000000">
      <w:pPr>
        <w:spacing w:after="20"/>
      </w:pPr>
      <w:r>
        <w:rPr>
          <w:rFonts w:ascii="Times New Roman" w:hAnsi="Times New Roman"/>
          <w:sz w:val="20"/>
        </w:rPr>
        <w:t>________________________________________________________________________________</w:t>
      </w:r>
    </w:p>
    <w:p w14:paraId="444B3163" w14:textId="77777777" w:rsidR="00DA5F82" w:rsidRDefault="00000000">
      <w:r>
        <w:br w:type="page"/>
      </w:r>
    </w:p>
    <w:p w14:paraId="13B26DF9" w14:textId="77777777" w:rsidR="00DA5F82" w:rsidRDefault="00000000">
      <w:pPr>
        <w:spacing w:after="80"/>
      </w:pPr>
      <w:r>
        <w:rPr>
          <w:rFonts w:ascii="Times New Roman" w:hAnsi="Times New Roman"/>
          <w:b/>
          <w:sz w:val="26"/>
        </w:rPr>
        <w:lastRenderedPageBreak/>
        <w:t>TASK 4: NOVELLA</w:t>
      </w:r>
    </w:p>
    <w:p w14:paraId="3F31961D" w14:textId="77777777" w:rsidR="00DA5F82" w:rsidRDefault="00000000">
      <w:pPr>
        <w:spacing w:after="80"/>
      </w:pPr>
      <w:r>
        <w:rPr>
          <w:rFonts w:ascii="Times New Roman" w:hAnsi="Times New Roman"/>
          <w:b/>
          <w:i/>
        </w:rPr>
        <w:t>Read the excerpt below then answer the questions that follow.</w:t>
      </w:r>
    </w:p>
    <w:p w14:paraId="6C58BA43" w14:textId="77777777" w:rsidR="00DA5F82" w:rsidRDefault="00000000">
      <w:pPr>
        <w:spacing w:after="80"/>
        <w:jc w:val="right"/>
      </w:pPr>
      <w:r>
        <w:rPr>
          <w:rFonts w:ascii="Times New Roman" w:hAnsi="Times New Roman"/>
          <w:b/>
        </w:rPr>
        <w:t>(11 marks)</w:t>
      </w:r>
    </w:p>
    <w:p w14:paraId="22EE937A" w14:textId="77777777" w:rsidR="00DA5F82" w:rsidRDefault="00000000">
      <w:pPr>
        <w:spacing w:after="80"/>
      </w:pPr>
      <w:r>
        <w:rPr>
          <w:rFonts w:ascii="Times New Roman" w:hAnsi="Times New Roman"/>
        </w:rPr>
        <w:t>“Brother, we have to get moving now. It is getting late,” Leshoo said as he pulled his twin brother Liwan along. They rushed to their tent and fetched their weapons. They headed to the wide cattle enclosure at the far end of the compound and began letting out the animals.</w:t>
      </w:r>
      <w:r>
        <w:rPr>
          <w:rFonts w:ascii="Times New Roman" w:hAnsi="Times New Roman"/>
        </w:rPr>
        <w:br/>
      </w:r>
      <w:r>
        <w:rPr>
          <w:rFonts w:ascii="Times New Roman" w:hAnsi="Times New Roman"/>
        </w:rPr>
        <w:br/>
        <w:t>They had just had breakfast: a glass of warm milk and boiled maize. This would be the only meal they would have until sunset when they brought the animals back home.</w:t>
      </w:r>
      <w:r>
        <w:rPr>
          <w:rFonts w:ascii="Times New Roman" w:hAnsi="Times New Roman"/>
        </w:rPr>
        <w:br/>
      </w:r>
      <w:r>
        <w:rPr>
          <w:rFonts w:ascii="Times New Roman" w:hAnsi="Times New Roman"/>
        </w:rPr>
        <w:br/>
        <w:t>Leshoo was the older of the two, but only by a hair’s breadth. They were both born at the same time. Leshoo was the first to emerge from womb and Liwan closely followed him, grabbing his brother’s leg from behind.</w:t>
      </w:r>
      <w:r>
        <w:rPr>
          <w:rFonts w:ascii="Times New Roman" w:hAnsi="Times New Roman"/>
        </w:rPr>
        <w:br/>
      </w:r>
      <w:r>
        <w:rPr>
          <w:rFonts w:ascii="Times New Roman" w:hAnsi="Times New Roman"/>
        </w:rPr>
        <w:br/>
        <w:t>Since birth, Leshoo and his brother Liwan were inseparable. They did everything together: ate food, played and even danced together in the moonlight. Their father was aware of this and frequently assigned them chores that they could complete together, however simple the chore. They enjoyed each other’s company and were frequently spotted playing or taking care of the animals together.</w:t>
      </w:r>
      <w:r>
        <w:rPr>
          <w:rFonts w:ascii="Times New Roman" w:hAnsi="Times New Roman"/>
        </w:rPr>
        <w:br/>
      </w:r>
      <w:r>
        <w:rPr>
          <w:rFonts w:ascii="Times New Roman" w:hAnsi="Times New Roman"/>
        </w:rPr>
        <w:br/>
        <w:t>Leshoo, the more active of the two, was a sturdy young man blessed with strength and courage. He always took the initiative. Liwan, his twin, was slower. On that day, their father, Ole Parantai, entrusted the two with the care of his fifty cows. They took the cows to graze on the great expanse of land near lake Empaso. The land had green pasture that their cows enjoyed.</w:t>
      </w:r>
      <w:r>
        <w:rPr>
          <w:rFonts w:ascii="Times New Roman" w:hAnsi="Times New Roman"/>
        </w:rPr>
        <w:br/>
      </w:r>
      <w:r>
        <w:rPr>
          <w:rFonts w:ascii="Times New Roman" w:hAnsi="Times New Roman"/>
        </w:rPr>
        <w:br/>
        <w:t>Since the Naeni village was flat, it was easy to care for the animals. The boys enjoyed sitting atop Imbirikani hill and gazing at the beautiful hills beyond the lake. The view was breathtaking, especially against the backdrop of the lake’s vast waves. The location also allowed the youngsters to see where the animals were, no matter how far apart they were.</w:t>
      </w:r>
    </w:p>
    <w:p w14:paraId="359C81F8" w14:textId="77777777" w:rsidR="00DA5F82" w:rsidRDefault="00000000">
      <w:pPr>
        <w:spacing w:after="80"/>
      </w:pPr>
      <w:r>
        <w:rPr>
          <w:rFonts w:ascii="Times New Roman" w:hAnsi="Times New Roman"/>
          <w:b/>
        </w:rPr>
        <w:t>a. Why were Leshoo and Liwan in a hurry at the beginning of the excerpt?</w:t>
      </w:r>
    </w:p>
    <w:p w14:paraId="5032C7FB" w14:textId="77777777" w:rsidR="00DA5F82" w:rsidRDefault="00000000">
      <w:pPr>
        <w:spacing w:after="80"/>
        <w:jc w:val="right"/>
      </w:pPr>
      <w:r>
        <w:rPr>
          <w:rFonts w:ascii="Times New Roman" w:hAnsi="Times New Roman"/>
        </w:rPr>
        <w:t>(2 marks)</w:t>
      </w:r>
    </w:p>
    <w:p w14:paraId="472ECD90" w14:textId="77777777" w:rsidR="00DA5F82" w:rsidRDefault="00000000">
      <w:pPr>
        <w:spacing w:after="20"/>
      </w:pPr>
      <w:r>
        <w:rPr>
          <w:rFonts w:ascii="Times New Roman" w:hAnsi="Times New Roman"/>
          <w:sz w:val="20"/>
        </w:rPr>
        <w:t>________________________________________________________________________________</w:t>
      </w:r>
    </w:p>
    <w:p w14:paraId="6990DDEF" w14:textId="77777777" w:rsidR="00DA5F82" w:rsidRDefault="00000000">
      <w:pPr>
        <w:spacing w:after="20"/>
      </w:pPr>
      <w:r>
        <w:rPr>
          <w:rFonts w:ascii="Times New Roman" w:hAnsi="Times New Roman"/>
          <w:sz w:val="20"/>
        </w:rPr>
        <w:t>________________________________________________________________________________</w:t>
      </w:r>
    </w:p>
    <w:p w14:paraId="759F04BE" w14:textId="77777777" w:rsidR="00DA5F82" w:rsidRDefault="00000000">
      <w:pPr>
        <w:spacing w:after="80"/>
      </w:pPr>
      <w:r>
        <w:rPr>
          <w:rFonts w:ascii="Times New Roman" w:hAnsi="Times New Roman"/>
          <w:b/>
        </w:rPr>
        <w:t>b. What evidence shows that the twins had a close relationship?</w:t>
      </w:r>
    </w:p>
    <w:p w14:paraId="7085F4F1" w14:textId="77777777" w:rsidR="00DA5F82" w:rsidRDefault="00000000">
      <w:pPr>
        <w:spacing w:after="80"/>
        <w:jc w:val="right"/>
      </w:pPr>
      <w:r>
        <w:rPr>
          <w:rFonts w:ascii="Times New Roman" w:hAnsi="Times New Roman"/>
        </w:rPr>
        <w:t>(2 marks)</w:t>
      </w:r>
    </w:p>
    <w:p w14:paraId="5E12AE92" w14:textId="77777777" w:rsidR="00DA5F82" w:rsidRDefault="00000000">
      <w:pPr>
        <w:spacing w:after="20"/>
      </w:pPr>
      <w:r>
        <w:rPr>
          <w:rFonts w:ascii="Times New Roman" w:hAnsi="Times New Roman"/>
          <w:sz w:val="20"/>
        </w:rPr>
        <w:t>________________________________________________________________________________</w:t>
      </w:r>
    </w:p>
    <w:p w14:paraId="0DBFFBF9" w14:textId="77777777" w:rsidR="00DA5F82" w:rsidRDefault="00000000">
      <w:pPr>
        <w:spacing w:after="20"/>
      </w:pPr>
      <w:r>
        <w:rPr>
          <w:rFonts w:ascii="Times New Roman" w:hAnsi="Times New Roman"/>
          <w:sz w:val="20"/>
        </w:rPr>
        <w:t>________________________________________________________________________________</w:t>
      </w:r>
    </w:p>
    <w:p w14:paraId="19322646" w14:textId="77777777" w:rsidR="00DA5F82" w:rsidRDefault="00000000">
      <w:pPr>
        <w:spacing w:after="80"/>
      </w:pPr>
      <w:r>
        <w:rPr>
          <w:rFonts w:ascii="Times New Roman" w:hAnsi="Times New Roman"/>
          <w:b/>
        </w:rPr>
        <w:t>c. What does “by a hair’s breadth” mean in the context of the excerpt?</w:t>
      </w:r>
    </w:p>
    <w:p w14:paraId="33F3025A" w14:textId="77777777" w:rsidR="00DA5F82" w:rsidRDefault="00000000">
      <w:pPr>
        <w:spacing w:after="80"/>
        <w:jc w:val="right"/>
      </w:pPr>
      <w:r>
        <w:rPr>
          <w:rFonts w:ascii="Times New Roman" w:hAnsi="Times New Roman"/>
        </w:rPr>
        <w:t>(2 marks)</w:t>
      </w:r>
    </w:p>
    <w:p w14:paraId="0CAE1602" w14:textId="77777777" w:rsidR="00DA5F82" w:rsidRDefault="00000000">
      <w:pPr>
        <w:spacing w:after="20"/>
      </w:pPr>
      <w:r>
        <w:rPr>
          <w:rFonts w:ascii="Times New Roman" w:hAnsi="Times New Roman"/>
          <w:sz w:val="20"/>
        </w:rPr>
        <w:t>________________________________________________________________________________</w:t>
      </w:r>
    </w:p>
    <w:p w14:paraId="0D8F0001" w14:textId="77777777" w:rsidR="00DA5F82" w:rsidRDefault="00000000">
      <w:pPr>
        <w:spacing w:after="20"/>
      </w:pPr>
      <w:r>
        <w:rPr>
          <w:rFonts w:ascii="Times New Roman" w:hAnsi="Times New Roman"/>
          <w:sz w:val="20"/>
        </w:rPr>
        <w:t>________________________________________________________________________________</w:t>
      </w:r>
    </w:p>
    <w:p w14:paraId="41FFDF75" w14:textId="77777777" w:rsidR="00DA5F82" w:rsidRDefault="00000000">
      <w:pPr>
        <w:spacing w:after="80"/>
      </w:pPr>
      <w:r>
        <w:rPr>
          <w:rFonts w:ascii="Times New Roman" w:hAnsi="Times New Roman"/>
          <w:b/>
        </w:rPr>
        <w:t>d. Why was the location of Imbirikani hill useful to the boys while looking after the cattle?</w:t>
      </w:r>
    </w:p>
    <w:p w14:paraId="102C7515" w14:textId="77777777" w:rsidR="00DA5F82" w:rsidRDefault="00000000">
      <w:pPr>
        <w:spacing w:after="80"/>
        <w:jc w:val="right"/>
      </w:pPr>
      <w:r>
        <w:rPr>
          <w:rFonts w:ascii="Times New Roman" w:hAnsi="Times New Roman"/>
        </w:rPr>
        <w:t>(2 marks)</w:t>
      </w:r>
    </w:p>
    <w:p w14:paraId="1494577C" w14:textId="77777777" w:rsidR="00DA5F82" w:rsidRDefault="00000000">
      <w:pPr>
        <w:spacing w:after="20"/>
      </w:pPr>
      <w:r>
        <w:rPr>
          <w:rFonts w:ascii="Times New Roman" w:hAnsi="Times New Roman"/>
          <w:sz w:val="20"/>
        </w:rPr>
        <w:t>________________________________________________________________________________</w:t>
      </w:r>
    </w:p>
    <w:p w14:paraId="19ECF402" w14:textId="77777777" w:rsidR="00DA5F82" w:rsidRDefault="00000000">
      <w:pPr>
        <w:spacing w:after="20"/>
      </w:pPr>
      <w:r>
        <w:rPr>
          <w:rFonts w:ascii="Times New Roman" w:hAnsi="Times New Roman"/>
          <w:sz w:val="20"/>
        </w:rPr>
        <w:t>________________________________________________________________________________</w:t>
      </w:r>
    </w:p>
    <w:p w14:paraId="3259C0E7" w14:textId="77777777" w:rsidR="00DA5F82" w:rsidRDefault="00000000">
      <w:pPr>
        <w:spacing w:after="80"/>
      </w:pPr>
      <w:r>
        <w:rPr>
          <w:rFonts w:ascii="Times New Roman" w:hAnsi="Times New Roman"/>
          <w:b/>
        </w:rPr>
        <w:t>e. Which word in the excerpt shows that Leshoo was willing to act without waiting for others?</w:t>
      </w:r>
    </w:p>
    <w:p w14:paraId="384A1F08" w14:textId="77777777" w:rsidR="00DA5F82" w:rsidRDefault="00000000">
      <w:pPr>
        <w:spacing w:after="80"/>
        <w:jc w:val="right"/>
      </w:pPr>
      <w:r>
        <w:rPr>
          <w:rFonts w:ascii="Times New Roman" w:hAnsi="Times New Roman"/>
        </w:rPr>
        <w:t>(1 mark)</w:t>
      </w:r>
    </w:p>
    <w:p w14:paraId="0E9549D4" w14:textId="77777777" w:rsidR="00DA5F82" w:rsidRDefault="00000000">
      <w:pPr>
        <w:spacing w:after="20"/>
      </w:pPr>
      <w:r>
        <w:rPr>
          <w:rFonts w:ascii="Times New Roman" w:hAnsi="Times New Roman"/>
          <w:sz w:val="20"/>
        </w:rPr>
        <w:lastRenderedPageBreak/>
        <w:t>________________________________________________________________________________</w:t>
      </w:r>
    </w:p>
    <w:p w14:paraId="103E0E47" w14:textId="77777777" w:rsidR="00DA5F82" w:rsidRDefault="00000000">
      <w:pPr>
        <w:spacing w:after="80"/>
      </w:pPr>
      <w:r>
        <w:rPr>
          <w:rFonts w:ascii="Times New Roman" w:hAnsi="Times New Roman"/>
          <w:b/>
        </w:rPr>
        <w:t>f. Describe the setting of the last paragraph using two details from the excerpt.</w:t>
      </w:r>
    </w:p>
    <w:p w14:paraId="37B67F7A" w14:textId="77777777" w:rsidR="00DA5F82" w:rsidRDefault="00000000">
      <w:pPr>
        <w:spacing w:after="80"/>
        <w:jc w:val="right"/>
      </w:pPr>
      <w:r>
        <w:rPr>
          <w:rFonts w:ascii="Times New Roman" w:hAnsi="Times New Roman"/>
        </w:rPr>
        <w:t>(2 marks)</w:t>
      </w:r>
    </w:p>
    <w:p w14:paraId="6F45424F" w14:textId="77777777" w:rsidR="00DA5F82" w:rsidRDefault="00000000">
      <w:pPr>
        <w:spacing w:after="20"/>
      </w:pPr>
      <w:r>
        <w:rPr>
          <w:rFonts w:ascii="Times New Roman" w:hAnsi="Times New Roman"/>
          <w:sz w:val="20"/>
        </w:rPr>
        <w:t>________________________________________________________________________________</w:t>
      </w:r>
    </w:p>
    <w:p w14:paraId="4F0DCC7B" w14:textId="77777777" w:rsidR="00DA5F82" w:rsidRDefault="00000000">
      <w:pPr>
        <w:spacing w:after="20"/>
      </w:pPr>
      <w:r>
        <w:rPr>
          <w:rFonts w:ascii="Times New Roman" w:hAnsi="Times New Roman"/>
          <w:sz w:val="20"/>
        </w:rPr>
        <w:t>________________________________________________________________________________</w:t>
      </w:r>
    </w:p>
    <w:p w14:paraId="5F6A6738" w14:textId="77777777" w:rsidR="00DA5F82" w:rsidRDefault="00000000">
      <w:r>
        <w:br w:type="page"/>
      </w:r>
    </w:p>
    <w:sectPr w:rsidR="00DA5F82" w:rsidSect="00034616">
      <w:headerReference w:type="default" r:id="rId8"/>
      <w:headerReference w:type="first" r:id="rId9"/>
      <w:headerReference w:type="even" r:id="rId10"/>
      <w:footerReference w:type="default" r:id="rId11"/>
      <w:footerReference w:type="first" r:id="rId12"/>
      <w:footerReference w:type="even" r:id="rId13"/>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4416763">
    <w:abstractNumId w:val="8"/>
  </w:num>
  <w:num w:numId="2" w16cid:durableId="1462459602">
    <w:abstractNumId w:val="6"/>
  </w:num>
  <w:num w:numId="3" w16cid:durableId="892615691">
    <w:abstractNumId w:val="5"/>
  </w:num>
  <w:num w:numId="4" w16cid:durableId="123039851">
    <w:abstractNumId w:val="4"/>
  </w:num>
  <w:num w:numId="5" w16cid:durableId="1349672756">
    <w:abstractNumId w:val="7"/>
  </w:num>
  <w:num w:numId="6" w16cid:durableId="60177136">
    <w:abstractNumId w:val="3"/>
  </w:num>
  <w:num w:numId="7" w16cid:durableId="1691294746">
    <w:abstractNumId w:val="2"/>
  </w:num>
  <w:num w:numId="8" w16cid:durableId="1325739305">
    <w:abstractNumId w:val="1"/>
  </w:num>
  <w:num w:numId="9" w16cid:durableId="8272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16AA"/>
    <w:rsid w:val="0029639D"/>
    <w:rsid w:val="00326F90"/>
    <w:rsid w:val="0034546C"/>
    <w:rsid w:val="00AA1D8D"/>
    <w:rsid w:val="00B47730"/>
    <w:rsid w:val="00CB0664"/>
    <w:rsid w:val="00DA5F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6F9EC3"/>
  <w14:defaultImageDpi w14:val="300"/>
  <w15:docId w15:val="{BBA49B43-9A44-4DAB-A5E7-A005A1D25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1864</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1</cp:revision>
  <dcterms:created xsi:type="dcterms:W3CDTF">2013-12-23T23:15:00Z</dcterms:created>
  <dcterms:modified xsi:type="dcterms:W3CDTF">2026-09-21T19:03:00Z</dcterms:modified>
  <cp:category/>
</cp:coreProperties>
</file>