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1818" w14:textId="77777777" w:rsidR="00945E5C" w:rsidRDefault="00000000">
      <w:pPr>
        <w:jc w:val="center"/>
      </w:pPr>
      <w:r>
        <w:rPr>
          <w:b/>
          <w:sz w:val="26"/>
        </w:rPr>
        <w:t>GRADE 8 – 2026</w:t>
      </w:r>
    </w:p>
    <w:p w14:paraId="4B220B50" w14:textId="77777777" w:rsidR="00945E5C" w:rsidRDefault="00000000">
      <w:pPr>
        <w:jc w:val="center"/>
      </w:pPr>
      <w:r>
        <w:rPr>
          <w:b/>
          <w:sz w:val="30"/>
        </w:rPr>
        <w:t>ENGLISH PAPER 1</w:t>
      </w:r>
    </w:p>
    <w:p w14:paraId="7418D78C" w14:textId="77777777" w:rsidR="00945E5C" w:rsidRDefault="00000000">
      <w:pPr>
        <w:jc w:val="center"/>
      </w:pPr>
      <w:r>
        <w:rPr>
          <w:b/>
        </w:rPr>
        <w:t>Time: 1 hour 40 minutes   |   Total: 50 marks</w:t>
      </w:r>
    </w:p>
    <w:tbl>
      <w:tblPr>
        <w:tblStyle w:val="TableGrid"/>
        <w:tblW w:w="0" w:type="auto"/>
        <w:jc w:val="center"/>
        <w:tblLook w:val="04A0" w:firstRow="1" w:lastRow="0" w:firstColumn="1" w:lastColumn="0" w:noHBand="0" w:noVBand="1"/>
      </w:tblPr>
      <w:tblGrid>
        <w:gridCol w:w="2592"/>
        <w:gridCol w:w="2592"/>
        <w:gridCol w:w="2592"/>
        <w:gridCol w:w="2592"/>
      </w:tblGrid>
      <w:tr w:rsidR="00945E5C" w14:paraId="4681C9D8" w14:textId="77777777">
        <w:trPr>
          <w:jc w:val="center"/>
        </w:trPr>
        <w:tc>
          <w:tcPr>
            <w:tcW w:w="2592" w:type="dxa"/>
            <w:shd w:val="clear" w:color="auto" w:fill="D9EAF7"/>
          </w:tcPr>
          <w:p w14:paraId="78120DBE" w14:textId="77777777" w:rsidR="00945E5C" w:rsidRDefault="00000000">
            <w:r>
              <w:rPr>
                <w:b/>
              </w:rPr>
              <w:t>Learner’s Name</w:t>
            </w:r>
          </w:p>
        </w:tc>
        <w:tc>
          <w:tcPr>
            <w:tcW w:w="2592" w:type="dxa"/>
            <w:shd w:val="clear" w:color="auto" w:fill="D9EAF7"/>
          </w:tcPr>
          <w:p w14:paraId="67A623D6" w14:textId="77777777" w:rsidR="00945E5C" w:rsidRDefault="00000000">
            <w:r>
              <w:rPr>
                <w:b/>
              </w:rPr>
              <w:t>Assessment Number</w:t>
            </w:r>
          </w:p>
        </w:tc>
        <w:tc>
          <w:tcPr>
            <w:tcW w:w="2592" w:type="dxa"/>
            <w:shd w:val="clear" w:color="auto" w:fill="D9EAF7"/>
          </w:tcPr>
          <w:p w14:paraId="6BB9C5A5" w14:textId="77777777" w:rsidR="00945E5C" w:rsidRDefault="00000000">
            <w:r>
              <w:rPr>
                <w:b/>
              </w:rPr>
              <w:t>School Name</w:t>
            </w:r>
          </w:p>
        </w:tc>
        <w:tc>
          <w:tcPr>
            <w:tcW w:w="2592" w:type="dxa"/>
            <w:shd w:val="clear" w:color="auto" w:fill="D9EAF7"/>
          </w:tcPr>
          <w:p w14:paraId="50E04347" w14:textId="77777777" w:rsidR="00945E5C" w:rsidRDefault="00000000">
            <w:r>
              <w:rPr>
                <w:b/>
              </w:rPr>
              <w:t>School Code</w:t>
            </w:r>
          </w:p>
        </w:tc>
      </w:tr>
    </w:tbl>
    <w:p w14:paraId="630EA606" w14:textId="77777777" w:rsidR="00945E5C" w:rsidRDefault="00000000">
      <w:pPr>
        <w:pStyle w:val="Heading1"/>
      </w:pPr>
      <w:r>
        <w:t>INSTRUCTIONS TO LEARNERS</w:t>
      </w:r>
    </w:p>
    <w:p w14:paraId="44042F23" w14:textId="77777777" w:rsidR="00945E5C" w:rsidRDefault="00000000" w:rsidP="00CD099E">
      <w:pPr>
        <w:pStyle w:val="ListParagraph"/>
        <w:numPr>
          <w:ilvl w:val="0"/>
          <w:numId w:val="10"/>
        </w:numPr>
      </w:pPr>
      <w:r>
        <w:t>This question paper contains 50 multiple choice questions.</w:t>
      </w:r>
    </w:p>
    <w:p w14:paraId="6F912E53" w14:textId="77777777" w:rsidR="00945E5C" w:rsidRDefault="00000000" w:rsidP="00CD099E">
      <w:pPr>
        <w:pStyle w:val="ListParagraph"/>
        <w:numPr>
          <w:ilvl w:val="0"/>
          <w:numId w:val="10"/>
        </w:numPr>
      </w:pPr>
      <w:r>
        <w:t>Answer ALL questions on the separate answer sheet provided.</w:t>
      </w:r>
    </w:p>
    <w:p w14:paraId="2FAB1379" w14:textId="77777777" w:rsidR="00945E5C" w:rsidRDefault="00000000" w:rsidP="00CD099E">
      <w:pPr>
        <w:pStyle w:val="ListParagraph"/>
        <w:numPr>
          <w:ilvl w:val="0"/>
          <w:numId w:val="10"/>
        </w:numPr>
      </w:pPr>
      <w:r>
        <w:t>Do all necessary rough work on the question paper.</w:t>
      </w:r>
    </w:p>
    <w:p w14:paraId="5116E365" w14:textId="77777777" w:rsidR="00945E5C" w:rsidRDefault="00000000" w:rsidP="00CD099E">
      <w:pPr>
        <w:pStyle w:val="ListParagraph"/>
        <w:numPr>
          <w:ilvl w:val="0"/>
          <w:numId w:val="10"/>
        </w:numPr>
      </w:pPr>
      <w:r>
        <w:t>Use an ordinary HB pencil.</w:t>
      </w:r>
    </w:p>
    <w:p w14:paraId="761E7CBE" w14:textId="77777777" w:rsidR="00945E5C" w:rsidRDefault="00000000" w:rsidP="00CD099E">
      <w:pPr>
        <w:pStyle w:val="ListParagraph"/>
        <w:numPr>
          <w:ilvl w:val="0"/>
          <w:numId w:val="10"/>
        </w:numPr>
      </w:pPr>
      <w:r>
        <w:t>Confirm that the answer sheet has your assessment number, name, school name and learning area.</w:t>
      </w:r>
    </w:p>
    <w:p w14:paraId="0AA48A2D" w14:textId="77777777" w:rsidR="00945E5C" w:rsidRDefault="00000000" w:rsidP="00CD099E">
      <w:pPr>
        <w:pStyle w:val="ListParagraph"/>
        <w:numPr>
          <w:ilvl w:val="0"/>
          <w:numId w:val="10"/>
        </w:numPr>
      </w:pPr>
      <w:r>
        <w:t>Keep the answer sheet clean and dry. Do not fold it.</w:t>
      </w:r>
    </w:p>
    <w:p w14:paraId="65558B48" w14:textId="77777777" w:rsidR="00945E5C" w:rsidRDefault="00000000" w:rsidP="00CD099E">
      <w:pPr>
        <w:pStyle w:val="ListParagraph"/>
        <w:numPr>
          <w:ilvl w:val="0"/>
          <w:numId w:val="10"/>
        </w:numPr>
      </w:pPr>
      <w:r>
        <w:t>For each question, four options A, B, C and D are given. Only ONE option is correct.</w:t>
      </w:r>
    </w:p>
    <w:p w14:paraId="1DCD2612" w14:textId="77777777" w:rsidR="00945E5C" w:rsidRDefault="00000000" w:rsidP="00CD099E">
      <w:pPr>
        <w:pStyle w:val="ListParagraph"/>
        <w:numPr>
          <w:ilvl w:val="0"/>
          <w:numId w:val="10"/>
        </w:numPr>
      </w:pPr>
      <w:r>
        <w:t>On the answer sheet, draw a DARK LINE inside the box containing your chosen letter.</w:t>
      </w:r>
    </w:p>
    <w:p w14:paraId="623A3D01" w14:textId="77777777" w:rsidR="00945E5C" w:rsidRDefault="00000000" w:rsidP="00CD099E">
      <w:pPr>
        <w:pStyle w:val="ListParagraph"/>
        <w:numPr>
          <w:ilvl w:val="0"/>
          <w:numId w:val="10"/>
        </w:numPr>
      </w:pPr>
      <w:r>
        <w:t>Keep the dark line within the box and make no marks outside the boxes.</w:t>
      </w:r>
    </w:p>
    <w:p w14:paraId="6F433F9A" w14:textId="77777777" w:rsidR="00945E5C" w:rsidRDefault="00000000">
      <w:pPr>
        <w:pStyle w:val="Heading1"/>
      </w:pPr>
      <w:r>
        <w:t>Questions 1–6</w:t>
      </w:r>
    </w:p>
    <w:p w14:paraId="01EBFAE6" w14:textId="77777777" w:rsidR="00945E5C" w:rsidRDefault="00000000">
      <w:r>
        <w:t>Read the passage below and answer questions 1–6.</w:t>
      </w:r>
      <w:r>
        <w:rPr>
          <w:i/>
        </w:rPr>
        <w:br/>
        <w:t>Digital communication has changed how people share information. Smartphones, video calls and high-speed internet allow messages to travel quickly across long distances. Learners can access educational resources, while families can communicate even when members live far apart. Businesses also use digital platforms to hold meetings and share documents.</w:t>
      </w:r>
      <w:r>
        <w:rPr>
          <w:i/>
        </w:rPr>
        <w:br/>
      </w:r>
      <w:r>
        <w:rPr>
          <w:i/>
        </w:rPr>
        <w:br/>
        <w:t>However, these developments require responsible use. Spending too much time on screens can reduce physical activity and may contribute to eye strain and social isolation. Digital platforms can also be misused for cyberbullying or spreading false information. Young people therefore need to balance online activities with exercise, face-to-face interaction and other meaningful activities.</w:t>
      </w:r>
    </w:p>
    <w:p w14:paraId="5504F816" w14:textId="77777777" w:rsidR="00945E5C" w:rsidRDefault="00000000">
      <w:r>
        <w:rPr>
          <w:b/>
        </w:rPr>
        <w:t>1. Which of the following is an example of a modern communication development mentioned in the passage?</w:t>
      </w:r>
    </w:p>
    <w:p w14:paraId="3AAE361E" w14:textId="77777777" w:rsidR="00945E5C" w:rsidRDefault="00000000">
      <w:pPr>
        <w:spacing w:after="20"/>
        <w:ind w:left="360"/>
      </w:pPr>
      <w:r>
        <w:t>A. High-speed internet</w:t>
      </w:r>
    </w:p>
    <w:p w14:paraId="485EEA60" w14:textId="77777777" w:rsidR="00945E5C" w:rsidRDefault="00000000">
      <w:pPr>
        <w:spacing w:after="20"/>
        <w:ind w:left="360"/>
      </w:pPr>
      <w:r>
        <w:t>B. Postal stamps</w:t>
      </w:r>
    </w:p>
    <w:p w14:paraId="7C5237AB" w14:textId="77777777" w:rsidR="00945E5C" w:rsidRDefault="00000000">
      <w:pPr>
        <w:spacing w:after="20"/>
        <w:ind w:left="360"/>
      </w:pPr>
      <w:r>
        <w:t>C. Wooden sailing ships</w:t>
      </w:r>
    </w:p>
    <w:p w14:paraId="792E904E" w14:textId="77777777" w:rsidR="00945E5C" w:rsidRDefault="00000000">
      <w:pPr>
        <w:spacing w:after="20"/>
        <w:ind w:left="360"/>
      </w:pPr>
      <w:r>
        <w:t>D. Smoke signals</w:t>
      </w:r>
    </w:p>
    <w:p w14:paraId="0A6303D7" w14:textId="77777777" w:rsidR="00945E5C" w:rsidRDefault="00000000">
      <w:r>
        <w:rPr>
          <w:b/>
        </w:rPr>
        <w:t>2. What does the passage suggest about video calls?</w:t>
      </w:r>
    </w:p>
    <w:p w14:paraId="1396FA31" w14:textId="77777777" w:rsidR="00945E5C" w:rsidRDefault="00000000">
      <w:pPr>
        <w:spacing w:after="20"/>
        <w:ind w:left="360"/>
      </w:pPr>
      <w:r>
        <w:t>A. They allow people in different places to hold meetings</w:t>
      </w:r>
    </w:p>
    <w:p w14:paraId="2208EE4A" w14:textId="77777777" w:rsidR="00945E5C" w:rsidRDefault="00000000">
      <w:pPr>
        <w:spacing w:after="20"/>
        <w:ind w:left="360"/>
      </w:pPr>
      <w:r>
        <w:t>B. They make all travel unnecessary</w:t>
      </w:r>
    </w:p>
    <w:p w14:paraId="4BAA411C" w14:textId="77777777" w:rsidR="00945E5C" w:rsidRDefault="00000000">
      <w:pPr>
        <w:spacing w:after="20"/>
        <w:ind w:left="360"/>
      </w:pPr>
      <w:r>
        <w:t>C. They can only be used by businesses</w:t>
      </w:r>
    </w:p>
    <w:p w14:paraId="5D9099CD" w14:textId="77777777" w:rsidR="00945E5C" w:rsidRDefault="00000000">
      <w:pPr>
        <w:spacing w:after="20"/>
        <w:ind w:left="360"/>
      </w:pPr>
      <w:r>
        <w:t>D. They replace every form of communication</w:t>
      </w:r>
    </w:p>
    <w:p w14:paraId="0F692405" w14:textId="77777777" w:rsidR="00945E5C" w:rsidRDefault="00000000">
      <w:r>
        <w:rPr>
          <w:b/>
        </w:rPr>
        <w:lastRenderedPageBreak/>
        <w:t>3. A school principal needs to consult another principal in a different country immediately. Which development would be most suitable?</w:t>
      </w:r>
    </w:p>
    <w:p w14:paraId="4F977F6D" w14:textId="77777777" w:rsidR="00945E5C" w:rsidRDefault="00000000">
      <w:pPr>
        <w:spacing w:after="20"/>
        <w:ind w:left="360"/>
      </w:pPr>
      <w:r>
        <w:t>A. Video conferencing</w:t>
      </w:r>
    </w:p>
    <w:p w14:paraId="02004780" w14:textId="77777777" w:rsidR="00945E5C" w:rsidRDefault="00000000">
      <w:pPr>
        <w:spacing w:after="20"/>
        <w:ind w:left="360"/>
      </w:pPr>
      <w:r>
        <w:t>B. A bicycle</w:t>
      </w:r>
    </w:p>
    <w:p w14:paraId="5FC3B73D" w14:textId="77777777" w:rsidR="00945E5C" w:rsidRDefault="00000000">
      <w:pPr>
        <w:spacing w:after="20"/>
        <w:ind w:left="360"/>
      </w:pPr>
      <w:r>
        <w:t>C. A printed notice</w:t>
      </w:r>
    </w:p>
    <w:p w14:paraId="725992C6" w14:textId="77777777" w:rsidR="00945E5C" w:rsidRDefault="00000000">
      <w:pPr>
        <w:spacing w:after="20"/>
        <w:ind w:left="360"/>
      </w:pPr>
      <w:r>
        <w:t>D. A landline installed years ago</w:t>
      </w:r>
    </w:p>
    <w:p w14:paraId="7160B12F" w14:textId="77777777" w:rsidR="00945E5C" w:rsidRDefault="00000000">
      <w:r>
        <w:rPr>
          <w:b/>
        </w:rPr>
        <w:t>4. The word 'misused' as used in the passage means</w:t>
      </w:r>
    </w:p>
    <w:p w14:paraId="257A50A3" w14:textId="77777777" w:rsidR="00945E5C" w:rsidRDefault="00000000">
      <w:pPr>
        <w:spacing w:after="20"/>
        <w:ind w:left="360"/>
      </w:pPr>
      <w:r>
        <w:t>A. used inappropriately</w:t>
      </w:r>
    </w:p>
    <w:p w14:paraId="60743ABB" w14:textId="77777777" w:rsidR="00945E5C" w:rsidRDefault="00000000">
      <w:pPr>
        <w:spacing w:after="20"/>
        <w:ind w:left="360"/>
      </w:pPr>
      <w:r>
        <w:t>B. used carefully</w:t>
      </w:r>
    </w:p>
    <w:p w14:paraId="65FDF6A4" w14:textId="77777777" w:rsidR="00945E5C" w:rsidRDefault="00000000">
      <w:pPr>
        <w:spacing w:after="20"/>
        <w:ind w:left="360"/>
      </w:pPr>
      <w:r>
        <w:t>C. used repeatedly</w:t>
      </w:r>
    </w:p>
    <w:p w14:paraId="5AEBE232" w14:textId="77777777" w:rsidR="00945E5C" w:rsidRDefault="00000000">
      <w:pPr>
        <w:spacing w:after="20"/>
        <w:ind w:left="360"/>
      </w:pPr>
      <w:r>
        <w:t>D. used publicly</w:t>
      </w:r>
    </w:p>
    <w:p w14:paraId="2651723B" w14:textId="77777777" w:rsidR="00945E5C" w:rsidRDefault="00000000">
      <w:r>
        <w:rPr>
          <w:b/>
        </w:rPr>
        <w:t>5. What may result from spending too much time on screens?</w:t>
      </w:r>
    </w:p>
    <w:p w14:paraId="1D9801A6" w14:textId="77777777" w:rsidR="00945E5C" w:rsidRDefault="00000000">
      <w:pPr>
        <w:spacing w:after="20"/>
        <w:ind w:left="360"/>
      </w:pPr>
      <w:r>
        <w:t>A. Reduced physical activity</w:t>
      </w:r>
    </w:p>
    <w:p w14:paraId="6B840A54" w14:textId="77777777" w:rsidR="00945E5C" w:rsidRDefault="00000000">
      <w:pPr>
        <w:spacing w:after="20"/>
        <w:ind w:left="360"/>
      </w:pPr>
      <w:r>
        <w:t>B. Improved physical fitness</w:t>
      </w:r>
    </w:p>
    <w:p w14:paraId="438D2E3A" w14:textId="77777777" w:rsidR="00945E5C" w:rsidRDefault="00000000">
      <w:pPr>
        <w:spacing w:after="20"/>
        <w:ind w:left="360"/>
      </w:pPr>
      <w:r>
        <w:t>C. Greater face-to-face interaction</w:t>
      </w:r>
    </w:p>
    <w:p w14:paraId="1A334EB3" w14:textId="77777777" w:rsidR="00945E5C" w:rsidRDefault="00000000">
      <w:pPr>
        <w:spacing w:after="20"/>
        <w:ind w:left="360"/>
      </w:pPr>
      <w:r>
        <w:t>D. Better sleep for everyone</w:t>
      </w:r>
    </w:p>
    <w:p w14:paraId="3D5EE485" w14:textId="77777777" w:rsidR="00945E5C" w:rsidRDefault="00000000">
      <w:r>
        <w:rPr>
          <w:b/>
        </w:rPr>
        <w:t>6. Which title best captures the main idea of the passage?</w:t>
      </w:r>
    </w:p>
    <w:p w14:paraId="7C71A4B2" w14:textId="77777777" w:rsidR="00945E5C" w:rsidRDefault="00000000">
      <w:pPr>
        <w:spacing w:after="20"/>
        <w:ind w:left="360"/>
      </w:pPr>
      <w:r>
        <w:t>A. Responsible Use of Digital Communication</w:t>
      </w:r>
    </w:p>
    <w:p w14:paraId="2EC82D76" w14:textId="77777777" w:rsidR="00945E5C" w:rsidRDefault="00000000">
      <w:pPr>
        <w:spacing w:after="20"/>
        <w:ind w:left="360"/>
      </w:pPr>
      <w:r>
        <w:t>B. The History of Postal Services</w:t>
      </w:r>
    </w:p>
    <w:p w14:paraId="5084D7D1" w14:textId="77777777" w:rsidR="00945E5C" w:rsidRDefault="00000000">
      <w:pPr>
        <w:spacing w:after="20"/>
        <w:ind w:left="360"/>
      </w:pPr>
      <w:r>
        <w:t>C. Travelling Across Countries</w:t>
      </w:r>
    </w:p>
    <w:p w14:paraId="13583F80" w14:textId="77777777" w:rsidR="00945E5C" w:rsidRDefault="00000000">
      <w:pPr>
        <w:spacing w:after="20"/>
        <w:ind w:left="360"/>
      </w:pPr>
      <w:r>
        <w:t>D. Traditional Forms of Communication</w:t>
      </w:r>
    </w:p>
    <w:p w14:paraId="3B88CB6C" w14:textId="77777777" w:rsidR="00945E5C" w:rsidRDefault="00000000">
      <w:pPr>
        <w:pStyle w:val="Heading1"/>
      </w:pPr>
      <w:r>
        <w:t>Questions 7–11</w:t>
      </w:r>
    </w:p>
    <w:p w14:paraId="09F0B160" w14:textId="77777777" w:rsidR="00945E5C" w:rsidRDefault="00000000">
      <w:r>
        <w:t>Read the passage below and answer questions 7–11.</w:t>
      </w:r>
      <w:r>
        <w:rPr>
          <w:i/>
        </w:rPr>
        <w:br/>
        <w:t>Art and music are powerful forms of human expression. A painting can communicate feelings through colour, shape and composition, while music can communicate through rhythm, melody and harmony. When combined, the two forms can create experiences that engage several senses at once.</w:t>
      </w:r>
      <w:r>
        <w:rPr>
          <w:i/>
        </w:rPr>
        <w:br/>
      </w:r>
      <w:r>
        <w:rPr>
          <w:i/>
        </w:rPr>
        <w:br/>
        <w:t>Art and music also contribute to cultural preservation. Songs may keep historical memories alive, while paintings and other visual works can record important events and traditions. In schools, learners can combine music and visual art in creative projects. Such activities can encourage imagination, cooperation and personal expression.</w:t>
      </w:r>
    </w:p>
    <w:p w14:paraId="71D159C2" w14:textId="77777777" w:rsidR="00945E5C" w:rsidRDefault="00000000">
      <w:r>
        <w:rPr>
          <w:b/>
        </w:rPr>
        <w:t>7. According to the passage, art and music are mainly described as</w:t>
      </w:r>
    </w:p>
    <w:p w14:paraId="076D55ED" w14:textId="77777777" w:rsidR="00945E5C" w:rsidRDefault="00000000">
      <w:pPr>
        <w:spacing w:after="20"/>
        <w:ind w:left="360"/>
      </w:pPr>
      <w:r>
        <w:t>A. forms of human expression</w:t>
      </w:r>
    </w:p>
    <w:p w14:paraId="08860EB0" w14:textId="77777777" w:rsidR="00945E5C" w:rsidRDefault="00000000">
      <w:pPr>
        <w:spacing w:after="20"/>
        <w:ind w:left="360"/>
      </w:pPr>
      <w:r>
        <w:t>B. types of competitive sport</w:t>
      </w:r>
    </w:p>
    <w:p w14:paraId="19EE2226" w14:textId="77777777" w:rsidR="00945E5C" w:rsidRDefault="00000000">
      <w:pPr>
        <w:spacing w:after="20"/>
        <w:ind w:left="360"/>
      </w:pPr>
      <w:r>
        <w:t>C. methods of calculating profit</w:t>
      </w:r>
    </w:p>
    <w:p w14:paraId="5FA0C5B9" w14:textId="77777777" w:rsidR="00945E5C" w:rsidRDefault="00000000">
      <w:pPr>
        <w:spacing w:after="20"/>
        <w:ind w:left="360"/>
      </w:pPr>
      <w:r>
        <w:t>D. scientific measuring tools</w:t>
      </w:r>
    </w:p>
    <w:p w14:paraId="35CE33B5" w14:textId="77777777" w:rsidR="00945E5C" w:rsidRDefault="00000000">
      <w:r>
        <w:rPr>
          <w:b/>
        </w:rPr>
        <w:t>8. How can music contribute to cultural preservation?</w:t>
      </w:r>
    </w:p>
    <w:p w14:paraId="42A27701" w14:textId="77777777" w:rsidR="00945E5C" w:rsidRDefault="00000000">
      <w:pPr>
        <w:spacing w:after="20"/>
        <w:ind w:left="360"/>
      </w:pPr>
      <w:r>
        <w:t>A. Songs can keep historical memories alive</w:t>
      </w:r>
    </w:p>
    <w:p w14:paraId="6DBC2971" w14:textId="77777777" w:rsidR="00945E5C" w:rsidRDefault="00000000">
      <w:pPr>
        <w:spacing w:after="20"/>
        <w:ind w:left="360"/>
      </w:pPr>
      <w:r>
        <w:t>B. Music prevents people from painting</w:t>
      </w:r>
    </w:p>
    <w:p w14:paraId="668ECA36" w14:textId="77777777" w:rsidR="00945E5C" w:rsidRDefault="00000000">
      <w:pPr>
        <w:spacing w:after="20"/>
        <w:ind w:left="360"/>
      </w:pPr>
      <w:r>
        <w:t>C. Music removes traditional practices</w:t>
      </w:r>
    </w:p>
    <w:p w14:paraId="0EF064B1" w14:textId="77777777" w:rsidR="00945E5C" w:rsidRDefault="00000000">
      <w:pPr>
        <w:spacing w:after="20"/>
        <w:ind w:left="360"/>
      </w:pPr>
      <w:r>
        <w:lastRenderedPageBreak/>
        <w:t>D. Songs are useful only for entertainment</w:t>
      </w:r>
    </w:p>
    <w:p w14:paraId="3753A36F" w14:textId="77777777" w:rsidR="00945E5C" w:rsidRDefault="00000000">
      <w:r>
        <w:rPr>
          <w:b/>
        </w:rPr>
        <w:t>9. The passage suggests that a painting can communicate feelings through</w:t>
      </w:r>
    </w:p>
    <w:p w14:paraId="1EB19798" w14:textId="77777777" w:rsidR="00945E5C" w:rsidRDefault="00000000">
      <w:pPr>
        <w:spacing w:after="20"/>
        <w:ind w:left="360"/>
      </w:pPr>
      <w:r>
        <w:t>A. colour, shape and composition</w:t>
      </w:r>
    </w:p>
    <w:p w14:paraId="1E115386" w14:textId="77777777" w:rsidR="00945E5C" w:rsidRDefault="00000000">
      <w:pPr>
        <w:spacing w:after="20"/>
        <w:ind w:left="360"/>
      </w:pPr>
      <w:r>
        <w:t>B. speed, distance and weight</w:t>
      </w:r>
    </w:p>
    <w:p w14:paraId="19BE0317" w14:textId="77777777" w:rsidR="00945E5C" w:rsidRDefault="00000000">
      <w:pPr>
        <w:spacing w:after="20"/>
        <w:ind w:left="360"/>
      </w:pPr>
      <w:r>
        <w:t>C. price, size and ownership</w:t>
      </w:r>
    </w:p>
    <w:p w14:paraId="298940CE" w14:textId="77777777" w:rsidR="00945E5C" w:rsidRDefault="00000000">
      <w:pPr>
        <w:spacing w:after="20"/>
        <w:ind w:left="360"/>
      </w:pPr>
      <w:r>
        <w:t>D. sound, volume and silence</w:t>
      </w:r>
    </w:p>
    <w:p w14:paraId="1187E233" w14:textId="77777777" w:rsidR="00945E5C" w:rsidRDefault="00000000">
      <w:r>
        <w:rPr>
          <w:b/>
        </w:rPr>
        <w:t>10. How might a school use both art and music in one project?</w:t>
      </w:r>
    </w:p>
    <w:p w14:paraId="24FD7D52" w14:textId="77777777" w:rsidR="00945E5C" w:rsidRDefault="00000000">
      <w:pPr>
        <w:spacing w:after="20"/>
        <w:ind w:left="360"/>
      </w:pPr>
      <w:r>
        <w:t>A. Learners could create visual artwork inspired by a musical performance</w:t>
      </w:r>
    </w:p>
    <w:p w14:paraId="2BBD6E82" w14:textId="77777777" w:rsidR="00945E5C" w:rsidRDefault="00000000">
      <w:pPr>
        <w:spacing w:after="20"/>
        <w:ind w:left="360"/>
      </w:pPr>
      <w:r>
        <w:t>B. Learners could cancel both subjects</w:t>
      </w:r>
    </w:p>
    <w:p w14:paraId="1D454227" w14:textId="77777777" w:rsidR="00945E5C" w:rsidRDefault="00000000">
      <w:pPr>
        <w:spacing w:after="20"/>
        <w:ind w:left="360"/>
      </w:pPr>
      <w:r>
        <w:t>C. Learners could use only written examinations</w:t>
      </w:r>
    </w:p>
    <w:p w14:paraId="05078C3E" w14:textId="77777777" w:rsidR="00945E5C" w:rsidRDefault="00000000">
      <w:pPr>
        <w:spacing w:after="20"/>
        <w:ind w:left="360"/>
      </w:pPr>
      <w:r>
        <w:t>D. Learners could avoid creative activities</w:t>
      </w:r>
    </w:p>
    <w:p w14:paraId="0D9BD13C" w14:textId="77777777" w:rsidR="00945E5C" w:rsidRDefault="00000000">
      <w:r>
        <w:rPr>
          <w:b/>
        </w:rPr>
        <w:t>11. What is one likely benefit of combining art and music in learning?</w:t>
      </w:r>
    </w:p>
    <w:p w14:paraId="2DB6B2CE" w14:textId="77777777" w:rsidR="00945E5C" w:rsidRDefault="00000000">
      <w:pPr>
        <w:spacing w:after="20"/>
        <w:ind w:left="360"/>
      </w:pPr>
      <w:r>
        <w:t>A. It can encourage imagination and cooperation</w:t>
      </w:r>
    </w:p>
    <w:p w14:paraId="54F651AA" w14:textId="77777777" w:rsidR="00945E5C" w:rsidRDefault="00000000">
      <w:pPr>
        <w:spacing w:after="20"/>
        <w:ind w:left="360"/>
      </w:pPr>
      <w:r>
        <w:t>B. It prevents learners from expressing themselves</w:t>
      </w:r>
    </w:p>
    <w:p w14:paraId="08A7D5E1" w14:textId="77777777" w:rsidR="00945E5C" w:rsidRDefault="00000000">
      <w:pPr>
        <w:spacing w:after="20"/>
        <w:ind w:left="360"/>
      </w:pPr>
      <w:r>
        <w:t>C. It eliminates the need for teamwork</w:t>
      </w:r>
    </w:p>
    <w:p w14:paraId="29C4DA87" w14:textId="77777777" w:rsidR="00945E5C" w:rsidRDefault="00000000">
      <w:pPr>
        <w:spacing w:after="20"/>
        <w:ind w:left="360"/>
      </w:pPr>
      <w:r>
        <w:t>D. It discourages creativity</w:t>
      </w:r>
    </w:p>
    <w:p w14:paraId="000032F5" w14:textId="77777777" w:rsidR="00945E5C" w:rsidRDefault="00000000">
      <w:pPr>
        <w:pStyle w:val="Heading1"/>
      </w:pPr>
      <w:r>
        <w:t>Questions 12–16</w:t>
      </w:r>
    </w:p>
    <w:p w14:paraId="22AF802D" w14:textId="77777777" w:rsidR="00945E5C" w:rsidRDefault="00000000">
      <w:r>
        <w:t>Read the passage below and answer questions 12–16.</w:t>
      </w:r>
      <w:r>
        <w:rPr>
          <w:i/>
        </w:rPr>
        <w:br/>
        <w:t>Courtesy is shown in many simple actions. A person may greet others politely, give up a seat to someone who needs it or listen respectfully when another person is speaking. Such behaviour creates a pleasant atmosphere and can strengthen relationships.</w:t>
      </w:r>
      <w:r>
        <w:rPr>
          <w:i/>
        </w:rPr>
        <w:br/>
      </w:r>
      <w:r>
        <w:rPr>
          <w:i/>
        </w:rPr>
        <w:br/>
        <w:t>Good manners should not be reserved for close friends. People should show respect to strangers, neighbours and members of the community. A quiet and respectful person often earns the trust of others. Courtesy is therefore more than a list of public rules; it becomes part of a person's character when practised consistently.</w:t>
      </w:r>
    </w:p>
    <w:p w14:paraId="41D50768" w14:textId="77777777" w:rsidR="00945E5C" w:rsidRDefault="00000000">
      <w:r>
        <w:rPr>
          <w:b/>
        </w:rPr>
        <w:t>12. Which statement is supported by the first paragraph?</w:t>
      </w:r>
    </w:p>
    <w:p w14:paraId="2489E5DE" w14:textId="77777777" w:rsidR="00945E5C" w:rsidRDefault="00000000">
      <w:pPr>
        <w:spacing w:after="20"/>
        <w:ind w:left="360"/>
      </w:pPr>
      <w:r>
        <w:t>A. Courtesy can strengthen relationships</w:t>
      </w:r>
    </w:p>
    <w:p w14:paraId="59443B41" w14:textId="77777777" w:rsidR="00945E5C" w:rsidRDefault="00000000">
      <w:pPr>
        <w:spacing w:after="20"/>
        <w:ind w:left="360"/>
      </w:pPr>
      <w:r>
        <w:t>B. Courtesy is useful only in school</w:t>
      </w:r>
    </w:p>
    <w:p w14:paraId="29A22300" w14:textId="77777777" w:rsidR="00945E5C" w:rsidRDefault="00000000">
      <w:pPr>
        <w:spacing w:after="20"/>
        <w:ind w:left="360"/>
      </w:pPr>
      <w:r>
        <w:t>C. Polite greetings are no longer important</w:t>
      </w:r>
    </w:p>
    <w:p w14:paraId="4C25908A" w14:textId="77777777" w:rsidR="00945E5C" w:rsidRDefault="00000000">
      <w:pPr>
        <w:spacing w:after="20"/>
        <w:ind w:left="360"/>
      </w:pPr>
      <w:r>
        <w:t>D. People should help only their friends</w:t>
      </w:r>
    </w:p>
    <w:p w14:paraId="5826DA4B" w14:textId="77777777" w:rsidR="00945E5C" w:rsidRDefault="00000000">
      <w:r>
        <w:rPr>
          <w:b/>
        </w:rPr>
        <w:t>13. The idea that courtesy 'strengthens relationships' means that courtesy can</w:t>
      </w:r>
    </w:p>
    <w:p w14:paraId="6591591E" w14:textId="77777777" w:rsidR="00945E5C" w:rsidRDefault="00000000">
      <w:pPr>
        <w:spacing w:after="20"/>
        <w:ind w:left="360"/>
      </w:pPr>
      <w:r>
        <w:t>A. help people build better relations</w:t>
      </w:r>
    </w:p>
    <w:p w14:paraId="1414C6FE" w14:textId="77777777" w:rsidR="00945E5C" w:rsidRDefault="00000000">
      <w:pPr>
        <w:spacing w:after="20"/>
        <w:ind w:left="360"/>
      </w:pPr>
      <w:r>
        <w:t>B. make people avoid one another</w:t>
      </w:r>
    </w:p>
    <w:p w14:paraId="7C22B1BF" w14:textId="77777777" w:rsidR="00945E5C" w:rsidRDefault="00000000">
      <w:pPr>
        <w:spacing w:after="20"/>
        <w:ind w:left="360"/>
      </w:pPr>
      <w:r>
        <w:t>C. prevent communication</w:t>
      </w:r>
    </w:p>
    <w:p w14:paraId="5A09E46C" w14:textId="77777777" w:rsidR="00945E5C" w:rsidRDefault="00000000">
      <w:pPr>
        <w:spacing w:after="20"/>
        <w:ind w:left="360"/>
      </w:pPr>
      <w:r>
        <w:t>D. create unnecessary arguments</w:t>
      </w:r>
    </w:p>
    <w:p w14:paraId="488CDCC6" w14:textId="77777777" w:rsidR="00945E5C" w:rsidRDefault="00000000">
      <w:r>
        <w:rPr>
          <w:b/>
        </w:rPr>
        <w:t>14. According to the passage, people should show respect to</w:t>
      </w:r>
    </w:p>
    <w:p w14:paraId="5EFE7417" w14:textId="77777777" w:rsidR="00945E5C" w:rsidRDefault="00000000">
      <w:pPr>
        <w:spacing w:after="20"/>
        <w:ind w:left="360"/>
      </w:pPr>
      <w:r>
        <w:t>A. both friends and strangers</w:t>
      </w:r>
    </w:p>
    <w:p w14:paraId="62B8803A" w14:textId="77777777" w:rsidR="00945E5C" w:rsidRDefault="00000000">
      <w:pPr>
        <w:spacing w:after="20"/>
        <w:ind w:left="360"/>
      </w:pPr>
      <w:r>
        <w:t>B. only family members</w:t>
      </w:r>
    </w:p>
    <w:p w14:paraId="5B1C2429" w14:textId="77777777" w:rsidR="00945E5C" w:rsidRDefault="00000000">
      <w:pPr>
        <w:spacing w:after="20"/>
        <w:ind w:left="360"/>
      </w:pPr>
      <w:r>
        <w:t>C. only school leaders</w:t>
      </w:r>
    </w:p>
    <w:p w14:paraId="61A412BB" w14:textId="77777777" w:rsidR="00945E5C" w:rsidRDefault="00000000">
      <w:pPr>
        <w:spacing w:after="20"/>
        <w:ind w:left="360"/>
      </w:pPr>
      <w:r>
        <w:lastRenderedPageBreak/>
        <w:t>D. only people they know well</w:t>
      </w:r>
    </w:p>
    <w:p w14:paraId="6E6F87F7" w14:textId="77777777" w:rsidR="00945E5C" w:rsidRDefault="00000000">
      <w:r>
        <w:rPr>
          <w:b/>
        </w:rPr>
        <w:t>15. What impression is likely to be created by a consistently respectful person?</w:t>
      </w:r>
    </w:p>
    <w:p w14:paraId="47C00E7C" w14:textId="77777777" w:rsidR="00945E5C" w:rsidRDefault="00000000">
      <w:pPr>
        <w:spacing w:after="20"/>
        <w:ind w:left="360"/>
      </w:pPr>
      <w:r>
        <w:t>A. Others may trust the person</w:t>
      </w:r>
    </w:p>
    <w:p w14:paraId="2DF87959" w14:textId="77777777" w:rsidR="00945E5C" w:rsidRDefault="00000000">
      <w:pPr>
        <w:spacing w:after="20"/>
        <w:ind w:left="360"/>
      </w:pPr>
      <w:r>
        <w:t>B. Others will always fear the person</w:t>
      </w:r>
    </w:p>
    <w:p w14:paraId="30541E0E" w14:textId="77777777" w:rsidR="00945E5C" w:rsidRDefault="00000000">
      <w:pPr>
        <w:spacing w:after="20"/>
        <w:ind w:left="360"/>
      </w:pPr>
      <w:r>
        <w:t>C. Others will avoid the person</w:t>
      </w:r>
    </w:p>
    <w:p w14:paraId="2611C6F2" w14:textId="77777777" w:rsidR="00945E5C" w:rsidRDefault="00000000">
      <w:pPr>
        <w:spacing w:after="20"/>
        <w:ind w:left="360"/>
      </w:pPr>
      <w:r>
        <w:t>D. Others will consider the person careless</w:t>
      </w:r>
    </w:p>
    <w:p w14:paraId="1309ECD0" w14:textId="77777777" w:rsidR="00945E5C" w:rsidRDefault="00000000">
      <w:r>
        <w:rPr>
          <w:b/>
        </w:rPr>
        <w:t>16. According to the passage, good manners become part of a person's character when they are</w:t>
      </w:r>
    </w:p>
    <w:p w14:paraId="7ECE9231" w14:textId="77777777" w:rsidR="00945E5C" w:rsidRDefault="00000000">
      <w:pPr>
        <w:spacing w:after="20"/>
        <w:ind w:left="360"/>
      </w:pPr>
      <w:r>
        <w:t>A. practised consistently</w:t>
      </w:r>
    </w:p>
    <w:p w14:paraId="55CB6F90" w14:textId="77777777" w:rsidR="00945E5C" w:rsidRDefault="00000000">
      <w:pPr>
        <w:spacing w:after="20"/>
        <w:ind w:left="360"/>
      </w:pPr>
      <w:r>
        <w:t>B. displayed only in public</w:t>
      </w:r>
    </w:p>
    <w:p w14:paraId="7883DAA0" w14:textId="77777777" w:rsidR="00945E5C" w:rsidRDefault="00000000">
      <w:pPr>
        <w:spacing w:after="20"/>
        <w:ind w:left="360"/>
      </w:pPr>
      <w:r>
        <w:t>C. used to impress strangers</w:t>
      </w:r>
    </w:p>
    <w:p w14:paraId="75671ADE" w14:textId="77777777" w:rsidR="00945E5C" w:rsidRDefault="00000000">
      <w:pPr>
        <w:spacing w:after="20"/>
        <w:ind w:left="360"/>
      </w:pPr>
      <w:r>
        <w:t>D. required by punishment</w:t>
      </w:r>
    </w:p>
    <w:p w14:paraId="0F7EA279" w14:textId="77777777" w:rsidR="00945E5C" w:rsidRDefault="00000000">
      <w:pPr>
        <w:pStyle w:val="Heading1"/>
      </w:pPr>
      <w:r>
        <w:t>Questions 17–20</w:t>
      </w:r>
    </w:p>
    <w:p w14:paraId="082BBE1F" w14:textId="77777777" w:rsidR="00945E5C" w:rsidRDefault="00000000">
      <w:r>
        <w:t>Read the paragraph below and answer questions 17–20.</w:t>
      </w:r>
      <w:r>
        <w:rPr>
          <w:i/>
        </w:rPr>
        <w:br/>
        <w:t>Four learners discussed their experiences with transport. Amina and Brian had both used buses and bicycles. Clara had travelled by bus, train and car. David had used buses, motorcycles, cars, trains, aeroplanes and a ferry during different journeys. Amina had once travelled by train, while Brian had never travelled by air or sea. Clara did not use motorcycles or bicycles. David was the only learner who had travelled by both air and sea.</w:t>
      </w:r>
    </w:p>
    <w:p w14:paraId="11296DA7" w14:textId="77777777" w:rsidR="00945E5C" w:rsidRDefault="00000000">
      <w:r>
        <w:rPr>
          <w:b/>
        </w:rPr>
        <w:t>17. Which learner had used the greatest variety of means of transport?</w:t>
      </w:r>
    </w:p>
    <w:p w14:paraId="7D605098" w14:textId="77777777" w:rsidR="00945E5C" w:rsidRDefault="00000000">
      <w:pPr>
        <w:spacing w:after="20"/>
        <w:ind w:left="360"/>
      </w:pPr>
      <w:r>
        <w:t>A. Amina</w:t>
      </w:r>
    </w:p>
    <w:p w14:paraId="7300C882" w14:textId="77777777" w:rsidR="00945E5C" w:rsidRDefault="00000000">
      <w:pPr>
        <w:spacing w:after="20"/>
        <w:ind w:left="360"/>
      </w:pPr>
      <w:r>
        <w:t>B. Brian</w:t>
      </w:r>
    </w:p>
    <w:p w14:paraId="001915A5" w14:textId="77777777" w:rsidR="00945E5C" w:rsidRDefault="00000000">
      <w:pPr>
        <w:spacing w:after="20"/>
        <w:ind w:left="360"/>
      </w:pPr>
      <w:r>
        <w:t>C. Clara</w:t>
      </w:r>
    </w:p>
    <w:p w14:paraId="5D601C81" w14:textId="77777777" w:rsidR="00945E5C" w:rsidRDefault="00000000">
      <w:pPr>
        <w:spacing w:after="20"/>
        <w:ind w:left="360"/>
      </w:pPr>
      <w:r>
        <w:t>D. David</w:t>
      </w:r>
    </w:p>
    <w:p w14:paraId="4B32583B" w14:textId="77777777" w:rsidR="00945E5C" w:rsidRDefault="00000000">
      <w:r>
        <w:rPr>
          <w:b/>
        </w:rPr>
        <w:t>18. Which means of transport had been used by all four learners?</w:t>
      </w:r>
    </w:p>
    <w:p w14:paraId="656FAEF7" w14:textId="77777777" w:rsidR="00945E5C" w:rsidRDefault="00000000">
      <w:pPr>
        <w:spacing w:after="20"/>
        <w:ind w:left="360"/>
      </w:pPr>
      <w:r>
        <w:t>A. Bus</w:t>
      </w:r>
    </w:p>
    <w:p w14:paraId="08982A47" w14:textId="77777777" w:rsidR="00945E5C" w:rsidRDefault="00000000">
      <w:pPr>
        <w:spacing w:after="20"/>
        <w:ind w:left="360"/>
      </w:pPr>
      <w:r>
        <w:t>B. Bicycle</w:t>
      </w:r>
    </w:p>
    <w:p w14:paraId="509A9286" w14:textId="77777777" w:rsidR="00945E5C" w:rsidRDefault="00000000">
      <w:pPr>
        <w:spacing w:after="20"/>
        <w:ind w:left="360"/>
      </w:pPr>
      <w:r>
        <w:t>C. Train</w:t>
      </w:r>
    </w:p>
    <w:p w14:paraId="54F40960" w14:textId="77777777" w:rsidR="00945E5C" w:rsidRDefault="00000000">
      <w:pPr>
        <w:spacing w:after="20"/>
        <w:ind w:left="360"/>
      </w:pPr>
      <w:r>
        <w:t>D. Ferry</w:t>
      </w:r>
    </w:p>
    <w:p w14:paraId="31189AE4" w14:textId="77777777" w:rsidR="00945E5C" w:rsidRDefault="00000000">
      <w:r>
        <w:rPr>
          <w:b/>
        </w:rPr>
        <w:t>19. Which learner had experience with both air and sea travel?</w:t>
      </w:r>
    </w:p>
    <w:p w14:paraId="17FAEFB4" w14:textId="77777777" w:rsidR="00945E5C" w:rsidRDefault="00000000">
      <w:pPr>
        <w:spacing w:after="20"/>
        <w:ind w:left="360"/>
      </w:pPr>
      <w:r>
        <w:t>A. Amina</w:t>
      </w:r>
    </w:p>
    <w:p w14:paraId="10CA7BD3" w14:textId="77777777" w:rsidR="00945E5C" w:rsidRDefault="00000000">
      <w:pPr>
        <w:spacing w:after="20"/>
        <w:ind w:left="360"/>
      </w:pPr>
      <w:r>
        <w:t>B. Brian</w:t>
      </w:r>
    </w:p>
    <w:p w14:paraId="42FD004E" w14:textId="77777777" w:rsidR="00945E5C" w:rsidRDefault="00000000">
      <w:pPr>
        <w:spacing w:after="20"/>
        <w:ind w:left="360"/>
      </w:pPr>
      <w:r>
        <w:t>C. Clara</w:t>
      </w:r>
    </w:p>
    <w:p w14:paraId="7F018214" w14:textId="77777777" w:rsidR="00945E5C" w:rsidRDefault="00000000">
      <w:pPr>
        <w:spacing w:after="20"/>
        <w:ind w:left="360"/>
      </w:pPr>
      <w:r>
        <w:t>D. David</w:t>
      </w:r>
    </w:p>
    <w:p w14:paraId="77E83FFC" w14:textId="77777777" w:rsidR="00945E5C" w:rsidRDefault="00000000">
      <w:r>
        <w:rPr>
          <w:b/>
        </w:rPr>
        <w:t>20. Which statement is true according to the paragraph?</w:t>
      </w:r>
    </w:p>
    <w:p w14:paraId="23EB972B" w14:textId="77777777" w:rsidR="00945E5C" w:rsidRDefault="00000000">
      <w:pPr>
        <w:spacing w:after="20"/>
        <w:ind w:left="360"/>
      </w:pPr>
      <w:r>
        <w:t>A. Clara had used a train</w:t>
      </w:r>
    </w:p>
    <w:p w14:paraId="20130066" w14:textId="77777777" w:rsidR="00945E5C" w:rsidRDefault="00000000">
      <w:pPr>
        <w:spacing w:after="20"/>
        <w:ind w:left="360"/>
      </w:pPr>
      <w:r>
        <w:t>B. Brian had travelled by aeroplane</w:t>
      </w:r>
    </w:p>
    <w:p w14:paraId="1403103D" w14:textId="77777777" w:rsidR="00945E5C" w:rsidRDefault="00000000">
      <w:pPr>
        <w:spacing w:after="20"/>
        <w:ind w:left="360"/>
      </w:pPr>
      <w:r>
        <w:t>C. Amina had used a ferry</w:t>
      </w:r>
    </w:p>
    <w:p w14:paraId="5492BD11" w14:textId="77777777" w:rsidR="00945E5C" w:rsidRDefault="00000000">
      <w:pPr>
        <w:spacing w:after="20"/>
        <w:ind w:left="360"/>
      </w:pPr>
      <w:r>
        <w:t>D. David had never travelled by car</w:t>
      </w:r>
    </w:p>
    <w:p w14:paraId="1C6C04E7" w14:textId="77777777" w:rsidR="00945E5C" w:rsidRDefault="00000000">
      <w:pPr>
        <w:pStyle w:val="Heading1"/>
      </w:pPr>
      <w:r>
        <w:lastRenderedPageBreak/>
        <w:t>Questions 21–25</w:t>
      </w:r>
    </w:p>
    <w:p w14:paraId="7704CF95" w14:textId="77777777" w:rsidR="00945E5C" w:rsidRDefault="00000000">
      <w:r>
        <w:t>Read the conversation below and answer questions 21–25.</w:t>
      </w:r>
      <w:r>
        <w:rPr>
          <w:i/>
        </w:rPr>
        <w:br/>
        <w:t>Maya: Hello, Ruth. You look worried. What happened?</w:t>
      </w:r>
      <w:r>
        <w:rPr>
          <w:i/>
        </w:rPr>
        <w:br/>
        <w:t>Ruth: I injured my ankle during the games yesterday, and the doctor has advised me to rest.</w:t>
      </w:r>
      <w:r>
        <w:rPr>
          <w:i/>
        </w:rPr>
        <w:br/>
        <w:t>Maya: That sounds painful. Are you receiving treatment?</w:t>
      </w:r>
      <w:r>
        <w:rPr>
          <w:i/>
        </w:rPr>
        <w:br/>
        <w:t>Ruth: Yes. I have been told to take the medicine and avoid strenuous activity for a few days.</w:t>
      </w:r>
      <w:r>
        <w:rPr>
          <w:i/>
        </w:rPr>
        <w:br/>
        <w:t>Maya: I am sorry to hear that. I can bring you the class notes so that you do not miss the lessons.</w:t>
      </w:r>
      <w:r>
        <w:rPr>
          <w:i/>
        </w:rPr>
        <w:br/>
        <w:t>Ruth: Thank you. That would really help me.</w:t>
      </w:r>
      <w:r>
        <w:rPr>
          <w:i/>
        </w:rPr>
        <w:br/>
        <w:t>Maya: You are welcome. Get well soon.</w:t>
      </w:r>
    </w:p>
    <w:p w14:paraId="0E9C73C7" w14:textId="77777777" w:rsidR="00945E5C" w:rsidRDefault="00000000">
      <w:r>
        <w:rPr>
          <w:b/>
        </w:rPr>
        <w:t>21. Which response by Maya is most appropriate after Ruth explains her injury?</w:t>
      </w:r>
    </w:p>
    <w:p w14:paraId="23125B75" w14:textId="77777777" w:rsidR="00945E5C" w:rsidRDefault="00000000">
      <w:pPr>
        <w:spacing w:after="20"/>
        <w:ind w:left="360"/>
      </w:pPr>
      <w:r>
        <w:t>A. I am sorry to hear that.</w:t>
      </w:r>
    </w:p>
    <w:p w14:paraId="124B59E5" w14:textId="77777777" w:rsidR="00945E5C" w:rsidRDefault="00000000">
      <w:pPr>
        <w:spacing w:after="20"/>
        <w:ind w:left="360"/>
      </w:pPr>
      <w:r>
        <w:t>B. That is your own fault.</w:t>
      </w:r>
    </w:p>
    <w:p w14:paraId="6FC4571E" w14:textId="77777777" w:rsidR="00945E5C" w:rsidRDefault="00000000">
      <w:pPr>
        <w:spacing w:after="20"/>
        <w:ind w:left="360"/>
      </w:pPr>
      <w:r>
        <w:t>C. You should have known better.</w:t>
      </w:r>
    </w:p>
    <w:p w14:paraId="5A4F0B30" w14:textId="77777777" w:rsidR="00945E5C" w:rsidRDefault="00000000">
      <w:pPr>
        <w:spacing w:after="20"/>
        <w:ind w:left="360"/>
      </w:pPr>
      <w:r>
        <w:t>D. Forget about it.</w:t>
      </w:r>
    </w:p>
    <w:p w14:paraId="256D22DB" w14:textId="77777777" w:rsidR="00945E5C" w:rsidRDefault="00000000">
      <w:r>
        <w:rPr>
          <w:b/>
        </w:rPr>
        <w:t>22. What does Ruth say the doctor advised her to do?</w:t>
      </w:r>
    </w:p>
    <w:p w14:paraId="66DEED0B" w14:textId="77777777" w:rsidR="00945E5C" w:rsidRDefault="00000000">
      <w:pPr>
        <w:spacing w:after="20"/>
        <w:ind w:left="360"/>
      </w:pPr>
      <w:r>
        <w:t>A. Rest and avoid strenuous activity</w:t>
      </w:r>
    </w:p>
    <w:p w14:paraId="1138B5C3" w14:textId="77777777" w:rsidR="00945E5C" w:rsidRDefault="00000000">
      <w:pPr>
        <w:spacing w:after="20"/>
        <w:ind w:left="360"/>
      </w:pPr>
      <w:r>
        <w:t>B. Return to the games immediately</w:t>
      </w:r>
    </w:p>
    <w:p w14:paraId="47A1A97E" w14:textId="77777777" w:rsidR="00945E5C" w:rsidRDefault="00000000">
      <w:pPr>
        <w:spacing w:after="20"/>
        <w:ind w:left="360"/>
      </w:pPr>
      <w:r>
        <w:t>C. Stop taking all medicine</w:t>
      </w:r>
    </w:p>
    <w:p w14:paraId="1FF034B2" w14:textId="77777777" w:rsidR="00945E5C" w:rsidRDefault="00000000">
      <w:pPr>
        <w:spacing w:after="20"/>
        <w:ind w:left="360"/>
      </w:pPr>
      <w:r>
        <w:t>D. Attend extra sports practice</w:t>
      </w:r>
    </w:p>
    <w:p w14:paraId="5D22560C" w14:textId="77777777" w:rsidR="00945E5C" w:rsidRDefault="00000000">
      <w:r>
        <w:rPr>
          <w:b/>
        </w:rPr>
        <w:t>23. What does Maya offer to bring Ruth?</w:t>
      </w:r>
    </w:p>
    <w:p w14:paraId="094BEBD8" w14:textId="77777777" w:rsidR="00945E5C" w:rsidRDefault="00000000">
      <w:pPr>
        <w:spacing w:after="20"/>
        <w:ind w:left="360"/>
      </w:pPr>
      <w:r>
        <w:t>A. Class notes</w:t>
      </w:r>
    </w:p>
    <w:p w14:paraId="40A37D02" w14:textId="77777777" w:rsidR="00945E5C" w:rsidRDefault="00000000">
      <w:pPr>
        <w:spacing w:after="20"/>
        <w:ind w:left="360"/>
      </w:pPr>
      <w:r>
        <w:t>B. A new uniform</w:t>
      </w:r>
    </w:p>
    <w:p w14:paraId="5AFF90C3" w14:textId="77777777" w:rsidR="00945E5C" w:rsidRDefault="00000000">
      <w:pPr>
        <w:spacing w:after="20"/>
        <w:ind w:left="360"/>
      </w:pPr>
      <w:r>
        <w:t>C. A football</w:t>
      </w:r>
    </w:p>
    <w:p w14:paraId="19617D48" w14:textId="77777777" w:rsidR="00945E5C" w:rsidRDefault="00000000">
      <w:pPr>
        <w:spacing w:after="20"/>
        <w:ind w:left="360"/>
      </w:pPr>
      <w:r>
        <w:t>D. A bicycle</w:t>
      </w:r>
    </w:p>
    <w:p w14:paraId="4C0FF0F9" w14:textId="77777777" w:rsidR="00945E5C" w:rsidRDefault="00000000">
      <w:r>
        <w:rPr>
          <w:b/>
        </w:rPr>
        <w:t>24. Which expression by Maya shows sympathy?</w:t>
      </w:r>
    </w:p>
    <w:p w14:paraId="1A9C54AE" w14:textId="77777777" w:rsidR="00945E5C" w:rsidRDefault="00000000">
      <w:pPr>
        <w:spacing w:after="20"/>
        <w:ind w:left="360"/>
      </w:pPr>
      <w:r>
        <w:t>A. I am sorry to hear that.</w:t>
      </w:r>
    </w:p>
    <w:p w14:paraId="7A6950FA" w14:textId="77777777" w:rsidR="00945E5C" w:rsidRDefault="00000000">
      <w:pPr>
        <w:spacing w:after="20"/>
        <w:ind w:left="360"/>
      </w:pPr>
      <w:r>
        <w:t>B. You are welcome.</w:t>
      </w:r>
    </w:p>
    <w:p w14:paraId="355488BF" w14:textId="77777777" w:rsidR="00945E5C" w:rsidRDefault="00000000">
      <w:pPr>
        <w:spacing w:after="20"/>
        <w:ind w:left="360"/>
      </w:pPr>
      <w:r>
        <w:t>C. Hello, Ruth.</w:t>
      </w:r>
    </w:p>
    <w:p w14:paraId="070EE008" w14:textId="77777777" w:rsidR="00945E5C" w:rsidRDefault="00000000">
      <w:pPr>
        <w:spacing w:after="20"/>
        <w:ind w:left="360"/>
      </w:pPr>
      <w:r>
        <w:t>D. Get well soon.</w:t>
      </w:r>
    </w:p>
    <w:p w14:paraId="60B541CF" w14:textId="77777777" w:rsidR="00945E5C" w:rsidRDefault="00000000">
      <w:r>
        <w:rPr>
          <w:b/>
        </w:rPr>
        <w:t>25. Which expression by Ruth appropriately acknowledges Maya's help?</w:t>
      </w:r>
    </w:p>
    <w:p w14:paraId="24AA972A" w14:textId="77777777" w:rsidR="00945E5C" w:rsidRDefault="00000000">
      <w:pPr>
        <w:spacing w:after="20"/>
        <w:ind w:left="360"/>
      </w:pPr>
      <w:r>
        <w:t>A. Thank you. That would really help me.</w:t>
      </w:r>
    </w:p>
    <w:p w14:paraId="3F75EE7D" w14:textId="77777777" w:rsidR="00945E5C" w:rsidRDefault="00000000">
      <w:pPr>
        <w:spacing w:after="20"/>
        <w:ind w:left="360"/>
      </w:pPr>
      <w:r>
        <w:t>B. Why did you come here?</w:t>
      </w:r>
    </w:p>
    <w:p w14:paraId="2A4B0F26" w14:textId="77777777" w:rsidR="00945E5C" w:rsidRDefault="00000000">
      <w:pPr>
        <w:spacing w:after="20"/>
        <w:ind w:left="360"/>
      </w:pPr>
      <w:r>
        <w:t>C. I do not need anything.</w:t>
      </w:r>
    </w:p>
    <w:p w14:paraId="1C90E133" w14:textId="77777777" w:rsidR="00945E5C" w:rsidRDefault="00000000">
      <w:pPr>
        <w:spacing w:after="20"/>
        <w:ind w:left="360"/>
      </w:pPr>
      <w:r>
        <w:t>D. Leave the notes outside.</w:t>
      </w:r>
    </w:p>
    <w:p w14:paraId="7D1C246F" w14:textId="77777777" w:rsidR="00945E5C" w:rsidRDefault="00000000">
      <w:pPr>
        <w:pStyle w:val="Heading1"/>
      </w:pPr>
      <w:r>
        <w:t>Questions 26–35</w:t>
      </w:r>
    </w:p>
    <w:p w14:paraId="3BAEBE65" w14:textId="77777777" w:rsidR="00945E5C" w:rsidRDefault="00000000">
      <w:r>
        <w:t>Read the cloze passage and choose the word that best fills each blank.</w:t>
      </w:r>
      <w:r>
        <w:rPr>
          <w:i/>
        </w:rPr>
        <w:br/>
        <w:t xml:space="preserve">The history of public libraries ___26___ be traced to ancient collections of books. In many societies, libraries became a ___27___ source of knowledge and were established in honour ___28___ learning and scholarship. Books ___29___ available to members of the community, and readers ___30___ different materials according to their </w:t>
      </w:r>
      <w:r>
        <w:rPr>
          <w:i/>
        </w:rPr>
        <w:lastRenderedPageBreak/>
        <w:t>interests. ___31___ access to books may appear ordinary today, it was once limited to a small number of people. The value of a library ___32___ in its ability to provide knowledge freely. Readers are often treated ___33___ responsible users of shared resources and are expected to observe rules in public ___34___. They may also be required to refrain ___35___ damaging or removing books.</w:t>
      </w:r>
    </w:p>
    <w:p w14:paraId="39CAFD23" w14:textId="77777777" w:rsidR="00945E5C" w:rsidRDefault="00000000">
      <w:r>
        <w:rPr>
          <w:b/>
        </w:rPr>
        <w:t xml:space="preserve">26. </w:t>
      </w:r>
    </w:p>
    <w:p w14:paraId="3B5DF664" w14:textId="77777777" w:rsidR="00945E5C" w:rsidRDefault="00000000">
      <w:pPr>
        <w:spacing w:after="20"/>
        <w:ind w:left="360"/>
      </w:pPr>
      <w:r>
        <w:t>A. can</w:t>
      </w:r>
    </w:p>
    <w:p w14:paraId="1EC22988" w14:textId="77777777" w:rsidR="00945E5C" w:rsidRDefault="00000000">
      <w:pPr>
        <w:spacing w:after="20"/>
        <w:ind w:left="360"/>
      </w:pPr>
      <w:r>
        <w:t>B. could</w:t>
      </w:r>
    </w:p>
    <w:p w14:paraId="19BFF9A9" w14:textId="77777777" w:rsidR="00945E5C" w:rsidRDefault="00000000">
      <w:pPr>
        <w:spacing w:after="20"/>
        <w:ind w:left="360"/>
      </w:pPr>
      <w:r>
        <w:t>C. will</w:t>
      </w:r>
    </w:p>
    <w:p w14:paraId="74D98529" w14:textId="77777777" w:rsidR="00945E5C" w:rsidRDefault="00000000">
      <w:pPr>
        <w:spacing w:after="20"/>
        <w:ind w:left="360"/>
      </w:pPr>
      <w:r>
        <w:t>D. must</w:t>
      </w:r>
    </w:p>
    <w:p w14:paraId="57D65BA5" w14:textId="77777777" w:rsidR="00945E5C" w:rsidRDefault="00000000">
      <w:r>
        <w:rPr>
          <w:b/>
        </w:rPr>
        <w:t xml:space="preserve">27. </w:t>
      </w:r>
    </w:p>
    <w:p w14:paraId="5586BC8E" w14:textId="77777777" w:rsidR="00945E5C" w:rsidRDefault="00000000">
      <w:pPr>
        <w:spacing w:after="20"/>
        <w:ind w:left="360"/>
      </w:pPr>
      <w:r>
        <w:t>A. valuable</w:t>
      </w:r>
    </w:p>
    <w:p w14:paraId="2CFC77D7" w14:textId="77777777" w:rsidR="00945E5C" w:rsidRDefault="00000000">
      <w:pPr>
        <w:spacing w:after="20"/>
        <w:ind w:left="360"/>
      </w:pPr>
      <w:r>
        <w:t>B. value</w:t>
      </w:r>
    </w:p>
    <w:p w14:paraId="6C8E4E4A" w14:textId="77777777" w:rsidR="00945E5C" w:rsidRDefault="00000000">
      <w:pPr>
        <w:spacing w:after="20"/>
        <w:ind w:left="360"/>
      </w:pPr>
      <w:r>
        <w:t>C. valuably</w:t>
      </w:r>
    </w:p>
    <w:p w14:paraId="2A5E6F42" w14:textId="77777777" w:rsidR="00945E5C" w:rsidRDefault="00000000">
      <w:pPr>
        <w:spacing w:after="20"/>
        <w:ind w:left="360"/>
      </w:pPr>
      <w:r>
        <w:t>D. valued</w:t>
      </w:r>
    </w:p>
    <w:p w14:paraId="03DF12EB" w14:textId="77777777" w:rsidR="00945E5C" w:rsidRDefault="00000000">
      <w:r>
        <w:rPr>
          <w:b/>
        </w:rPr>
        <w:t xml:space="preserve">28. </w:t>
      </w:r>
    </w:p>
    <w:p w14:paraId="1FE56FFB" w14:textId="77777777" w:rsidR="00945E5C" w:rsidRDefault="00000000">
      <w:pPr>
        <w:spacing w:after="20"/>
        <w:ind w:left="360"/>
      </w:pPr>
      <w:r>
        <w:t>A. of</w:t>
      </w:r>
    </w:p>
    <w:p w14:paraId="4005A2E9" w14:textId="77777777" w:rsidR="00945E5C" w:rsidRDefault="00000000">
      <w:pPr>
        <w:spacing w:after="20"/>
        <w:ind w:left="360"/>
      </w:pPr>
      <w:r>
        <w:t>B. for</w:t>
      </w:r>
    </w:p>
    <w:p w14:paraId="33479D5C" w14:textId="77777777" w:rsidR="00945E5C" w:rsidRDefault="00000000">
      <w:pPr>
        <w:spacing w:after="20"/>
        <w:ind w:left="360"/>
      </w:pPr>
      <w:r>
        <w:t>C. with</w:t>
      </w:r>
    </w:p>
    <w:p w14:paraId="5D6CAEA8" w14:textId="77777777" w:rsidR="00945E5C" w:rsidRDefault="00000000">
      <w:pPr>
        <w:spacing w:after="20"/>
        <w:ind w:left="360"/>
      </w:pPr>
      <w:r>
        <w:t>D. over</w:t>
      </w:r>
    </w:p>
    <w:p w14:paraId="2D7553E0" w14:textId="77777777" w:rsidR="00945E5C" w:rsidRDefault="00000000">
      <w:r>
        <w:rPr>
          <w:b/>
        </w:rPr>
        <w:t xml:space="preserve">29. </w:t>
      </w:r>
    </w:p>
    <w:p w14:paraId="091F80FC" w14:textId="77777777" w:rsidR="00945E5C" w:rsidRDefault="00000000">
      <w:pPr>
        <w:spacing w:after="20"/>
        <w:ind w:left="360"/>
      </w:pPr>
      <w:r>
        <w:t>A. were made</w:t>
      </w:r>
    </w:p>
    <w:p w14:paraId="18A3F766" w14:textId="77777777" w:rsidR="00945E5C" w:rsidRDefault="00000000">
      <w:pPr>
        <w:spacing w:after="20"/>
        <w:ind w:left="360"/>
      </w:pPr>
      <w:r>
        <w:t>B. was made</w:t>
      </w:r>
    </w:p>
    <w:p w14:paraId="6556D234" w14:textId="77777777" w:rsidR="00945E5C" w:rsidRDefault="00000000">
      <w:pPr>
        <w:spacing w:after="20"/>
        <w:ind w:left="360"/>
      </w:pPr>
      <w:r>
        <w:t>C. has made</w:t>
      </w:r>
    </w:p>
    <w:p w14:paraId="4ECB000A" w14:textId="77777777" w:rsidR="00945E5C" w:rsidRDefault="00000000">
      <w:pPr>
        <w:spacing w:after="20"/>
        <w:ind w:left="360"/>
      </w:pPr>
      <w:r>
        <w:t>D. making</w:t>
      </w:r>
    </w:p>
    <w:p w14:paraId="5CCD4FBB" w14:textId="77777777" w:rsidR="00945E5C" w:rsidRDefault="00000000">
      <w:r>
        <w:rPr>
          <w:b/>
        </w:rPr>
        <w:t xml:space="preserve">30. </w:t>
      </w:r>
    </w:p>
    <w:p w14:paraId="4B789971" w14:textId="77777777" w:rsidR="00945E5C" w:rsidRDefault="00000000">
      <w:pPr>
        <w:spacing w:after="20"/>
        <w:ind w:left="360"/>
      </w:pPr>
      <w:r>
        <w:t>A. choose</w:t>
      </w:r>
    </w:p>
    <w:p w14:paraId="6CA35C17" w14:textId="77777777" w:rsidR="00945E5C" w:rsidRDefault="00000000">
      <w:pPr>
        <w:spacing w:after="20"/>
        <w:ind w:left="360"/>
      </w:pPr>
      <w:r>
        <w:t>B. chooses</w:t>
      </w:r>
    </w:p>
    <w:p w14:paraId="5210C89A" w14:textId="77777777" w:rsidR="00945E5C" w:rsidRDefault="00000000">
      <w:pPr>
        <w:spacing w:after="20"/>
        <w:ind w:left="360"/>
      </w:pPr>
      <w:r>
        <w:t>C. chosen</w:t>
      </w:r>
    </w:p>
    <w:p w14:paraId="68ECABA9" w14:textId="77777777" w:rsidR="00945E5C" w:rsidRDefault="00000000">
      <w:pPr>
        <w:spacing w:after="20"/>
        <w:ind w:left="360"/>
      </w:pPr>
      <w:r>
        <w:t>D. choosing</w:t>
      </w:r>
    </w:p>
    <w:p w14:paraId="5A826BED" w14:textId="77777777" w:rsidR="00945E5C" w:rsidRDefault="00000000">
      <w:r>
        <w:rPr>
          <w:b/>
        </w:rPr>
        <w:t xml:space="preserve">31. </w:t>
      </w:r>
    </w:p>
    <w:p w14:paraId="587354C3" w14:textId="77777777" w:rsidR="00945E5C" w:rsidRDefault="00000000">
      <w:pPr>
        <w:spacing w:after="20"/>
        <w:ind w:left="360"/>
      </w:pPr>
      <w:r>
        <w:t>A. Although</w:t>
      </w:r>
    </w:p>
    <w:p w14:paraId="5B87ABBB" w14:textId="77777777" w:rsidR="00945E5C" w:rsidRDefault="00000000">
      <w:pPr>
        <w:spacing w:after="20"/>
        <w:ind w:left="360"/>
      </w:pPr>
      <w:r>
        <w:t>B. Because</w:t>
      </w:r>
    </w:p>
    <w:p w14:paraId="7ED41E8A" w14:textId="77777777" w:rsidR="00945E5C" w:rsidRDefault="00000000">
      <w:pPr>
        <w:spacing w:after="20"/>
        <w:ind w:left="360"/>
      </w:pPr>
      <w:r>
        <w:t>C. Unless</w:t>
      </w:r>
    </w:p>
    <w:p w14:paraId="2AA48CC5" w14:textId="77777777" w:rsidR="00945E5C" w:rsidRDefault="00000000">
      <w:pPr>
        <w:spacing w:after="20"/>
        <w:ind w:left="360"/>
      </w:pPr>
      <w:r>
        <w:t>D. Before</w:t>
      </w:r>
    </w:p>
    <w:p w14:paraId="05B92621" w14:textId="77777777" w:rsidR="00945E5C" w:rsidRDefault="00000000">
      <w:r>
        <w:rPr>
          <w:b/>
        </w:rPr>
        <w:t xml:space="preserve">32. </w:t>
      </w:r>
    </w:p>
    <w:p w14:paraId="2AF87B2F" w14:textId="77777777" w:rsidR="00945E5C" w:rsidRDefault="00000000">
      <w:pPr>
        <w:spacing w:after="20"/>
        <w:ind w:left="360"/>
      </w:pPr>
      <w:r>
        <w:t>A. lies</w:t>
      </w:r>
    </w:p>
    <w:p w14:paraId="199A8096" w14:textId="77777777" w:rsidR="00945E5C" w:rsidRDefault="00000000">
      <w:pPr>
        <w:spacing w:after="20"/>
        <w:ind w:left="360"/>
      </w:pPr>
      <w:r>
        <w:t>B. laid</w:t>
      </w:r>
    </w:p>
    <w:p w14:paraId="5743AB0B" w14:textId="77777777" w:rsidR="00945E5C" w:rsidRDefault="00000000">
      <w:pPr>
        <w:spacing w:after="20"/>
        <w:ind w:left="360"/>
      </w:pPr>
      <w:r>
        <w:t>C. lied</w:t>
      </w:r>
    </w:p>
    <w:p w14:paraId="5A05B9CF" w14:textId="77777777" w:rsidR="00945E5C" w:rsidRDefault="00000000">
      <w:pPr>
        <w:spacing w:after="20"/>
        <w:ind w:left="360"/>
      </w:pPr>
      <w:r>
        <w:t>D. laying</w:t>
      </w:r>
    </w:p>
    <w:p w14:paraId="28B61ADC" w14:textId="77777777" w:rsidR="00945E5C" w:rsidRDefault="00000000">
      <w:r>
        <w:rPr>
          <w:b/>
        </w:rPr>
        <w:t xml:space="preserve">33. </w:t>
      </w:r>
    </w:p>
    <w:p w14:paraId="6D312989" w14:textId="77777777" w:rsidR="00945E5C" w:rsidRDefault="00000000">
      <w:pPr>
        <w:spacing w:after="20"/>
        <w:ind w:left="360"/>
      </w:pPr>
      <w:r>
        <w:lastRenderedPageBreak/>
        <w:t>A. as</w:t>
      </w:r>
    </w:p>
    <w:p w14:paraId="12134EC7" w14:textId="77777777" w:rsidR="00945E5C" w:rsidRDefault="00000000">
      <w:pPr>
        <w:spacing w:after="20"/>
        <w:ind w:left="360"/>
      </w:pPr>
      <w:r>
        <w:t>B. like</w:t>
      </w:r>
    </w:p>
    <w:p w14:paraId="09C1F240" w14:textId="77777777" w:rsidR="00945E5C" w:rsidRDefault="00000000">
      <w:pPr>
        <w:spacing w:after="20"/>
        <w:ind w:left="360"/>
      </w:pPr>
      <w:r>
        <w:t>C. for</w:t>
      </w:r>
    </w:p>
    <w:p w14:paraId="70773F70" w14:textId="77777777" w:rsidR="00945E5C" w:rsidRDefault="00000000">
      <w:pPr>
        <w:spacing w:after="20"/>
        <w:ind w:left="360"/>
      </w:pPr>
      <w:r>
        <w:t>D. same</w:t>
      </w:r>
    </w:p>
    <w:p w14:paraId="29C9A2C0" w14:textId="77777777" w:rsidR="00945E5C" w:rsidRDefault="00000000">
      <w:r>
        <w:rPr>
          <w:b/>
        </w:rPr>
        <w:t xml:space="preserve">34. </w:t>
      </w:r>
    </w:p>
    <w:p w14:paraId="37756B5A" w14:textId="77777777" w:rsidR="00945E5C" w:rsidRDefault="00000000">
      <w:pPr>
        <w:spacing w:after="20"/>
        <w:ind w:left="360"/>
      </w:pPr>
      <w:r>
        <w:t>A. libraries</w:t>
      </w:r>
    </w:p>
    <w:p w14:paraId="2EA4401A" w14:textId="77777777" w:rsidR="00945E5C" w:rsidRDefault="00000000">
      <w:pPr>
        <w:spacing w:after="20"/>
        <w:ind w:left="360"/>
      </w:pPr>
      <w:r>
        <w:t>B. library</w:t>
      </w:r>
    </w:p>
    <w:p w14:paraId="6E3BE834" w14:textId="77777777" w:rsidR="00945E5C" w:rsidRDefault="00000000">
      <w:pPr>
        <w:spacing w:after="20"/>
        <w:ind w:left="360"/>
      </w:pPr>
      <w:r>
        <w:t>C. librarian</w:t>
      </w:r>
    </w:p>
    <w:p w14:paraId="0B480D07" w14:textId="77777777" w:rsidR="00945E5C" w:rsidRDefault="00000000">
      <w:pPr>
        <w:spacing w:after="20"/>
        <w:ind w:left="360"/>
      </w:pPr>
      <w:r>
        <w:t>D. librarians</w:t>
      </w:r>
    </w:p>
    <w:p w14:paraId="66287C04" w14:textId="77777777" w:rsidR="00945E5C" w:rsidRDefault="00000000">
      <w:r>
        <w:rPr>
          <w:b/>
        </w:rPr>
        <w:t xml:space="preserve">35. </w:t>
      </w:r>
    </w:p>
    <w:p w14:paraId="3A2A8151" w14:textId="77777777" w:rsidR="00945E5C" w:rsidRDefault="00000000">
      <w:pPr>
        <w:spacing w:after="20"/>
        <w:ind w:left="360"/>
      </w:pPr>
      <w:r>
        <w:t>A. from</w:t>
      </w:r>
    </w:p>
    <w:p w14:paraId="0BAFCE6E" w14:textId="77777777" w:rsidR="00945E5C" w:rsidRDefault="00000000">
      <w:pPr>
        <w:spacing w:after="20"/>
        <w:ind w:left="360"/>
      </w:pPr>
      <w:r>
        <w:t>B. of</w:t>
      </w:r>
    </w:p>
    <w:p w14:paraId="728F08CE" w14:textId="77777777" w:rsidR="00945E5C" w:rsidRDefault="00000000">
      <w:pPr>
        <w:spacing w:after="20"/>
        <w:ind w:left="360"/>
      </w:pPr>
      <w:r>
        <w:t>C. against</w:t>
      </w:r>
    </w:p>
    <w:p w14:paraId="7451C589" w14:textId="77777777" w:rsidR="00945E5C" w:rsidRDefault="00000000">
      <w:pPr>
        <w:spacing w:after="20"/>
        <w:ind w:left="360"/>
      </w:pPr>
      <w:r>
        <w:t>D. at</w:t>
      </w:r>
    </w:p>
    <w:p w14:paraId="00141EF8" w14:textId="77777777" w:rsidR="00945E5C" w:rsidRDefault="00000000">
      <w:pPr>
        <w:pStyle w:val="Heading1"/>
      </w:pPr>
      <w:r>
        <w:t>Questions 36–45</w:t>
      </w:r>
    </w:p>
    <w:p w14:paraId="1EF4CFDC" w14:textId="77777777" w:rsidR="00945E5C" w:rsidRDefault="00000000">
      <w:r>
        <w:rPr>
          <w:b/>
        </w:rPr>
        <w:t>36. The water was ___ cold for the swimmers to enter the pool immediately.</w:t>
      </w:r>
    </w:p>
    <w:p w14:paraId="30D6F481" w14:textId="77777777" w:rsidR="00945E5C" w:rsidRDefault="00000000">
      <w:pPr>
        <w:spacing w:after="20"/>
        <w:ind w:left="360"/>
      </w:pPr>
      <w:r>
        <w:t>A. extremely</w:t>
      </w:r>
    </w:p>
    <w:p w14:paraId="416EC836" w14:textId="77777777" w:rsidR="00945E5C" w:rsidRDefault="00000000">
      <w:pPr>
        <w:spacing w:after="20"/>
        <w:ind w:left="360"/>
      </w:pPr>
      <w:r>
        <w:t>B. rarely</w:t>
      </w:r>
    </w:p>
    <w:p w14:paraId="5203A72B" w14:textId="77777777" w:rsidR="00945E5C" w:rsidRDefault="00000000">
      <w:pPr>
        <w:spacing w:after="20"/>
        <w:ind w:left="360"/>
      </w:pPr>
      <w:r>
        <w:t>C. usually</w:t>
      </w:r>
    </w:p>
    <w:p w14:paraId="7130F782" w14:textId="77777777" w:rsidR="00945E5C" w:rsidRDefault="00000000">
      <w:pPr>
        <w:spacing w:after="20"/>
        <w:ind w:left="360"/>
      </w:pPr>
      <w:r>
        <w:t>D. sometimes</w:t>
      </w:r>
    </w:p>
    <w:p w14:paraId="7E941CBA" w14:textId="77777777" w:rsidR="00945E5C" w:rsidRDefault="00000000">
      <w:r>
        <w:rPr>
          <w:b/>
        </w:rPr>
        <w:t>37. The researcher published a ___, ___ and ___ report.</w:t>
      </w:r>
    </w:p>
    <w:p w14:paraId="131EF7FF" w14:textId="77777777" w:rsidR="00945E5C" w:rsidRDefault="00000000">
      <w:pPr>
        <w:spacing w:after="20"/>
        <w:ind w:left="360"/>
      </w:pPr>
      <w:r>
        <w:t>A. detailed, scientific, Kenyan</w:t>
      </w:r>
    </w:p>
    <w:p w14:paraId="261C9ED2" w14:textId="77777777" w:rsidR="00945E5C" w:rsidRDefault="00000000">
      <w:pPr>
        <w:spacing w:after="20"/>
        <w:ind w:left="360"/>
      </w:pPr>
      <w:r>
        <w:t>B. Kenyan, detailed, scientific</w:t>
      </w:r>
    </w:p>
    <w:p w14:paraId="3305A612" w14:textId="77777777" w:rsidR="00945E5C" w:rsidRDefault="00000000">
      <w:pPr>
        <w:spacing w:after="20"/>
        <w:ind w:left="360"/>
      </w:pPr>
      <w:r>
        <w:t>C. scientific, Kenyan, detailed</w:t>
      </w:r>
    </w:p>
    <w:p w14:paraId="7AC0DAD3" w14:textId="77777777" w:rsidR="00945E5C" w:rsidRDefault="00000000">
      <w:pPr>
        <w:spacing w:after="20"/>
        <w:ind w:left="360"/>
      </w:pPr>
      <w:r>
        <w:t>D. detailed, Kenyan, scientific</w:t>
      </w:r>
    </w:p>
    <w:p w14:paraId="5397CC22" w14:textId="77777777" w:rsidR="00945E5C" w:rsidRDefault="00000000">
      <w:r>
        <w:rPr>
          <w:b/>
        </w:rPr>
        <w:t>38. The learner ___ parent works at the hospital won the award.</w:t>
      </w:r>
    </w:p>
    <w:p w14:paraId="017F1B62" w14:textId="77777777" w:rsidR="00945E5C" w:rsidRDefault="00000000">
      <w:pPr>
        <w:spacing w:after="20"/>
        <w:ind w:left="360"/>
      </w:pPr>
      <w:r>
        <w:t>A. whose</w:t>
      </w:r>
    </w:p>
    <w:p w14:paraId="044A28B7" w14:textId="77777777" w:rsidR="00945E5C" w:rsidRDefault="00000000">
      <w:pPr>
        <w:spacing w:after="20"/>
        <w:ind w:left="360"/>
      </w:pPr>
      <w:r>
        <w:t>B. whom</w:t>
      </w:r>
    </w:p>
    <w:p w14:paraId="2C08AB1B" w14:textId="77777777" w:rsidR="00945E5C" w:rsidRDefault="00000000">
      <w:pPr>
        <w:spacing w:after="20"/>
        <w:ind w:left="360"/>
      </w:pPr>
      <w:r>
        <w:t>C. who's</w:t>
      </w:r>
    </w:p>
    <w:p w14:paraId="6398F9BD" w14:textId="77777777" w:rsidR="00945E5C" w:rsidRDefault="00000000">
      <w:pPr>
        <w:spacing w:after="20"/>
        <w:ind w:left="360"/>
      </w:pPr>
      <w:r>
        <w:t>D. which</w:t>
      </w:r>
    </w:p>
    <w:p w14:paraId="7EB1BAC9" w14:textId="77777777" w:rsidR="00945E5C" w:rsidRDefault="00000000">
      <w:r>
        <w:rPr>
          <w:b/>
        </w:rPr>
        <w:t>39. The teacher asked ___ to return ___ books to the shelf.</w:t>
      </w:r>
    </w:p>
    <w:p w14:paraId="0357A191" w14:textId="77777777" w:rsidR="00945E5C" w:rsidRDefault="00000000">
      <w:pPr>
        <w:spacing w:after="20"/>
        <w:ind w:left="360"/>
      </w:pPr>
      <w:r>
        <w:t>A. them, the</w:t>
      </w:r>
    </w:p>
    <w:p w14:paraId="53DDE48F" w14:textId="77777777" w:rsidR="00945E5C" w:rsidRDefault="00000000">
      <w:pPr>
        <w:spacing w:after="20"/>
        <w:ind w:left="360"/>
      </w:pPr>
      <w:r>
        <w:t>B. their, a</w:t>
      </w:r>
    </w:p>
    <w:p w14:paraId="02961439" w14:textId="77777777" w:rsidR="00945E5C" w:rsidRDefault="00000000">
      <w:pPr>
        <w:spacing w:after="20"/>
        <w:ind w:left="360"/>
      </w:pPr>
      <w:r>
        <w:t>C. they, the</w:t>
      </w:r>
    </w:p>
    <w:p w14:paraId="5292931E" w14:textId="77777777" w:rsidR="00945E5C" w:rsidRDefault="00000000">
      <w:pPr>
        <w:spacing w:after="20"/>
        <w:ind w:left="360"/>
      </w:pPr>
      <w:r>
        <w:t>D. them, a</w:t>
      </w:r>
    </w:p>
    <w:p w14:paraId="5C22B985" w14:textId="77777777" w:rsidR="00945E5C" w:rsidRDefault="00000000">
      <w:r>
        <w:rPr>
          <w:b/>
        </w:rPr>
        <w:t>40. Neither the coach nor the players ___ ready for the match.</w:t>
      </w:r>
    </w:p>
    <w:p w14:paraId="3B340912" w14:textId="77777777" w:rsidR="00945E5C" w:rsidRDefault="00000000">
      <w:pPr>
        <w:spacing w:after="20"/>
        <w:ind w:left="360"/>
      </w:pPr>
      <w:r>
        <w:t>A. was</w:t>
      </w:r>
    </w:p>
    <w:p w14:paraId="564CC4A4" w14:textId="77777777" w:rsidR="00945E5C" w:rsidRDefault="00000000">
      <w:pPr>
        <w:spacing w:after="20"/>
        <w:ind w:left="360"/>
      </w:pPr>
      <w:r>
        <w:t>B. were</w:t>
      </w:r>
    </w:p>
    <w:p w14:paraId="5A209DE5" w14:textId="77777777" w:rsidR="00945E5C" w:rsidRDefault="00000000">
      <w:pPr>
        <w:spacing w:after="20"/>
        <w:ind w:left="360"/>
      </w:pPr>
      <w:r>
        <w:lastRenderedPageBreak/>
        <w:t>C. is</w:t>
      </w:r>
    </w:p>
    <w:p w14:paraId="30563D9F" w14:textId="77777777" w:rsidR="00945E5C" w:rsidRDefault="00000000">
      <w:pPr>
        <w:spacing w:after="20"/>
        <w:ind w:left="360"/>
      </w:pPr>
      <w:r>
        <w:t>D. has</w:t>
      </w:r>
    </w:p>
    <w:p w14:paraId="7786D805" w14:textId="77777777" w:rsidR="00945E5C" w:rsidRDefault="00000000">
      <w:r>
        <w:rPr>
          <w:b/>
        </w:rPr>
        <w:t>41. We arrived ___ the airport before sunrise.</w:t>
      </w:r>
    </w:p>
    <w:p w14:paraId="0B1A412A" w14:textId="77777777" w:rsidR="00945E5C" w:rsidRDefault="00000000">
      <w:pPr>
        <w:spacing w:after="20"/>
        <w:ind w:left="360"/>
      </w:pPr>
      <w:r>
        <w:t>A. at</w:t>
      </w:r>
    </w:p>
    <w:p w14:paraId="094299CA" w14:textId="77777777" w:rsidR="00945E5C" w:rsidRDefault="00000000">
      <w:pPr>
        <w:spacing w:after="20"/>
        <w:ind w:left="360"/>
      </w:pPr>
      <w:r>
        <w:t>B. in</w:t>
      </w:r>
    </w:p>
    <w:p w14:paraId="5B129054" w14:textId="77777777" w:rsidR="00945E5C" w:rsidRDefault="00000000">
      <w:pPr>
        <w:spacing w:after="20"/>
        <w:ind w:left="360"/>
      </w:pPr>
      <w:r>
        <w:t>C. during</w:t>
      </w:r>
    </w:p>
    <w:p w14:paraId="7237DE53" w14:textId="77777777" w:rsidR="00945E5C" w:rsidRDefault="00000000">
      <w:pPr>
        <w:spacing w:after="20"/>
        <w:ind w:left="360"/>
      </w:pPr>
      <w:r>
        <w:t>D. onto</w:t>
      </w:r>
    </w:p>
    <w:p w14:paraId="64590100" w14:textId="77777777" w:rsidR="00945E5C" w:rsidRDefault="00000000">
      <w:r>
        <w:rPr>
          <w:b/>
        </w:rPr>
        <w:t>42. All but the captain ___ completed the task before noon.</w:t>
      </w:r>
    </w:p>
    <w:p w14:paraId="458837BD" w14:textId="77777777" w:rsidR="00945E5C" w:rsidRDefault="00000000">
      <w:pPr>
        <w:spacing w:after="20"/>
        <w:ind w:left="360"/>
      </w:pPr>
      <w:r>
        <w:t>A. have</w:t>
      </w:r>
    </w:p>
    <w:p w14:paraId="15CF263A" w14:textId="77777777" w:rsidR="00945E5C" w:rsidRDefault="00000000">
      <w:pPr>
        <w:spacing w:after="20"/>
        <w:ind w:left="360"/>
      </w:pPr>
      <w:r>
        <w:t>B. has</w:t>
      </w:r>
    </w:p>
    <w:p w14:paraId="46FA4D5F" w14:textId="77777777" w:rsidR="00945E5C" w:rsidRDefault="00000000">
      <w:pPr>
        <w:spacing w:after="20"/>
        <w:ind w:left="360"/>
      </w:pPr>
      <w:r>
        <w:t>C. should</w:t>
      </w:r>
    </w:p>
    <w:p w14:paraId="0B77083C" w14:textId="77777777" w:rsidR="00945E5C" w:rsidRDefault="00000000">
      <w:pPr>
        <w:spacing w:after="20"/>
        <w:ind w:left="360"/>
      </w:pPr>
      <w:r>
        <w:t>D. must</w:t>
      </w:r>
    </w:p>
    <w:p w14:paraId="7083ADA7" w14:textId="77777777" w:rsidR="00945E5C" w:rsidRDefault="00000000">
      <w:r>
        <w:rPr>
          <w:b/>
        </w:rPr>
        <w:t>43. She received a ___ of flowers after the performance.</w:t>
      </w:r>
    </w:p>
    <w:p w14:paraId="06A9C0EE" w14:textId="77777777" w:rsidR="00945E5C" w:rsidRDefault="00000000">
      <w:pPr>
        <w:spacing w:after="20"/>
        <w:ind w:left="360"/>
      </w:pPr>
      <w:r>
        <w:t>A. bunch</w:t>
      </w:r>
    </w:p>
    <w:p w14:paraId="395B153F" w14:textId="77777777" w:rsidR="00945E5C" w:rsidRDefault="00000000">
      <w:pPr>
        <w:spacing w:after="20"/>
        <w:ind w:left="360"/>
      </w:pPr>
      <w:r>
        <w:t>B. pack</w:t>
      </w:r>
    </w:p>
    <w:p w14:paraId="764AE0DC" w14:textId="77777777" w:rsidR="00945E5C" w:rsidRDefault="00000000">
      <w:pPr>
        <w:spacing w:after="20"/>
        <w:ind w:left="360"/>
      </w:pPr>
      <w:r>
        <w:t>C. group</w:t>
      </w:r>
    </w:p>
    <w:p w14:paraId="31A142FF" w14:textId="77777777" w:rsidR="00945E5C" w:rsidRDefault="00000000">
      <w:pPr>
        <w:spacing w:after="20"/>
        <w:ind w:left="360"/>
      </w:pPr>
      <w:r>
        <w:t>D. set</w:t>
      </w:r>
    </w:p>
    <w:p w14:paraId="1293F9D8" w14:textId="77777777" w:rsidR="00945E5C" w:rsidRDefault="00000000">
      <w:r>
        <w:rPr>
          <w:b/>
        </w:rPr>
        <w:t>44. You have finished the assignment, ___?</w:t>
      </w:r>
    </w:p>
    <w:p w14:paraId="51E498B4" w14:textId="77777777" w:rsidR="00945E5C" w:rsidRDefault="00000000">
      <w:pPr>
        <w:spacing w:after="20"/>
        <w:ind w:left="360"/>
      </w:pPr>
      <w:r>
        <w:t>A. haven't you</w:t>
      </w:r>
    </w:p>
    <w:p w14:paraId="49C304EF" w14:textId="77777777" w:rsidR="00945E5C" w:rsidRDefault="00000000">
      <w:pPr>
        <w:spacing w:after="20"/>
        <w:ind w:left="360"/>
      </w:pPr>
      <w:r>
        <w:t>B. have you</w:t>
      </w:r>
    </w:p>
    <w:p w14:paraId="59A132F8" w14:textId="77777777" w:rsidR="00945E5C" w:rsidRDefault="00000000">
      <w:pPr>
        <w:spacing w:after="20"/>
        <w:ind w:left="360"/>
      </w:pPr>
      <w:r>
        <w:t>C. didn't you</w:t>
      </w:r>
    </w:p>
    <w:p w14:paraId="182D2E63" w14:textId="77777777" w:rsidR="00945E5C" w:rsidRDefault="00000000">
      <w:pPr>
        <w:spacing w:after="20"/>
        <w:ind w:left="360"/>
      </w:pPr>
      <w:r>
        <w:t>D. don't you</w:t>
      </w:r>
    </w:p>
    <w:p w14:paraId="18593AB9" w14:textId="77777777" w:rsidR="00945E5C" w:rsidRDefault="00000000">
      <w:r>
        <w:rPr>
          <w:b/>
        </w:rPr>
        <w:t>45. The baker bought three ___ of flour.</w:t>
      </w:r>
    </w:p>
    <w:p w14:paraId="322E8BDF" w14:textId="77777777" w:rsidR="00945E5C" w:rsidRDefault="00000000">
      <w:pPr>
        <w:spacing w:after="20"/>
        <w:ind w:left="360"/>
      </w:pPr>
      <w:r>
        <w:t>A. bags</w:t>
      </w:r>
    </w:p>
    <w:p w14:paraId="3EB8BA7C" w14:textId="77777777" w:rsidR="00945E5C" w:rsidRDefault="00000000">
      <w:pPr>
        <w:spacing w:after="20"/>
        <w:ind w:left="360"/>
      </w:pPr>
      <w:r>
        <w:t>B. bag</w:t>
      </w:r>
    </w:p>
    <w:p w14:paraId="4FD70408" w14:textId="77777777" w:rsidR="00945E5C" w:rsidRDefault="00000000">
      <w:pPr>
        <w:spacing w:after="20"/>
        <w:ind w:left="360"/>
      </w:pPr>
      <w:r>
        <w:t>C. bag of</w:t>
      </w:r>
    </w:p>
    <w:p w14:paraId="06C290B5" w14:textId="77777777" w:rsidR="00945E5C" w:rsidRDefault="00000000">
      <w:pPr>
        <w:spacing w:after="20"/>
        <w:ind w:left="360"/>
      </w:pPr>
      <w:r>
        <w:t>D. bags of</w:t>
      </w:r>
    </w:p>
    <w:p w14:paraId="71363582" w14:textId="77777777" w:rsidR="00945E5C" w:rsidRDefault="00000000">
      <w:pPr>
        <w:pStyle w:val="Heading1"/>
      </w:pPr>
      <w:r>
        <w:t>Questions 46–50</w:t>
      </w:r>
    </w:p>
    <w:p w14:paraId="47AFC08D" w14:textId="77777777" w:rsidR="00945E5C" w:rsidRDefault="00000000">
      <w:r>
        <w:rPr>
          <w:b/>
        </w:rPr>
        <w:t>46. Which word should receive the main emphasis to show that someone else, not the speaker, said it? 'I didn't say she stole the money.'</w:t>
      </w:r>
    </w:p>
    <w:p w14:paraId="3C7AB2AC" w14:textId="77777777" w:rsidR="00945E5C" w:rsidRDefault="00000000">
      <w:pPr>
        <w:spacing w:after="20"/>
        <w:ind w:left="360"/>
      </w:pPr>
      <w:r>
        <w:t>A. I</w:t>
      </w:r>
    </w:p>
    <w:p w14:paraId="4A2534F8" w14:textId="77777777" w:rsidR="00945E5C" w:rsidRDefault="00000000">
      <w:pPr>
        <w:spacing w:after="20"/>
        <w:ind w:left="360"/>
      </w:pPr>
      <w:r>
        <w:t>B. didn't</w:t>
      </w:r>
    </w:p>
    <w:p w14:paraId="106DE8AF" w14:textId="77777777" w:rsidR="00945E5C" w:rsidRDefault="00000000">
      <w:pPr>
        <w:spacing w:after="20"/>
        <w:ind w:left="360"/>
      </w:pPr>
      <w:r>
        <w:t>C. say</w:t>
      </w:r>
    </w:p>
    <w:p w14:paraId="63844C33" w14:textId="77777777" w:rsidR="00945E5C" w:rsidRDefault="00000000">
      <w:pPr>
        <w:spacing w:after="20"/>
        <w:ind w:left="360"/>
      </w:pPr>
      <w:r>
        <w:t>D. stole</w:t>
      </w:r>
    </w:p>
    <w:p w14:paraId="656C3D6E" w14:textId="77777777" w:rsidR="00945E5C" w:rsidRDefault="00000000">
      <w:r>
        <w:rPr>
          <w:b/>
        </w:rPr>
        <w:t>47. Which word should be emphasised to show that the money was stolen by her, rather than merely handled?</w:t>
      </w:r>
    </w:p>
    <w:p w14:paraId="047D9D4D" w14:textId="77777777" w:rsidR="00945E5C" w:rsidRDefault="00000000">
      <w:pPr>
        <w:spacing w:after="20"/>
        <w:ind w:left="360"/>
      </w:pPr>
      <w:r>
        <w:t>A. I</w:t>
      </w:r>
    </w:p>
    <w:p w14:paraId="62083B82" w14:textId="77777777" w:rsidR="00945E5C" w:rsidRDefault="00000000">
      <w:pPr>
        <w:spacing w:after="20"/>
        <w:ind w:left="360"/>
      </w:pPr>
      <w:r>
        <w:t>B. she</w:t>
      </w:r>
    </w:p>
    <w:p w14:paraId="70DFCE54" w14:textId="77777777" w:rsidR="00945E5C" w:rsidRDefault="00000000">
      <w:pPr>
        <w:spacing w:after="20"/>
        <w:ind w:left="360"/>
      </w:pPr>
      <w:r>
        <w:lastRenderedPageBreak/>
        <w:t>C. didn't</w:t>
      </w:r>
    </w:p>
    <w:p w14:paraId="54FB6021" w14:textId="77777777" w:rsidR="00945E5C" w:rsidRDefault="00000000">
      <w:pPr>
        <w:spacing w:after="20"/>
        <w:ind w:left="360"/>
      </w:pPr>
      <w:r>
        <w:t>D. stole</w:t>
      </w:r>
    </w:p>
    <w:p w14:paraId="4AA3B651" w14:textId="77777777" w:rsidR="00945E5C" w:rsidRDefault="00000000">
      <w:r>
        <w:rPr>
          <w:b/>
        </w:rPr>
        <w:t>48. Choose the adverb in the sentence: 'They often choose the best item.'</w:t>
      </w:r>
    </w:p>
    <w:p w14:paraId="05962396" w14:textId="77777777" w:rsidR="00945E5C" w:rsidRDefault="00000000">
      <w:pPr>
        <w:spacing w:after="20"/>
        <w:ind w:left="360"/>
      </w:pPr>
      <w:r>
        <w:t>A. they</w:t>
      </w:r>
    </w:p>
    <w:p w14:paraId="6BDFE304" w14:textId="77777777" w:rsidR="00945E5C" w:rsidRDefault="00000000">
      <w:pPr>
        <w:spacing w:after="20"/>
        <w:ind w:left="360"/>
      </w:pPr>
      <w:r>
        <w:t>B. often</w:t>
      </w:r>
    </w:p>
    <w:p w14:paraId="07151322" w14:textId="77777777" w:rsidR="00945E5C" w:rsidRDefault="00000000">
      <w:pPr>
        <w:spacing w:after="20"/>
        <w:ind w:left="360"/>
      </w:pPr>
      <w:r>
        <w:t>C. best</w:t>
      </w:r>
    </w:p>
    <w:p w14:paraId="4E8BAA6F" w14:textId="77777777" w:rsidR="00945E5C" w:rsidRDefault="00000000">
      <w:pPr>
        <w:spacing w:after="20"/>
        <w:ind w:left="360"/>
      </w:pPr>
      <w:r>
        <w:t>D. choose</w:t>
      </w:r>
    </w:p>
    <w:p w14:paraId="5F164F2C" w14:textId="77777777" w:rsidR="00945E5C" w:rsidRDefault="00000000">
      <w:r>
        <w:rPr>
          <w:b/>
        </w:rPr>
        <w:t>49. Choose the word that least fits the group.</w:t>
      </w:r>
    </w:p>
    <w:p w14:paraId="75E82592" w14:textId="77777777" w:rsidR="00945E5C" w:rsidRDefault="00000000">
      <w:pPr>
        <w:spacing w:after="20"/>
        <w:ind w:left="360"/>
      </w:pPr>
      <w:r>
        <w:t>A. these</w:t>
      </w:r>
    </w:p>
    <w:p w14:paraId="65F64307" w14:textId="77777777" w:rsidR="00945E5C" w:rsidRDefault="00000000">
      <w:pPr>
        <w:spacing w:after="20"/>
        <w:ind w:left="360"/>
      </w:pPr>
      <w:r>
        <w:t>B. theme</w:t>
      </w:r>
    </w:p>
    <w:p w14:paraId="33766073" w14:textId="77777777" w:rsidR="00945E5C" w:rsidRDefault="00000000">
      <w:pPr>
        <w:spacing w:after="20"/>
        <w:ind w:left="360"/>
      </w:pPr>
      <w:r>
        <w:t>C. think</w:t>
      </w:r>
    </w:p>
    <w:p w14:paraId="5F5EEDBF" w14:textId="77777777" w:rsidR="00945E5C" w:rsidRDefault="00000000">
      <w:pPr>
        <w:spacing w:after="20"/>
        <w:ind w:left="360"/>
      </w:pPr>
      <w:r>
        <w:t>D. thin</w:t>
      </w:r>
    </w:p>
    <w:p w14:paraId="57D3ADA6" w14:textId="77777777" w:rsidR="00945E5C" w:rsidRDefault="00000000">
      <w:r>
        <w:rPr>
          <w:b/>
        </w:rPr>
        <w:t>50. Choose the synonym of the underlined word: 'The intelligent learner received several awards.'</w:t>
      </w:r>
    </w:p>
    <w:p w14:paraId="6EB99D68" w14:textId="77777777" w:rsidR="00945E5C" w:rsidRDefault="00000000">
      <w:pPr>
        <w:spacing w:after="20"/>
        <w:ind w:left="360"/>
      </w:pPr>
      <w:r>
        <w:t>A. foolish</w:t>
      </w:r>
    </w:p>
    <w:p w14:paraId="61D89265" w14:textId="77777777" w:rsidR="00945E5C" w:rsidRDefault="00000000">
      <w:pPr>
        <w:spacing w:after="20"/>
        <w:ind w:left="360"/>
      </w:pPr>
      <w:r>
        <w:t>B. firm</w:t>
      </w:r>
    </w:p>
    <w:p w14:paraId="4C751105" w14:textId="77777777" w:rsidR="00945E5C" w:rsidRDefault="00000000">
      <w:pPr>
        <w:spacing w:after="20"/>
        <w:ind w:left="360"/>
      </w:pPr>
      <w:r>
        <w:t>C. smart</w:t>
      </w:r>
    </w:p>
    <w:p w14:paraId="421ACEF9" w14:textId="77777777" w:rsidR="00945E5C" w:rsidRDefault="00000000">
      <w:pPr>
        <w:spacing w:after="20"/>
        <w:ind w:left="360"/>
      </w:pPr>
      <w:r>
        <w:t>D. small</w:t>
      </w:r>
    </w:p>
    <w:sectPr w:rsidR="00945E5C" w:rsidSect="00034616">
      <w:headerReference w:type="default" r:id="rId8"/>
      <w:footerReference w:type="default" r:id="rId9"/>
      <w:headerReference w:type="first" r:id="rId12"/>
      <w:headerReference w:type="even" r:id="rId13"/>
      <w:footerReference w:type="first" r:id="rId14"/>
      <w:footerReference w:type="even" r:id="rId15"/>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99D8" w14:textId="77777777" w:rsidR="00EB1EC5" w:rsidRDefault="00EB1EC5">
      <w:pPr>
        <w:spacing w:after="0" w:line="240" w:lineRule="auto"/>
      </w:pPr>
      <w:r>
        <w:separator/>
      </w:r>
    </w:p>
  </w:endnote>
  <w:endnote w:type="continuationSeparator" w:id="0">
    <w:p w14:paraId="10B7427B" w14:textId="77777777" w:rsidR="00EB1EC5" w:rsidRDefault="00EB1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0029" w14:textId="77777777" w:rsidR="00945E5C" w:rsidRDefault="00000000">
    <w:pPr>
      <w:pStyle w:val="Footer"/>
      <w:jc w:val="center"/>
    </w:pPr>
    <w:r>
      <w:rPr>
        <w:sz w:val="16"/>
      </w:rPr>
      <w:t xml:space="preserve">ENGLISH PAPER 1  |  </w:t>
    </w:r>
    <w:r>
      <w:fldChar w:fldCharType="begin"/>
    </w:r>
    <w:r>
      <w:instrText>PAGE</w:instrText>
    </w:r>
    <w:r w:rsidR="00CD099E">
      <w:fldChar w:fldCharType="separate"/>
    </w:r>
    <w:r w:rsidR="00CD099E">
      <w:rPr>
        <w:noProof/>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B908C" w14:textId="77777777" w:rsidR="00EB1EC5" w:rsidRDefault="00EB1EC5">
      <w:pPr>
        <w:spacing w:after="0" w:line="240" w:lineRule="auto"/>
      </w:pPr>
      <w:r>
        <w:separator/>
      </w:r>
    </w:p>
  </w:footnote>
  <w:footnote w:type="continuationSeparator" w:id="0">
    <w:p w14:paraId="21FCD6A6" w14:textId="77777777" w:rsidR="00EB1EC5" w:rsidRDefault="00EB1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D56C" w14:textId="77777777" w:rsidR="00945E5C" w:rsidRDefault="00000000">
    <w:pPr>
      <w:pStyle w:val="Header"/>
      <w:jc w:val="center"/>
    </w:pPr>
    <w:r>
      <w:rPr>
        <w:b/>
        <w:sz w:val="16"/>
      </w:rPr>
      <w:t xml:space="preserve">  |  GRADE 8  |  2026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81D5D3F"/>
    <w:multiLevelType w:val="hybridMultilevel"/>
    <w:tmpl w:val="1CDC9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6494534">
    <w:abstractNumId w:val="8"/>
  </w:num>
  <w:num w:numId="2" w16cid:durableId="887104769">
    <w:abstractNumId w:val="6"/>
  </w:num>
  <w:num w:numId="3" w16cid:durableId="1389377501">
    <w:abstractNumId w:val="5"/>
  </w:num>
  <w:num w:numId="4" w16cid:durableId="1564028628">
    <w:abstractNumId w:val="4"/>
  </w:num>
  <w:num w:numId="5" w16cid:durableId="980697236">
    <w:abstractNumId w:val="7"/>
  </w:num>
  <w:num w:numId="6" w16cid:durableId="434208594">
    <w:abstractNumId w:val="3"/>
  </w:num>
  <w:num w:numId="7" w16cid:durableId="1835218324">
    <w:abstractNumId w:val="2"/>
  </w:num>
  <w:num w:numId="8" w16cid:durableId="468599403">
    <w:abstractNumId w:val="1"/>
  </w:num>
  <w:num w:numId="9" w16cid:durableId="708186098">
    <w:abstractNumId w:val="0"/>
  </w:num>
  <w:num w:numId="10" w16cid:durableId="3832549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1499"/>
    <w:rsid w:val="00945E5C"/>
    <w:rsid w:val="00AA1D8D"/>
    <w:rsid w:val="00B47730"/>
    <w:rsid w:val="00CB0664"/>
    <w:rsid w:val="00CD099E"/>
    <w:rsid w:val="00EB1E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14DBAB"/>
  <w14:defaultImageDpi w14:val="300"/>
  <w15:docId w15:val="{CCFD7307-01CF-4F81-9301-3D4D54141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2026-09-21T19:57:00Z</dcterms:modified>
  <cp:category/>
</cp:coreProperties>
</file>