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FDB60" w14:textId="77777777" w:rsidR="009E0AC2" w:rsidRDefault="00000000">
      <w:pPr>
        <w:jc w:val="center"/>
      </w:pPr>
      <w:r>
        <w:rPr>
          <w:b/>
          <w:sz w:val="26"/>
        </w:rPr>
        <w:t>GRADE 8 – 2026</w:t>
      </w:r>
    </w:p>
    <w:p w14:paraId="082FE6D7" w14:textId="77777777" w:rsidR="009E0AC2" w:rsidRDefault="00000000">
      <w:pPr>
        <w:jc w:val="center"/>
      </w:pPr>
      <w:r>
        <w:rPr>
          <w:b/>
          <w:sz w:val="30"/>
        </w:rPr>
        <w:t>CHRISTIAN RELIGIOUS EDUCATION</w:t>
      </w:r>
    </w:p>
    <w:p w14:paraId="30B78E56" w14:textId="77777777" w:rsidR="009E0AC2" w:rsidRDefault="00000000">
      <w:pPr>
        <w:jc w:val="center"/>
      </w:pPr>
      <w:r>
        <w:rPr>
          <w:b/>
        </w:rPr>
        <w:t>Time: 1 hour 30 minutes   |   Total: 50 marks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E0AC2" w14:paraId="037034E8" w14:textId="77777777">
        <w:trPr>
          <w:jc w:val="center"/>
        </w:trPr>
        <w:tc>
          <w:tcPr>
            <w:tcW w:w="25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DC56FB" w14:textId="77777777" w:rsidR="009E0AC2" w:rsidRDefault="00000000">
            <w:r>
              <w:rPr>
                <w:b/>
              </w:rPr>
              <w:t>Learner’s Name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19793" w14:textId="77777777" w:rsidR="009E0AC2" w:rsidRDefault="00000000">
            <w:r>
              <w:rPr>
                <w:b/>
              </w:rPr>
              <w:t>Assessment Number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20CBAD" w14:textId="77777777" w:rsidR="009E0AC2" w:rsidRDefault="00000000">
            <w:r>
              <w:rPr>
                <w:b/>
              </w:rPr>
              <w:t>School Name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28DA1" w14:textId="77777777" w:rsidR="009E0AC2" w:rsidRDefault="00000000">
            <w:r>
              <w:rPr>
                <w:b/>
              </w:rPr>
              <w:t>School Code</w:t>
            </w:r>
          </w:p>
        </w:tc>
      </w:tr>
    </w:tbl>
    <w:p w14:paraId="1D450B21" w14:textId="77777777" w:rsidR="009E0AC2" w:rsidRDefault="00000000">
      <w:pPr>
        <w:pStyle w:val="Heading1"/>
      </w:pPr>
      <w:r>
        <w:t>Instructions to Learners</w:t>
      </w:r>
    </w:p>
    <w:p w14:paraId="7CC8ACED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Write your name and assessment number in the spaces provided.</w:t>
      </w:r>
    </w:p>
    <w:p w14:paraId="399F0C4A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Write the name and code of your school in the spaces provided.</w:t>
      </w:r>
    </w:p>
    <w:p w14:paraId="25A74707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Sign and write the date of the assessment in the spaces provided.</w:t>
      </w:r>
    </w:p>
    <w:p w14:paraId="1D5CB0B6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This paper consists of two sections: A and B.</w:t>
      </w:r>
    </w:p>
    <w:p w14:paraId="07F3EF71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Section A comprises Multiple Choice Questions numbered 1 to 20.</w:t>
      </w:r>
    </w:p>
    <w:p w14:paraId="343573CE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Section B comprises Short Structured and Essay Questions numbered 21 to 26.</w:t>
      </w:r>
    </w:p>
    <w:p w14:paraId="01A870B2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Answer all questions in Section A on the separate answer sheet provided.</w:t>
      </w:r>
    </w:p>
    <w:p w14:paraId="35F7FB63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Answer all questions in Section B in the spaces provided in this question paper.</w:t>
      </w:r>
    </w:p>
    <w:p w14:paraId="0573CA94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Do not remove any page from this question paper.</w:t>
      </w:r>
    </w:p>
    <w:p w14:paraId="462F44E4" w14:textId="77777777" w:rsidR="009E0AC2" w:rsidRDefault="00000000" w:rsidP="00535F02">
      <w:pPr>
        <w:pStyle w:val="ListParagraph"/>
        <w:numPr>
          <w:ilvl w:val="0"/>
          <w:numId w:val="10"/>
        </w:numPr>
      </w:pPr>
      <w:r>
        <w:t>Answer all questions in English.</w:t>
      </w:r>
    </w:p>
    <w:p w14:paraId="1E72B05A" w14:textId="77777777" w:rsidR="009E0AC2" w:rsidRDefault="00000000">
      <w:pPr>
        <w:pStyle w:val="Heading1"/>
      </w:pPr>
      <w:r>
        <w:t>SECTION A – MULTIPLE CHOICE QUESTIONS (20 marks)</w:t>
      </w:r>
    </w:p>
    <w:p w14:paraId="30E43826" w14:textId="77777777" w:rsidR="009E0AC2" w:rsidRDefault="00000000">
      <w:r>
        <w:t>Choose the correct answer from the four options. Each question carries one mark.</w:t>
      </w:r>
    </w:p>
    <w:p w14:paraId="3E4AE046" w14:textId="77777777" w:rsidR="009E0AC2" w:rsidRDefault="00000000">
      <w:r>
        <w:rPr>
          <w:b/>
        </w:rPr>
        <w:t>1. According to the creation account, which action brought Adam and Eve into disobedience against God?</w:t>
      </w:r>
    </w:p>
    <w:p w14:paraId="598AA86F" w14:textId="77777777" w:rsidR="009E0AC2" w:rsidRDefault="00000000">
      <w:pPr>
        <w:spacing w:after="20"/>
        <w:ind w:left="360"/>
      </w:pPr>
      <w:r>
        <w:t>A. Eating from the forbidden tree</w:t>
      </w:r>
    </w:p>
    <w:p w14:paraId="376C7D58" w14:textId="77777777" w:rsidR="009E0AC2" w:rsidRDefault="00000000">
      <w:pPr>
        <w:spacing w:after="20"/>
        <w:ind w:left="360"/>
      </w:pPr>
      <w:r>
        <w:t>B. Naming the animals</w:t>
      </w:r>
    </w:p>
    <w:p w14:paraId="58117CB2" w14:textId="77777777" w:rsidR="009E0AC2" w:rsidRDefault="00000000">
      <w:pPr>
        <w:spacing w:after="20"/>
        <w:ind w:left="360"/>
      </w:pPr>
      <w:r>
        <w:t>C. Tending the garden</w:t>
      </w:r>
    </w:p>
    <w:p w14:paraId="31E9AFCD" w14:textId="77777777" w:rsidR="009E0AC2" w:rsidRDefault="00000000">
      <w:pPr>
        <w:spacing w:after="20"/>
        <w:ind w:left="360"/>
      </w:pPr>
      <w:r>
        <w:t>D. Giving thanks to God</w:t>
      </w:r>
    </w:p>
    <w:p w14:paraId="6D0A1DF7" w14:textId="77777777" w:rsidR="009E0AC2" w:rsidRDefault="00000000">
      <w:r>
        <w:rPr>
          <w:b/>
        </w:rPr>
        <w:t>2. Which attribute of God is shown by His giving life to all living things?</w:t>
      </w:r>
    </w:p>
    <w:p w14:paraId="382C8C69" w14:textId="77777777" w:rsidR="009E0AC2" w:rsidRDefault="00000000">
      <w:pPr>
        <w:spacing w:after="20"/>
        <w:ind w:left="360"/>
      </w:pPr>
      <w:r>
        <w:t>A. Omnipresence</w:t>
      </w:r>
    </w:p>
    <w:p w14:paraId="20135F67" w14:textId="77777777" w:rsidR="009E0AC2" w:rsidRDefault="00000000">
      <w:pPr>
        <w:spacing w:after="20"/>
        <w:ind w:left="360"/>
      </w:pPr>
      <w:r>
        <w:t>B. Creator and giver of life</w:t>
      </w:r>
    </w:p>
    <w:p w14:paraId="223FC24B" w14:textId="77777777" w:rsidR="009E0AC2" w:rsidRDefault="00000000">
      <w:pPr>
        <w:spacing w:after="20"/>
        <w:ind w:left="360"/>
      </w:pPr>
      <w:r>
        <w:t>C. Human wisdom</w:t>
      </w:r>
    </w:p>
    <w:p w14:paraId="030D82DA" w14:textId="77777777" w:rsidR="009E0AC2" w:rsidRDefault="00000000">
      <w:pPr>
        <w:spacing w:after="20"/>
        <w:ind w:left="360"/>
      </w:pPr>
      <w:r>
        <w:t>D. Physical strength</w:t>
      </w:r>
    </w:p>
    <w:p w14:paraId="3861A33D" w14:textId="77777777" w:rsidR="009E0AC2" w:rsidRDefault="00000000">
      <w:r>
        <w:rPr>
          <w:b/>
        </w:rPr>
        <w:t>3. After human beings sinned, which action best demonstrates God’s continued concern for them?</w:t>
      </w:r>
    </w:p>
    <w:p w14:paraId="14C01DED" w14:textId="77777777" w:rsidR="009E0AC2" w:rsidRDefault="00000000">
      <w:pPr>
        <w:spacing w:after="20"/>
        <w:ind w:left="360"/>
      </w:pPr>
      <w:r>
        <w:t>A. He searched for them when they hid from Him</w:t>
      </w:r>
    </w:p>
    <w:p w14:paraId="2948D182" w14:textId="77777777" w:rsidR="009E0AC2" w:rsidRDefault="00000000">
      <w:pPr>
        <w:spacing w:after="20"/>
        <w:ind w:left="360"/>
      </w:pPr>
      <w:r>
        <w:t>B. He removed all hope of forgiveness</w:t>
      </w:r>
    </w:p>
    <w:p w14:paraId="699A3BD8" w14:textId="77777777" w:rsidR="009E0AC2" w:rsidRDefault="00000000">
      <w:pPr>
        <w:spacing w:after="20"/>
        <w:ind w:left="360"/>
      </w:pPr>
      <w:r>
        <w:t>C. He destroyed the whole garden</w:t>
      </w:r>
    </w:p>
    <w:p w14:paraId="5CF6C295" w14:textId="77777777" w:rsidR="009E0AC2" w:rsidRDefault="00000000">
      <w:pPr>
        <w:spacing w:after="20"/>
        <w:ind w:left="360"/>
      </w:pPr>
      <w:r>
        <w:t>D. He refused to speak to them again</w:t>
      </w:r>
    </w:p>
    <w:p w14:paraId="0193A44D" w14:textId="77777777" w:rsidR="009E0AC2" w:rsidRDefault="00000000">
      <w:r>
        <w:rPr>
          <w:b/>
        </w:rPr>
        <w:t>4. Which group contains only Minor Prophetic Books of the Old Testament?</w:t>
      </w:r>
    </w:p>
    <w:p w14:paraId="1812CD1B" w14:textId="77777777" w:rsidR="009E0AC2" w:rsidRPr="00535F02" w:rsidRDefault="00000000">
      <w:pPr>
        <w:spacing w:after="20"/>
        <w:ind w:left="360"/>
        <w:rPr>
          <w:lang w:val="de-DE"/>
        </w:rPr>
      </w:pPr>
      <w:r w:rsidRPr="00535F02">
        <w:rPr>
          <w:lang w:val="de-DE"/>
        </w:rPr>
        <w:t>A. Isaiah, Jeremiah, Ezekiel, Daniel</w:t>
      </w:r>
    </w:p>
    <w:p w14:paraId="245341F4" w14:textId="77777777" w:rsidR="009E0AC2" w:rsidRPr="00535F02" w:rsidRDefault="00000000">
      <w:pPr>
        <w:spacing w:after="20"/>
        <w:ind w:left="360"/>
        <w:rPr>
          <w:lang w:val="de-DE"/>
        </w:rPr>
      </w:pPr>
      <w:r w:rsidRPr="00535F02">
        <w:rPr>
          <w:lang w:val="de-DE"/>
        </w:rPr>
        <w:lastRenderedPageBreak/>
        <w:t>B. Amos, Micah, Nahum, Malachi</w:t>
      </w:r>
    </w:p>
    <w:p w14:paraId="2915F503" w14:textId="77777777" w:rsidR="009E0AC2" w:rsidRDefault="00000000">
      <w:pPr>
        <w:spacing w:after="20"/>
        <w:ind w:left="360"/>
      </w:pPr>
      <w:r>
        <w:t>C. Psalms, Proverbs, Job, Ecclesiastes</w:t>
      </w:r>
    </w:p>
    <w:p w14:paraId="4A653B3C" w14:textId="77777777" w:rsidR="009E0AC2" w:rsidRDefault="00000000">
      <w:pPr>
        <w:spacing w:after="20"/>
        <w:ind w:left="360"/>
      </w:pPr>
      <w:r>
        <w:t>D. Joshua, Judges, Ruth, Esther</w:t>
      </w:r>
    </w:p>
    <w:p w14:paraId="289E4567" w14:textId="77777777" w:rsidR="009E0AC2" w:rsidRDefault="00000000">
      <w:r>
        <w:rPr>
          <w:b/>
        </w:rPr>
        <w:t>5. In which language was most of the New Testament originally written?</w:t>
      </w:r>
    </w:p>
    <w:p w14:paraId="5AD93F0F" w14:textId="77777777" w:rsidR="009E0AC2" w:rsidRDefault="00000000">
      <w:pPr>
        <w:spacing w:after="20"/>
        <w:ind w:left="360"/>
      </w:pPr>
      <w:r>
        <w:t>A. Hebrew</w:t>
      </w:r>
    </w:p>
    <w:p w14:paraId="5B54F698" w14:textId="77777777" w:rsidR="009E0AC2" w:rsidRDefault="00000000">
      <w:pPr>
        <w:spacing w:after="20"/>
        <w:ind w:left="360"/>
      </w:pPr>
      <w:r>
        <w:t>B. Greek</w:t>
      </w:r>
    </w:p>
    <w:p w14:paraId="6584FE62" w14:textId="77777777" w:rsidR="009E0AC2" w:rsidRDefault="00000000">
      <w:pPr>
        <w:spacing w:after="20"/>
        <w:ind w:left="360"/>
      </w:pPr>
      <w:r>
        <w:t>C. Latin</w:t>
      </w:r>
    </w:p>
    <w:p w14:paraId="3A1FD549" w14:textId="77777777" w:rsidR="009E0AC2" w:rsidRDefault="00000000">
      <w:pPr>
        <w:spacing w:after="20"/>
        <w:ind w:left="360"/>
      </w:pPr>
      <w:r>
        <w:t>D. Aramaic</w:t>
      </w:r>
    </w:p>
    <w:p w14:paraId="724629A2" w14:textId="77777777" w:rsidR="009E0AC2" w:rsidRDefault="00000000">
      <w:r>
        <w:rPr>
          <w:b/>
        </w:rPr>
        <w:t>6. Which action best demonstrates Abraham’s faith in God?</w:t>
      </w:r>
    </w:p>
    <w:p w14:paraId="08B81D12" w14:textId="77777777" w:rsidR="009E0AC2" w:rsidRDefault="00000000">
      <w:pPr>
        <w:spacing w:after="20"/>
        <w:ind w:left="360"/>
      </w:pPr>
      <w:r>
        <w:t>A. He was willing to offer Isaac when God tested him</w:t>
      </w:r>
    </w:p>
    <w:p w14:paraId="1A4000B3" w14:textId="77777777" w:rsidR="009E0AC2" w:rsidRDefault="00000000">
      <w:pPr>
        <w:spacing w:after="20"/>
        <w:ind w:left="360"/>
      </w:pPr>
      <w:r>
        <w:t>B. He refused to leave his homeland</w:t>
      </w:r>
    </w:p>
    <w:p w14:paraId="24679F9B" w14:textId="77777777" w:rsidR="009E0AC2" w:rsidRDefault="00000000">
      <w:pPr>
        <w:spacing w:after="20"/>
        <w:ind w:left="360"/>
      </w:pPr>
      <w:r>
        <w:t>C. He avoided every difficult decision</w:t>
      </w:r>
    </w:p>
    <w:p w14:paraId="3662C936" w14:textId="77777777" w:rsidR="009E0AC2" w:rsidRDefault="00000000">
      <w:pPr>
        <w:spacing w:after="20"/>
        <w:ind w:left="360"/>
      </w:pPr>
      <w:r>
        <w:t>D. He built cities for foreign kings</w:t>
      </w:r>
    </w:p>
    <w:p w14:paraId="06CDF689" w14:textId="77777777" w:rsidR="009E0AC2" w:rsidRDefault="00000000">
      <w:r>
        <w:rPr>
          <w:b/>
        </w:rPr>
        <w:t>7. Which action best expresses Christian love in a community?</w:t>
      </w:r>
    </w:p>
    <w:p w14:paraId="2677980C" w14:textId="77777777" w:rsidR="009E0AC2" w:rsidRDefault="00000000">
      <w:pPr>
        <w:spacing w:after="20"/>
        <w:ind w:left="360"/>
      </w:pPr>
      <w:r>
        <w:t>A. Helping a person who is in need</w:t>
      </w:r>
    </w:p>
    <w:p w14:paraId="5510D9A0" w14:textId="77777777" w:rsidR="009E0AC2" w:rsidRDefault="00000000">
      <w:pPr>
        <w:spacing w:after="20"/>
        <w:ind w:left="360"/>
      </w:pPr>
      <w:r>
        <w:t>B. Winning an argument in church</w:t>
      </w:r>
    </w:p>
    <w:p w14:paraId="0279C418" w14:textId="77777777" w:rsidR="009E0AC2" w:rsidRDefault="00000000">
      <w:pPr>
        <w:spacing w:after="20"/>
        <w:ind w:left="360"/>
      </w:pPr>
      <w:r>
        <w:t>C. Reading only for personal praise</w:t>
      </w:r>
    </w:p>
    <w:p w14:paraId="14646E97" w14:textId="77777777" w:rsidR="009E0AC2" w:rsidRDefault="00000000">
      <w:pPr>
        <w:spacing w:after="20"/>
        <w:ind w:left="360"/>
      </w:pPr>
      <w:r>
        <w:t>D. Avoiding people with problems</w:t>
      </w:r>
    </w:p>
    <w:p w14:paraId="6BF34E3A" w14:textId="77777777" w:rsidR="009E0AC2" w:rsidRDefault="00000000">
      <w:r>
        <w:rPr>
          <w:b/>
        </w:rPr>
        <w:t>8. One lesson from Saul’s leadership as king is that leaders should</w:t>
      </w:r>
    </w:p>
    <w:p w14:paraId="700D00D4" w14:textId="77777777" w:rsidR="009E0AC2" w:rsidRDefault="00000000">
      <w:pPr>
        <w:spacing w:after="20"/>
        <w:ind w:left="360"/>
      </w:pPr>
      <w:r>
        <w:t>A. follow God’s instructions</w:t>
      </w:r>
    </w:p>
    <w:p w14:paraId="3DE5A54D" w14:textId="77777777" w:rsidR="009E0AC2" w:rsidRDefault="00000000">
      <w:pPr>
        <w:spacing w:after="20"/>
        <w:ind w:left="360"/>
      </w:pPr>
      <w:r>
        <w:t>B. seek fame above obedience</w:t>
      </w:r>
    </w:p>
    <w:p w14:paraId="2E033E2F" w14:textId="77777777" w:rsidR="009E0AC2" w:rsidRDefault="00000000">
      <w:pPr>
        <w:spacing w:after="20"/>
        <w:ind w:left="360"/>
      </w:pPr>
      <w:r>
        <w:t>C. ignore wise advice</w:t>
      </w:r>
    </w:p>
    <w:p w14:paraId="4D75684A" w14:textId="77777777" w:rsidR="009E0AC2" w:rsidRDefault="00000000">
      <w:pPr>
        <w:spacing w:after="20"/>
        <w:ind w:left="360"/>
      </w:pPr>
      <w:r>
        <w:t>D. use power for personal gain</w:t>
      </w:r>
    </w:p>
    <w:p w14:paraId="2C2EC935" w14:textId="77777777" w:rsidR="009E0AC2" w:rsidRDefault="00000000">
      <w:r>
        <w:rPr>
          <w:b/>
        </w:rPr>
        <w:t>9. Which event is associated with God’s covenant with Abraham?</w:t>
      </w:r>
    </w:p>
    <w:p w14:paraId="19E9C66E" w14:textId="77777777" w:rsidR="009E0AC2" w:rsidRDefault="00000000">
      <w:pPr>
        <w:spacing w:after="20"/>
        <w:ind w:left="360"/>
      </w:pPr>
      <w:r>
        <w:t>A. God promised Abraham descendants and land</w:t>
      </w:r>
    </w:p>
    <w:p w14:paraId="386E2B13" w14:textId="77777777" w:rsidR="009E0AC2" w:rsidRDefault="00000000">
      <w:pPr>
        <w:spacing w:after="20"/>
        <w:ind w:left="360"/>
      </w:pPr>
      <w:r>
        <w:t>B. Jesus sent the Holy Spirit</w:t>
      </w:r>
    </w:p>
    <w:p w14:paraId="75774BD2" w14:textId="77777777" w:rsidR="009E0AC2" w:rsidRDefault="00000000">
      <w:pPr>
        <w:spacing w:after="20"/>
        <w:ind w:left="360"/>
      </w:pPr>
      <w:r>
        <w:t>C. The Israelites crossed the Red Sea</w:t>
      </w:r>
    </w:p>
    <w:p w14:paraId="7CA4A1E9" w14:textId="77777777" w:rsidR="009E0AC2" w:rsidRDefault="00000000">
      <w:pPr>
        <w:spacing w:after="20"/>
        <w:ind w:left="360"/>
      </w:pPr>
      <w:r>
        <w:t>D. David became king of Israel</w:t>
      </w:r>
    </w:p>
    <w:p w14:paraId="52E453C4" w14:textId="77777777" w:rsidR="009E0AC2" w:rsidRDefault="00000000">
      <w:r>
        <w:rPr>
          <w:b/>
        </w:rPr>
        <w:t>10. Which miracle particularly illustrates persistence in seeking help despite obstacles?</w:t>
      </w:r>
    </w:p>
    <w:p w14:paraId="1C6E643E" w14:textId="77777777" w:rsidR="009E0AC2" w:rsidRDefault="00000000">
      <w:pPr>
        <w:spacing w:after="20"/>
        <w:ind w:left="360"/>
      </w:pPr>
      <w:r>
        <w:t>A. Healing of blind Bartimaeus</w:t>
      </w:r>
    </w:p>
    <w:p w14:paraId="5208506D" w14:textId="77777777" w:rsidR="009E0AC2" w:rsidRDefault="00000000">
      <w:pPr>
        <w:spacing w:after="20"/>
        <w:ind w:left="360"/>
      </w:pPr>
      <w:r>
        <w:t>B. Changing water into wine</w:t>
      </w:r>
    </w:p>
    <w:p w14:paraId="24023E64" w14:textId="77777777" w:rsidR="009E0AC2" w:rsidRDefault="00000000">
      <w:pPr>
        <w:spacing w:after="20"/>
        <w:ind w:left="360"/>
      </w:pPr>
      <w:r>
        <w:t>C. Catching a large number of fish</w:t>
      </w:r>
    </w:p>
    <w:p w14:paraId="05203F2C" w14:textId="77777777" w:rsidR="009E0AC2" w:rsidRDefault="00000000">
      <w:pPr>
        <w:spacing w:after="20"/>
        <w:ind w:left="360"/>
      </w:pPr>
      <w:r>
        <w:t>D. Feeding the five thousand</w:t>
      </w:r>
    </w:p>
    <w:p w14:paraId="41244158" w14:textId="77777777" w:rsidR="009E0AC2" w:rsidRDefault="00000000">
      <w:r>
        <w:rPr>
          <w:b/>
        </w:rPr>
        <w:t>11. What central lesson can Christians draw from Jesus calming the storm?</w:t>
      </w:r>
    </w:p>
    <w:p w14:paraId="26EB95F3" w14:textId="77777777" w:rsidR="009E0AC2" w:rsidRDefault="00000000">
      <w:pPr>
        <w:spacing w:after="20"/>
        <w:ind w:left="360"/>
      </w:pPr>
      <w:r>
        <w:t>A. Trusting God when facing difficult situations</w:t>
      </w:r>
    </w:p>
    <w:p w14:paraId="36E461F8" w14:textId="77777777" w:rsidR="009E0AC2" w:rsidRDefault="00000000">
      <w:pPr>
        <w:spacing w:after="20"/>
        <w:ind w:left="360"/>
      </w:pPr>
      <w:r>
        <w:t>B. Avoiding all journeys by water</w:t>
      </w:r>
    </w:p>
    <w:p w14:paraId="728F4700" w14:textId="77777777" w:rsidR="009E0AC2" w:rsidRDefault="00000000">
      <w:pPr>
        <w:spacing w:after="20"/>
        <w:ind w:left="360"/>
      </w:pPr>
      <w:r>
        <w:t>C. Never asking others for help</w:t>
      </w:r>
    </w:p>
    <w:p w14:paraId="7DA3B804" w14:textId="77777777" w:rsidR="009E0AC2" w:rsidRDefault="00000000">
      <w:pPr>
        <w:spacing w:after="20"/>
        <w:ind w:left="360"/>
      </w:pPr>
      <w:r>
        <w:t>D. Doubting whenever problems arise</w:t>
      </w:r>
    </w:p>
    <w:p w14:paraId="0CD77CC0" w14:textId="77777777" w:rsidR="009E0AC2" w:rsidRDefault="00000000">
      <w:r>
        <w:rPr>
          <w:b/>
        </w:rPr>
        <w:t>12. Which one of the following is NOT an example of sexual abuse?</w:t>
      </w:r>
    </w:p>
    <w:p w14:paraId="41D978A3" w14:textId="77777777" w:rsidR="009E0AC2" w:rsidRDefault="00000000">
      <w:pPr>
        <w:spacing w:after="20"/>
        <w:ind w:left="360"/>
      </w:pPr>
      <w:r>
        <w:t>A. Rape</w:t>
      </w:r>
    </w:p>
    <w:p w14:paraId="4EF5E978" w14:textId="77777777" w:rsidR="009E0AC2" w:rsidRDefault="00000000">
      <w:pPr>
        <w:spacing w:after="20"/>
        <w:ind w:left="360"/>
      </w:pPr>
      <w:r>
        <w:t>B. Incest</w:t>
      </w:r>
    </w:p>
    <w:p w14:paraId="4B0A7BC8" w14:textId="77777777" w:rsidR="009E0AC2" w:rsidRDefault="00000000">
      <w:pPr>
        <w:spacing w:after="20"/>
        <w:ind w:left="360"/>
      </w:pPr>
      <w:r>
        <w:t>C. Unwanted sexual touching</w:t>
      </w:r>
    </w:p>
    <w:p w14:paraId="6C3B83AA" w14:textId="77777777" w:rsidR="009E0AC2" w:rsidRDefault="00000000">
      <w:pPr>
        <w:spacing w:after="20"/>
        <w:ind w:left="360"/>
      </w:pPr>
      <w:r>
        <w:lastRenderedPageBreak/>
        <w:t>D. Respectful and appropriate interaction</w:t>
      </w:r>
    </w:p>
    <w:p w14:paraId="4237130F" w14:textId="77777777" w:rsidR="009E0AC2" w:rsidRDefault="00000000">
      <w:r>
        <w:rPr>
          <w:b/>
        </w:rPr>
        <w:t>13. Which statement does NOT correctly describe the importance of prayer?</w:t>
      </w:r>
    </w:p>
    <w:p w14:paraId="55E2FB7E" w14:textId="77777777" w:rsidR="009E0AC2" w:rsidRDefault="00000000">
      <w:pPr>
        <w:spacing w:after="20"/>
        <w:ind w:left="360"/>
      </w:pPr>
      <w:r>
        <w:t>A. Prayer guarantees that every desire will be granted</w:t>
      </w:r>
    </w:p>
    <w:p w14:paraId="7FD6F0D4" w14:textId="77777777" w:rsidR="009E0AC2" w:rsidRDefault="00000000">
      <w:pPr>
        <w:spacing w:after="20"/>
        <w:ind w:left="360"/>
      </w:pPr>
      <w:r>
        <w:t>B. Prayer strengthens a person’s relationship with God</w:t>
      </w:r>
    </w:p>
    <w:p w14:paraId="73E1EFF8" w14:textId="77777777" w:rsidR="009E0AC2" w:rsidRDefault="00000000">
      <w:pPr>
        <w:spacing w:after="20"/>
        <w:ind w:left="360"/>
      </w:pPr>
      <w:r>
        <w:t>C. Prayer can help Christians seek guidance</w:t>
      </w:r>
    </w:p>
    <w:p w14:paraId="3DC00025" w14:textId="77777777" w:rsidR="009E0AC2" w:rsidRDefault="00000000">
      <w:pPr>
        <w:spacing w:after="20"/>
        <w:ind w:left="360"/>
      </w:pPr>
      <w:r>
        <w:t>D. Prayer can help believers resist temptation</w:t>
      </w:r>
    </w:p>
    <w:p w14:paraId="09D25972" w14:textId="77777777" w:rsidR="009E0AC2" w:rsidRDefault="00000000">
      <w:r>
        <w:rPr>
          <w:b/>
        </w:rPr>
        <w:t>14. When John the Baptist told tax collectors not to collect more than required, which value was he promoting?</w:t>
      </w:r>
    </w:p>
    <w:p w14:paraId="65BE2142" w14:textId="77777777" w:rsidR="009E0AC2" w:rsidRDefault="00000000">
      <w:pPr>
        <w:spacing w:after="20"/>
        <w:ind w:left="360"/>
      </w:pPr>
      <w:r>
        <w:t>A. Honesty</w:t>
      </w:r>
    </w:p>
    <w:p w14:paraId="4A0EDFAE" w14:textId="77777777" w:rsidR="009E0AC2" w:rsidRDefault="00000000">
      <w:pPr>
        <w:spacing w:after="20"/>
        <w:ind w:left="360"/>
      </w:pPr>
      <w:r>
        <w:t>B. Patience</w:t>
      </w:r>
    </w:p>
    <w:p w14:paraId="37A7F5F8" w14:textId="77777777" w:rsidR="009E0AC2" w:rsidRDefault="00000000">
      <w:pPr>
        <w:spacing w:after="20"/>
        <w:ind w:left="360"/>
      </w:pPr>
      <w:r>
        <w:t>C. Competition</w:t>
      </w:r>
    </w:p>
    <w:p w14:paraId="41940A2E" w14:textId="77777777" w:rsidR="009E0AC2" w:rsidRDefault="00000000">
      <w:pPr>
        <w:spacing w:after="20"/>
        <w:ind w:left="360"/>
      </w:pPr>
      <w:r>
        <w:t>D. Popularity</w:t>
      </w:r>
    </w:p>
    <w:p w14:paraId="67574D71" w14:textId="77777777" w:rsidR="009E0AC2" w:rsidRDefault="00000000">
      <w:r>
        <w:rPr>
          <w:b/>
        </w:rPr>
        <w:t>15. What happened to the disciples on the day of Pentecost?</w:t>
      </w:r>
    </w:p>
    <w:p w14:paraId="1B42D3E0" w14:textId="77777777" w:rsidR="009E0AC2" w:rsidRDefault="00000000">
      <w:pPr>
        <w:spacing w:after="20"/>
        <w:ind w:left="360"/>
      </w:pPr>
      <w:r>
        <w:t>A. They spoke in other tongues</w:t>
      </w:r>
    </w:p>
    <w:p w14:paraId="6DC6FA76" w14:textId="77777777" w:rsidR="009E0AC2" w:rsidRDefault="00000000">
      <w:pPr>
        <w:spacing w:after="20"/>
        <w:ind w:left="360"/>
      </w:pPr>
      <w:r>
        <w:t>B. They built a temple</w:t>
      </w:r>
    </w:p>
    <w:p w14:paraId="058362A7" w14:textId="77777777" w:rsidR="009E0AC2" w:rsidRDefault="00000000">
      <w:pPr>
        <w:spacing w:after="20"/>
        <w:ind w:left="360"/>
      </w:pPr>
      <w:r>
        <w:t>C. They travelled to Egypt</w:t>
      </w:r>
    </w:p>
    <w:p w14:paraId="1C6C55CB" w14:textId="77777777" w:rsidR="009E0AC2" w:rsidRDefault="00000000">
      <w:pPr>
        <w:spacing w:after="20"/>
        <w:ind w:left="360"/>
      </w:pPr>
      <w:r>
        <w:t>D. They crowned a new king</w:t>
      </w:r>
    </w:p>
    <w:p w14:paraId="03241E46" w14:textId="77777777" w:rsidR="009E0AC2" w:rsidRDefault="00000000">
      <w:r>
        <w:rPr>
          <w:b/>
        </w:rPr>
        <w:t>16. Which practice is most likely to strengthen healthy family relationships?</w:t>
      </w:r>
    </w:p>
    <w:p w14:paraId="1BAA0886" w14:textId="77777777" w:rsidR="009E0AC2" w:rsidRDefault="00000000">
      <w:pPr>
        <w:spacing w:after="20"/>
        <w:ind w:left="360"/>
      </w:pPr>
      <w:r>
        <w:t>A. Working together to solve family problems</w:t>
      </w:r>
    </w:p>
    <w:p w14:paraId="6515ACC9" w14:textId="77777777" w:rsidR="009E0AC2" w:rsidRDefault="00000000">
      <w:pPr>
        <w:spacing w:after="20"/>
        <w:ind w:left="360"/>
      </w:pPr>
      <w:r>
        <w:t>B. Competing with one another in every activity</w:t>
      </w:r>
    </w:p>
    <w:p w14:paraId="0B927D07" w14:textId="77777777" w:rsidR="009E0AC2" w:rsidRDefault="00000000">
      <w:pPr>
        <w:spacing w:after="20"/>
        <w:ind w:left="360"/>
      </w:pPr>
      <w:r>
        <w:t>C. Discussing every family issue with strangers</w:t>
      </w:r>
    </w:p>
    <w:p w14:paraId="0DD33F80" w14:textId="77777777" w:rsidR="009E0AC2" w:rsidRDefault="00000000">
      <w:pPr>
        <w:spacing w:after="20"/>
        <w:ind w:left="360"/>
      </w:pPr>
      <w:r>
        <w:t>D. Refusing to share responsibilities</w:t>
      </w:r>
    </w:p>
    <w:p w14:paraId="7C37CFB0" w14:textId="77777777" w:rsidR="009E0AC2" w:rsidRDefault="00000000">
      <w:r>
        <w:rPr>
          <w:b/>
        </w:rPr>
        <w:t>17. Which is a likely effect of gambling among young people?</w:t>
      </w:r>
    </w:p>
    <w:p w14:paraId="04278A01" w14:textId="77777777" w:rsidR="009E0AC2" w:rsidRDefault="00000000">
      <w:pPr>
        <w:spacing w:after="20"/>
        <w:ind w:left="360"/>
      </w:pPr>
      <w:r>
        <w:t>A. Addiction and financial difficulties</w:t>
      </w:r>
    </w:p>
    <w:p w14:paraId="7BE5ED99" w14:textId="77777777" w:rsidR="009E0AC2" w:rsidRDefault="00000000">
      <w:pPr>
        <w:spacing w:after="20"/>
        <w:ind w:left="360"/>
      </w:pPr>
      <w:r>
        <w:t>B. Improved concentration in class</w:t>
      </w:r>
    </w:p>
    <w:p w14:paraId="3ED9115A" w14:textId="77777777" w:rsidR="009E0AC2" w:rsidRDefault="00000000">
      <w:pPr>
        <w:spacing w:after="20"/>
        <w:ind w:left="360"/>
      </w:pPr>
      <w:r>
        <w:t>C. Greater saving discipline</w:t>
      </w:r>
    </w:p>
    <w:p w14:paraId="287B6C75" w14:textId="77777777" w:rsidR="009E0AC2" w:rsidRDefault="00000000">
      <w:pPr>
        <w:spacing w:after="20"/>
        <w:ind w:left="360"/>
      </w:pPr>
      <w:r>
        <w:t>D. Reduced dependence on chance</w:t>
      </w:r>
    </w:p>
    <w:p w14:paraId="21FC9847" w14:textId="77777777" w:rsidR="009E0AC2" w:rsidRDefault="00000000">
      <w:r>
        <w:rPr>
          <w:b/>
        </w:rPr>
        <w:t>18. You witness a learner being bullied at school. What is the safest responsible action?</w:t>
      </w:r>
    </w:p>
    <w:p w14:paraId="726A921D" w14:textId="77777777" w:rsidR="009E0AC2" w:rsidRDefault="00000000">
      <w:pPr>
        <w:spacing w:after="20"/>
        <w:ind w:left="360"/>
      </w:pPr>
      <w:r>
        <w:t>A. Report the incident to a teacher or other trusted adult</w:t>
      </w:r>
    </w:p>
    <w:p w14:paraId="7D7456D2" w14:textId="77777777" w:rsidR="009E0AC2" w:rsidRDefault="00000000">
      <w:pPr>
        <w:spacing w:after="20"/>
        <w:ind w:left="360"/>
      </w:pPr>
      <w:r>
        <w:t>B. Join the group to avoid becoming a target</w:t>
      </w:r>
    </w:p>
    <w:p w14:paraId="7333B2E4" w14:textId="77777777" w:rsidR="009E0AC2" w:rsidRDefault="00000000">
      <w:pPr>
        <w:spacing w:after="20"/>
        <w:ind w:left="360"/>
      </w:pPr>
      <w:r>
        <w:t>C. Ignore it completely</w:t>
      </w:r>
    </w:p>
    <w:p w14:paraId="2162D7BB" w14:textId="77777777" w:rsidR="009E0AC2" w:rsidRDefault="00000000">
      <w:pPr>
        <w:spacing w:after="20"/>
        <w:ind w:left="360"/>
      </w:pPr>
      <w:r>
        <w:t>D. Post the incident online</w:t>
      </w:r>
    </w:p>
    <w:p w14:paraId="67FAE0FF" w14:textId="77777777" w:rsidR="009E0AC2" w:rsidRDefault="00000000">
      <w:r>
        <w:rPr>
          <w:b/>
        </w:rPr>
        <w:t>19. A learner who wants to nurture a singing talent should</w:t>
      </w:r>
    </w:p>
    <w:p w14:paraId="1E967C18" w14:textId="77777777" w:rsidR="009E0AC2" w:rsidRDefault="00000000">
      <w:pPr>
        <w:spacing w:after="20"/>
        <w:ind w:left="360"/>
      </w:pPr>
      <w:r>
        <w:t>A. compose and perform songs regularly</w:t>
      </w:r>
    </w:p>
    <w:p w14:paraId="0E2355F3" w14:textId="77777777" w:rsidR="009E0AC2" w:rsidRDefault="00000000">
      <w:pPr>
        <w:spacing w:after="20"/>
        <w:ind w:left="360"/>
      </w:pPr>
      <w:r>
        <w:t>B. avoid practising in public</w:t>
      </w:r>
    </w:p>
    <w:p w14:paraId="7CA50BB6" w14:textId="77777777" w:rsidR="009E0AC2" w:rsidRDefault="00000000">
      <w:pPr>
        <w:spacing w:after="20"/>
        <w:ind w:left="360"/>
      </w:pPr>
      <w:r>
        <w:t>C. sing only when examinations end</w:t>
      </w:r>
    </w:p>
    <w:p w14:paraId="62BF4D69" w14:textId="77777777" w:rsidR="009E0AC2" w:rsidRDefault="00000000">
      <w:pPr>
        <w:spacing w:after="20"/>
        <w:ind w:left="360"/>
      </w:pPr>
      <w:r>
        <w:t>D. stop learning from other musicians</w:t>
      </w:r>
    </w:p>
    <w:p w14:paraId="60099E91" w14:textId="77777777" w:rsidR="009E0AC2" w:rsidRDefault="00000000">
      <w:r>
        <w:rPr>
          <w:b/>
        </w:rPr>
        <w:t>20. Which one is NOT a likely reason why some youths misuse leisure time?</w:t>
      </w:r>
    </w:p>
    <w:p w14:paraId="6C151051" w14:textId="77777777" w:rsidR="009E0AC2" w:rsidRDefault="00000000">
      <w:pPr>
        <w:spacing w:after="20"/>
        <w:ind w:left="360"/>
      </w:pPr>
      <w:r>
        <w:t>A. Positive peer influence</w:t>
      </w:r>
    </w:p>
    <w:p w14:paraId="7F1FE5FD" w14:textId="77777777" w:rsidR="009E0AC2" w:rsidRDefault="00000000">
      <w:pPr>
        <w:spacing w:after="20"/>
        <w:ind w:left="360"/>
      </w:pPr>
      <w:r>
        <w:t>B. Negative influence from social media</w:t>
      </w:r>
    </w:p>
    <w:p w14:paraId="05C710C7" w14:textId="77777777" w:rsidR="009E0AC2" w:rsidRDefault="00000000">
      <w:pPr>
        <w:spacing w:after="20"/>
        <w:ind w:left="360"/>
      </w:pPr>
      <w:r>
        <w:t>C. Lack of constructive activities</w:t>
      </w:r>
    </w:p>
    <w:p w14:paraId="40DB4B21" w14:textId="77777777" w:rsidR="009E0AC2" w:rsidRDefault="00000000">
      <w:pPr>
        <w:spacing w:after="20"/>
        <w:ind w:left="360"/>
      </w:pPr>
      <w:r>
        <w:t>D. Permissiveness in society</w:t>
      </w:r>
    </w:p>
    <w:p w14:paraId="37DE0A9A" w14:textId="77777777" w:rsidR="009E0AC2" w:rsidRDefault="00000000">
      <w:r>
        <w:br w:type="page"/>
      </w:r>
    </w:p>
    <w:p w14:paraId="5C499913" w14:textId="77777777" w:rsidR="009E0AC2" w:rsidRDefault="00000000">
      <w:pPr>
        <w:pStyle w:val="Heading1"/>
      </w:pPr>
      <w:r>
        <w:lastRenderedPageBreak/>
        <w:t>SECTION B – SHORT STRUCTURED AND ESSAY QUESTIONS (30 marks)</w:t>
      </w:r>
    </w:p>
    <w:p w14:paraId="0E8253A9" w14:textId="77777777" w:rsidR="009E0AC2" w:rsidRDefault="00000000">
      <w:r>
        <w:rPr>
          <w:b/>
        </w:rPr>
        <w:t>21. State five reasons why learners should study Christian Religious Education. (5 marks)</w:t>
      </w:r>
    </w:p>
    <w:p w14:paraId="38D02122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2393EBAC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CC4E28C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2834167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14F762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1075821B" w14:textId="77777777" w:rsidR="009E0AC2" w:rsidRDefault="00000000">
      <w:r>
        <w:rPr>
          <w:b/>
        </w:rPr>
        <w:t>22. State five ways in which God’s covenant with Abraham was important to Abraham and his descendants. (5 marks)</w:t>
      </w:r>
    </w:p>
    <w:p w14:paraId="070CECB3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15E14CEC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F50AE8E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55457FF6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664ADC4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60F2714E" w14:textId="77777777" w:rsidR="009E0AC2" w:rsidRDefault="00000000">
      <w:r>
        <w:rPr>
          <w:b/>
        </w:rPr>
        <w:t>23. Describe the miracle of Jesus calming the storm as recorded in Luke 8:22–25. (5 marks)</w:t>
      </w:r>
    </w:p>
    <w:p w14:paraId="4FF1966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0224AC51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53F3554C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391C3574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0A3B82C1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2813D0E6" w14:textId="77777777" w:rsidR="009E0AC2" w:rsidRDefault="00000000">
      <w:r>
        <w:rPr>
          <w:b/>
        </w:rPr>
        <w:t>24. State five practical ways through which a Christian can demonstrate the Fruits of the Holy Spirit in everyday life. (5 marks)</w:t>
      </w:r>
    </w:p>
    <w:p w14:paraId="1B41D688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47CFE41E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0D6F1C08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A931D2B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8D2F8A6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5099E639" w14:textId="77777777" w:rsidR="009E0AC2" w:rsidRDefault="00000000">
      <w:r>
        <w:rPr>
          <w:b/>
        </w:rPr>
        <w:t>25. Cyberbullying involves using digital platforms to harass, threaten or harm another person. State five responsible ways of responding to cyberbullying. (5 marks)</w:t>
      </w:r>
    </w:p>
    <w:p w14:paraId="3B220488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2314977F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68049E8E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14438900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7DEB8F8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50EF0A29" w14:textId="77777777" w:rsidR="009E0AC2" w:rsidRDefault="00000000">
      <w:r>
        <w:rPr>
          <w:b/>
        </w:rPr>
        <w:t>26. State five factors that may contribute to teenage pregnancy and the decision to seek an abortion. (5 marks)</w:t>
      </w:r>
    </w:p>
    <w:p w14:paraId="7D659D22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3E4A242D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3D5AB1E2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5B66F547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p w14:paraId="17DC9E41" w14:textId="77777777" w:rsidR="009E0AC2" w:rsidRDefault="00000000">
      <w:pPr>
        <w:spacing w:after="40"/>
      </w:pPr>
      <w:r>
        <w:t>________________________________________________________________________________________________</w:t>
      </w:r>
    </w:p>
    <w:sectPr w:rsidR="009E0AC2" w:rsidSect="00034616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732DA" w14:textId="77777777" w:rsidR="004273A6" w:rsidRDefault="004273A6">
      <w:pPr>
        <w:spacing w:after="0" w:line="240" w:lineRule="auto"/>
      </w:pPr>
      <w:r>
        <w:separator/>
      </w:r>
    </w:p>
  </w:endnote>
  <w:endnote w:type="continuationSeparator" w:id="0">
    <w:p w14:paraId="7B04A413" w14:textId="77777777" w:rsidR="004273A6" w:rsidRDefault="00427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6B5B" w14:textId="77777777" w:rsidR="009E0AC2" w:rsidRDefault="00000000">
    <w:pPr>
      <w:pStyle w:val="Footer"/>
      <w:jc w:val="center"/>
    </w:pPr>
    <w:r>
      <w:rPr>
        <w:sz w:val="16"/>
      </w:rPr>
      <w:t xml:space="preserve">CHRISTIAN RELIGIOUS EDUCATION  |  </w:t>
    </w:r>
    <w:r>
      <w:fldChar w:fldCharType="begin"/>
    </w:r>
    <w:r>
      <w:instrText>PAGE</w:instrText>
    </w:r>
    <w:r w:rsidR="00535F02">
      <w:fldChar w:fldCharType="separate"/>
    </w:r>
    <w:r w:rsidR="00535F02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60104" w14:textId="77777777" w:rsidR="004273A6" w:rsidRDefault="004273A6">
      <w:pPr>
        <w:spacing w:after="0" w:line="240" w:lineRule="auto"/>
      </w:pPr>
      <w:r>
        <w:separator/>
      </w:r>
    </w:p>
  </w:footnote>
  <w:footnote w:type="continuationSeparator" w:id="0">
    <w:p w14:paraId="49441620" w14:textId="77777777" w:rsidR="004273A6" w:rsidRDefault="00427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66AC" w14:textId="77777777" w:rsidR="009E0AC2" w:rsidRDefault="00000000">
    <w:pPr>
      <w:pStyle w:val="Header"/>
      <w:jc w:val="center"/>
    </w:pPr>
    <w:r>
      <w:rPr>
        <w:b/>
        <w:sz w:val="16"/>
      </w:rPr>
      <w:t xml:space="preserve">  |  GRADE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F50FC1"/>
    <w:multiLevelType w:val="hybridMultilevel"/>
    <w:tmpl w:val="0B3C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572036">
    <w:abstractNumId w:val="8"/>
  </w:num>
  <w:num w:numId="2" w16cid:durableId="988900142">
    <w:abstractNumId w:val="6"/>
  </w:num>
  <w:num w:numId="3" w16cid:durableId="1636327404">
    <w:abstractNumId w:val="5"/>
  </w:num>
  <w:num w:numId="4" w16cid:durableId="966740787">
    <w:abstractNumId w:val="4"/>
  </w:num>
  <w:num w:numId="5" w16cid:durableId="1839029963">
    <w:abstractNumId w:val="7"/>
  </w:num>
  <w:num w:numId="6" w16cid:durableId="1187212278">
    <w:abstractNumId w:val="3"/>
  </w:num>
  <w:num w:numId="7" w16cid:durableId="1271739905">
    <w:abstractNumId w:val="2"/>
  </w:num>
  <w:num w:numId="8" w16cid:durableId="880703389">
    <w:abstractNumId w:val="1"/>
  </w:num>
  <w:num w:numId="9" w16cid:durableId="1338995895">
    <w:abstractNumId w:val="0"/>
  </w:num>
  <w:num w:numId="10" w16cid:durableId="5356571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73A6"/>
    <w:rsid w:val="00535F02"/>
    <w:rsid w:val="00690ABC"/>
    <w:rsid w:val="009E0AC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EE2ED5"/>
  <w14:defaultImageDpi w14:val="300"/>
  <w15:docId w15:val="{03770714-6E11-4431-ADBB-E4BF47E6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2026-09-21T19:41:00Z</dcterms:modified>
  <cp:category/>
</cp:coreProperties>
</file>