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AA2B3" w14:textId="77777777" w:rsidR="00DE6B8F" w:rsidRDefault="00000000">
      <w:pPr>
        <w:jc w:val="center"/>
      </w:pPr>
      <w:r>
        <w:rPr>
          <w:b/>
          <w:sz w:val="28"/>
        </w:rPr>
        <w:t>KENYA JUNIOR SCHOOL EDUCATION ASSESSMENT</w:t>
      </w:r>
    </w:p>
    <w:p w14:paraId="57209A0C" w14:textId="77777777" w:rsidR="00DE6B8F" w:rsidRDefault="00000000">
      <w:pPr>
        <w:jc w:val="center"/>
      </w:pPr>
      <w:r>
        <w:rPr>
          <w:b/>
          <w:sz w:val="30"/>
        </w:rPr>
        <w:t>GRADE 7 - 2026</w:t>
      </w:r>
    </w:p>
    <w:p w14:paraId="18C2A337" w14:textId="77777777" w:rsidR="00DE6B8F" w:rsidRDefault="00000000">
      <w:pPr>
        <w:jc w:val="center"/>
      </w:pPr>
      <w:r>
        <w:rPr>
          <w:b/>
          <w:sz w:val="30"/>
          <w:u w:val="single"/>
        </w:rPr>
        <w:t>SOCIAL STUDIES</w:t>
      </w:r>
    </w:p>
    <w:p w14:paraId="7DFC3B2F" w14:textId="77777777" w:rsidR="00DE6B8F" w:rsidRDefault="00000000">
      <w:pPr>
        <w:jc w:val="center"/>
      </w:pPr>
      <w:r>
        <w:rPr>
          <w:b/>
        </w:rPr>
        <w:t>TIME: 1 HOUR 30 MINUTES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55"/>
        <w:gridCol w:w="2736"/>
        <w:gridCol w:w="2557"/>
        <w:gridCol w:w="2736"/>
      </w:tblGrid>
      <w:tr w:rsidR="00DE6B8F" w14:paraId="15E6ABEF" w14:textId="77777777">
        <w:trPr>
          <w:jc w:val="center"/>
        </w:trPr>
        <w:tc>
          <w:tcPr>
            <w:tcW w:w="2592" w:type="dxa"/>
            <w:vAlign w:val="center"/>
          </w:tcPr>
          <w:p w14:paraId="507781D8" w14:textId="77777777" w:rsidR="00DE6B8F" w:rsidRDefault="00000000">
            <w:r>
              <w:rPr>
                <w:b/>
                <w:sz w:val="18"/>
              </w:rPr>
              <w:t>Learner's Name</w:t>
            </w:r>
          </w:p>
        </w:tc>
        <w:tc>
          <w:tcPr>
            <w:tcW w:w="2592" w:type="dxa"/>
            <w:vAlign w:val="center"/>
          </w:tcPr>
          <w:p w14:paraId="13BD1A68" w14:textId="77777777" w:rsidR="00DE6B8F" w:rsidRDefault="00000000">
            <w:r>
              <w:rPr>
                <w:sz w:val="18"/>
              </w:rPr>
              <w:t>____________________________</w:t>
            </w:r>
          </w:p>
        </w:tc>
        <w:tc>
          <w:tcPr>
            <w:tcW w:w="2592" w:type="dxa"/>
            <w:vAlign w:val="center"/>
          </w:tcPr>
          <w:p w14:paraId="58AAC093" w14:textId="77777777" w:rsidR="00DE6B8F" w:rsidRDefault="00000000">
            <w:r>
              <w:rPr>
                <w:b/>
                <w:sz w:val="18"/>
              </w:rPr>
              <w:t>Assessment Number</w:t>
            </w:r>
          </w:p>
        </w:tc>
        <w:tc>
          <w:tcPr>
            <w:tcW w:w="2592" w:type="dxa"/>
            <w:vAlign w:val="center"/>
          </w:tcPr>
          <w:p w14:paraId="29AABB78" w14:textId="77777777" w:rsidR="00DE6B8F" w:rsidRDefault="00000000">
            <w:r>
              <w:rPr>
                <w:sz w:val="18"/>
              </w:rPr>
              <w:t>____________________________</w:t>
            </w:r>
          </w:p>
        </w:tc>
      </w:tr>
      <w:tr w:rsidR="00DE6B8F" w14:paraId="5413DD5C" w14:textId="77777777">
        <w:trPr>
          <w:jc w:val="center"/>
        </w:trPr>
        <w:tc>
          <w:tcPr>
            <w:tcW w:w="2592" w:type="dxa"/>
            <w:vAlign w:val="center"/>
          </w:tcPr>
          <w:p w14:paraId="4D5EB249" w14:textId="77777777" w:rsidR="00DE6B8F" w:rsidRDefault="00000000">
            <w:r>
              <w:rPr>
                <w:b/>
                <w:sz w:val="18"/>
              </w:rPr>
              <w:t>School Name</w:t>
            </w:r>
          </w:p>
        </w:tc>
        <w:tc>
          <w:tcPr>
            <w:tcW w:w="2592" w:type="dxa"/>
            <w:vAlign w:val="center"/>
          </w:tcPr>
          <w:p w14:paraId="44EA78C8" w14:textId="77777777" w:rsidR="00DE6B8F" w:rsidRDefault="00000000">
            <w:r>
              <w:rPr>
                <w:sz w:val="18"/>
              </w:rPr>
              <w:t>____________________________</w:t>
            </w:r>
          </w:p>
        </w:tc>
        <w:tc>
          <w:tcPr>
            <w:tcW w:w="2592" w:type="dxa"/>
            <w:vAlign w:val="center"/>
          </w:tcPr>
          <w:p w14:paraId="72285776" w14:textId="77777777" w:rsidR="00DE6B8F" w:rsidRDefault="00000000">
            <w:r>
              <w:rPr>
                <w:b/>
                <w:sz w:val="18"/>
              </w:rPr>
              <w:t>School Code</w:t>
            </w:r>
          </w:p>
        </w:tc>
        <w:tc>
          <w:tcPr>
            <w:tcW w:w="2592" w:type="dxa"/>
            <w:vAlign w:val="center"/>
          </w:tcPr>
          <w:p w14:paraId="10B03CA9" w14:textId="77777777" w:rsidR="00DE6B8F" w:rsidRDefault="00000000">
            <w:r>
              <w:rPr>
                <w:sz w:val="18"/>
              </w:rPr>
              <w:t>____________________________</w:t>
            </w:r>
          </w:p>
        </w:tc>
      </w:tr>
      <w:tr w:rsidR="00DE6B8F" w14:paraId="4D10885B" w14:textId="77777777">
        <w:trPr>
          <w:jc w:val="center"/>
        </w:trPr>
        <w:tc>
          <w:tcPr>
            <w:tcW w:w="2592" w:type="dxa"/>
            <w:vAlign w:val="center"/>
          </w:tcPr>
          <w:p w14:paraId="191FF495" w14:textId="77777777" w:rsidR="00DE6B8F" w:rsidRDefault="00000000">
            <w:r>
              <w:rPr>
                <w:b/>
                <w:sz w:val="18"/>
              </w:rPr>
              <w:t>Learner's Signature</w:t>
            </w:r>
          </w:p>
        </w:tc>
        <w:tc>
          <w:tcPr>
            <w:tcW w:w="2592" w:type="dxa"/>
            <w:vAlign w:val="center"/>
          </w:tcPr>
          <w:p w14:paraId="79F6A9A7" w14:textId="77777777" w:rsidR="00DE6B8F" w:rsidRDefault="00000000">
            <w:r>
              <w:rPr>
                <w:sz w:val="18"/>
              </w:rPr>
              <w:t>____________________________</w:t>
            </w:r>
          </w:p>
        </w:tc>
        <w:tc>
          <w:tcPr>
            <w:tcW w:w="2592" w:type="dxa"/>
            <w:vAlign w:val="center"/>
          </w:tcPr>
          <w:p w14:paraId="06D76E59" w14:textId="77777777" w:rsidR="00DE6B8F" w:rsidRDefault="00000000">
            <w:r>
              <w:rPr>
                <w:b/>
                <w:sz w:val="18"/>
              </w:rPr>
              <w:t>Date</w:t>
            </w:r>
          </w:p>
        </w:tc>
        <w:tc>
          <w:tcPr>
            <w:tcW w:w="2592" w:type="dxa"/>
            <w:vAlign w:val="center"/>
          </w:tcPr>
          <w:p w14:paraId="11B0F76B" w14:textId="77777777" w:rsidR="00DE6B8F" w:rsidRDefault="00000000">
            <w:r>
              <w:rPr>
                <w:sz w:val="18"/>
              </w:rPr>
              <w:t>____________________________</w:t>
            </w:r>
          </w:p>
        </w:tc>
      </w:tr>
    </w:tbl>
    <w:p w14:paraId="10B5DBF0" w14:textId="77777777" w:rsidR="00DE6B8F" w:rsidRDefault="00000000">
      <w:pPr>
        <w:jc w:val="center"/>
      </w:pPr>
      <w:r>
        <w:rPr>
          <w:b/>
          <w:sz w:val="22"/>
          <w:u w:val="single"/>
        </w:rPr>
        <w:t>INSTRUCTIONS TO LEARNERS</w:t>
      </w:r>
    </w:p>
    <w:p w14:paraId="2BC3365E" w14:textId="77777777" w:rsidR="00DE6B8F" w:rsidRDefault="00000000">
      <w:r>
        <w:t>1. Write your name and assessment number correctly.</w:t>
      </w:r>
    </w:p>
    <w:p w14:paraId="7B09861E" w14:textId="77777777" w:rsidR="00DE6B8F" w:rsidRDefault="00000000">
      <w:r>
        <w:t>2. Write the name and code of your school in the spaces provided above.</w:t>
      </w:r>
    </w:p>
    <w:p w14:paraId="376B2229" w14:textId="77777777" w:rsidR="00DE6B8F" w:rsidRDefault="00000000">
      <w:r>
        <w:t>3. Write the date of the assessment.</w:t>
      </w:r>
    </w:p>
    <w:p w14:paraId="240A6313" w14:textId="77777777" w:rsidR="00DE6B8F" w:rsidRDefault="00000000">
      <w:r>
        <w:t>4. This paper consists of two sections: A and B.</w:t>
      </w:r>
    </w:p>
    <w:p w14:paraId="3D87A41F" w14:textId="77777777" w:rsidR="00DE6B8F" w:rsidRDefault="00000000">
      <w:r>
        <w:t>5. Section A comprises Multiple Choice Questions.</w:t>
      </w:r>
    </w:p>
    <w:p w14:paraId="17B01966" w14:textId="77777777" w:rsidR="00DE6B8F" w:rsidRDefault="00000000">
      <w:r>
        <w:t>6. Section B comprises structured questions.</w:t>
      </w:r>
    </w:p>
    <w:p w14:paraId="59CB1341" w14:textId="77777777" w:rsidR="00DE6B8F" w:rsidRDefault="00000000">
      <w:r>
        <w:t>7. Answer ALL the questions in Section A on the separate ANSWER SHEET provided.</w:t>
      </w:r>
    </w:p>
    <w:p w14:paraId="5EAE7D1A" w14:textId="77777777" w:rsidR="00DE6B8F" w:rsidRDefault="00000000">
      <w:r>
        <w:t>8. Answer ALL the questions in Section B in the spaces provided in this question paper.</w:t>
      </w:r>
    </w:p>
    <w:p w14:paraId="67023C23" w14:textId="77777777" w:rsidR="00DE6B8F" w:rsidRDefault="00000000">
      <w:r>
        <w:t>9. Do NOT remove any page from this question paper.</w:t>
      </w:r>
    </w:p>
    <w:p w14:paraId="5BCA07EB" w14:textId="77777777" w:rsidR="00DE6B8F" w:rsidRDefault="00000000">
      <w:r>
        <w:t>10. Answer the questions in English.</w:t>
      </w:r>
    </w:p>
    <w:p w14:paraId="709EB037" w14:textId="77777777" w:rsidR="00DE6B8F" w:rsidRDefault="00000000">
      <w:pPr>
        <w:jc w:val="center"/>
      </w:pPr>
      <w:r>
        <w:rPr>
          <w:b/>
          <w:sz w:val="20"/>
          <w:u w:val="single"/>
        </w:rPr>
        <w:t>FOR OFFICIAL USE ONLY — SECTION B</w:t>
      </w:r>
    </w:p>
    <w:tbl>
      <w:tblPr>
        <w:tblStyle w:val="GridTable1Light-Accent1"/>
        <w:tblW w:w="0" w:type="auto"/>
        <w:tblLook w:val="04A0" w:firstRow="1" w:lastRow="0" w:firstColumn="1" w:lastColumn="0" w:noHBand="0" w:noVBand="1"/>
      </w:tblPr>
      <w:tblGrid>
        <w:gridCol w:w="1152"/>
        <w:gridCol w:w="1152"/>
        <w:gridCol w:w="1152"/>
        <w:gridCol w:w="1152"/>
        <w:gridCol w:w="1152"/>
        <w:gridCol w:w="1152"/>
        <w:gridCol w:w="1152"/>
        <w:gridCol w:w="1152"/>
        <w:gridCol w:w="1152"/>
      </w:tblGrid>
      <w:tr w:rsidR="00DE6B8F" w14:paraId="7E350828" w14:textId="77777777" w:rsidTr="007954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</w:tcPr>
          <w:p w14:paraId="12DB12C3" w14:textId="77777777" w:rsidR="00DE6B8F" w:rsidRDefault="00000000">
            <w:r>
              <w:rPr>
                <w:sz w:val="18"/>
              </w:rPr>
              <w:t>Question</w:t>
            </w:r>
          </w:p>
        </w:tc>
        <w:tc>
          <w:tcPr>
            <w:tcW w:w="1152" w:type="dxa"/>
          </w:tcPr>
          <w:p w14:paraId="796B8227" w14:textId="77777777" w:rsidR="00DE6B8F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21</w:t>
            </w:r>
          </w:p>
        </w:tc>
        <w:tc>
          <w:tcPr>
            <w:tcW w:w="1152" w:type="dxa"/>
          </w:tcPr>
          <w:p w14:paraId="2C6CFEAA" w14:textId="77777777" w:rsidR="00DE6B8F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22</w:t>
            </w:r>
          </w:p>
        </w:tc>
        <w:tc>
          <w:tcPr>
            <w:tcW w:w="1152" w:type="dxa"/>
          </w:tcPr>
          <w:p w14:paraId="6C729A32" w14:textId="77777777" w:rsidR="00DE6B8F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23</w:t>
            </w:r>
          </w:p>
        </w:tc>
        <w:tc>
          <w:tcPr>
            <w:tcW w:w="1152" w:type="dxa"/>
          </w:tcPr>
          <w:p w14:paraId="03925339" w14:textId="77777777" w:rsidR="00DE6B8F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24</w:t>
            </w:r>
          </w:p>
        </w:tc>
        <w:tc>
          <w:tcPr>
            <w:tcW w:w="1152" w:type="dxa"/>
          </w:tcPr>
          <w:p w14:paraId="1F8F6A48" w14:textId="77777777" w:rsidR="00DE6B8F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25</w:t>
            </w:r>
          </w:p>
        </w:tc>
        <w:tc>
          <w:tcPr>
            <w:tcW w:w="1152" w:type="dxa"/>
          </w:tcPr>
          <w:p w14:paraId="5BED04F3" w14:textId="77777777" w:rsidR="00DE6B8F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26</w:t>
            </w:r>
          </w:p>
        </w:tc>
        <w:tc>
          <w:tcPr>
            <w:tcW w:w="1152" w:type="dxa"/>
          </w:tcPr>
          <w:p w14:paraId="2EE3D258" w14:textId="77777777" w:rsidR="00DE6B8F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27</w:t>
            </w:r>
          </w:p>
        </w:tc>
        <w:tc>
          <w:tcPr>
            <w:tcW w:w="1152" w:type="dxa"/>
          </w:tcPr>
          <w:p w14:paraId="75093B4E" w14:textId="77777777" w:rsidR="00DE6B8F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TOTAL</w:t>
            </w:r>
          </w:p>
        </w:tc>
      </w:tr>
      <w:tr w:rsidR="00DE6B8F" w14:paraId="5C674161" w14:textId="77777777" w:rsidTr="007954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</w:tcPr>
          <w:p w14:paraId="5386EB3A" w14:textId="77777777" w:rsidR="00DE6B8F" w:rsidRDefault="00000000">
            <w:r>
              <w:rPr>
                <w:sz w:val="18"/>
              </w:rPr>
              <w:t>Maximum Score</w:t>
            </w:r>
          </w:p>
        </w:tc>
        <w:tc>
          <w:tcPr>
            <w:tcW w:w="1152" w:type="dxa"/>
          </w:tcPr>
          <w:p w14:paraId="79FB0448" w14:textId="77777777" w:rsidR="00DE6B8F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5</w:t>
            </w:r>
          </w:p>
        </w:tc>
        <w:tc>
          <w:tcPr>
            <w:tcW w:w="1152" w:type="dxa"/>
          </w:tcPr>
          <w:p w14:paraId="2DE033CC" w14:textId="77777777" w:rsidR="00DE6B8F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4</w:t>
            </w:r>
          </w:p>
        </w:tc>
        <w:tc>
          <w:tcPr>
            <w:tcW w:w="1152" w:type="dxa"/>
          </w:tcPr>
          <w:p w14:paraId="0D2FD37B" w14:textId="77777777" w:rsidR="00DE6B8F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4</w:t>
            </w:r>
          </w:p>
        </w:tc>
        <w:tc>
          <w:tcPr>
            <w:tcW w:w="1152" w:type="dxa"/>
          </w:tcPr>
          <w:p w14:paraId="7ED0DC43" w14:textId="77777777" w:rsidR="00DE6B8F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4</w:t>
            </w:r>
          </w:p>
        </w:tc>
        <w:tc>
          <w:tcPr>
            <w:tcW w:w="1152" w:type="dxa"/>
          </w:tcPr>
          <w:p w14:paraId="2D9EFA97" w14:textId="77777777" w:rsidR="00DE6B8F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4</w:t>
            </w:r>
          </w:p>
        </w:tc>
        <w:tc>
          <w:tcPr>
            <w:tcW w:w="1152" w:type="dxa"/>
          </w:tcPr>
          <w:p w14:paraId="47003D42" w14:textId="77777777" w:rsidR="00DE6B8F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5</w:t>
            </w:r>
          </w:p>
        </w:tc>
        <w:tc>
          <w:tcPr>
            <w:tcW w:w="1152" w:type="dxa"/>
          </w:tcPr>
          <w:p w14:paraId="6F3AF4F9" w14:textId="77777777" w:rsidR="00DE6B8F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4</w:t>
            </w:r>
          </w:p>
        </w:tc>
        <w:tc>
          <w:tcPr>
            <w:tcW w:w="1152" w:type="dxa"/>
          </w:tcPr>
          <w:p w14:paraId="43D4F928" w14:textId="77777777" w:rsidR="00DE6B8F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30</w:t>
            </w:r>
          </w:p>
        </w:tc>
      </w:tr>
      <w:tr w:rsidR="00DE6B8F" w14:paraId="6D35F6C1" w14:textId="77777777" w:rsidTr="007954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</w:tcPr>
          <w:p w14:paraId="00441BE1" w14:textId="77777777" w:rsidR="00DE6B8F" w:rsidRDefault="00000000">
            <w:r>
              <w:rPr>
                <w:sz w:val="18"/>
              </w:rPr>
              <w:t>Candidate's Score</w:t>
            </w:r>
          </w:p>
        </w:tc>
        <w:tc>
          <w:tcPr>
            <w:tcW w:w="1152" w:type="dxa"/>
          </w:tcPr>
          <w:p w14:paraId="4FEE40F5" w14:textId="77777777" w:rsidR="00DE6B8F" w:rsidRDefault="00DE6B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2" w:type="dxa"/>
          </w:tcPr>
          <w:p w14:paraId="023ED605" w14:textId="77777777" w:rsidR="00DE6B8F" w:rsidRDefault="00DE6B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2" w:type="dxa"/>
          </w:tcPr>
          <w:p w14:paraId="3FA5259B" w14:textId="77777777" w:rsidR="00DE6B8F" w:rsidRDefault="00DE6B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2" w:type="dxa"/>
          </w:tcPr>
          <w:p w14:paraId="3DA07018" w14:textId="77777777" w:rsidR="00DE6B8F" w:rsidRDefault="00DE6B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2" w:type="dxa"/>
          </w:tcPr>
          <w:p w14:paraId="4EF92FD2" w14:textId="77777777" w:rsidR="00DE6B8F" w:rsidRDefault="00DE6B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2" w:type="dxa"/>
          </w:tcPr>
          <w:p w14:paraId="48AC62BB" w14:textId="77777777" w:rsidR="00DE6B8F" w:rsidRDefault="00DE6B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2" w:type="dxa"/>
          </w:tcPr>
          <w:p w14:paraId="185478CD" w14:textId="77777777" w:rsidR="00DE6B8F" w:rsidRDefault="00DE6B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2" w:type="dxa"/>
          </w:tcPr>
          <w:p w14:paraId="7BAB1448" w14:textId="77777777" w:rsidR="00DE6B8F" w:rsidRDefault="00DE6B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A4839D5" w14:textId="77777777" w:rsidR="00DE6B8F" w:rsidRDefault="00000000">
      <w:r>
        <w:br w:type="page"/>
      </w:r>
    </w:p>
    <w:p w14:paraId="4FDF73A0" w14:textId="77777777" w:rsidR="00DE6B8F" w:rsidRDefault="00000000">
      <w:pPr>
        <w:jc w:val="center"/>
      </w:pPr>
      <w:r>
        <w:rPr>
          <w:b/>
          <w:sz w:val="26"/>
          <w:u w:val="single"/>
        </w:rPr>
        <w:lastRenderedPageBreak/>
        <w:t>SECTION A: MULTIPLE CHOICE QUESTIONS</w:t>
      </w:r>
    </w:p>
    <w:p w14:paraId="4A639365" w14:textId="77777777" w:rsidR="00DE6B8F" w:rsidRDefault="00000000">
      <w:r>
        <w:t>Answer ALL questions in this section on the separate ANSWER SHEET provided.</w:t>
      </w:r>
    </w:p>
    <w:p w14:paraId="4A34AA23" w14:textId="77777777" w:rsidR="007954C0" w:rsidRDefault="007954C0">
      <w:pPr>
        <w:rPr>
          <w:b/>
        </w:rPr>
        <w:sectPr w:rsidR="007954C0" w:rsidSect="00034616">
          <w:footerReference w:type="default" r:id="rId8"/>
          <w:headerReference w:type="default" r:id="rId12"/>
          <w:headerReference w:type="first" r:id="rId13"/>
          <w:headerReference w:type="even" r:id="rId14"/>
          <w:footerReference w:type="first" r:id="rId15"/>
          <w:footerReference w:type="even" r:id="rId16"/>
          <w:pgSz w:w="12240" w:h="15840"/>
          <w:pgMar w:top="792" w:right="936" w:bottom="792" w:left="936" w:header="720" w:footer="720" w:gutter="0"/>
          <w:cols w:space="720"/>
          <w:docGrid w:linePitch="360"/>
        </w:sectPr>
      </w:pPr>
    </w:p>
    <w:p w14:paraId="691A7476" w14:textId="77777777" w:rsidR="00DE6B8F" w:rsidRDefault="00000000">
      <w:r>
        <w:rPr>
          <w:b/>
        </w:rPr>
        <w:t>1. Grade 7 learners were discussing qualities of a person with a steady personality. Which one is NOT a quality of a steady personality?</w:t>
      </w:r>
    </w:p>
    <w:p w14:paraId="36F2CCDA" w14:textId="77777777" w:rsidR="00DE6B8F" w:rsidRDefault="00000000">
      <w:r>
        <w:t>A. Consistency</w:t>
      </w:r>
    </w:p>
    <w:p w14:paraId="1BA995F3" w14:textId="77777777" w:rsidR="00DE6B8F" w:rsidRDefault="00000000">
      <w:r>
        <w:t>B. Reliability</w:t>
      </w:r>
    </w:p>
    <w:p w14:paraId="53EA3B15" w14:textId="77777777" w:rsidR="00DE6B8F" w:rsidRDefault="00000000">
      <w:r>
        <w:t>C. Calmness</w:t>
      </w:r>
    </w:p>
    <w:p w14:paraId="5BE96A1F" w14:textId="77777777" w:rsidR="00DE6B8F" w:rsidRDefault="00000000">
      <w:r>
        <w:t>D. Impulsiveness</w:t>
      </w:r>
    </w:p>
    <w:p w14:paraId="24990AC5" w14:textId="77777777" w:rsidR="00DE6B8F" w:rsidRDefault="00000000">
      <w:r>
        <w:rPr>
          <w:b/>
        </w:rPr>
        <w:t>2. Which water body lies to the north-east of Africa?</w:t>
      </w:r>
    </w:p>
    <w:p w14:paraId="1E3EE370" w14:textId="77777777" w:rsidR="00DE6B8F" w:rsidRDefault="00000000">
      <w:r>
        <w:t>A. Atlantic Ocean</w:t>
      </w:r>
    </w:p>
    <w:p w14:paraId="6DA7F82E" w14:textId="77777777" w:rsidR="00DE6B8F" w:rsidRDefault="00000000">
      <w:r>
        <w:t>B. Mediterranean Sea</w:t>
      </w:r>
    </w:p>
    <w:p w14:paraId="5FE8FB43" w14:textId="77777777" w:rsidR="00DE6B8F" w:rsidRDefault="00000000">
      <w:r>
        <w:t>C. Indian Ocean</w:t>
      </w:r>
    </w:p>
    <w:p w14:paraId="07FC319A" w14:textId="77777777" w:rsidR="00DE6B8F" w:rsidRDefault="00000000">
      <w:r>
        <w:t>D. Pacific Ocean</w:t>
      </w:r>
    </w:p>
    <w:p w14:paraId="7107A8E0" w14:textId="77777777" w:rsidR="00DE6B8F" w:rsidRDefault="00000000">
      <w:r>
        <w:rPr>
          <w:b/>
        </w:rPr>
        <w:t>3. Which professional provides a link between agricultural research institutions and farmers by sharing improved farming knowledge?</w:t>
      </w:r>
    </w:p>
    <w:p w14:paraId="4DE6819A" w14:textId="77777777" w:rsidR="00DE6B8F" w:rsidRDefault="00000000">
      <w:r>
        <w:t>A. Extension officer</w:t>
      </w:r>
    </w:p>
    <w:p w14:paraId="1F06BDE6" w14:textId="77777777" w:rsidR="00DE6B8F" w:rsidRDefault="00000000">
      <w:r>
        <w:t>B. Horticulturist</w:t>
      </w:r>
    </w:p>
    <w:p w14:paraId="60AFE8EF" w14:textId="77777777" w:rsidR="00DE6B8F" w:rsidRDefault="00000000">
      <w:r>
        <w:t>C. Agricultural engineer</w:t>
      </w:r>
    </w:p>
    <w:p w14:paraId="5788047F" w14:textId="77777777" w:rsidR="00DE6B8F" w:rsidRDefault="00000000">
      <w:r>
        <w:t>D. Surveyor</w:t>
      </w:r>
    </w:p>
    <w:p w14:paraId="182156A7" w14:textId="77777777" w:rsidR="00DE6B8F" w:rsidRDefault="00000000">
      <w:r>
        <w:rPr>
          <w:b/>
        </w:rPr>
        <w:t>4. Which action is NOT likely to promote peaceful coexistence in a society?</w:t>
      </w:r>
    </w:p>
    <w:p w14:paraId="52060854" w14:textId="77777777" w:rsidR="00DE6B8F" w:rsidRDefault="00000000">
      <w:r>
        <w:t>A. Respecting human rights</w:t>
      </w:r>
    </w:p>
    <w:p w14:paraId="4C7A592E" w14:textId="77777777" w:rsidR="00DE6B8F" w:rsidRDefault="00000000">
      <w:r>
        <w:t>B. Respecting other people's property</w:t>
      </w:r>
    </w:p>
    <w:p w14:paraId="0CBC0B50" w14:textId="77777777" w:rsidR="00DE6B8F" w:rsidRDefault="00000000">
      <w:r>
        <w:t>C. Spreading false information about other people</w:t>
      </w:r>
    </w:p>
    <w:p w14:paraId="250AA81F" w14:textId="77777777" w:rsidR="00DE6B8F" w:rsidRDefault="00000000">
      <w:r>
        <w:t>D. Cooperating with members of the community</w:t>
      </w:r>
    </w:p>
    <w:p w14:paraId="24E07F9C" w14:textId="77777777" w:rsidR="00DE6B8F" w:rsidRDefault="00000000">
      <w:r>
        <w:rPr>
          <w:b/>
        </w:rPr>
        <w:t>5. A group of traders from Asia travelled to the East African coast mainly for trade. Which goods were commonly exchanged by such visitors?</w:t>
      </w:r>
    </w:p>
    <w:p w14:paraId="538C4F0D" w14:textId="77777777" w:rsidR="00DE6B8F" w:rsidRDefault="00000000">
      <w:r>
        <w:t>A. Spices and cloth</w:t>
      </w:r>
    </w:p>
    <w:p w14:paraId="48C17539" w14:textId="77777777" w:rsidR="00DE6B8F" w:rsidRDefault="00000000">
      <w:r>
        <w:t>B. Motor vehicles and computers</w:t>
      </w:r>
    </w:p>
    <w:p w14:paraId="40BADAD5" w14:textId="77777777" w:rsidR="00DE6B8F" w:rsidRDefault="00000000">
      <w:r>
        <w:t>C. Petroleum and cement</w:t>
      </w:r>
    </w:p>
    <w:p w14:paraId="5B69F006" w14:textId="77777777" w:rsidR="00DE6B8F" w:rsidRDefault="00000000">
      <w:r>
        <w:t>D. Steel and tractors</w:t>
      </w:r>
    </w:p>
    <w:p w14:paraId="0A29FD6F" w14:textId="77777777" w:rsidR="00DE6B8F" w:rsidRDefault="00000000">
      <w:r>
        <w:rPr>
          <w:b/>
        </w:rPr>
        <w:t>6. Traditional and religious stories may explain human origins in different ways. Which statement represents an evolutionary explanation?</w:t>
      </w:r>
    </w:p>
    <w:p w14:paraId="07EC4A58" w14:textId="77777777" w:rsidR="00DE6B8F" w:rsidRDefault="00000000">
      <w:r>
        <w:t>A. Human beings were created instantly by a supernatural being.</w:t>
      </w:r>
    </w:p>
    <w:p w14:paraId="0EECBC3B" w14:textId="77777777" w:rsidR="00DE6B8F" w:rsidRDefault="00000000">
      <w:r>
        <w:t>B. Human beings have changed gradually over a long period of time.</w:t>
      </w:r>
    </w:p>
    <w:p w14:paraId="2AFDE7FF" w14:textId="77777777" w:rsidR="00DE6B8F" w:rsidRDefault="00000000">
      <w:r>
        <w:t>C. Human beings appeared at the same time as all modern machines.</w:t>
      </w:r>
    </w:p>
    <w:p w14:paraId="69B9DCD4" w14:textId="77777777" w:rsidR="00DE6B8F" w:rsidRDefault="00000000">
      <w:r>
        <w:t>D. Human beings were created only after written history began.</w:t>
      </w:r>
    </w:p>
    <w:p w14:paraId="1A599DE4" w14:textId="77777777" w:rsidR="00DE6B8F" w:rsidRDefault="00000000">
      <w:r>
        <w:rPr>
          <w:b/>
        </w:rPr>
        <w:t>7. A learner is trying to control anger. Which action is NOT an appropriate way of managing anger?</w:t>
      </w:r>
    </w:p>
    <w:p w14:paraId="7B0AE461" w14:textId="77777777" w:rsidR="00DE6B8F" w:rsidRDefault="00000000">
      <w:r>
        <w:t>A. Taking slow, deep breaths</w:t>
      </w:r>
    </w:p>
    <w:p w14:paraId="6BE8520D" w14:textId="77777777" w:rsidR="00DE6B8F" w:rsidRDefault="00000000">
      <w:r>
        <w:t>B. Talking calmly to a trusted person</w:t>
      </w:r>
    </w:p>
    <w:p w14:paraId="4AA09D74" w14:textId="77777777" w:rsidR="00DE6B8F" w:rsidRDefault="00000000">
      <w:r>
        <w:t>C. Engaging in physical violence against another person</w:t>
      </w:r>
    </w:p>
    <w:p w14:paraId="0EC5582A" w14:textId="77777777" w:rsidR="00DE6B8F" w:rsidRDefault="00000000">
      <w:r>
        <w:t>D. Taking time away from a situation to calm down</w:t>
      </w:r>
    </w:p>
    <w:p w14:paraId="43D401C0" w14:textId="77777777" w:rsidR="00DE6B8F" w:rsidRDefault="00000000">
      <w:r>
        <w:rPr>
          <w:b/>
        </w:rPr>
        <w:t>8. A Grade 7 group started a small school enterprise. Which is a possible benefit of the project?</w:t>
      </w:r>
    </w:p>
    <w:p w14:paraId="3753E8F5" w14:textId="77777777" w:rsidR="00DE6B8F" w:rsidRDefault="00000000">
      <w:r>
        <w:t>A. It can provide income for the learners.</w:t>
      </w:r>
    </w:p>
    <w:p w14:paraId="291CE06A" w14:textId="77777777" w:rsidR="00DE6B8F" w:rsidRDefault="00000000">
      <w:r>
        <w:t>B. It prevents learners from learning new skills.</w:t>
      </w:r>
    </w:p>
    <w:p w14:paraId="53D9FB14" w14:textId="77777777" w:rsidR="00DE6B8F" w:rsidRDefault="00000000">
      <w:r>
        <w:t>C. It makes the community dependent on the school.</w:t>
      </w:r>
    </w:p>
    <w:p w14:paraId="6C820D6C" w14:textId="77777777" w:rsidR="00DE6B8F" w:rsidRDefault="00000000">
      <w:r>
        <w:t>D. It stops learners from working together.</w:t>
      </w:r>
    </w:p>
    <w:p w14:paraId="5449DC4C" w14:textId="77777777" w:rsidR="00DE6B8F" w:rsidRDefault="00000000">
      <w:r>
        <w:rPr>
          <w:b/>
        </w:rPr>
        <w:t>9. Which action does NOT contribute to development of a steady and responsible personality?</w:t>
      </w:r>
    </w:p>
    <w:p w14:paraId="30953763" w14:textId="77777777" w:rsidR="00DE6B8F" w:rsidRDefault="00000000">
      <w:r>
        <w:t>A. Setting clear goals</w:t>
      </w:r>
    </w:p>
    <w:p w14:paraId="677A9A64" w14:textId="77777777" w:rsidR="00DE6B8F" w:rsidRDefault="00000000">
      <w:r>
        <w:t>B. Practising empathy</w:t>
      </w:r>
    </w:p>
    <w:p w14:paraId="6581EED4" w14:textId="77777777" w:rsidR="00DE6B8F" w:rsidRDefault="00000000">
      <w:r>
        <w:t>C. Maintaining integrity</w:t>
      </w:r>
    </w:p>
    <w:p w14:paraId="44B42890" w14:textId="77777777" w:rsidR="00DE6B8F" w:rsidRDefault="00000000">
      <w:r>
        <w:t>D. Frequently changing decisions without considering consequences</w:t>
      </w:r>
    </w:p>
    <w:p w14:paraId="4E84E538" w14:textId="77777777" w:rsidR="00DE6B8F" w:rsidRDefault="00000000">
      <w:r>
        <w:rPr>
          <w:b/>
        </w:rPr>
        <w:t>10. Which statement best describes servitude?</w:t>
      </w:r>
    </w:p>
    <w:p w14:paraId="5B5A6511" w14:textId="77777777" w:rsidR="00DE6B8F" w:rsidRDefault="00000000">
      <w:r>
        <w:t>A. A condition in which a person is forced to work or serve another person without freedom.</w:t>
      </w:r>
    </w:p>
    <w:p w14:paraId="35E42135" w14:textId="77777777" w:rsidR="00DE6B8F" w:rsidRDefault="00000000">
      <w:r>
        <w:t>B. A voluntary agreement between equal business partners.</w:t>
      </w:r>
    </w:p>
    <w:p w14:paraId="0BDAB48A" w14:textId="77777777" w:rsidR="00DE6B8F" w:rsidRDefault="00000000">
      <w:r>
        <w:t>C. A system in which everyone receives equal wages.</w:t>
      </w:r>
    </w:p>
    <w:p w14:paraId="604CD425" w14:textId="77777777" w:rsidR="00DE6B8F" w:rsidRDefault="00000000">
      <w:r>
        <w:t>D. A community celebration held after a harvest.</w:t>
      </w:r>
    </w:p>
    <w:p w14:paraId="7E736A40" w14:textId="77777777" w:rsidR="00DE6B8F" w:rsidRDefault="00000000">
      <w:r>
        <w:rPr>
          <w:b/>
        </w:rPr>
        <w:t>11. A teacher described trade as involving an exchange of goods and services without using money. Which type of trade was being described?</w:t>
      </w:r>
    </w:p>
    <w:p w14:paraId="2CC01F26" w14:textId="77777777" w:rsidR="00DE6B8F" w:rsidRDefault="00000000">
      <w:r>
        <w:t>A. Currency trade</w:t>
      </w:r>
    </w:p>
    <w:p w14:paraId="6177BF0F" w14:textId="77777777" w:rsidR="00DE6B8F" w:rsidRDefault="00000000">
      <w:r>
        <w:t>B. Barter trade</w:t>
      </w:r>
    </w:p>
    <w:p w14:paraId="49E97C83" w14:textId="77777777" w:rsidR="00DE6B8F" w:rsidRDefault="00000000">
      <w:r>
        <w:t>C. Wholesale trade</w:t>
      </w:r>
    </w:p>
    <w:p w14:paraId="1D5A942B" w14:textId="77777777" w:rsidR="00DE6B8F" w:rsidRDefault="00000000">
      <w:r>
        <w:t>D. Retail trade</w:t>
      </w:r>
    </w:p>
    <w:p w14:paraId="36F302A6" w14:textId="77777777" w:rsidR="00DE6B8F" w:rsidRDefault="00000000">
      <w:r>
        <w:rPr>
          <w:b/>
        </w:rPr>
        <w:t>12. Which of the following is NOT an aspect of human diversity?</w:t>
      </w:r>
    </w:p>
    <w:p w14:paraId="23B969A8" w14:textId="77777777" w:rsidR="00DE6B8F" w:rsidRDefault="00000000">
      <w:r>
        <w:t>A. Age</w:t>
      </w:r>
    </w:p>
    <w:p w14:paraId="1B171339" w14:textId="77777777" w:rsidR="00DE6B8F" w:rsidRDefault="00000000">
      <w:r>
        <w:lastRenderedPageBreak/>
        <w:t>B. Gender</w:t>
      </w:r>
    </w:p>
    <w:p w14:paraId="5F49263B" w14:textId="77777777" w:rsidR="00DE6B8F" w:rsidRDefault="00000000">
      <w:r>
        <w:t>C. Race</w:t>
      </w:r>
    </w:p>
    <w:p w14:paraId="144C8BF0" w14:textId="77777777" w:rsidR="00DE6B8F" w:rsidRDefault="00000000">
      <w:r>
        <w:t>D. Weather</w:t>
      </w:r>
    </w:p>
    <w:p w14:paraId="57A13C3F" w14:textId="77777777" w:rsidR="00DE6B8F" w:rsidRDefault="00000000">
      <w:r>
        <w:rPr>
          <w:b/>
        </w:rPr>
        <w:t>13. Which item was NOT commonly obtained from the East African coast through the Indian Ocean trade?</w:t>
      </w:r>
    </w:p>
    <w:p w14:paraId="5F91105B" w14:textId="77777777" w:rsidR="00DE6B8F" w:rsidRDefault="00000000">
      <w:r>
        <w:t>A. Ivory</w:t>
      </w:r>
    </w:p>
    <w:p w14:paraId="5B2D5A3C" w14:textId="77777777" w:rsidR="00DE6B8F" w:rsidRDefault="00000000">
      <w:r>
        <w:t>B. Gold</w:t>
      </w:r>
    </w:p>
    <w:p w14:paraId="75EB8E34" w14:textId="77777777" w:rsidR="00DE6B8F" w:rsidRDefault="00000000">
      <w:r>
        <w:t>C. Salt</w:t>
      </w:r>
    </w:p>
    <w:p w14:paraId="68BB5BFF" w14:textId="77777777" w:rsidR="00DE6B8F" w:rsidRDefault="00000000">
      <w:r>
        <w:t>D. Television sets</w:t>
      </w:r>
    </w:p>
    <w:p w14:paraId="76C53042" w14:textId="77777777" w:rsidR="00DE6B8F" w:rsidRDefault="00000000">
      <w:r>
        <w:rPr>
          <w:b/>
        </w:rPr>
        <w:t>14. Learners were discussing skills needed for healthy interaction in a multicultural society. Which action demonstrates conflict-resolution skills?</w:t>
      </w:r>
    </w:p>
    <w:p w14:paraId="05D94007" w14:textId="77777777" w:rsidR="00DE6B8F" w:rsidRDefault="00000000">
      <w:r>
        <w:t>A. Ignoring every disagreement</w:t>
      </w:r>
    </w:p>
    <w:p w14:paraId="7A79FD51" w14:textId="77777777" w:rsidR="00DE6B8F" w:rsidRDefault="00000000">
      <w:r>
        <w:t>B. Listening to different views and seeking a peaceful solution</w:t>
      </w:r>
    </w:p>
    <w:p w14:paraId="34F81625" w14:textId="77777777" w:rsidR="00DE6B8F" w:rsidRDefault="00000000">
      <w:r>
        <w:t>C. Insulting people who disagree with you</w:t>
      </w:r>
    </w:p>
    <w:p w14:paraId="2C765DE3" w14:textId="77777777" w:rsidR="00DE6B8F" w:rsidRDefault="00000000">
      <w:r>
        <w:t>D. Refusing to communicate with others</w:t>
      </w:r>
    </w:p>
    <w:p w14:paraId="53FC9C23" w14:textId="77777777" w:rsidR="00DE6B8F" w:rsidRDefault="00000000">
      <w:r>
        <w:rPr>
          <w:b/>
        </w:rPr>
        <w:t>15. Which personality attribute is generally desirable?</w:t>
      </w:r>
    </w:p>
    <w:p w14:paraId="1CFEE048" w14:textId="77777777" w:rsidR="00DE6B8F" w:rsidRDefault="00000000">
      <w:r>
        <w:t>A. Optimism</w:t>
      </w:r>
    </w:p>
    <w:p w14:paraId="78EEDD67" w14:textId="77777777" w:rsidR="00DE6B8F" w:rsidRDefault="00000000">
      <w:r>
        <w:t>B. Defeatism</w:t>
      </w:r>
    </w:p>
    <w:p w14:paraId="7EB0C1E8" w14:textId="77777777" w:rsidR="00DE6B8F" w:rsidRDefault="00000000">
      <w:r>
        <w:t>C. Dishonesty</w:t>
      </w:r>
    </w:p>
    <w:p w14:paraId="5E0BED78" w14:textId="77777777" w:rsidR="00DE6B8F" w:rsidRDefault="00000000">
      <w:r>
        <w:t>D. Aggressiveness</w:t>
      </w:r>
    </w:p>
    <w:p w14:paraId="0AA20F1B" w14:textId="77777777" w:rsidR="00DE6B8F" w:rsidRDefault="00000000">
      <w:r>
        <w:rPr>
          <w:b/>
        </w:rPr>
        <w:t>16. Which river was important to the development of ancient Egyptian civilization?</w:t>
      </w:r>
    </w:p>
    <w:p w14:paraId="062A319D" w14:textId="77777777" w:rsidR="00DE6B8F" w:rsidRDefault="00000000">
      <w:r>
        <w:t>A. River Niger</w:t>
      </w:r>
    </w:p>
    <w:p w14:paraId="1BBE0D5C" w14:textId="77777777" w:rsidR="00DE6B8F" w:rsidRDefault="00000000">
      <w:r>
        <w:t>B. River Nile</w:t>
      </w:r>
    </w:p>
    <w:p w14:paraId="6513342C" w14:textId="77777777" w:rsidR="00DE6B8F" w:rsidRDefault="00000000">
      <w:r>
        <w:t>C. River Congo</w:t>
      </w:r>
    </w:p>
    <w:p w14:paraId="2CC56D34" w14:textId="77777777" w:rsidR="00DE6B8F" w:rsidRDefault="00000000">
      <w:r>
        <w:t>D. River Volta</w:t>
      </w:r>
    </w:p>
    <w:p w14:paraId="2CFB28FA" w14:textId="77777777" w:rsidR="00DE6B8F" w:rsidRDefault="00000000">
      <w:r>
        <w:rPr>
          <w:b/>
        </w:rPr>
        <w:t>17. Which of the following is NOT a right of a child?</w:t>
      </w:r>
    </w:p>
    <w:p w14:paraId="3A5FC46E" w14:textId="77777777" w:rsidR="00DE6B8F" w:rsidRDefault="00000000">
      <w:r>
        <w:t>A. Access to education</w:t>
      </w:r>
    </w:p>
    <w:p w14:paraId="06FF7FFD" w14:textId="77777777" w:rsidR="00DE6B8F" w:rsidRDefault="00000000">
      <w:r>
        <w:t>B. Access to basic needs</w:t>
      </w:r>
    </w:p>
    <w:p w14:paraId="12DDC017" w14:textId="77777777" w:rsidR="00DE6B8F" w:rsidRDefault="00000000">
      <w:r>
        <w:t>C. Medical attention</w:t>
      </w:r>
    </w:p>
    <w:p w14:paraId="601EE827" w14:textId="77777777" w:rsidR="00DE6B8F" w:rsidRDefault="00000000">
      <w:r>
        <w:t>D. The right to deny other children their rights</w:t>
      </w:r>
    </w:p>
    <w:p w14:paraId="1CBD0A0B" w14:textId="77777777" w:rsidR="00DE6B8F" w:rsidRDefault="00000000">
      <w:r>
        <w:rPr>
          <w:b/>
        </w:rPr>
        <w:t>18. Which pair correctly gives a latitude and longitude location?</w:t>
      </w:r>
    </w:p>
    <w:p w14:paraId="1B3714BA" w14:textId="77777777" w:rsidR="00DE6B8F" w:rsidRDefault="00000000">
      <w:r>
        <w:t>A. 37°N and 35°E</w:t>
      </w:r>
    </w:p>
    <w:p w14:paraId="2B22D70C" w14:textId="77777777" w:rsidR="00DE6B8F" w:rsidRDefault="00000000">
      <w:r>
        <w:t>B. 25°S and 58°E</w:t>
      </w:r>
    </w:p>
    <w:p w14:paraId="72A0B907" w14:textId="77777777" w:rsidR="00DE6B8F" w:rsidRDefault="00000000">
      <w:r>
        <w:t>C. 35°N and 37°E</w:t>
      </w:r>
    </w:p>
    <w:p w14:paraId="1AE7414C" w14:textId="77777777" w:rsidR="00DE6B8F" w:rsidRDefault="00000000">
      <w:r>
        <w:t>D. 15°W and 51°S</w:t>
      </w:r>
    </w:p>
    <w:p w14:paraId="34C0CEE9" w14:textId="77777777" w:rsidR="00DE6B8F" w:rsidRDefault="00000000">
      <w:r>
        <w:rPr>
          <w:b/>
        </w:rPr>
        <w:t>19. Which country is the largest in Africa by area?</w:t>
      </w:r>
    </w:p>
    <w:p w14:paraId="63CE935D" w14:textId="77777777" w:rsidR="00DE6B8F" w:rsidRDefault="00000000">
      <w:r>
        <w:t>A. Democratic Republic of the Congo</w:t>
      </w:r>
    </w:p>
    <w:p w14:paraId="06F84502" w14:textId="77777777" w:rsidR="00DE6B8F" w:rsidRDefault="00000000">
      <w:r>
        <w:t>B. Algeria</w:t>
      </w:r>
    </w:p>
    <w:p w14:paraId="7D7C189E" w14:textId="77777777" w:rsidR="00DE6B8F" w:rsidRDefault="00000000">
      <w:r>
        <w:t>C. Sudan</w:t>
      </w:r>
    </w:p>
    <w:p w14:paraId="1CC95CC3" w14:textId="77777777" w:rsidR="00DE6B8F" w:rsidRDefault="00000000">
      <w:r>
        <w:t>D. Morocco</w:t>
      </w:r>
    </w:p>
    <w:p w14:paraId="73F865F3" w14:textId="77777777" w:rsidR="00DE6B8F" w:rsidRDefault="00000000">
      <w:r>
        <w:rPr>
          <w:b/>
        </w:rPr>
        <w:t>20. Which statement best describes community service learning?</w:t>
      </w:r>
    </w:p>
    <w:p w14:paraId="1B6C1590" w14:textId="77777777" w:rsidR="00DE6B8F" w:rsidRDefault="00000000">
      <w:r>
        <w:t>A. A learning experience that combines classroom learning with service to the community.</w:t>
      </w:r>
    </w:p>
    <w:p w14:paraId="1C83F993" w14:textId="77777777" w:rsidR="00DE6B8F" w:rsidRDefault="00000000">
      <w:r>
        <w:t>B. A school activity carried out without any connection to community needs.</w:t>
      </w:r>
    </w:p>
    <w:p w14:paraId="0E0A4217" w14:textId="77777777" w:rsidR="00DE6B8F" w:rsidRDefault="00000000">
      <w:r>
        <w:t>C. A method of avoiding practical work.</w:t>
      </w:r>
    </w:p>
    <w:p w14:paraId="3A961CFC" w14:textId="77777777" w:rsidR="00DE6B8F" w:rsidRDefault="00000000">
      <w:r>
        <w:t>D. A private activity that benefits only one learner.</w:t>
      </w:r>
    </w:p>
    <w:p w14:paraId="616FD77B" w14:textId="77777777" w:rsidR="007954C0" w:rsidRDefault="007954C0">
      <w:pPr>
        <w:sectPr w:rsidR="007954C0" w:rsidSect="007954C0">
          <w:headerReference w:type="default" r:id="rId17"/>
          <w:headerReference w:type="first" r:id="rId18"/>
          <w:headerReference w:type="even" r:id="rId19"/>
          <w:footerReference w:type="default" r:id="rId20"/>
          <w:footerReference w:type="first" r:id="rId21"/>
          <w:footerReference w:type="even" r:id="rId22"/>
          <w:type w:val="continuous"/>
          <w:pgSz w:w="12240" w:h="15840"/>
          <w:pgMar w:top="792" w:right="936" w:bottom="792" w:left="936" w:header="720" w:footer="720" w:gutter="0"/>
          <w:cols w:num="2" w:space="720"/>
          <w:docGrid w:linePitch="360"/>
        </w:sectPr>
      </w:pPr>
    </w:p>
    <w:p w14:paraId="2BE2C4F7" w14:textId="77777777" w:rsidR="00DE6B8F" w:rsidRDefault="00000000">
      <w:r>
        <w:br w:type="page"/>
      </w:r>
    </w:p>
    <w:p w14:paraId="35AB1445" w14:textId="77777777" w:rsidR="00DE6B8F" w:rsidRDefault="00000000">
      <w:pPr>
        <w:jc w:val="center"/>
      </w:pPr>
      <w:r>
        <w:rPr>
          <w:b/>
          <w:sz w:val="26"/>
          <w:u w:val="single"/>
        </w:rPr>
        <w:lastRenderedPageBreak/>
        <w:t>SECTION B: STRUCTURED QUESTIONS</w:t>
      </w:r>
    </w:p>
    <w:p w14:paraId="7F355B0D" w14:textId="77777777" w:rsidR="00DE6B8F" w:rsidRDefault="00000000">
      <w:r>
        <w:t>Answer ALL questions in the spaces provided.</w:t>
      </w:r>
    </w:p>
    <w:p w14:paraId="3CF30692" w14:textId="77777777" w:rsidR="00DE6B8F" w:rsidRDefault="00000000">
      <w:r>
        <w:rPr>
          <w:b/>
        </w:rPr>
        <w:t>21. Study the map of Kichu area below and use it to answer the questions that follow.</w:t>
      </w:r>
    </w:p>
    <w:p w14:paraId="5EF08E0C" w14:textId="71177F16" w:rsidR="00DE6B8F" w:rsidRDefault="007954C0">
      <w:r w:rsidRPr="007954C0">
        <w:drawing>
          <wp:inline distT="0" distB="0" distL="0" distR="0" wp14:anchorId="7F0F77D3" wp14:editId="5206FCA7">
            <wp:extent cx="6583680" cy="3594100"/>
            <wp:effectExtent l="0" t="0" r="7620" b="6350"/>
            <wp:docPr id="20363775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37752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83680" cy="359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643B1" w14:textId="77777777" w:rsidR="00DE6B8F" w:rsidRDefault="00000000">
      <w:r>
        <w:rPr>
          <w:b/>
        </w:rPr>
        <w:t xml:space="preserve">a) Using the map, state the general direction in which River Kichu flows. </w:t>
      </w:r>
      <w:r>
        <w:t>(1 mark)</w:t>
      </w:r>
    </w:p>
    <w:p w14:paraId="32DFB545" w14:textId="77777777" w:rsidR="00DE6B8F" w:rsidRDefault="00000000">
      <w:pPr>
        <w:spacing w:after="40"/>
      </w:pPr>
      <w:r>
        <w:t>________________________________________________________________________________</w:t>
      </w:r>
    </w:p>
    <w:p w14:paraId="4B39D4FC" w14:textId="77777777" w:rsidR="00DE6B8F" w:rsidRDefault="00000000">
      <w:r>
        <w:rPr>
          <w:b/>
        </w:rPr>
        <w:t xml:space="preserve">b) Name one economic activity practised in the southern part of Kichu area. </w:t>
      </w:r>
      <w:r>
        <w:t>(1 mark)</w:t>
      </w:r>
    </w:p>
    <w:p w14:paraId="04AC94E0" w14:textId="77777777" w:rsidR="00DE6B8F" w:rsidRDefault="00000000">
      <w:pPr>
        <w:spacing w:after="40"/>
      </w:pPr>
      <w:r>
        <w:t>________________________________________________________________________________</w:t>
      </w:r>
    </w:p>
    <w:p w14:paraId="6BD81A3B" w14:textId="77777777" w:rsidR="00DE6B8F" w:rsidRDefault="00000000">
      <w:r>
        <w:rPr>
          <w:b/>
        </w:rPr>
        <w:t xml:space="preserve">c) Which religion is represented by the place of worship shown on the map? </w:t>
      </w:r>
      <w:r>
        <w:t>(1 mark)</w:t>
      </w:r>
    </w:p>
    <w:p w14:paraId="5C7346DD" w14:textId="77777777" w:rsidR="00DE6B8F" w:rsidRDefault="00000000">
      <w:pPr>
        <w:spacing w:after="40"/>
      </w:pPr>
      <w:r>
        <w:t>________________________________________________________________________________</w:t>
      </w:r>
    </w:p>
    <w:p w14:paraId="4D7268D2" w14:textId="77777777" w:rsidR="00DE6B8F" w:rsidRDefault="00000000">
      <w:r>
        <w:rPr>
          <w:b/>
        </w:rPr>
        <w:t xml:space="preserve">d) Which type of settlement pattern is suggested by the settlement symbols on the map? </w:t>
      </w:r>
      <w:r>
        <w:t>(1 mark)</w:t>
      </w:r>
    </w:p>
    <w:p w14:paraId="392C26A4" w14:textId="77777777" w:rsidR="00DE6B8F" w:rsidRDefault="00000000">
      <w:pPr>
        <w:spacing w:after="40"/>
      </w:pPr>
      <w:r>
        <w:t>________________________________________________________________________________</w:t>
      </w:r>
    </w:p>
    <w:p w14:paraId="6DD3400F" w14:textId="77777777" w:rsidR="00DE6B8F" w:rsidRDefault="00000000">
      <w:r>
        <w:rPr>
          <w:b/>
        </w:rPr>
        <w:t xml:space="preserve">e) What type of climate would most likely be associated with the north-western part of the area shown? </w:t>
      </w:r>
      <w:r>
        <w:t>(1 mark)</w:t>
      </w:r>
    </w:p>
    <w:p w14:paraId="5C4D8186" w14:textId="77777777" w:rsidR="00DE6B8F" w:rsidRDefault="00000000">
      <w:pPr>
        <w:spacing w:after="40"/>
      </w:pPr>
      <w:r>
        <w:t>________________________________________________________________________________</w:t>
      </w:r>
    </w:p>
    <w:p w14:paraId="246ED81C" w14:textId="77777777" w:rsidR="00DE6B8F" w:rsidRDefault="00000000">
      <w:r>
        <w:rPr>
          <w:b/>
        </w:rPr>
        <w:t>22. Grade 7 learners planned to carry out a community service learning project. List four problems they are likely to encounter during the project. (4 marks)</w:t>
      </w:r>
    </w:p>
    <w:p w14:paraId="4B656943" w14:textId="77777777" w:rsidR="00DE6B8F" w:rsidRDefault="00000000">
      <w:pPr>
        <w:spacing w:after="40"/>
      </w:pPr>
      <w:r>
        <w:t>________________________________________________________________________________</w:t>
      </w:r>
    </w:p>
    <w:p w14:paraId="0C8406EF" w14:textId="77777777" w:rsidR="00DE6B8F" w:rsidRDefault="00000000">
      <w:pPr>
        <w:spacing w:after="40"/>
      </w:pPr>
      <w:r>
        <w:t>________________________________________________________________________________</w:t>
      </w:r>
    </w:p>
    <w:p w14:paraId="400ABF43" w14:textId="77777777" w:rsidR="00DE6B8F" w:rsidRDefault="00000000">
      <w:pPr>
        <w:spacing w:after="40"/>
      </w:pPr>
      <w:r>
        <w:t>________________________________________________________________________________</w:t>
      </w:r>
    </w:p>
    <w:p w14:paraId="77584F45" w14:textId="77777777" w:rsidR="00DE6B8F" w:rsidRDefault="00000000">
      <w:pPr>
        <w:spacing w:after="40"/>
      </w:pPr>
      <w:r>
        <w:t>________________________________________________________________________________</w:t>
      </w:r>
    </w:p>
    <w:p w14:paraId="11E5F36B" w14:textId="77777777" w:rsidR="00DE6B8F" w:rsidRDefault="00000000">
      <w:pPr>
        <w:spacing w:after="40"/>
      </w:pPr>
      <w:r>
        <w:t>________________________________________________________________________________</w:t>
      </w:r>
    </w:p>
    <w:p w14:paraId="3DB81255" w14:textId="77777777" w:rsidR="00DE6B8F" w:rsidRDefault="00000000">
      <w:r>
        <w:rPr>
          <w:b/>
        </w:rPr>
        <w:t>23. Joy and her classmates researched contributions of early civilizations to the modern world. Highlight four contributions they researched. (4 marks)</w:t>
      </w:r>
    </w:p>
    <w:p w14:paraId="59A42523" w14:textId="77777777" w:rsidR="00DE6B8F" w:rsidRDefault="00000000">
      <w:pPr>
        <w:spacing w:after="40"/>
      </w:pPr>
      <w:r>
        <w:t>________________________________________________________________________________</w:t>
      </w:r>
    </w:p>
    <w:p w14:paraId="09319CE4" w14:textId="77777777" w:rsidR="00DE6B8F" w:rsidRDefault="00000000">
      <w:pPr>
        <w:spacing w:after="40"/>
      </w:pPr>
      <w:r>
        <w:t>________________________________________________________________________________</w:t>
      </w:r>
    </w:p>
    <w:p w14:paraId="4F5C7CE4" w14:textId="77777777" w:rsidR="00DE6B8F" w:rsidRDefault="00000000">
      <w:pPr>
        <w:spacing w:after="40"/>
      </w:pPr>
      <w:r>
        <w:t>________________________________________________________________________________</w:t>
      </w:r>
    </w:p>
    <w:p w14:paraId="2A301B29" w14:textId="77777777" w:rsidR="00DE6B8F" w:rsidRDefault="00000000">
      <w:pPr>
        <w:spacing w:after="40"/>
      </w:pPr>
      <w:r>
        <w:lastRenderedPageBreak/>
        <w:t>________________________________________________________________________________</w:t>
      </w:r>
    </w:p>
    <w:p w14:paraId="128EAFB1" w14:textId="77777777" w:rsidR="00DE6B8F" w:rsidRDefault="00000000">
      <w:pPr>
        <w:spacing w:after="40"/>
      </w:pPr>
      <w:r>
        <w:t>________________________________________________________________________________</w:t>
      </w:r>
    </w:p>
    <w:p w14:paraId="06F6CAD5" w14:textId="77777777" w:rsidR="00DE6B8F" w:rsidRDefault="00000000">
      <w:r>
        <w:rPr>
          <w:b/>
        </w:rPr>
        <w:t>24. A group of learners discussed factors that led to the introduction of money as a medium of exchange in Africa. Outline four factors they discussed. (4 marks)</w:t>
      </w:r>
    </w:p>
    <w:p w14:paraId="44D00354" w14:textId="77777777" w:rsidR="00DE6B8F" w:rsidRDefault="00000000">
      <w:pPr>
        <w:spacing w:after="40"/>
      </w:pPr>
      <w:r>
        <w:t>________________________________________________________________________________</w:t>
      </w:r>
    </w:p>
    <w:p w14:paraId="7B1C7EF6" w14:textId="77777777" w:rsidR="00DE6B8F" w:rsidRDefault="00000000">
      <w:pPr>
        <w:spacing w:after="40"/>
      </w:pPr>
      <w:r>
        <w:t>________________________________________________________________________________</w:t>
      </w:r>
    </w:p>
    <w:p w14:paraId="0F3F8E38" w14:textId="77777777" w:rsidR="00DE6B8F" w:rsidRDefault="00000000">
      <w:pPr>
        <w:spacing w:after="40"/>
      </w:pPr>
      <w:r>
        <w:t>________________________________________________________________________________</w:t>
      </w:r>
    </w:p>
    <w:p w14:paraId="143FAEB9" w14:textId="77777777" w:rsidR="00DE6B8F" w:rsidRDefault="00000000">
      <w:pPr>
        <w:spacing w:after="40"/>
      </w:pPr>
      <w:r>
        <w:t>________________________________________________________________________________</w:t>
      </w:r>
    </w:p>
    <w:p w14:paraId="6A1EA168" w14:textId="77777777" w:rsidR="00DE6B8F" w:rsidRDefault="00000000">
      <w:pPr>
        <w:spacing w:after="40"/>
      </w:pPr>
      <w:r>
        <w:t>________________________________________________________________________________</w:t>
      </w:r>
    </w:p>
    <w:p w14:paraId="34230772" w14:textId="77777777" w:rsidR="00DE6B8F" w:rsidRDefault="00000000">
      <w:r>
        <w:rPr>
          <w:b/>
        </w:rPr>
        <w:t>25. Grade 7 learners were divided into groups and asked to discuss various forms of slavery and servitude in traditional African and contemporary society. List four points they noted. (4 marks)</w:t>
      </w:r>
    </w:p>
    <w:p w14:paraId="3EE17323" w14:textId="77777777" w:rsidR="00DE6B8F" w:rsidRDefault="00000000">
      <w:pPr>
        <w:spacing w:after="40"/>
      </w:pPr>
      <w:r>
        <w:t>________________________________________________________________________________</w:t>
      </w:r>
    </w:p>
    <w:p w14:paraId="6A0ACD92" w14:textId="77777777" w:rsidR="00DE6B8F" w:rsidRDefault="00000000">
      <w:pPr>
        <w:spacing w:after="40"/>
      </w:pPr>
      <w:r>
        <w:t>________________________________________________________________________________</w:t>
      </w:r>
    </w:p>
    <w:p w14:paraId="3B7D3B4C" w14:textId="77777777" w:rsidR="00DE6B8F" w:rsidRDefault="00000000">
      <w:pPr>
        <w:spacing w:after="40"/>
      </w:pPr>
      <w:r>
        <w:t>________________________________________________________________________________</w:t>
      </w:r>
    </w:p>
    <w:p w14:paraId="4E58A39B" w14:textId="77777777" w:rsidR="00DE6B8F" w:rsidRDefault="00000000">
      <w:pPr>
        <w:spacing w:after="40"/>
      </w:pPr>
      <w:r>
        <w:t>________________________________________________________________________________</w:t>
      </w:r>
    </w:p>
    <w:p w14:paraId="398958B6" w14:textId="77777777" w:rsidR="00DE6B8F" w:rsidRDefault="00000000">
      <w:pPr>
        <w:spacing w:after="40"/>
      </w:pPr>
      <w:r>
        <w:t>________________________________________________________________________________</w:t>
      </w:r>
    </w:p>
    <w:p w14:paraId="651D0B11" w14:textId="77777777" w:rsidR="00DE6B8F" w:rsidRDefault="00000000">
      <w:r>
        <w:rPr>
          <w:b/>
        </w:rPr>
        <w:t>26. Grade 7 learners were studying map reading. Their Social Studies teacher asked them to answer the following questions.</w:t>
      </w:r>
    </w:p>
    <w:p w14:paraId="263E79EC" w14:textId="77777777" w:rsidR="00DE6B8F" w:rsidRDefault="00000000">
      <w:r>
        <w:rPr>
          <w:b/>
        </w:rPr>
        <w:t xml:space="preserve">(a) Define the term map. </w:t>
      </w:r>
      <w:r>
        <w:t>(2 marks)</w:t>
      </w:r>
    </w:p>
    <w:p w14:paraId="45D8180B" w14:textId="77777777" w:rsidR="00DE6B8F" w:rsidRDefault="00000000">
      <w:pPr>
        <w:spacing w:after="40"/>
      </w:pPr>
      <w:r>
        <w:t>________________________________________________________________________________</w:t>
      </w:r>
    </w:p>
    <w:p w14:paraId="0E1F3883" w14:textId="77777777" w:rsidR="00DE6B8F" w:rsidRDefault="00000000">
      <w:pPr>
        <w:spacing w:after="40"/>
      </w:pPr>
      <w:r>
        <w:t>________________________________________________________________________________</w:t>
      </w:r>
    </w:p>
    <w:p w14:paraId="5EC7BD40" w14:textId="77777777" w:rsidR="00DE6B8F" w:rsidRDefault="00000000">
      <w:pPr>
        <w:spacing w:after="40"/>
      </w:pPr>
      <w:r>
        <w:t>________________________________________________________________________________</w:t>
      </w:r>
    </w:p>
    <w:p w14:paraId="2FB41AEA" w14:textId="77777777" w:rsidR="00DE6B8F" w:rsidRDefault="00000000">
      <w:r>
        <w:rPr>
          <w:b/>
        </w:rPr>
        <w:t xml:space="preserve">(b) Identify three types of maps used in Social Studies. </w:t>
      </w:r>
      <w:r>
        <w:t>(3 marks)</w:t>
      </w:r>
    </w:p>
    <w:p w14:paraId="2B79549B" w14:textId="77777777" w:rsidR="00DE6B8F" w:rsidRDefault="00000000">
      <w:pPr>
        <w:spacing w:after="40"/>
      </w:pPr>
      <w:r>
        <w:t>________________________________________________________________________________</w:t>
      </w:r>
    </w:p>
    <w:p w14:paraId="68AF90BA" w14:textId="77777777" w:rsidR="00DE6B8F" w:rsidRDefault="00000000">
      <w:pPr>
        <w:spacing w:after="40"/>
      </w:pPr>
      <w:r>
        <w:t>________________________________________________________________________________</w:t>
      </w:r>
    </w:p>
    <w:p w14:paraId="32502848" w14:textId="77777777" w:rsidR="00DE6B8F" w:rsidRDefault="00000000">
      <w:pPr>
        <w:spacing w:after="40"/>
      </w:pPr>
      <w:r>
        <w:t>________________________________________________________________________________</w:t>
      </w:r>
    </w:p>
    <w:p w14:paraId="48261D89" w14:textId="77777777" w:rsidR="00DE6B8F" w:rsidRDefault="00000000">
      <w:r>
        <w:rPr>
          <w:b/>
        </w:rPr>
        <w:t>27. A group of learners explored sources of historical information. Identify four primary sources of information. (4 marks)</w:t>
      </w:r>
    </w:p>
    <w:p w14:paraId="7947E044" w14:textId="77777777" w:rsidR="00DE6B8F" w:rsidRDefault="00000000">
      <w:pPr>
        <w:spacing w:after="40"/>
      </w:pPr>
      <w:r>
        <w:t>________________________________________________________________________________</w:t>
      </w:r>
    </w:p>
    <w:p w14:paraId="55738631" w14:textId="77777777" w:rsidR="00DE6B8F" w:rsidRDefault="00000000">
      <w:pPr>
        <w:spacing w:after="40"/>
      </w:pPr>
      <w:r>
        <w:t>________________________________________________________________________________</w:t>
      </w:r>
    </w:p>
    <w:p w14:paraId="4BEFD872" w14:textId="77777777" w:rsidR="00DE6B8F" w:rsidRDefault="00000000">
      <w:pPr>
        <w:spacing w:after="40"/>
      </w:pPr>
      <w:r>
        <w:t>________________________________________________________________________________</w:t>
      </w:r>
    </w:p>
    <w:p w14:paraId="4B4F74AA" w14:textId="77777777" w:rsidR="00DE6B8F" w:rsidRDefault="00000000">
      <w:pPr>
        <w:spacing w:after="40"/>
      </w:pPr>
      <w:r>
        <w:t>________________________________________________________________________________</w:t>
      </w:r>
    </w:p>
    <w:p w14:paraId="423B8323" w14:textId="77777777" w:rsidR="00DE6B8F" w:rsidRDefault="00000000">
      <w:pPr>
        <w:spacing w:after="40"/>
      </w:pPr>
      <w:r>
        <w:t>________________________________________________________________________________</w:t>
      </w:r>
    </w:p>
    <w:sectPr w:rsidR="00DE6B8F" w:rsidSect="007954C0">
      <w:headerReference w:type="default" r:id="rId23"/>
      <w:headerReference w:type="first" r:id="rId24"/>
      <w:headerReference w:type="even" r:id="rId25"/>
      <w:footerReference w:type="default" r:id="rId26"/>
      <w:footerReference w:type="first" r:id="rId27"/>
      <w:footerReference w:type="even" r:id="rId28"/>
      <w:type w:val="continuous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43DA3" w14:textId="77777777" w:rsidR="00021688" w:rsidRDefault="00021688">
      <w:pPr>
        <w:spacing w:after="0" w:line="240" w:lineRule="auto"/>
      </w:pPr>
      <w:r>
        <w:separator/>
      </w:r>
    </w:p>
  </w:endnote>
  <w:endnote w:type="continuationSeparator" w:id="0">
    <w:p w14:paraId="23D85C92" w14:textId="77777777" w:rsidR="00021688" w:rsidRDefault="00021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93C31" w14:textId="77777777" w:rsidR="00DE6B8F" w:rsidRDefault="00000000">
    <w:pPr>
      <w:pStyle w:val="Footer"/>
      <w:jc w:val="center"/>
    </w:pPr>
    <w:r>
      <w:rPr>
        <w:sz w:val="16"/>
      </w:rPr>
      <w:t xml:space="preserve">MF-SST | SOCIAL STUDIES GRADE 7 | Page </w:t>
    </w:r>
    <w:r>
      <w:rPr>
        <w:sz w:val="16"/>
      </w:rPr>
      <w:fldChar w:fldCharType="begin"/>
    </w:r>
    <w:r>
      <w:rPr>
        <w:sz w:val="16"/>
      </w:rPr>
      <w:instrText>PAGE</w:instrText>
    </w:r>
    <w:r w:rsidR="007954C0">
      <w:rPr>
        <w:sz w:val="16"/>
      </w:rPr>
      <w:fldChar w:fldCharType="separate"/>
    </w:r>
    <w:r w:rsidR="007954C0">
      <w:rPr>
        <w:noProof/>
        <w:sz w:val="16"/>
      </w:rPr>
      <w:t>1</w:t>
    </w:r>
    <w:r>
      <w:rPr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6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7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8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9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D478E" w14:textId="77777777" w:rsidR="00021688" w:rsidRDefault="00021688">
      <w:pPr>
        <w:spacing w:after="0" w:line="240" w:lineRule="auto"/>
      </w:pPr>
      <w:r>
        <w:separator/>
      </w:r>
    </w:p>
  </w:footnote>
  <w:footnote w:type="continuationSeparator" w:id="0">
    <w:p w14:paraId="33A13A4A" w14:textId="77777777" w:rsidR="00021688" w:rsidRDefault="000216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6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7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8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9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8626149">
    <w:abstractNumId w:val="8"/>
  </w:num>
  <w:num w:numId="2" w16cid:durableId="1413508163">
    <w:abstractNumId w:val="6"/>
  </w:num>
  <w:num w:numId="3" w16cid:durableId="1144352743">
    <w:abstractNumId w:val="5"/>
  </w:num>
  <w:num w:numId="4" w16cid:durableId="942805541">
    <w:abstractNumId w:val="4"/>
  </w:num>
  <w:num w:numId="5" w16cid:durableId="479806318">
    <w:abstractNumId w:val="7"/>
  </w:num>
  <w:num w:numId="6" w16cid:durableId="1739745387">
    <w:abstractNumId w:val="3"/>
  </w:num>
  <w:num w:numId="7" w16cid:durableId="14352751">
    <w:abstractNumId w:val="2"/>
  </w:num>
  <w:num w:numId="8" w16cid:durableId="808322688">
    <w:abstractNumId w:val="1"/>
  </w:num>
  <w:num w:numId="9" w16cid:durableId="1817263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1688"/>
    <w:rsid w:val="00034616"/>
    <w:rsid w:val="0006063C"/>
    <w:rsid w:val="0015074B"/>
    <w:rsid w:val="0029639D"/>
    <w:rsid w:val="00326F90"/>
    <w:rsid w:val="005329D3"/>
    <w:rsid w:val="007954C0"/>
    <w:rsid w:val="00AA1D8D"/>
    <w:rsid w:val="00B47730"/>
    <w:rsid w:val="00CB0664"/>
    <w:rsid w:val="00DE6B8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7FDB71"/>
  <w14:defaultImageDpi w14:val="300"/>
  <w15:docId w15:val="{378F7F62-5603-485A-ADA6-1851B1C6F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dTable1Light-Accent1">
    <w:name w:val="Grid Table 1 Light Accent 1"/>
    <w:basedOn w:val="TableNormal"/>
    <w:uiPriority w:val="46"/>
    <w:rsid w:val="007954C0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header" Target="header3.xml"/><Relationship Id="rId15" Type="http://schemas.openxmlformats.org/officeDocument/2006/relationships/footer" Target="footer2.xml"/><Relationship Id="rId16" Type="http://schemas.openxmlformats.org/officeDocument/2006/relationships/footer" Target="footer3.xml"/><Relationship Id="rId17" Type="http://schemas.openxmlformats.org/officeDocument/2006/relationships/header" Target="header4.xml"/><Relationship Id="rId18" Type="http://schemas.openxmlformats.org/officeDocument/2006/relationships/header" Target="header5.xml"/><Relationship Id="rId19" Type="http://schemas.openxmlformats.org/officeDocument/2006/relationships/header" Target="header6.xml"/><Relationship Id="rId20" Type="http://schemas.openxmlformats.org/officeDocument/2006/relationships/footer" Target="footer4.xml"/><Relationship Id="rId21" Type="http://schemas.openxmlformats.org/officeDocument/2006/relationships/footer" Target="footer5.xml"/><Relationship Id="rId22" Type="http://schemas.openxmlformats.org/officeDocument/2006/relationships/footer" Target="footer6.xml"/><Relationship Id="rId23" Type="http://schemas.openxmlformats.org/officeDocument/2006/relationships/header" Target="header7.xml"/><Relationship Id="rId24" Type="http://schemas.openxmlformats.org/officeDocument/2006/relationships/header" Target="header8.xml"/><Relationship Id="rId25" Type="http://schemas.openxmlformats.org/officeDocument/2006/relationships/header" Target="header9.xml"/><Relationship Id="rId26" Type="http://schemas.openxmlformats.org/officeDocument/2006/relationships/footer" Target="footer7.xml"/><Relationship Id="rId27" Type="http://schemas.openxmlformats.org/officeDocument/2006/relationships/footer" Target="footer8.xml"/><Relationship Id="rId28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1496</Words>
  <Characters>8530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10006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2</cp:revision>
  <dcterms:created xsi:type="dcterms:W3CDTF">2013-12-23T23:15:00Z</dcterms:created>
  <dcterms:modified xsi:type="dcterms:W3CDTF">2026-09-21T18:12:00Z</dcterms:modified>
  <cp:category/>
</cp:coreProperties>
</file>