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5850" w14:textId="77777777" w:rsidR="000479C8" w:rsidRPr="00EE572A" w:rsidRDefault="00000000">
      <w:pPr>
        <w:jc w:val="center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6"/>
        </w:rPr>
        <w:t>KENYA JUNIOR SCHOOL EDUCATION ASSESSMENT</w:t>
      </w:r>
    </w:p>
    <w:p w14:paraId="00B2BC19" w14:textId="77777777" w:rsidR="000479C8" w:rsidRPr="00EE572A" w:rsidRDefault="00000000">
      <w:pPr>
        <w:jc w:val="center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30"/>
        </w:rPr>
        <w:t>GRADE 7 - 2026</w:t>
      </w:r>
    </w:p>
    <w:p w14:paraId="63E6C60C" w14:textId="77777777" w:rsidR="000479C8" w:rsidRPr="00EE572A" w:rsidRDefault="00000000">
      <w:pPr>
        <w:jc w:val="center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8"/>
        </w:rPr>
        <w:t>MATHEMATICS</w:t>
      </w:r>
    </w:p>
    <w:p w14:paraId="2748B8B1" w14:textId="77777777" w:rsidR="000479C8" w:rsidRPr="00EE572A" w:rsidRDefault="00000000">
      <w:pPr>
        <w:jc w:val="center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2"/>
        </w:rPr>
        <w:t>TIME: 1 HOUR 40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479C8" w:rsidRPr="00EE572A" w14:paraId="66B69B1C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2BE226AF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8"/>
              </w:rPr>
              <w:t>Learner's Name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1DF2CCE3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D9EAF7"/>
            <w:vAlign w:val="center"/>
          </w:tcPr>
          <w:p w14:paraId="06AAD49E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8"/>
              </w:rPr>
              <w:t>Assessment Number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62AB750F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5268037C" w14:textId="77777777">
        <w:trPr>
          <w:jc w:val="center"/>
        </w:trPr>
        <w:tc>
          <w:tcPr>
            <w:tcW w:w="2592" w:type="dxa"/>
            <w:vAlign w:val="center"/>
          </w:tcPr>
          <w:p w14:paraId="06697923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School Name</w:t>
            </w:r>
          </w:p>
        </w:tc>
        <w:tc>
          <w:tcPr>
            <w:tcW w:w="2592" w:type="dxa"/>
            <w:vAlign w:val="center"/>
          </w:tcPr>
          <w:p w14:paraId="1758DFC7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vAlign w:val="center"/>
          </w:tcPr>
          <w:p w14:paraId="478D8147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School Code</w:t>
            </w:r>
          </w:p>
        </w:tc>
        <w:tc>
          <w:tcPr>
            <w:tcW w:w="2592" w:type="dxa"/>
            <w:vAlign w:val="center"/>
          </w:tcPr>
          <w:p w14:paraId="1AA54C2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71680E25" w14:textId="77777777">
        <w:trPr>
          <w:jc w:val="center"/>
        </w:trPr>
        <w:tc>
          <w:tcPr>
            <w:tcW w:w="2592" w:type="dxa"/>
            <w:vAlign w:val="center"/>
          </w:tcPr>
          <w:p w14:paraId="7B5A7B2B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Learner's Signature</w:t>
            </w:r>
          </w:p>
        </w:tc>
        <w:tc>
          <w:tcPr>
            <w:tcW w:w="2592" w:type="dxa"/>
            <w:vAlign w:val="center"/>
          </w:tcPr>
          <w:p w14:paraId="593419A1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vAlign w:val="center"/>
          </w:tcPr>
          <w:p w14:paraId="3EC81CD1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Date</w:t>
            </w:r>
          </w:p>
        </w:tc>
        <w:tc>
          <w:tcPr>
            <w:tcW w:w="2592" w:type="dxa"/>
            <w:vAlign w:val="center"/>
          </w:tcPr>
          <w:p w14:paraId="1E0643E9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</w:tbl>
    <w:p w14:paraId="3FF38CBD" w14:textId="77777777" w:rsidR="000479C8" w:rsidRPr="00EE572A" w:rsidRDefault="00000000">
      <w:pPr>
        <w:spacing w:before="100" w:after="6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4"/>
        </w:rPr>
        <w:t>INSTRUCTIONS TO LEARNERS</w:t>
      </w:r>
    </w:p>
    <w:p w14:paraId="7D6B0CB1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1. Write your name and assessment number in the spaces provided above.</w:t>
      </w:r>
    </w:p>
    <w:p w14:paraId="0ED2E0EF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2. Write the name and code of your school in the spaces provided above.</w:t>
      </w:r>
    </w:p>
    <w:p w14:paraId="4B0BE367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3. Sign and write the date of the assessment in the spaces provided above.</w:t>
      </w:r>
    </w:p>
    <w:p w14:paraId="221FB133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4. This question paper consists of TWO sections: A and B.</w:t>
      </w:r>
    </w:p>
    <w:p w14:paraId="34DDAFA5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5. Answer ALL the questions in Section A on the separate ANSWER SHEET provided.</w:t>
      </w:r>
    </w:p>
    <w:p w14:paraId="37A816AC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6. Answer ALL the questions in Section B in the spaces provided in this question paper.</w:t>
      </w:r>
    </w:p>
    <w:p w14:paraId="467A942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7. Show all the workings in Section B in the spaces provided.</w:t>
      </w:r>
    </w:p>
    <w:p w14:paraId="6791B969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8. Non-programmable calculators may be used, except where stated otherwise.</w:t>
      </w:r>
    </w:p>
    <w:p w14:paraId="5C82E1E9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9. Give non-exact numerical answers correct to 3 significant figures and angles to the nearest degree unless otherwise specified.</w:t>
      </w:r>
    </w:p>
    <w:p w14:paraId="24218FA6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10. For π, use either the calculator value or 3.142.</w:t>
      </w:r>
    </w:p>
    <w:p w14:paraId="36908B47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11. Do NOT remove any page from this question paper.</w:t>
      </w:r>
    </w:p>
    <w:p w14:paraId="623BF091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12. Answer ALL the questions in English.</w:t>
      </w:r>
    </w:p>
    <w:p w14:paraId="3088D959" w14:textId="77777777" w:rsidR="000479C8" w:rsidRPr="00EE572A" w:rsidRDefault="00000000">
      <w:pPr>
        <w:spacing w:before="100" w:after="6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4"/>
        </w:rPr>
        <w:t>SECTION A: ANSWER SHEET INSTRUCTIONS</w:t>
      </w:r>
    </w:p>
    <w:p w14:paraId="0D06E9AD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• Use an ordinary HB pencil.</w:t>
      </w:r>
    </w:p>
    <w:p w14:paraId="5D3F4A1E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• Confirm that your answer sheet contains your Assessment Number, Name, School Name and Subject.</w:t>
      </w:r>
    </w:p>
    <w:p w14:paraId="600B4A8C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• For each question, four alternatives are given and only ONE is correct.</w:t>
      </w:r>
    </w:p>
    <w:p w14:paraId="2C37BB0C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• Mark your choice by drawing a DARK LINE inside the corresponding box.</w:t>
      </w:r>
    </w:p>
    <w:p w14:paraId="710F7B3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• Keep the answer sheet clean, dry and do not fold it.</w:t>
      </w:r>
    </w:p>
    <w:p w14:paraId="79F6241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 xml:space="preserve">Worked example: </w:t>
      </w:r>
      <w:r w:rsidRPr="00EE572A">
        <w:rPr>
          <w:rFonts w:ascii="Times New Roman" w:hAnsi="Times New Roman" w:cs="Times New Roman"/>
        </w:rPr>
        <w:t>If the correct answer is C, mark only the box labelled C on the answer sheet.</w:t>
      </w:r>
    </w:p>
    <w:p w14:paraId="72D2D0EE" w14:textId="77777777" w:rsidR="000479C8" w:rsidRPr="00EE572A" w:rsidRDefault="00000000">
      <w:pPr>
        <w:spacing w:before="100" w:after="6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4"/>
        </w:rPr>
        <w:t>FOR OFFICIAL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83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0479C8" w:rsidRPr="00EE572A" w14:paraId="4E1DC7A1" w14:textId="77777777">
        <w:trPr>
          <w:jc w:val="center"/>
        </w:trPr>
        <w:tc>
          <w:tcPr>
            <w:tcW w:w="798" w:type="dxa"/>
            <w:shd w:val="clear" w:color="auto" w:fill="D9EAF7"/>
            <w:vAlign w:val="center"/>
          </w:tcPr>
          <w:p w14:paraId="1CA6272F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Question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2D39FF21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24FD72A7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22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2A24261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23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47D62DC0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24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7EA60014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25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415DFD9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26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4DD693A6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27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3BEB2291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28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4699F7A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29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1BBEBFDA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30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7FD2BD2C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31</w:t>
            </w:r>
          </w:p>
        </w:tc>
        <w:tc>
          <w:tcPr>
            <w:tcW w:w="798" w:type="dxa"/>
            <w:shd w:val="clear" w:color="auto" w:fill="D9EAF7"/>
            <w:vAlign w:val="center"/>
          </w:tcPr>
          <w:p w14:paraId="52B03CEA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6"/>
              </w:rPr>
              <w:t>TOTAL</w:t>
            </w:r>
          </w:p>
        </w:tc>
      </w:tr>
      <w:tr w:rsidR="000479C8" w:rsidRPr="00EE572A" w14:paraId="14BFDBA7" w14:textId="77777777">
        <w:trPr>
          <w:jc w:val="center"/>
        </w:trPr>
        <w:tc>
          <w:tcPr>
            <w:tcW w:w="798" w:type="dxa"/>
            <w:vAlign w:val="center"/>
          </w:tcPr>
          <w:p w14:paraId="6780578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Maximum Score</w:t>
            </w:r>
          </w:p>
        </w:tc>
        <w:tc>
          <w:tcPr>
            <w:tcW w:w="798" w:type="dxa"/>
            <w:vAlign w:val="center"/>
          </w:tcPr>
          <w:p w14:paraId="41AAF9C3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798" w:type="dxa"/>
            <w:vAlign w:val="center"/>
          </w:tcPr>
          <w:p w14:paraId="573C8342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798" w:type="dxa"/>
            <w:vAlign w:val="center"/>
          </w:tcPr>
          <w:p w14:paraId="47845783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3B1E22F1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0E2F560A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798" w:type="dxa"/>
            <w:vAlign w:val="center"/>
          </w:tcPr>
          <w:p w14:paraId="490472FB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798" w:type="dxa"/>
            <w:vAlign w:val="center"/>
          </w:tcPr>
          <w:p w14:paraId="4ABBED9C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26975F20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798" w:type="dxa"/>
            <w:vAlign w:val="center"/>
          </w:tcPr>
          <w:p w14:paraId="1829263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798" w:type="dxa"/>
            <w:vAlign w:val="center"/>
          </w:tcPr>
          <w:p w14:paraId="7DABF2C7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798" w:type="dxa"/>
            <w:vAlign w:val="center"/>
          </w:tcPr>
          <w:p w14:paraId="488DC496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798" w:type="dxa"/>
            <w:vAlign w:val="center"/>
          </w:tcPr>
          <w:p w14:paraId="01BB97EC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>30</w:t>
            </w:r>
          </w:p>
        </w:tc>
      </w:tr>
      <w:tr w:rsidR="000479C8" w:rsidRPr="00EE572A" w14:paraId="44E54146" w14:textId="77777777">
        <w:trPr>
          <w:jc w:val="center"/>
        </w:trPr>
        <w:tc>
          <w:tcPr>
            <w:tcW w:w="798" w:type="dxa"/>
            <w:vAlign w:val="center"/>
          </w:tcPr>
          <w:p w14:paraId="1F5A61E0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6"/>
              </w:rPr>
              <w:t xml:space="preserve">Learner's </w:t>
            </w:r>
            <w:r w:rsidRPr="00EE572A">
              <w:rPr>
                <w:rFonts w:ascii="Times New Roman" w:hAnsi="Times New Roman" w:cs="Times New Roman"/>
                <w:sz w:val="16"/>
              </w:rPr>
              <w:lastRenderedPageBreak/>
              <w:t>Score</w:t>
            </w:r>
          </w:p>
        </w:tc>
        <w:tc>
          <w:tcPr>
            <w:tcW w:w="798" w:type="dxa"/>
            <w:vAlign w:val="center"/>
          </w:tcPr>
          <w:p w14:paraId="69698E70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118A4425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0064F0A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3B71B6E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14835DA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0EAD3A7F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26A9D7A8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5CC30060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3FF2537E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4E79E2D6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35001252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5ECBA0D0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</w:tbl>
    <w:p w14:paraId="2A0601FB" w14:textId="77777777" w:rsidR="000479C8" w:rsidRPr="00EE572A" w:rsidRDefault="00000000">
      <w:pPr>
        <w:spacing w:before="100" w:after="6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4"/>
        </w:rPr>
        <w:t>SECTION A (20 MARKS)</w:t>
      </w:r>
    </w:p>
    <w:p w14:paraId="4386D51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i/>
        </w:rPr>
        <w:t>Answer all the questions in this section.</w:t>
      </w:r>
    </w:p>
    <w:p w14:paraId="084896CA" w14:textId="77777777" w:rsidR="00EE572A" w:rsidRDefault="00EE572A">
      <w:pPr>
        <w:spacing w:after="20"/>
        <w:rPr>
          <w:rFonts w:ascii="Times New Roman" w:hAnsi="Times New Roman" w:cs="Times New Roman"/>
          <w:b/>
        </w:rPr>
        <w:sectPr w:rsidR="00EE572A" w:rsidSect="00034616">
          <w:footerReference w:type="default" r:id="rId8"/>
          <w:headerReference w:type="default" r:id="rId14"/>
          <w:headerReference w:type="first" r:id="rId15"/>
          <w:headerReference w:type="even" r:id="rId16"/>
          <w:footerReference w:type="first" r:id="rId17"/>
          <w:footerReference w:type="even" r:id="rId18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26A8FA0B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1. A shopkeeper received eight million two hundred and forty-six thousand and thirty-five shillings. Which is the correct numeral?</w:t>
      </w:r>
    </w:p>
    <w:p w14:paraId="3B8D3E0E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Ksh. 8,246,035</w:t>
      </w:r>
    </w:p>
    <w:p w14:paraId="3492728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Ksh. 8,264,035</w:t>
      </w:r>
    </w:p>
    <w:p w14:paraId="714198C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Ksh. 8,246,350</w:t>
      </w:r>
    </w:p>
    <w:p w14:paraId="7C8E4F3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Ksh. 8,204,635</w:t>
      </w:r>
    </w:p>
    <w:p w14:paraId="7A831EFE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2. A county recorded 5,738,214 seedlings planted. Round this number to the nearest million.</w:t>
      </w:r>
    </w:p>
    <w:p w14:paraId="1348E0E6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5,000,000</w:t>
      </w:r>
    </w:p>
    <w:p w14:paraId="6DE89D4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5,700,000</w:t>
      </w:r>
    </w:p>
    <w:p w14:paraId="0FE7E407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6,000,000</w:t>
      </w:r>
    </w:p>
    <w:p w14:paraId="4E238BA0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7,000,000</w:t>
      </w:r>
    </w:p>
    <w:p w14:paraId="44B063F9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3. Find the next number in the sequence: 1,024, 512, 256, 128, …</w:t>
      </w:r>
    </w:p>
    <w:p w14:paraId="3DF8220C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16</w:t>
      </w:r>
    </w:p>
    <w:p w14:paraId="733EF0FC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32</w:t>
      </w:r>
    </w:p>
    <w:p w14:paraId="50AFF074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64</w:t>
      </w:r>
    </w:p>
    <w:p w14:paraId="08A86431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96</w:t>
      </w:r>
    </w:p>
    <w:p w14:paraId="3F185B4E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4. What is the smallest number that can be added to 63,475 to make it divisible by 9?</w:t>
      </w:r>
    </w:p>
    <w:p w14:paraId="24739F5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1</w:t>
      </w:r>
    </w:p>
    <w:p w14:paraId="02B3DA6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2</w:t>
      </w:r>
    </w:p>
    <w:p w14:paraId="48CEF53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3</w:t>
      </w:r>
    </w:p>
    <w:p w14:paraId="46A3121C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4</w:t>
      </w:r>
    </w:p>
    <w:p w14:paraId="78FA8AB2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5. Three bells ring at intervals of 12 seconds, 18 seconds and 30 seconds. If they ring together at 9:00:00 a.m., after how long will they ring together again?</w:t>
      </w:r>
    </w:p>
    <w:p w14:paraId="3EA7B64A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EE572A">
        <w:rPr>
          <w:rFonts w:ascii="Times New Roman" w:hAnsi="Times New Roman" w:cs="Times New Roman"/>
          <w:lang w:val="de-DE"/>
        </w:rPr>
        <w:t>A. 1 minute</w:t>
      </w:r>
    </w:p>
    <w:p w14:paraId="430916D0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EE572A">
        <w:rPr>
          <w:rFonts w:ascii="Times New Roman" w:hAnsi="Times New Roman" w:cs="Times New Roman"/>
          <w:lang w:val="de-DE"/>
        </w:rPr>
        <w:t>B. 2 minutes</w:t>
      </w:r>
    </w:p>
    <w:p w14:paraId="4EBD12E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  <w:lang w:val="de-DE"/>
        </w:rPr>
      </w:pPr>
      <w:r w:rsidRPr="00EE572A">
        <w:rPr>
          <w:rFonts w:ascii="Times New Roman" w:hAnsi="Times New Roman" w:cs="Times New Roman"/>
          <w:lang w:val="de-DE"/>
        </w:rPr>
        <w:t>C. 3 minutes</w:t>
      </w:r>
    </w:p>
    <w:p w14:paraId="468B5D5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6 minutes</w:t>
      </w:r>
    </w:p>
    <w:p w14:paraId="6B87E31C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6. The area of a square garden is 20 1/4 m². Find its perimeter.</w:t>
      </w:r>
    </w:p>
    <w:p w14:paraId="57209E9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18 m</w:t>
      </w:r>
    </w:p>
    <w:p w14:paraId="1970AC3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20 m</w:t>
      </w:r>
    </w:p>
    <w:p w14:paraId="128CB8DE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22 m</w:t>
      </w:r>
    </w:p>
    <w:p w14:paraId="3B9CD72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24 m</w:t>
      </w:r>
    </w:p>
    <w:p w14:paraId="0AF76125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7. Solve: 3/5 × x + 4 = 16.</w:t>
      </w:r>
    </w:p>
    <w:p w14:paraId="4F5677B8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15</w:t>
      </w:r>
    </w:p>
    <w:p w14:paraId="433BBF4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20</w:t>
      </w:r>
    </w:p>
    <w:p w14:paraId="66262D8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24</w:t>
      </w:r>
    </w:p>
    <w:p w14:paraId="61ACB3D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30</w:t>
      </w:r>
    </w:p>
    <w:p w14:paraId="397BE9E4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8. A trader received Ksh. 1,305,000 from selling rice. He sold the rice in 75 kg bags at Ksh. 2,900 per bag. How many kilograms of rice were sold?</w:t>
      </w:r>
    </w:p>
    <w:p w14:paraId="61C89EC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30,000 kg</w:t>
      </w:r>
    </w:p>
    <w:p w14:paraId="6881098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33,750 kg</w:t>
      </w:r>
    </w:p>
    <w:p w14:paraId="395808F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36,000 kg</w:t>
      </w:r>
    </w:p>
    <w:p w14:paraId="015DB68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45,000 kg</w:t>
      </w:r>
    </w:p>
    <w:p w14:paraId="0330A3CE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9. A farmer has 96 m of wire, exactly enough to fence a square plot once. What is the area of the plot?</w:t>
      </w:r>
    </w:p>
    <w:p w14:paraId="7C08B6E1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576 m²</w:t>
      </w:r>
    </w:p>
    <w:p w14:paraId="755CBF0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625 m²</w:t>
      </w:r>
    </w:p>
    <w:p w14:paraId="021A10D8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729 m²</w:t>
      </w:r>
    </w:p>
    <w:p w14:paraId="3D04EE1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9216 m²</w:t>
      </w:r>
    </w:p>
    <w:p w14:paraId="012E7DA4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10. Mary and Asha share 18 kg of maize flour. Mary receives 4 kg more than Asha. How much does each receive?</w:t>
      </w:r>
    </w:p>
    <w:p w14:paraId="6F96B72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Mary 7 kg, Asha 11 kg</w:t>
      </w:r>
    </w:p>
    <w:p w14:paraId="03FDEE7A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Mary 9 kg, Asha 9 kg</w:t>
      </w:r>
    </w:p>
    <w:p w14:paraId="3FB27518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Mary 11 kg, Asha 7 kg</w:t>
      </w:r>
    </w:p>
    <w:p w14:paraId="3C42EB17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Mary 12 kg, Asha 6 kg</w:t>
      </w:r>
    </w:p>
    <w:p w14:paraId="6E41B53B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11. A hall can accommodate at most 320 learners. If x represents the number of learners in the hall, which inequality is correct?</w:t>
      </w:r>
    </w:p>
    <w:p w14:paraId="69D29D81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x &lt; 320</w:t>
      </w:r>
    </w:p>
    <w:p w14:paraId="4FF14E7B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x ≤ 320</w:t>
      </w:r>
    </w:p>
    <w:p w14:paraId="775C9EB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x &gt; 320</w:t>
      </w:r>
    </w:p>
    <w:p w14:paraId="3742EBF7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x ≥ 320</w:t>
      </w:r>
    </w:p>
    <w:p w14:paraId="1D632FD6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12. A cylindrical tank has radius 4 cm and height 6 cm. What is its volume? Take π = 3.142.</w:t>
      </w:r>
    </w:p>
    <w:p w14:paraId="012ED4B3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301.6 cm³</w:t>
      </w:r>
    </w:p>
    <w:p w14:paraId="7CA29417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150.8 cm³</w:t>
      </w:r>
    </w:p>
    <w:p w14:paraId="041837F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75.4 cm³</w:t>
      </w:r>
    </w:p>
    <w:p w14:paraId="302886B4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603.3 cm³</w:t>
      </w:r>
    </w:p>
    <w:p w14:paraId="1DC47E29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13. A 13 m ladder rests against a vertical wall. Its foot is 5 m from the wall. How high up the wall does it reach?</w:t>
      </w:r>
    </w:p>
    <w:p w14:paraId="1628AB6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8 m</w:t>
      </w:r>
    </w:p>
    <w:p w14:paraId="31449DA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10 m</w:t>
      </w:r>
    </w:p>
    <w:p w14:paraId="30620171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12 m</w:t>
      </w:r>
    </w:p>
    <w:p w14:paraId="3ADE0EB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13 m</w:t>
      </w:r>
    </w:p>
    <w:p w14:paraId="73E83575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14. A rectangular garden is 18 m long and 11 m wide. What is its area?</w:t>
      </w:r>
    </w:p>
    <w:p w14:paraId="2E57D0AD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58 m²</w:t>
      </w:r>
    </w:p>
    <w:p w14:paraId="79ED4A6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198 m²</w:t>
      </w:r>
    </w:p>
    <w:p w14:paraId="1F4C04D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208 m²</w:t>
      </w:r>
    </w:p>
    <w:p w14:paraId="4261B72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396 m²</w:t>
      </w:r>
    </w:p>
    <w:p w14:paraId="39BBCB87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15. Calculate the area of a parallelogram whose base is 15 cm and perpendicular height is 8 cm.</w:t>
      </w:r>
    </w:p>
    <w:p w14:paraId="747BBFA6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60 cm²</w:t>
      </w:r>
    </w:p>
    <w:p w14:paraId="4A7439B1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100 cm²</w:t>
      </w:r>
    </w:p>
    <w:p w14:paraId="67D614D7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120 cm²</w:t>
      </w:r>
    </w:p>
    <w:p w14:paraId="1AEA5845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240 cm²</w:t>
      </w:r>
    </w:p>
    <w:p w14:paraId="2B491294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16. A cubical tank has a side of 4 m and is full of water. How much water does it contain in litres?</w:t>
      </w:r>
    </w:p>
    <w:p w14:paraId="2D5A847E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lastRenderedPageBreak/>
        <w:t>A. 16,000 litres</w:t>
      </w:r>
    </w:p>
    <w:p w14:paraId="0499AF9E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32,000 litres</w:t>
      </w:r>
    </w:p>
    <w:p w14:paraId="16F2EBB6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64,000 litres</w:t>
      </w:r>
    </w:p>
    <w:p w14:paraId="00495826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128,000 litres</w:t>
      </w:r>
    </w:p>
    <w:p w14:paraId="18C751AB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17. A laboratory thermometer records 315 K. Convert this temperature to degrees Celsius.</w:t>
      </w:r>
    </w:p>
    <w:p w14:paraId="3194D8E0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42°C</w:t>
      </w:r>
    </w:p>
    <w:p w14:paraId="3650E3B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52°C</w:t>
      </w:r>
    </w:p>
    <w:p w14:paraId="583CEDCC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588°C</w:t>
      </w:r>
    </w:p>
    <w:p w14:paraId="347B90CA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315°C</w:t>
      </w:r>
    </w:p>
    <w:p w14:paraId="036E5B85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18. A trader buys 12 baskets of oranges at Ksh. 150 per basket. He sells all the baskets at Ksh. 180 each. What profit does he make?</w:t>
      </w:r>
    </w:p>
    <w:p w14:paraId="3BB9B164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Ksh. 180</w:t>
      </w:r>
    </w:p>
    <w:p w14:paraId="5DD72C62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Ksh. 240</w:t>
      </w:r>
    </w:p>
    <w:p w14:paraId="22CE8A63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Ksh. 360</w:t>
      </w:r>
    </w:p>
    <w:p w14:paraId="54F60C61" w14:textId="1D7CAFDF" w:rsidR="000479C8" w:rsidRPr="00EE572A" w:rsidRDefault="00000000" w:rsidP="00EE572A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Ksh. 396</w:t>
      </w:r>
    </w:p>
    <w:p w14:paraId="7E45CC30" w14:textId="77777777" w:rsidR="000479C8" w:rsidRDefault="00000000">
      <w:pPr>
        <w:spacing w:after="20"/>
        <w:rPr>
          <w:rFonts w:ascii="Times New Roman" w:hAnsi="Times New Roman" w:cs="Times New Roman"/>
          <w:b/>
        </w:rPr>
      </w:pPr>
      <w:r w:rsidRPr="00EE572A">
        <w:rPr>
          <w:rFonts w:ascii="Times New Roman" w:hAnsi="Times New Roman" w:cs="Times New Roman"/>
          <w:b/>
        </w:rPr>
        <w:t>19. A meeting starts at the time shown in the clock below. If it lasts 2 1/2 hours, at what time does it end?</w:t>
      </w:r>
    </w:p>
    <w:p w14:paraId="1D40E279" w14:textId="6D4EAB23" w:rsidR="00EE572A" w:rsidRPr="00EE572A" w:rsidRDefault="00EE572A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drawing>
          <wp:inline distT="0" distB="0" distL="0" distR="0" wp14:anchorId="7E083EBE" wp14:editId="52E3CD52">
            <wp:extent cx="3613150" cy="1758950"/>
            <wp:effectExtent l="0" t="0" r="6350" b="0"/>
            <wp:docPr id="1493065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656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315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3D4E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4:15 p.m.</w:t>
      </w:r>
    </w:p>
    <w:p w14:paraId="4EB7BA84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4:00 p.m.</w:t>
      </w:r>
    </w:p>
    <w:p w14:paraId="797B4A58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4:45 p.m.</w:t>
      </w:r>
    </w:p>
    <w:p w14:paraId="09DFFD7F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5:00 p.m.</w:t>
      </w:r>
    </w:p>
    <w:p w14:paraId="710C976C" w14:textId="77777777" w:rsidR="000479C8" w:rsidRPr="00EE572A" w:rsidRDefault="00000000">
      <w:pPr>
        <w:spacing w:after="2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20. A cyclist travels at 72 km/h. What is this speed in m/s?</w:t>
      </w:r>
    </w:p>
    <w:p w14:paraId="0B1A037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A. 12 m/s</w:t>
      </w:r>
    </w:p>
    <w:p w14:paraId="0003E88A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B. 18 m/s</w:t>
      </w:r>
    </w:p>
    <w:p w14:paraId="30FCB6B9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C. 20 m/s</w:t>
      </w:r>
    </w:p>
    <w:p w14:paraId="69FAA0B6" w14:textId="77777777" w:rsidR="000479C8" w:rsidRPr="00EE572A" w:rsidRDefault="00000000">
      <w:pPr>
        <w:spacing w:after="0"/>
        <w:ind w:left="403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D. 24 m/s</w:t>
      </w:r>
    </w:p>
    <w:p w14:paraId="63CD683F" w14:textId="77777777" w:rsidR="00EE572A" w:rsidRDefault="00EE572A">
      <w:pPr>
        <w:spacing w:before="100" w:after="60"/>
        <w:rPr>
          <w:rFonts w:ascii="Times New Roman" w:hAnsi="Times New Roman" w:cs="Times New Roman"/>
          <w:b/>
          <w:sz w:val="24"/>
        </w:rPr>
        <w:sectPr w:rsidR="00EE572A" w:rsidSect="00EE572A">
          <w:headerReference w:type="default" r:id="rId19"/>
          <w:headerReference w:type="first" r:id="rId20"/>
          <w:headerReference w:type="even" r:id="rId21"/>
          <w:footerReference w:type="default" r:id="rId22"/>
          <w:footerReference w:type="first" r:id="rId23"/>
          <w:footerReference w:type="even" r:id="rId24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4EF4550C" w14:textId="77777777" w:rsidR="000479C8" w:rsidRPr="00EE572A" w:rsidRDefault="00000000">
      <w:pPr>
        <w:spacing w:before="100" w:after="60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  <w:sz w:val="24"/>
        </w:rPr>
        <w:t>SECTION B (30 MARKS)</w:t>
      </w:r>
    </w:p>
    <w:p w14:paraId="0E6F9750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i/>
        </w:rPr>
        <w:t>Answer all the questions in the spaces provided. Show all your workings.</w:t>
      </w:r>
    </w:p>
    <w:p w14:paraId="6A0C8564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21. A farmer received a cheque worth Ksh. 625,804,120 after selling farm produce.</w:t>
      </w:r>
    </w:p>
    <w:p w14:paraId="7D664968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(a) Write the amount on the cheque in words. (1 mark)</w:t>
      </w:r>
    </w:p>
    <w:p w14:paraId="581B1331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1BC14BF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(b) Round off the amount to the nearest million. (1 mark)</w:t>
      </w:r>
    </w:p>
    <w:p w14:paraId="4774A3FA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0C37753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(c) Find the total place value of the digit 8 in the amount. (1 mark)</w:t>
      </w:r>
    </w:p>
    <w:p w14:paraId="45C58C4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6A2A967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22. The area of a circular pond is 554.176 cm². Taking π = 3.142, find the diameter of the pond. (3 marks)</w:t>
      </w:r>
    </w:p>
    <w:p w14:paraId="69499DB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  <w:r w:rsidRPr="00EE572A">
        <w:rPr>
          <w:rFonts w:ascii="Times New Roman" w:hAnsi="Times New Roman" w:cs="Times New Roman"/>
        </w:rPr>
        <w:br/>
        <w:t>________________________________________________________________________________</w:t>
      </w:r>
    </w:p>
    <w:p w14:paraId="4833A83B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23. A number is increased by 8 and then multiplied by 4. The result is 52. Find the number. (2 marks)</w:t>
      </w:r>
    </w:p>
    <w:p w14:paraId="00C9AEDD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</w:p>
    <w:p w14:paraId="5445F614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24. The temperature of a classroom is more than 16°C but less than or equal to 24°C. Form a compound inequality to represent the possible temperatures. (2 marks)</w:t>
      </w:r>
    </w:p>
    <w:p w14:paraId="1AFE3409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________________________________________________________________________________</w:t>
      </w:r>
    </w:p>
    <w:p w14:paraId="251F0940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25. Simplify the following combined operation: 24 ÷ 3 × 5 + 7 − 9. (3 marks)</w:t>
      </w:r>
    </w:p>
    <w:p w14:paraId="32B296C5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  <w:r w:rsidRPr="00EE572A">
        <w:rPr>
          <w:rFonts w:ascii="Times New Roman" w:hAnsi="Times New Roman" w:cs="Times New Roman"/>
        </w:rPr>
        <w:br/>
        <w:t>________________________________________________________________________________</w:t>
      </w:r>
    </w:p>
    <w:p w14:paraId="084ED817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lastRenderedPageBreak/>
        <w:t>26. A farmer harvested 36.75 tonnes of maize. He sold 14.25 tonnes and later used 7.50 tonnes to feed livestock. The remaining maize was packed equally into 5 stores. How many tonnes of maize were stored in each store? (3 marks)</w:t>
      </w:r>
    </w:p>
    <w:p w14:paraId="53C499A2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  <w:r w:rsidRPr="00EE572A">
        <w:rPr>
          <w:rFonts w:ascii="Times New Roman" w:hAnsi="Times New Roman" w:cs="Times New Roman"/>
        </w:rPr>
        <w:br/>
        <w:t>________________________________________________________________________________</w:t>
      </w:r>
    </w:p>
    <w:p w14:paraId="3846CD4B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27. Arrange the following fractions in descending order: 3/4, 5/8, 7/10, 2/5. (2 marks)</w:t>
      </w:r>
    </w:p>
    <w:p w14:paraId="6E302D67" w14:textId="6B281380" w:rsidR="000479C8" w:rsidRPr="00EE572A" w:rsidRDefault="00000000" w:rsidP="00EE572A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94ABFEE" w14:textId="225B432D" w:rsidR="000479C8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 xml:space="preserve">28. Use a protractor to measure the size of angle ABC in the figure </w:t>
      </w:r>
      <w:r w:rsidR="00EE572A">
        <w:rPr>
          <w:rFonts w:ascii="Times New Roman" w:hAnsi="Times New Roman" w:cs="Times New Roman"/>
        </w:rPr>
        <w:t>below</w:t>
      </w:r>
      <w:r w:rsidRPr="00EE572A">
        <w:rPr>
          <w:rFonts w:ascii="Times New Roman" w:hAnsi="Times New Roman" w:cs="Times New Roman"/>
        </w:rPr>
        <w:t>. (1 mark)</w:t>
      </w:r>
    </w:p>
    <w:p w14:paraId="2E9C303C" w14:textId="1BB44715" w:rsidR="00EE572A" w:rsidRPr="00EE572A" w:rsidRDefault="00EE572A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drawing>
          <wp:inline distT="0" distB="0" distL="0" distR="0" wp14:anchorId="6E17BA48" wp14:editId="26E0E124">
            <wp:extent cx="3575050" cy="1727200"/>
            <wp:effectExtent l="0" t="0" r="6350" b="6350"/>
            <wp:docPr id="2130660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6059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5944" w14:textId="7CF63B19" w:rsidR="000479C8" w:rsidRPr="00EE572A" w:rsidRDefault="00000000" w:rsidP="00EE572A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Answer: __________________°</w:t>
      </w:r>
    </w:p>
    <w:p w14:paraId="701E7113" w14:textId="77777777" w:rsidR="000479C8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29. Work out the value of line x in the right-angled triangle above. (3 marks)</w:t>
      </w:r>
    </w:p>
    <w:p w14:paraId="59C9287D" w14:textId="5624464F" w:rsidR="00EE572A" w:rsidRPr="00EE572A" w:rsidRDefault="00F33552">
      <w:pPr>
        <w:rPr>
          <w:rFonts w:ascii="Times New Roman" w:hAnsi="Times New Roman" w:cs="Times New Roman"/>
        </w:rPr>
      </w:pPr>
      <w:r w:rsidRPr="00F33552">
        <w:rPr>
          <w:rFonts w:ascii="Times New Roman" w:hAnsi="Times New Roman" w:cs="Times New Roman"/>
        </w:rPr>
        <w:drawing>
          <wp:inline distT="0" distB="0" distL="0" distR="0" wp14:anchorId="48AA365D" wp14:editId="0ABC4A3F">
            <wp:extent cx="4254500" cy="2241550"/>
            <wp:effectExtent l="0" t="0" r="0" b="6350"/>
            <wp:docPr id="2019946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465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4CAE8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  <w:r w:rsidRPr="00EE572A">
        <w:rPr>
          <w:rFonts w:ascii="Times New Roman" w:hAnsi="Times New Roman" w:cs="Times New Roman"/>
        </w:rPr>
        <w:br/>
        <w:t>________________________________________________________________________________</w:t>
      </w:r>
    </w:p>
    <w:p w14:paraId="1648FA6E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30. A rectangular container of length 9 m, width 5 m and height 4 m is full of water.</w:t>
      </w:r>
    </w:p>
    <w:p w14:paraId="08BC00C4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(a) What is the volume of water in m³? (2 marks)</w:t>
      </w:r>
    </w:p>
    <w:p w14:paraId="2F761886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</w:p>
    <w:p w14:paraId="6097A4CB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(b) How much water does the tank contain in litres? (2 marks)</w:t>
      </w:r>
    </w:p>
    <w:p w14:paraId="3499F0F7" w14:textId="77777777" w:rsidR="000479C8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Working: ________________________________________________________________________</w:t>
      </w:r>
    </w:p>
    <w:p w14:paraId="28910C69" w14:textId="4FE25531" w:rsidR="00F33552" w:rsidRPr="00EE572A" w:rsidRDefault="00000000">
      <w:pPr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</w:rPr>
        <w:t>31. Learners recorded the number of vehicles that passed a road junction in 30 minutes. They found that there were 21 cars, 10 buses, 14 motorcycles, 8 lorries and 7 bicycles. Complete the tally table below. (4 marks)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0479C8" w:rsidRPr="00EE572A" w14:paraId="63DE37F4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72CF6ACA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8"/>
              </w:rPr>
              <w:lastRenderedPageBreak/>
              <w:t>Type of Vehicle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1A40C74A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8"/>
              </w:rPr>
              <w:t>Tally Marks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422A17C2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b/>
                <w:sz w:val="18"/>
              </w:rPr>
              <w:t>Frequency</w:t>
            </w:r>
          </w:p>
        </w:tc>
      </w:tr>
      <w:tr w:rsidR="000479C8" w:rsidRPr="00EE572A" w14:paraId="7351A82E" w14:textId="77777777">
        <w:trPr>
          <w:jc w:val="center"/>
        </w:trPr>
        <w:tc>
          <w:tcPr>
            <w:tcW w:w="3456" w:type="dxa"/>
            <w:vAlign w:val="center"/>
          </w:tcPr>
          <w:p w14:paraId="5F157A9C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Cars</w:t>
            </w:r>
          </w:p>
        </w:tc>
        <w:tc>
          <w:tcPr>
            <w:tcW w:w="3456" w:type="dxa"/>
            <w:vAlign w:val="center"/>
          </w:tcPr>
          <w:p w14:paraId="560D8CE2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60E2AE9D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4F0D5BB3" w14:textId="77777777">
        <w:trPr>
          <w:jc w:val="center"/>
        </w:trPr>
        <w:tc>
          <w:tcPr>
            <w:tcW w:w="3456" w:type="dxa"/>
            <w:vAlign w:val="center"/>
          </w:tcPr>
          <w:p w14:paraId="1EADE32D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Buses</w:t>
            </w:r>
          </w:p>
        </w:tc>
        <w:tc>
          <w:tcPr>
            <w:tcW w:w="3456" w:type="dxa"/>
            <w:vAlign w:val="center"/>
          </w:tcPr>
          <w:p w14:paraId="0FF0EF92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29236CB0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566FC2C0" w14:textId="77777777">
        <w:trPr>
          <w:jc w:val="center"/>
        </w:trPr>
        <w:tc>
          <w:tcPr>
            <w:tcW w:w="3456" w:type="dxa"/>
            <w:vAlign w:val="center"/>
          </w:tcPr>
          <w:p w14:paraId="4E83D1F8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Motorcycles</w:t>
            </w:r>
          </w:p>
        </w:tc>
        <w:tc>
          <w:tcPr>
            <w:tcW w:w="3456" w:type="dxa"/>
            <w:vAlign w:val="center"/>
          </w:tcPr>
          <w:p w14:paraId="321AFF2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50BBF9EC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6DC85CEE" w14:textId="77777777">
        <w:trPr>
          <w:jc w:val="center"/>
        </w:trPr>
        <w:tc>
          <w:tcPr>
            <w:tcW w:w="3456" w:type="dxa"/>
            <w:vAlign w:val="center"/>
          </w:tcPr>
          <w:p w14:paraId="188F2ECC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Lorries</w:t>
            </w:r>
          </w:p>
        </w:tc>
        <w:tc>
          <w:tcPr>
            <w:tcW w:w="3456" w:type="dxa"/>
            <w:vAlign w:val="center"/>
          </w:tcPr>
          <w:p w14:paraId="480302EE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36942E7E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57F3DCF6" w14:textId="77777777">
        <w:trPr>
          <w:jc w:val="center"/>
        </w:trPr>
        <w:tc>
          <w:tcPr>
            <w:tcW w:w="3456" w:type="dxa"/>
            <w:vAlign w:val="center"/>
          </w:tcPr>
          <w:p w14:paraId="3AA20967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Bicycles</w:t>
            </w:r>
          </w:p>
        </w:tc>
        <w:tc>
          <w:tcPr>
            <w:tcW w:w="3456" w:type="dxa"/>
            <w:vAlign w:val="center"/>
          </w:tcPr>
          <w:p w14:paraId="754F8078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06006373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  <w:tr w:rsidR="000479C8" w:rsidRPr="00EE572A" w14:paraId="5ACF1F02" w14:textId="77777777">
        <w:trPr>
          <w:jc w:val="center"/>
        </w:trPr>
        <w:tc>
          <w:tcPr>
            <w:tcW w:w="3456" w:type="dxa"/>
            <w:vAlign w:val="center"/>
          </w:tcPr>
          <w:p w14:paraId="4170AD52" w14:textId="77777777" w:rsidR="000479C8" w:rsidRPr="00EE572A" w:rsidRDefault="00000000">
            <w:pPr>
              <w:rPr>
                <w:rFonts w:ascii="Times New Roman" w:hAnsi="Times New Roman" w:cs="Times New Roman"/>
              </w:rPr>
            </w:pPr>
            <w:r w:rsidRPr="00EE572A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  <w:vAlign w:val="center"/>
          </w:tcPr>
          <w:p w14:paraId="1AB60878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6" w:type="dxa"/>
            <w:vAlign w:val="center"/>
          </w:tcPr>
          <w:p w14:paraId="546FA9BA" w14:textId="77777777" w:rsidR="000479C8" w:rsidRPr="00EE572A" w:rsidRDefault="000479C8">
            <w:pPr>
              <w:rPr>
                <w:rFonts w:ascii="Times New Roman" w:hAnsi="Times New Roman" w:cs="Times New Roman"/>
              </w:rPr>
            </w:pPr>
          </w:p>
        </w:tc>
      </w:tr>
    </w:tbl>
    <w:p w14:paraId="56E572C8" w14:textId="77777777" w:rsidR="000479C8" w:rsidRPr="00EE572A" w:rsidRDefault="00000000">
      <w:pPr>
        <w:jc w:val="center"/>
        <w:rPr>
          <w:rFonts w:ascii="Times New Roman" w:hAnsi="Times New Roman" w:cs="Times New Roman"/>
        </w:rPr>
      </w:pPr>
      <w:r w:rsidRPr="00EE572A">
        <w:rPr>
          <w:rFonts w:ascii="Times New Roman" w:hAnsi="Times New Roman" w:cs="Times New Roman"/>
          <w:b/>
        </w:rPr>
        <w:t>END OF QUESTION PAPER</w:t>
      </w:r>
    </w:p>
    <w:sectPr w:rsidR="000479C8" w:rsidRPr="00EE572A" w:rsidSect="00EE572A">
      <w:headerReference w:type="default" r:id="rId25"/>
      <w:headerReference w:type="first" r:id="rId26"/>
      <w:headerReference w:type="even" r:id="rId27"/>
      <w:footerReference w:type="default" r:id="rId28"/>
      <w:footerReference w:type="first" r:id="rId29"/>
      <w:footerReference w:type="even" r:id="rId30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7C2A" w14:textId="77777777" w:rsidR="00992AC1" w:rsidRDefault="00992AC1">
      <w:pPr>
        <w:spacing w:after="0" w:line="240" w:lineRule="auto"/>
      </w:pPr>
      <w:r>
        <w:separator/>
      </w:r>
    </w:p>
  </w:endnote>
  <w:endnote w:type="continuationSeparator" w:id="0">
    <w:p w14:paraId="11C66500" w14:textId="77777777" w:rsidR="00992AC1" w:rsidRDefault="00992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3A58" w14:textId="77777777" w:rsidR="000479C8" w:rsidRDefault="00000000">
    <w:pPr>
      <w:pStyle w:val="Footer"/>
      <w:jc w:val="center"/>
    </w:pPr>
    <w:r>
      <w:rPr>
        <w:sz w:val="16"/>
      </w:rPr>
      <w:t xml:space="preserve">MF-MAT | Mathematics Grade 7 | Page </w:t>
    </w:r>
    <w:r>
      <w:fldChar w:fldCharType="begin"/>
    </w:r>
    <w:r>
      <w:instrText xml:space="preserve"> PAGE </w:instrText>
    </w:r>
    <w:r w:rsidR="00EE572A">
      <w:fldChar w:fldCharType="separate"/>
    </w:r>
    <w:r w:rsidR="00EE572A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92345" w14:textId="77777777" w:rsidR="00992AC1" w:rsidRDefault="00992AC1">
      <w:pPr>
        <w:spacing w:after="0" w:line="240" w:lineRule="auto"/>
      </w:pPr>
      <w:r>
        <w:separator/>
      </w:r>
    </w:p>
  </w:footnote>
  <w:footnote w:type="continuationSeparator" w:id="0">
    <w:p w14:paraId="20A706B4" w14:textId="77777777" w:rsidR="00992AC1" w:rsidRDefault="00992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798801">
    <w:abstractNumId w:val="8"/>
  </w:num>
  <w:num w:numId="2" w16cid:durableId="1633362691">
    <w:abstractNumId w:val="6"/>
  </w:num>
  <w:num w:numId="3" w16cid:durableId="125507913">
    <w:abstractNumId w:val="5"/>
  </w:num>
  <w:num w:numId="4" w16cid:durableId="398096130">
    <w:abstractNumId w:val="4"/>
  </w:num>
  <w:num w:numId="5" w16cid:durableId="1973167668">
    <w:abstractNumId w:val="7"/>
  </w:num>
  <w:num w:numId="6" w16cid:durableId="903567022">
    <w:abstractNumId w:val="3"/>
  </w:num>
  <w:num w:numId="7" w16cid:durableId="1600872227">
    <w:abstractNumId w:val="2"/>
  </w:num>
  <w:num w:numId="8" w16cid:durableId="1618294839">
    <w:abstractNumId w:val="1"/>
  </w:num>
  <w:num w:numId="9" w16cid:durableId="83580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9C8"/>
    <w:rsid w:val="0006063C"/>
    <w:rsid w:val="0015074B"/>
    <w:rsid w:val="0015137A"/>
    <w:rsid w:val="0029639D"/>
    <w:rsid w:val="00326F90"/>
    <w:rsid w:val="00992AC1"/>
    <w:rsid w:val="00AA1D8D"/>
    <w:rsid w:val="00AE6B65"/>
    <w:rsid w:val="00B47730"/>
    <w:rsid w:val="00CB0664"/>
    <w:rsid w:val="00EE572A"/>
    <w:rsid w:val="00F335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9FE1A"/>
  <w14:defaultImageDpi w14:val="300"/>
  <w15:docId w15:val="{D0602D18-5B62-4A08-BD2C-E255610D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eader" Target="header6.xml"/><Relationship Id="rId22" Type="http://schemas.openxmlformats.org/officeDocument/2006/relationships/footer" Target="footer4.xml"/><Relationship Id="rId23" Type="http://schemas.openxmlformats.org/officeDocument/2006/relationships/footer" Target="footer5.xml"/><Relationship Id="rId24" Type="http://schemas.openxmlformats.org/officeDocument/2006/relationships/footer" Target="footer6.xml"/><Relationship Id="rId25" Type="http://schemas.openxmlformats.org/officeDocument/2006/relationships/header" Target="header7.xml"/><Relationship Id="rId26" Type="http://schemas.openxmlformats.org/officeDocument/2006/relationships/header" Target="header8.xml"/><Relationship Id="rId27" Type="http://schemas.openxmlformats.org/officeDocument/2006/relationships/header" Target="header9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4</cp:revision>
  <dcterms:created xsi:type="dcterms:W3CDTF">2013-12-23T23:15:00Z</dcterms:created>
  <dcterms:modified xsi:type="dcterms:W3CDTF">2026-09-21T17:51:00Z</dcterms:modified>
  <cp:category/>
</cp:coreProperties>
</file>