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0B614" w14:textId="77777777" w:rsidR="00710648" w:rsidRPr="00EC5A4B" w:rsidRDefault="00000000">
      <w:pPr>
        <w:jc w:val="center"/>
        <w:rPr>
          <w:rFonts w:ascii="Times New Roman" w:hAnsi="Times New Roman" w:cs="Times New Roman"/>
        </w:rPr>
      </w:pPr>
      <w:r w:rsidRPr="00EC5A4B">
        <w:rPr>
          <w:rFonts w:ascii="Times New Roman" w:hAnsi="Times New Roman" w:cs="Times New Roman"/>
          <w:b/>
          <w:sz w:val="26"/>
        </w:rPr>
        <w:t>JUNIOR SCHOOL EDUCATION ASSESSMENT</w:t>
      </w:r>
    </w:p>
    <w:p w14:paraId="2585F981" w14:textId="77777777" w:rsidR="00710648" w:rsidRPr="00EC5A4B" w:rsidRDefault="00000000">
      <w:pPr>
        <w:jc w:val="center"/>
        <w:rPr>
          <w:rFonts w:ascii="Times New Roman" w:hAnsi="Times New Roman" w:cs="Times New Roman"/>
        </w:rPr>
      </w:pPr>
      <w:r w:rsidRPr="00EC5A4B">
        <w:rPr>
          <w:rFonts w:ascii="Times New Roman" w:hAnsi="Times New Roman" w:cs="Times New Roman"/>
          <w:b/>
          <w:sz w:val="30"/>
        </w:rPr>
        <w:t>GREDI YA SABA - 2026</w:t>
      </w:r>
    </w:p>
    <w:p w14:paraId="1FC19458" w14:textId="77777777" w:rsidR="00710648" w:rsidRPr="00EC5A4B" w:rsidRDefault="00000000">
      <w:pPr>
        <w:jc w:val="center"/>
        <w:rPr>
          <w:rFonts w:ascii="Times New Roman" w:hAnsi="Times New Roman" w:cs="Times New Roman"/>
        </w:rPr>
      </w:pPr>
      <w:r w:rsidRPr="00EC5A4B">
        <w:rPr>
          <w:rFonts w:ascii="Times New Roman" w:hAnsi="Times New Roman" w:cs="Times New Roman"/>
          <w:b/>
          <w:sz w:val="28"/>
        </w:rPr>
        <w:t>KISWAHILI: LUGHA</w:t>
      </w:r>
    </w:p>
    <w:p w14:paraId="6064BC93" w14:textId="77777777" w:rsidR="00710648" w:rsidRPr="00EC5A4B" w:rsidRDefault="00000000">
      <w:pPr>
        <w:jc w:val="center"/>
        <w:rPr>
          <w:rFonts w:ascii="Times New Roman" w:hAnsi="Times New Roman" w:cs="Times New Roman"/>
        </w:rPr>
      </w:pPr>
      <w:r w:rsidRPr="00EC5A4B">
        <w:rPr>
          <w:rFonts w:ascii="Times New Roman" w:hAnsi="Times New Roman" w:cs="Times New Roman"/>
          <w:b/>
          <w:sz w:val="24"/>
        </w:rPr>
        <w:t>KARATASI YA 1</w:t>
      </w:r>
    </w:p>
    <w:p w14:paraId="13A32D9E" w14:textId="77777777" w:rsidR="00710648" w:rsidRPr="00EC5A4B" w:rsidRDefault="00000000">
      <w:pPr>
        <w:jc w:val="center"/>
        <w:rPr>
          <w:rFonts w:ascii="Times New Roman" w:hAnsi="Times New Roman" w:cs="Times New Roman"/>
        </w:rPr>
      </w:pPr>
      <w:r w:rsidRPr="00EC5A4B">
        <w:rPr>
          <w:rFonts w:ascii="Times New Roman" w:hAnsi="Times New Roman" w:cs="Times New Roman"/>
          <w:b/>
          <w:sz w:val="22"/>
        </w:rPr>
        <w:t>MUDA: Saa 1 Dakika 40</w:t>
      </w:r>
    </w:p>
    <w:tbl>
      <w:tblPr>
        <w:tblStyle w:val="TableGrid"/>
        <w:tblW w:w="0" w:type="auto"/>
        <w:jc w:val="center"/>
        <w:tblLook w:val="04A0" w:firstRow="1" w:lastRow="0" w:firstColumn="1" w:lastColumn="0" w:noHBand="0" w:noVBand="1"/>
      </w:tblPr>
      <w:tblGrid>
        <w:gridCol w:w="2592"/>
        <w:gridCol w:w="2592"/>
        <w:gridCol w:w="2592"/>
        <w:gridCol w:w="2592"/>
      </w:tblGrid>
      <w:tr w:rsidR="00710648" w:rsidRPr="00EC5A4B" w14:paraId="255681DE" w14:textId="77777777">
        <w:trPr>
          <w:jc w:val="center"/>
        </w:trPr>
        <w:tc>
          <w:tcPr>
            <w:tcW w:w="2592" w:type="dxa"/>
            <w:shd w:val="clear" w:color="auto" w:fill="D9EAF7"/>
          </w:tcPr>
          <w:p w14:paraId="7619D48C"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Jina la Mwanafunzi</w:t>
            </w:r>
          </w:p>
        </w:tc>
        <w:tc>
          <w:tcPr>
            <w:tcW w:w="2592" w:type="dxa"/>
            <w:shd w:val="clear" w:color="auto" w:fill="D9EAF7"/>
          </w:tcPr>
          <w:p w14:paraId="57FBEA01" w14:textId="77777777" w:rsidR="00710648" w:rsidRPr="00EC5A4B" w:rsidRDefault="00710648">
            <w:pPr>
              <w:rPr>
                <w:rFonts w:ascii="Times New Roman" w:hAnsi="Times New Roman" w:cs="Times New Roman"/>
              </w:rPr>
            </w:pPr>
          </w:p>
        </w:tc>
        <w:tc>
          <w:tcPr>
            <w:tcW w:w="2592" w:type="dxa"/>
            <w:shd w:val="clear" w:color="auto" w:fill="D9EAF7"/>
          </w:tcPr>
          <w:p w14:paraId="764D1EF9"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Nambari ya Mtahiniwa</w:t>
            </w:r>
          </w:p>
        </w:tc>
        <w:tc>
          <w:tcPr>
            <w:tcW w:w="2592" w:type="dxa"/>
            <w:shd w:val="clear" w:color="auto" w:fill="D9EAF7"/>
          </w:tcPr>
          <w:p w14:paraId="07AA24E8" w14:textId="77777777" w:rsidR="00710648" w:rsidRPr="00EC5A4B" w:rsidRDefault="00710648">
            <w:pPr>
              <w:rPr>
                <w:rFonts w:ascii="Times New Roman" w:hAnsi="Times New Roman" w:cs="Times New Roman"/>
              </w:rPr>
            </w:pPr>
          </w:p>
        </w:tc>
      </w:tr>
      <w:tr w:rsidR="00710648" w:rsidRPr="00EC5A4B" w14:paraId="6BB1C840" w14:textId="77777777">
        <w:trPr>
          <w:jc w:val="center"/>
        </w:trPr>
        <w:tc>
          <w:tcPr>
            <w:tcW w:w="2592" w:type="dxa"/>
          </w:tcPr>
          <w:p w14:paraId="02C0F439" w14:textId="77777777" w:rsidR="00710648" w:rsidRPr="00EC5A4B" w:rsidRDefault="00000000">
            <w:pPr>
              <w:rPr>
                <w:rFonts w:ascii="Times New Roman" w:hAnsi="Times New Roman" w:cs="Times New Roman"/>
              </w:rPr>
            </w:pPr>
            <w:r w:rsidRPr="00EC5A4B">
              <w:rPr>
                <w:rFonts w:ascii="Times New Roman" w:hAnsi="Times New Roman" w:cs="Times New Roman"/>
                <w:sz w:val="17"/>
              </w:rPr>
              <w:t>Jina la Shule</w:t>
            </w:r>
          </w:p>
        </w:tc>
        <w:tc>
          <w:tcPr>
            <w:tcW w:w="2592" w:type="dxa"/>
          </w:tcPr>
          <w:p w14:paraId="3F65E8A1" w14:textId="77777777" w:rsidR="00710648" w:rsidRPr="00EC5A4B" w:rsidRDefault="00710648">
            <w:pPr>
              <w:rPr>
                <w:rFonts w:ascii="Times New Roman" w:hAnsi="Times New Roman" w:cs="Times New Roman"/>
              </w:rPr>
            </w:pPr>
          </w:p>
        </w:tc>
        <w:tc>
          <w:tcPr>
            <w:tcW w:w="2592" w:type="dxa"/>
          </w:tcPr>
          <w:p w14:paraId="439A2BA0" w14:textId="77777777" w:rsidR="00710648" w:rsidRPr="00EC5A4B" w:rsidRDefault="00000000">
            <w:pPr>
              <w:rPr>
                <w:rFonts w:ascii="Times New Roman" w:hAnsi="Times New Roman" w:cs="Times New Roman"/>
              </w:rPr>
            </w:pPr>
            <w:r w:rsidRPr="00EC5A4B">
              <w:rPr>
                <w:rFonts w:ascii="Times New Roman" w:hAnsi="Times New Roman" w:cs="Times New Roman"/>
                <w:sz w:val="17"/>
              </w:rPr>
              <w:t>Msimbo wa Shule</w:t>
            </w:r>
          </w:p>
        </w:tc>
        <w:tc>
          <w:tcPr>
            <w:tcW w:w="2592" w:type="dxa"/>
          </w:tcPr>
          <w:p w14:paraId="0C888061" w14:textId="77777777" w:rsidR="00710648" w:rsidRPr="00EC5A4B" w:rsidRDefault="00710648">
            <w:pPr>
              <w:rPr>
                <w:rFonts w:ascii="Times New Roman" w:hAnsi="Times New Roman" w:cs="Times New Roman"/>
              </w:rPr>
            </w:pPr>
          </w:p>
        </w:tc>
      </w:tr>
      <w:tr w:rsidR="00710648" w:rsidRPr="00EC5A4B" w14:paraId="60644E03" w14:textId="77777777">
        <w:trPr>
          <w:jc w:val="center"/>
        </w:trPr>
        <w:tc>
          <w:tcPr>
            <w:tcW w:w="2592" w:type="dxa"/>
          </w:tcPr>
          <w:p w14:paraId="1E5C363D" w14:textId="77777777" w:rsidR="00710648" w:rsidRPr="00EC5A4B" w:rsidRDefault="00000000">
            <w:pPr>
              <w:rPr>
                <w:rFonts w:ascii="Times New Roman" w:hAnsi="Times New Roman" w:cs="Times New Roman"/>
              </w:rPr>
            </w:pPr>
            <w:r w:rsidRPr="00EC5A4B">
              <w:rPr>
                <w:rFonts w:ascii="Times New Roman" w:hAnsi="Times New Roman" w:cs="Times New Roman"/>
                <w:sz w:val="17"/>
              </w:rPr>
              <w:t>Sahihi ya Mtahiniwa</w:t>
            </w:r>
          </w:p>
        </w:tc>
        <w:tc>
          <w:tcPr>
            <w:tcW w:w="2592" w:type="dxa"/>
          </w:tcPr>
          <w:p w14:paraId="529986B8" w14:textId="77777777" w:rsidR="00710648" w:rsidRPr="00EC5A4B" w:rsidRDefault="00710648">
            <w:pPr>
              <w:rPr>
                <w:rFonts w:ascii="Times New Roman" w:hAnsi="Times New Roman" w:cs="Times New Roman"/>
              </w:rPr>
            </w:pPr>
          </w:p>
        </w:tc>
        <w:tc>
          <w:tcPr>
            <w:tcW w:w="2592" w:type="dxa"/>
          </w:tcPr>
          <w:p w14:paraId="66D22266" w14:textId="77777777" w:rsidR="00710648" w:rsidRPr="00EC5A4B" w:rsidRDefault="00000000">
            <w:pPr>
              <w:rPr>
                <w:rFonts w:ascii="Times New Roman" w:hAnsi="Times New Roman" w:cs="Times New Roman"/>
              </w:rPr>
            </w:pPr>
            <w:r w:rsidRPr="00EC5A4B">
              <w:rPr>
                <w:rFonts w:ascii="Times New Roman" w:hAnsi="Times New Roman" w:cs="Times New Roman"/>
                <w:sz w:val="17"/>
              </w:rPr>
              <w:t>Tarehe</w:t>
            </w:r>
          </w:p>
        </w:tc>
        <w:tc>
          <w:tcPr>
            <w:tcW w:w="2592" w:type="dxa"/>
          </w:tcPr>
          <w:p w14:paraId="267E8FED" w14:textId="77777777" w:rsidR="00710648" w:rsidRPr="00EC5A4B" w:rsidRDefault="00710648">
            <w:pPr>
              <w:rPr>
                <w:rFonts w:ascii="Times New Roman" w:hAnsi="Times New Roman" w:cs="Times New Roman"/>
              </w:rPr>
            </w:pPr>
          </w:p>
        </w:tc>
      </w:tr>
    </w:tbl>
    <w:p w14:paraId="0311BDE8" w14:textId="77777777" w:rsidR="00710648" w:rsidRPr="00EC5A4B" w:rsidRDefault="00000000">
      <w:pPr>
        <w:spacing w:before="120" w:after="60"/>
        <w:rPr>
          <w:rFonts w:ascii="Times New Roman" w:hAnsi="Times New Roman" w:cs="Times New Roman"/>
        </w:rPr>
      </w:pPr>
      <w:r w:rsidRPr="00EC5A4B">
        <w:rPr>
          <w:rFonts w:ascii="Times New Roman" w:hAnsi="Times New Roman" w:cs="Times New Roman"/>
          <w:b/>
          <w:sz w:val="24"/>
        </w:rPr>
        <w:t>MAAGIZO KWA WATAHINIWA</w:t>
      </w:r>
    </w:p>
    <w:p w14:paraId="5AAF2793" w14:textId="77777777" w:rsidR="00710648" w:rsidRPr="00EC5A4B" w:rsidRDefault="00000000">
      <w:pPr>
        <w:rPr>
          <w:rFonts w:ascii="Times New Roman" w:hAnsi="Times New Roman" w:cs="Times New Roman"/>
        </w:rPr>
      </w:pPr>
      <w:r w:rsidRPr="00EC5A4B">
        <w:rPr>
          <w:rFonts w:ascii="Times New Roman" w:hAnsi="Times New Roman" w:cs="Times New Roman"/>
        </w:rPr>
        <w:t>1. Andika jina lako na nambari ya mtahiniwa katika nafasi ulizopewa.</w:t>
      </w:r>
    </w:p>
    <w:p w14:paraId="0C8E1863" w14:textId="77777777" w:rsidR="00710648" w:rsidRPr="00EC5A4B" w:rsidRDefault="00000000">
      <w:pPr>
        <w:rPr>
          <w:rFonts w:ascii="Times New Roman" w:hAnsi="Times New Roman" w:cs="Times New Roman"/>
        </w:rPr>
      </w:pPr>
      <w:r w:rsidRPr="00EC5A4B">
        <w:rPr>
          <w:rFonts w:ascii="Times New Roman" w:hAnsi="Times New Roman" w:cs="Times New Roman"/>
        </w:rPr>
        <w:t>2. Andika jina na msimbo wa shule yako katika nafasi ulizopewa.</w:t>
      </w:r>
    </w:p>
    <w:p w14:paraId="424A3A3F" w14:textId="77777777" w:rsidR="00710648" w:rsidRPr="00EC5A4B" w:rsidRDefault="00000000">
      <w:pPr>
        <w:rPr>
          <w:rFonts w:ascii="Times New Roman" w:hAnsi="Times New Roman" w:cs="Times New Roman"/>
        </w:rPr>
      </w:pPr>
      <w:r w:rsidRPr="00EC5A4B">
        <w:rPr>
          <w:rFonts w:ascii="Times New Roman" w:hAnsi="Times New Roman" w:cs="Times New Roman"/>
        </w:rPr>
        <w:t>3. Saini na uandike tarehe ya mtihani katika nafasi ulizopewa.</w:t>
      </w:r>
    </w:p>
    <w:p w14:paraId="34A96A24" w14:textId="77777777" w:rsidR="00710648" w:rsidRPr="00EC5A4B" w:rsidRDefault="00000000">
      <w:pPr>
        <w:rPr>
          <w:rFonts w:ascii="Times New Roman" w:hAnsi="Times New Roman" w:cs="Times New Roman"/>
        </w:rPr>
      </w:pPr>
      <w:r w:rsidRPr="00EC5A4B">
        <w:rPr>
          <w:rFonts w:ascii="Times New Roman" w:hAnsi="Times New Roman" w:cs="Times New Roman"/>
        </w:rPr>
        <w:t>4. Mtihani huu una maswali hamsini (50) ya kuchagua jibu sahihi.</w:t>
      </w:r>
    </w:p>
    <w:p w14:paraId="6259A617" w14:textId="77777777" w:rsidR="00710648" w:rsidRPr="00EC5A4B" w:rsidRDefault="00000000">
      <w:pPr>
        <w:rPr>
          <w:rFonts w:ascii="Times New Roman" w:hAnsi="Times New Roman" w:cs="Times New Roman"/>
          <w:lang w:val="de-DE"/>
        </w:rPr>
      </w:pPr>
      <w:r w:rsidRPr="00EC5A4B">
        <w:rPr>
          <w:rFonts w:ascii="Times New Roman" w:hAnsi="Times New Roman" w:cs="Times New Roman"/>
          <w:lang w:val="de-DE"/>
        </w:rPr>
        <w:t>5. Jibu maswali yote katika Karatasi ya Majibu uliyopewa.</w:t>
      </w:r>
    </w:p>
    <w:p w14:paraId="2445B758" w14:textId="77777777" w:rsidR="00710648" w:rsidRPr="00EC5A4B" w:rsidRDefault="00000000">
      <w:pPr>
        <w:rPr>
          <w:rFonts w:ascii="Times New Roman" w:hAnsi="Times New Roman" w:cs="Times New Roman"/>
          <w:lang w:val="de-DE"/>
        </w:rPr>
      </w:pPr>
      <w:r w:rsidRPr="00EC5A4B">
        <w:rPr>
          <w:rFonts w:ascii="Times New Roman" w:hAnsi="Times New Roman" w:cs="Times New Roman"/>
          <w:lang w:val="de-DE"/>
        </w:rPr>
        <w:t>6. Usifanye alama kwenye karatasi ya maswali.</w:t>
      </w:r>
    </w:p>
    <w:p w14:paraId="21976F88" w14:textId="77777777" w:rsidR="00710648" w:rsidRPr="00EC5A4B" w:rsidRDefault="00000000">
      <w:pPr>
        <w:rPr>
          <w:rFonts w:ascii="Times New Roman" w:hAnsi="Times New Roman" w:cs="Times New Roman"/>
        </w:rPr>
      </w:pPr>
      <w:r w:rsidRPr="00EC5A4B">
        <w:rPr>
          <w:rFonts w:ascii="Times New Roman" w:hAnsi="Times New Roman" w:cs="Times New Roman"/>
        </w:rPr>
        <w:t>7. Tumia penseli ya kawaida ya HB.</w:t>
      </w:r>
    </w:p>
    <w:p w14:paraId="499E6F99" w14:textId="77777777" w:rsidR="00710648" w:rsidRPr="00EC5A4B" w:rsidRDefault="00000000">
      <w:pPr>
        <w:rPr>
          <w:rFonts w:ascii="Times New Roman" w:hAnsi="Times New Roman" w:cs="Times New Roman"/>
        </w:rPr>
      </w:pPr>
      <w:r w:rsidRPr="00EC5A4B">
        <w:rPr>
          <w:rFonts w:ascii="Times New Roman" w:hAnsi="Times New Roman" w:cs="Times New Roman"/>
        </w:rPr>
        <w:t>8. Kwa kila swali, chagua jibu MOJA pekee kati ya A, B, C na D.</w:t>
      </w:r>
    </w:p>
    <w:p w14:paraId="5E2C2D74" w14:textId="77777777" w:rsidR="00710648" w:rsidRPr="00EC5A4B" w:rsidRDefault="00000000">
      <w:pPr>
        <w:rPr>
          <w:rFonts w:ascii="Times New Roman" w:hAnsi="Times New Roman" w:cs="Times New Roman"/>
          <w:lang w:val="de-DE"/>
        </w:rPr>
      </w:pPr>
      <w:r w:rsidRPr="00EC5A4B">
        <w:rPr>
          <w:rFonts w:ascii="Times New Roman" w:hAnsi="Times New Roman" w:cs="Times New Roman"/>
          <w:lang w:val="de-DE"/>
        </w:rPr>
        <w:t>9. Usiondoe ukurasa wowote katika karatasi hii.</w:t>
      </w:r>
    </w:p>
    <w:p w14:paraId="5FD8920E" w14:textId="77777777" w:rsidR="00710648" w:rsidRPr="00EC5A4B" w:rsidRDefault="00000000">
      <w:pPr>
        <w:rPr>
          <w:rFonts w:ascii="Times New Roman" w:hAnsi="Times New Roman" w:cs="Times New Roman"/>
          <w:lang w:val="de-DE"/>
        </w:rPr>
      </w:pPr>
      <w:r w:rsidRPr="00EC5A4B">
        <w:rPr>
          <w:rFonts w:ascii="Times New Roman" w:hAnsi="Times New Roman" w:cs="Times New Roman"/>
          <w:lang w:val="de-DE"/>
        </w:rPr>
        <w:t>10. Jibu maswali yote kwa Kiswahili.</w:t>
      </w:r>
    </w:p>
    <w:p w14:paraId="126817E7" w14:textId="77777777" w:rsidR="00710648" w:rsidRPr="00EC5A4B" w:rsidRDefault="00000000">
      <w:pPr>
        <w:spacing w:before="120" w:after="60"/>
        <w:rPr>
          <w:rFonts w:ascii="Times New Roman" w:hAnsi="Times New Roman" w:cs="Times New Roman"/>
        </w:rPr>
      </w:pPr>
      <w:r w:rsidRPr="00EC5A4B">
        <w:rPr>
          <w:rFonts w:ascii="Times New Roman" w:hAnsi="Times New Roman" w:cs="Times New Roman"/>
          <w:b/>
          <w:sz w:val="24"/>
        </w:rPr>
        <w:t>MATUMIZI RASMI PEKEE</w:t>
      </w:r>
    </w:p>
    <w:tbl>
      <w:tblPr>
        <w:tblStyle w:val="TableGrid"/>
        <w:tblW w:w="0" w:type="auto"/>
        <w:jc w:val="center"/>
        <w:tblLook w:val="04A0" w:firstRow="1" w:lastRow="0" w:firstColumn="1" w:lastColumn="0" w:noHBand="0" w:noVBand="1"/>
      </w:tblPr>
      <w:tblGrid>
        <w:gridCol w:w="953"/>
        <w:gridCol w:w="943"/>
        <w:gridCol w:w="943"/>
        <w:gridCol w:w="943"/>
        <w:gridCol w:w="943"/>
        <w:gridCol w:w="943"/>
        <w:gridCol w:w="943"/>
        <w:gridCol w:w="943"/>
        <w:gridCol w:w="943"/>
        <w:gridCol w:w="943"/>
        <w:gridCol w:w="943"/>
      </w:tblGrid>
      <w:tr w:rsidR="00710648" w:rsidRPr="00EC5A4B" w14:paraId="640EE505" w14:textId="77777777">
        <w:trPr>
          <w:jc w:val="center"/>
        </w:trPr>
        <w:tc>
          <w:tcPr>
            <w:tcW w:w="943" w:type="dxa"/>
            <w:shd w:val="clear" w:color="auto" w:fill="D9EAF7"/>
          </w:tcPr>
          <w:p w14:paraId="3E69B336"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Swali</w:t>
            </w:r>
          </w:p>
        </w:tc>
        <w:tc>
          <w:tcPr>
            <w:tcW w:w="943" w:type="dxa"/>
            <w:shd w:val="clear" w:color="auto" w:fill="D9EAF7"/>
          </w:tcPr>
          <w:p w14:paraId="780D0497"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1</w:t>
            </w:r>
          </w:p>
        </w:tc>
        <w:tc>
          <w:tcPr>
            <w:tcW w:w="943" w:type="dxa"/>
            <w:shd w:val="clear" w:color="auto" w:fill="D9EAF7"/>
          </w:tcPr>
          <w:p w14:paraId="26761D3A"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2</w:t>
            </w:r>
          </w:p>
        </w:tc>
        <w:tc>
          <w:tcPr>
            <w:tcW w:w="943" w:type="dxa"/>
            <w:shd w:val="clear" w:color="auto" w:fill="D9EAF7"/>
          </w:tcPr>
          <w:p w14:paraId="1C4C0407"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3</w:t>
            </w:r>
          </w:p>
        </w:tc>
        <w:tc>
          <w:tcPr>
            <w:tcW w:w="943" w:type="dxa"/>
            <w:shd w:val="clear" w:color="auto" w:fill="D9EAF7"/>
          </w:tcPr>
          <w:p w14:paraId="2B433EBC"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4</w:t>
            </w:r>
          </w:p>
        </w:tc>
        <w:tc>
          <w:tcPr>
            <w:tcW w:w="943" w:type="dxa"/>
            <w:shd w:val="clear" w:color="auto" w:fill="D9EAF7"/>
          </w:tcPr>
          <w:p w14:paraId="4DCA82FE"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5</w:t>
            </w:r>
          </w:p>
        </w:tc>
        <w:tc>
          <w:tcPr>
            <w:tcW w:w="943" w:type="dxa"/>
            <w:shd w:val="clear" w:color="auto" w:fill="D9EAF7"/>
          </w:tcPr>
          <w:p w14:paraId="6D103C29"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6</w:t>
            </w:r>
          </w:p>
        </w:tc>
        <w:tc>
          <w:tcPr>
            <w:tcW w:w="943" w:type="dxa"/>
            <w:shd w:val="clear" w:color="auto" w:fill="D9EAF7"/>
          </w:tcPr>
          <w:p w14:paraId="22E0F4B2"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7</w:t>
            </w:r>
          </w:p>
        </w:tc>
        <w:tc>
          <w:tcPr>
            <w:tcW w:w="943" w:type="dxa"/>
            <w:shd w:val="clear" w:color="auto" w:fill="D9EAF7"/>
          </w:tcPr>
          <w:p w14:paraId="2B18179F"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8</w:t>
            </w:r>
          </w:p>
        </w:tc>
        <w:tc>
          <w:tcPr>
            <w:tcW w:w="943" w:type="dxa"/>
            <w:shd w:val="clear" w:color="auto" w:fill="D9EAF7"/>
          </w:tcPr>
          <w:p w14:paraId="564F0920"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9</w:t>
            </w:r>
          </w:p>
        </w:tc>
        <w:tc>
          <w:tcPr>
            <w:tcW w:w="943" w:type="dxa"/>
            <w:shd w:val="clear" w:color="auto" w:fill="D9EAF7"/>
          </w:tcPr>
          <w:p w14:paraId="311DECB7"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10</w:t>
            </w:r>
          </w:p>
        </w:tc>
      </w:tr>
      <w:tr w:rsidR="00710648" w:rsidRPr="00EC5A4B" w14:paraId="0CD29A01" w14:textId="77777777">
        <w:trPr>
          <w:jc w:val="center"/>
        </w:trPr>
        <w:tc>
          <w:tcPr>
            <w:tcW w:w="943" w:type="dxa"/>
          </w:tcPr>
          <w:p w14:paraId="2A74E807" w14:textId="77777777" w:rsidR="00710648" w:rsidRPr="00EC5A4B" w:rsidRDefault="00000000">
            <w:pPr>
              <w:rPr>
                <w:rFonts w:ascii="Times New Roman" w:hAnsi="Times New Roman" w:cs="Times New Roman"/>
              </w:rPr>
            </w:pPr>
            <w:r w:rsidRPr="00EC5A4B">
              <w:rPr>
                <w:rFonts w:ascii="Times New Roman" w:hAnsi="Times New Roman" w:cs="Times New Roman"/>
                <w:sz w:val="17"/>
              </w:rPr>
              <w:t>Alama ya Juu</w:t>
            </w:r>
          </w:p>
        </w:tc>
        <w:tc>
          <w:tcPr>
            <w:tcW w:w="943" w:type="dxa"/>
          </w:tcPr>
          <w:p w14:paraId="61F62E01" w14:textId="77777777" w:rsidR="00710648" w:rsidRPr="00EC5A4B" w:rsidRDefault="00000000">
            <w:pPr>
              <w:rPr>
                <w:rFonts w:ascii="Times New Roman" w:hAnsi="Times New Roman" w:cs="Times New Roman"/>
              </w:rPr>
            </w:pPr>
            <w:r w:rsidRPr="00EC5A4B">
              <w:rPr>
                <w:rFonts w:ascii="Times New Roman" w:hAnsi="Times New Roman" w:cs="Times New Roman"/>
                <w:sz w:val="17"/>
              </w:rPr>
              <w:t>1</w:t>
            </w:r>
          </w:p>
        </w:tc>
        <w:tc>
          <w:tcPr>
            <w:tcW w:w="943" w:type="dxa"/>
          </w:tcPr>
          <w:p w14:paraId="3C4FD7EC" w14:textId="77777777" w:rsidR="00710648" w:rsidRPr="00EC5A4B" w:rsidRDefault="00000000">
            <w:pPr>
              <w:rPr>
                <w:rFonts w:ascii="Times New Roman" w:hAnsi="Times New Roman" w:cs="Times New Roman"/>
              </w:rPr>
            </w:pPr>
            <w:r w:rsidRPr="00EC5A4B">
              <w:rPr>
                <w:rFonts w:ascii="Times New Roman" w:hAnsi="Times New Roman" w:cs="Times New Roman"/>
                <w:sz w:val="17"/>
              </w:rPr>
              <w:t>1</w:t>
            </w:r>
          </w:p>
        </w:tc>
        <w:tc>
          <w:tcPr>
            <w:tcW w:w="943" w:type="dxa"/>
          </w:tcPr>
          <w:p w14:paraId="5E1B405D" w14:textId="77777777" w:rsidR="00710648" w:rsidRPr="00EC5A4B" w:rsidRDefault="00000000">
            <w:pPr>
              <w:rPr>
                <w:rFonts w:ascii="Times New Roman" w:hAnsi="Times New Roman" w:cs="Times New Roman"/>
              </w:rPr>
            </w:pPr>
            <w:r w:rsidRPr="00EC5A4B">
              <w:rPr>
                <w:rFonts w:ascii="Times New Roman" w:hAnsi="Times New Roman" w:cs="Times New Roman"/>
                <w:sz w:val="17"/>
              </w:rPr>
              <w:t>1</w:t>
            </w:r>
          </w:p>
        </w:tc>
        <w:tc>
          <w:tcPr>
            <w:tcW w:w="943" w:type="dxa"/>
          </w:tcPr>
          <w:p w14:paraId="56812280" w14:textId="77777777" w:rsidR="00710648" w:rsidRPr="00EC5A4B" w:rsidRDefault="00000000">
            <w:pPr>
              <w:rPr>
                <w:rFonts w:ascii="Times New Roman" w:hAnsi="Times New Roman" w:cs="Times New Roman"/>
              </w:rPr>
            </w:pPr>
            <w:r w:rsidRPr="00EC5A4B">
              <w:rPr>
                <w:rFonts w:ascii="Times New Roman" w:hAnsi="Times New Roman" w:cs="Times New Roman"/>
                <w:sz w:val="17"/>
              </w:rPr>
              <w:t>1</w:t>
            </w:r>
          </w:p>
        </w:tc>
        <w:tc>
          <w:tcPr>
            <w:tcW w:w="943" w:type="dxa"/>
          </w:tcPr>
          <w:p w14:paraId="331565DD" w14:textId="77777777" w:rsidR="00710648" w:rsidRPr="00EC5A4B" w:rsidRDefault="00000000">
            <w:pPr>
              <w:rPr>
                <w:rFonts w:ascii="Times New Roman" w:hAnsi="Times New Roman" w:cs="Times New Roman"/>
              </w:rPr>
            </w:pPr>
            <w:r w:rsidRPr="00EC5A4B">
              <w:rPr>
                <w:rFonts w:ascii="Times New Roman" w:hAnsi="Times New Roman" w:cs="Times New Roman"/>
                <w:sz w:val="17"/>
              </w:rPr>
              <w:t>1</w:t>
            </w:r>
          </w:p>
        </w:tc>
        <w:tc>
          <w:tcPr>
            <w:tcW w:w="943" w:type="dxa"/>
          </w:tcPr>
          <w:p w14:paraId="56F18F33" w14:textId="77777777" w:rsidR="00710648" w:rsidRPr="00EC5A4B" w:rsidRDefault="00000000">
            <w:pPr>
              <w:rPr>
                <w:rFonts w:ascii="Times New Roman" w:hAnsi="Times New Roman" w:cs="Times New Roman"/>
              </w:rPr>
            </w:pPr>
            <w:r w:rsidRPr="00EC5A4B">
              <w:rPr>
                <w:rFonts w:ascii="Times New Roman" w:hAnsi="Times New Roman" w:cs="Times New Roman"/>
                <w:sz w:val="17"/>
              </w:rPr>
              <w:t>1</w:t>
            </w:r>
          </w:p>
        </w:tc>
        <w:tc>
          <w:tcPr>
            <w:tcW w:w="943" w:type="dxa"/>
          </w:tcPr>
          <w:p w14:paraId="0C0F6F0C" w14:textId="77777777" w:rsidR="00710648" w:rsidRPr="00EC5A4B" w:rsidRDefault="00000000">
            <w:pPr>
              <w:rPr>
                <w:rFonts w:ascii="Times New Roman" w:hAnsi="Times New Roman" w:cs="Times New Roman"/>
              </w:rPr>
            </w:pPr>
            <w:r w:rsidRPr="00EC5A4B">
              <w:rPr>
                <w:rFonts w:ascii="Times New Roman" w:hAnsi="Times New Roman" w:cs="Times New Roman"/>
                <w:sz w:val="17"/>
              </w:rPr>
              <w:t>1</w:t>
            </w:r>
          </w:p>
        </w:tc>
        <w:tc>
          <w:tcPr>
            <w:tcW w:w="943" w:type="dxa"/>
          </w:tcPr>
          <w:p w14:paraId="4723D8D4" w14:textId="77777777" w:rsidR="00710648" w:rsidRPr="00EC5A4B" w:rsidRDefault="00000000">
            <w:pPr>
              <w:rPr>
                <w:rFonts w:ascii="Times New Roman" w:hAnsi="Times New Roman" w:cs="Times New Roman"/>
              </w:rPr>
            </w:pPr>
            <w:r w:rsidRPr="00EC5A4B">
              <w:rPr>
                <w:rFonts w:ascii="Times New Roman" w:hAnsi="Times New Roman" w:cs="Times New Roman"/>
                <w:sz w:val="17"/>
              </w:rPr>
              <w:t>1</w:t>
            </w:r>
          </w:p>
        </w:tc>
        <w:tc>
          <w:tcPr>
            <w:tcW w:w="943" w:type="dxa"/>
          </w:tcPr>
          <w:p w14:paraId="45422311" w14:textId="77777777" w:rsidR="00710648" w:rsidRPr="00EC5A4B" w:rsidRDefault="00000000">
            <w:pPr>
              <w:rPr>
                <w:rFonts w:ascii="Times New Roman" w:hAnsi="Times New Roman" w:cs="Times New Roman"/>
              </w:rPr>
            </w:pPr>
            <w:r w:rsidRPr="00EC5A4B">
              <w:rPr>
                <w:rFonts w:ascii="Times New Roman" w:hAnsi="Times New Roman" w:cs="Times New Roman"/>
                <w:sz w:val="17"/>
              </w:rPr>
              <w:t>1</w:t>
            </w:r>
          </w:p>
        </w:tc>
        <w:tc>
          <w:tcPr>
            <w:tcW w:w="943" w:type="dxa"/>
          </w:tcPr>
          <w:p w14:paraId="15482C27" w14:textId="77777777" w:rsidR="00710648" w:rsidRPr="00EC5A4B" w:rsidRDefault="00000000">
            <w:pPr>
              <w:rPr>
                <w:rFonts w:ascii="Times New Roman" w:hAnsi="Times New Roman" w:cs="Times New Roman"/>
              </w:rPr>
            </w:pPr>
            <w:r w:rsidRPr="00EC5A4B">
              <w:rPr>
                <w:rFonts w:ascii="Times New Roman" w:hAnsi="Times New Roman" w:cs="Times New Roman"/>
                <w:sz w:val="17"/>
              </w:rPr>
              <w:t>1</w:t>
            </w:r>
          </w:p>
        </w:tc>
      </w:tr>
      <w:tr w:rsidR="00710648" w:rsidRPr="00EC5A4B" w14:paraId="42E3D175" w14:textId="77777777">
        <w:trPr>
          <w:jc w:val="center"/>
        </w:trPr>
        <w:tc>
          <w:tcPr>
            <w:tcW w:w="943" w:type="dxa"/>
          </w:tcPr>
          <w:p w14:paraId="066AD6EF" w14:textId="77777777" w:rsidR="00710648" w:rsidRPr="00EC5A4B" w:rsidRDefault="00000000">
            <w:pPr>
              <w:rPr>
                <w:rFonts w:ascii="Times New Roman" w:hAnsi="Times New Roman" w:cs="Times New Roman"/>
              </w:rPr>
            </w:pPr>
            <w:r w:rsidRPr="00EC5A4B">
              <w:rPr>
                <w:rFonts w:ascii="Times New Roman" w:hAnsi="Times New Roman" w:cs="Times New Roman"/>
                <w:sz w:val="17"/>
              </w:rPr>
              <w:t>Alama ya Mtahiniwa</w:t>
            </w:r>
          </w:p>
        </w:tc>
        <w:tc>
          <w:tcPr>
            <w:tcW w:w="943" w:type="dxa"/>
          </w:tcPr>
          <w:p w14:paraId="4BC435A3" w14:textId="77777777" w:rsidR="00710648" w:rsidRPr="00EC5A4B" w:rsidRDefault="00710648">
            <w:pPr>
              <w:rPr>
                <w:rFonts w:ascii="Times New Roman" w:hAnsi="Times New Roman" w:cs="Times New Roman"/>
              </w:rPr>
            </w:pPr>
          </w:p>
        </w:tc>
        <w:tc>
          <w:tcPr>
            <w:tcW w:w="943" w:type="dxa"/>
          </w:tcPr>
          <w:p w14:paraId="414A8B80" w14:textId="77777777" w:rsidR="00710648" w:rsidRPr="00EC5A4B" w:rsidRDefault="00710648">
            <w:pPr>
              <w:rPr>
                <w:rFonts w:ascii="Times New Roman" w:hAnsi="Times New Roman" w:cs="Times New Roman"/>
              </w:rPr>
            </w:pPr>
          </w:p>
        </w:tc>
        <w:tc>
          <w:tcPr>
            <w:tcW w:w="943" w:type="dxa"/>
          </w:tcPr>
          <w:p w14:paraId="63D68CCF" w14:textId="77777777" w:rsidR="00710648" w:rsidRPr="00EC5A4B" w:rsidRDefault="00710648">
            <w:pPr>
              <w:rPr>
                <w:rFonts w:ascii="Times New Roman" w:hAnsi="Times New Roman" w:cs="Times New Roman"/>
              </w:rPr>
            </w:pPr>
          </w:p>
        </w:tc>
        <w:tc>
          <w:tcPr>
            <w:tcW w:w="943" w:type="dxa"/>
          </w:tcPr>
          <w:p w14:paraId="38E4BCD6" w14:textId="77777777" w:rsidR="00710648" w:rsidRPr="00EC5A4B" w:rsidRDefault="00710648">
            <w:pPr>
              <w:rPr>
                <w:rFonts w:ascii="Times New Roman" w:hAnsi="Times New Roman" w:cs="Times New Roman"/>
              </w:rPr>
            </w:pPr>
          </w:p>
        </w:tc>
        <w:tc>
          <w:tcPr>
            <w:tcW w:w="943" w:type="dxa"/>
          </w:tcPr>
          <w:p w14:paraId="3A2D3D34" w14:textId="77777777" w:rsidR="00710648" w:rsidRPr="00EC5A4B" w:rsidRDefault="00710648">
            <w:pPr>
              <w:rPr>
                <w:rFonts w:ascii="Times New Roman" w:hAnsi="Times New Roman" w:cs="Times New Roman"/>
              </w:rPr>
            </w:pPr>
          </w:p>
        </w:tc>
        <w:tc>
          <w:tcPr>
            <w:tcW w:w="943" w:type="dxa"/>
          </w:tcPr>
          <w:p w14:paraId="7491B719" w14:textId="77777777" w:rsidR="00710648" w:rsidRPr="00EC5A4B" w:rsidRDefault="00710648">
            <w:pPr>
              <w:rPr>
                <w:rFonts w:ascii="Times New Roman" w:hAnsi="Times New Roman" w:cs="Times New Roman"/>
              </w:rPr>
            </w:pPr>
          </w:p>
        </w:tc>
        <w:tc>
          <w:tcPr>
            <w:tcW w:w="943" w:type="dxa"/>
          </w:tcPr>
          <w:p w14:paraId="152A37AA" w14:textId="77777777" w:rsidR="00710648" w:rsidRPr="00EC5A4B" w:rsidRDefault="00710648">
            <w:pPr>
              <w:rPr>
                <w:rFonts w:ascii="Times New Roman" w:hAnsi="Times New Roman" w:cs="Times New Roman"/>
              </w:rPr>
            </w:pPr>
          </w:p>
        </w:tc>
        <w:tc>
          <w:tcPr>
            <w:tcW w:w="943" w:type="dxa"/>
          </w:tcPr>
          <w:p w14:paraId="0FA638B9" w14:textId="77777777" w:rsidR="00710648" w:rsidRPr="00EC5A4B" w:rsidRDefault="00710648">
            <w:pPr>
              <w:rPr>
                <w:rFonts w:ascii="Times New Roman" w:hAnsi="Times New Roman" w:cs="Times New Roman"/>
              </w:rPr>
            </w:pPr>
          </w:p>
        </w:tc>
        <w:tc>
          <w:tcPr>
            <w:tcW w:w="943" w:type="dxa"/>
          </w:tcPr>
          <w:p w14:paraId="76DABB04" w14:textId="77777777" w:rsidR="00710648" w:rsidRPr="00EC5A4B" w:rsidRDefault="00710648">
            <w:pPr>
              <w:rPr>
                <w:rFonts w:ascii="Times New Roman" w:hAnsi="Times New Roman" w:cs="Times New Roman"/>
              </w:rPr>
            </w:pPr>
          </w:p>
        </w:tc>
        <w:tc>
          <w:tcPr>
            <w:tcW w:w="943" w:type="dxa"/>
          </w:tcPr>
          <w:p w14:paraId="40456FEE" w14:textId="77777777" w:rsidR="00710648" w:rsidRPr="00EC5A4B" w:rsidRDefault="00710648">
            <w:pPr>
              <w:rPr>
                <w:rFonts w:ascii="Times New Roman" w:hAnsi="Times New Roman" w:cs="Times New Roman"/>
              </w:rPr>
            </w:pPr>
          </w:p>
        </w:tc>
      </w:tr>
    </w:tbl>
    <w:p w14:paraId="38E740BC" w14:textId="77777777" w:rsidR="00710648" w:rsidRPr="00EC5A4B" w:rsidRDefault="00000000">
      <w:pPr>
        <w:jc w:val="right"/>
        <w:rPr>
          <w:rFonts w:ascii="Times New Roman" w:hAnsi="Times New Roman" w:cs="Times New Roman"/>
        </w:rPr>
      </w:pPr>
      <w:r w:rsidRPr="00EC5A4B">
        <w:rPr>
          <w:rFonts w:ascii="Times New Roman" w:hAnsi="Times New Roman" w:cs="Times New Roman"/>
          <w:b/>
        </w:rPr>
        <w:t>JUMLA: ALAMA 50</w:t>
      </w:r>
    </w:p>
    <w:p w14:paraId="1AAB2DDD" w14:textId="77777777" w:rsidR="00710648" w:rsidRPr="00EC5A4B" w:rsidRDefault="00000000">
      <w:pPr>
        <w:spacing w:before="120" w:after="60"/>
        <w:rPr>
          <w:rFonts w:ascii="Times New Roman" w:hAnsi="Times New Roman" w:cs="Times New Roman"/>
        </w:rPr>
      </w:pPr>
      <w:r w:rsidRPr="00EC5A4B">
        <w:rPr>
          <w:rFonts w:ascii="Times New Roman" w:hAnsi="Times New Roman" w:cs="Times New Roman"/>
          <w:b/>
          <w:sz w:val="24"/>
        </w:rPr>
        <w:t>SEHEMU A: UFAHAMU WA KUSOMA</w:t>
      </w:r>
    </w:p>
    <w:p w14:paraId="340B284A" w14:textId="77777777" w:rsidR="00710648" w:rsidRPr="00EC5A4B" w:rsidRDefault="00000000">
      <w:pPr>
        <w:rPr>
          <w:rFonts w:ascii="Times New Roman" w:hAnsi="Times New Roman" w:cs="Times New Roman"/>
        </w:rPr>
      </w:pPr>
      <w:r w:rsidRPr="00EC5A4B">
        <w:rPr>
          <w:rFonts w:ascii="Times New Roman" w:hAnsi="Times New Roman" w:cs="Times New Roman"/>
        </w:rPr>
        <w:t>Lugha ni chombo muhimu cha mawasiliano katika jamii. Kupitia lugha, watu huwasilisha mawazo, hisia na maarifa kwa wengine. Lugha pia husaidia jamii kuhifadhi mila, desturi na historia yake. Watoto wanapojifunza lugha yao vizuri, huweza kuelewana na watu wa familia na jamii kwa urahisi. Kwa hiyo, ni muhimu kuitumia lugha kwa usahihi na kuiheshimu.</w:t>
      </w:r>
    </w:p>
    <w:p w14:paraId="6EA39EA5" w14:textId="77777777" w:rsidR="00EC5A4B" w:rsidRPr="00EC5A4B" w:rsidRDefault="00EC5A4B">
      <w:pPr>
        <w:spacing w:after="20"/>
        <w:rPr>
          <w:rFonts w:ascii="Times New Roman" w:hAnsi="Times New Roman" w:cs="Times New Roman"/>
          <w:b/>
        </w:rPr>
        <w:sectPr w:rsidR="00EC5A4B" w:rsidRPr="00EC5A4B" w:rsidSect="00034616">
          <w:footerReference w:type="default" r:id="rId8"/>
          <w:headerReference w:type="default" r:id="rId11"/>
          <w:headerReference w:type="first" r:id="rId12"/>
          <w:headerReference w:type="even" r:id="rId13"/>
          <w:footerReference w:type="first" r:id="rId14"/>
          <w:footerReference w:type="even" r:id="rId15"/>
          <w:pgSz w:w="12240" w:h="15840"/>
          <w:pgMar w:top="792" w:right="936" w:bottom="792" w:left="936" w:header="720" w:footer="720" w:gutter="0"/>
          <w:cols w:space="720"/>
          <w:docGrid w:linePitch="360"/>
        </w:sectPr>
      </w:pPr>
    </w:p>
    <w:p w14:paraId="2B1570C8"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1. Kulingana na kifungu, kazi mojawapo ya lugha ni ipi?</w:t>
      </w:r>
    </w:p>
    <w:p w14:paraId="70947096"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Kufanya watu wasielewane</w:t>
      </w:r>
    </w:p>
    <w:p w14:paraId="09B012B9"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Kuwasilisha mawazo na hisia</w:t>
      </w:r>
    </w:p>
    <w:p w14:paraId="42CAE9CC"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Kuzuia watu kusoma</w:t>
      </w:r>
    </w:p>
    <w:p w14:paraId="7D77FF7D"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Kuondoa mila katika jamii</w:t>
      </w:r>
    </w:p>
    <w:p w14:paraId="7F914A14"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2. Kwa nini ni muhimu kuheshimu lugha?</w:t>
      </w:r>
    </w:p>
    <w:p w14:paraId="03D3E239"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Ili kuhifadhi mawasiliano na utamaduni</w:t>
      </w:r>
    </w:p>
    <w:p w14:paraId="729A490B"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Ili watu waache kuzungumza</w:t>
      </w:r>
    </w:p>
    <w:p w14:paraId="23F12EDF"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Ili watoto wasijifunze</w:t>
      </w:r>
    </w:p>
    <w:p w14:paraId="769FEEDC"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Ili lugha isitumike shuleni</w:t>
      </w:r>
    </w:p>
    <w:p w14:paraId="709B638F"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lastRenderedPageBreak/>
        <w:t>3. Chagua mfuatano wa maneno unaoeleza dhima za lugha kulingana na kifungu.</w:t>
      </w:r>
    </w:p>
    <w:p w14:paraId="144745AF"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Mawasiliano, kuhifadhi utamaduni, kuwasilisha mawazo</w:t>
      </w:r>
    </w:p>
    <w:p w14:paraId="0D49113C"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Kupika, kulima, kusafiri</w:t>
      </w:r>
    </w:p>
    <w:p w14:paraId="4726E949"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Kulala, kucheza, kukimbia</w:t>
      </w:r>
    </w:p>
    <w:p w14:paraId="3AD08217"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Kusoma, kula, kuimba</w:t>
      </w:r>
    </w:p>
    <w:p w14:paraId="6C1B8DC3"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4. Neno 'desturi' katika kifungu lina maana gani?</w:t>
      </w:r>
    </w:p>
    <w:p w14:paraId="781A50C5"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Tabia na mila za jamii</w:t>
      </w:r>
    </w:p>
    <w:p w14:paraId="24999B2A"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Vitabu vya shule</w:t>
      </w:r>
    </w:p>
    <w:p w14:paraId="33E26F01"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Mahali pa biashara</w:t>
      </w:r>
    </w:p>
    <w:p w14:paraId="10C93D8D"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Aina ya chakula</w:t>
      </w:r>
    </w:p>
    <w:p w14:paraId="134B08F1"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5. Ungependekeza nini ili watoto wajifunze lugha yao vizuri?</w:t>
      </w:r>
    </w:p>
    <w:p w14:paraId="40A2BA4D"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Kuepuka kuzungumza na wengine</w:t>
      </w:r>
    </w:p>
    <w:p w14:paraId="3DD1F104"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Kusoma na kutumia lugha kwa usahihi</w:t>
      </w:r>
    </w:p>
    <w:p w14:paraId="3A180683"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Kutumia maneno bila kuelewa</w:t>
      </w:r>
    </w:p>
    <w:p w14:paraId="46BEA42F"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Kuacha kujifunza lugha</w:t>
      </w:r>
    </w:p>
    <w:p w14:paraId="1AAD7BB0"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6. Kifungu hiki ni cha aina gani?</w:t>
      </w:r>
    </w:p>
    <w:p w14:paraId="0C6ED5E6"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Maelezo</w:t>
      </w:r>
    </w:p>
    <w:p w14:paraId="13108C8F"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Hadithi ya kubuni</w:t>
      </w:r>
    </w:p>
    <w:p w14:paraId="7CECFFAB"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Mazungumzo</w:t>
      </w:r>
    </w:p>
    <w:p w14:paraId="2B194C64"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Shairi</w:t>
      </w:r>
    </w:p>
    <w:p w14:paraId="160A24DE" w14:textId="77777777" w:rsidR="00EC5A4B" w:rsidRPr="00EC5A4B" w:rsidRDefault="00EC5A4B">
      <w:pPr>
        <w:rPr>
          <w:rFonts w:ascii="Times New Roman" w:hAnsi="Times New Roman" w:cs="Times New Roman"/>
        </w:rPr>
        <w:sectPr w:rsidR="00EC5A4B" w:rsidRPr="00EC5A4B" w:rsidSect="00EC5A4B">
          <w:headerReference w:type="default" r:id="rId16"/>
          <w:headerReference w:type="first" r:id="rId17"/>
          <w:headerReference w:type="even" r:id="rId18"/>
          <w:footerReference w:type="default" r:id="rId19"/>
          <w:footerReference w:type="first" r:id="rId20"/>
          <w:footerReference w:type="even" r:id="rId21"/>
          <w:type w:val="continuous"/>
          <w:pgSz w:w="12240" w:h="15840"/>
          <w:pgMar w:top="792" w:right="936" w:bottom="792" w:left="936" w:header="720" w:footer="720" w:gutter="0"/>
          <w:cols w:num="2" w:space="720"/>
          <w:docGrid w:linePitch="360"/>
        </w:sectPr>
      </w:pPr>
    </w:p>
    <w:p w14:paraId="0494692E" w14:textId="77777777" w:rsidR="00710648" w:rsidRPr="00EC5A4B" w:rsidRDefault="00000000">
      <w:pPr>
        <w:rPr>
          <w:rFonts w:ascii="Times New Roman" w:hAnsi="Times New Roman" w:cs="Times New Roman"/>
        </w:rPr>
      </w:pPr>
      <w:r w:rsidRPr="00EC5A4B">
        <w:rPr>
          <w:rFonts w:ascii="Times New Roman" w:hAnsi="Times New Roman" w:cs="Times New Roman"/>
        </w:rPr>
        <w:t xml:space="preserve">Amani alikuwa </w:t>
      </w:r>
      <w:proofErr w:type="spellStart"/>
      <w:r w:rsidRPr="00EC5A4B">
        <w:rPr>
          <w:rFonts w:ascii="Times New Roman" w:hAnsi="Times New Roman" w:cs="Times New Roman"/>
        </w:rPr>
        <w:t>mwanafunzi</w:t>
      </w:r>
      <w:proofErr w:type="spellEnd"/>
      <w:r w:rsidRPr="00EC5A4B">
        <w:rPr>
          <w:rFonts w:ascii="Times New Roman" w:hAnsi="Times New Roman" w:cs="Times New Roman"/>
        </w:rPr>
        <w:t xml:space="preserve"> </w:t>
      </w:r>
      <w:proofErr w:type="spellStart"/>
      <w:r w:rsidRPr="00EC5A4B">
        <w:rPr>
          <w:rFonts w:ascii="Times New Roman" w:hAnsi="Times New Roman" w:cs="Times New Roman"/>
        </w:rPr>
        <w:t>aliyependa</w:t>
      </w:r>
      <w:proofErr w:type="spellEnd"/>
      <w:r w:rsidRPr="00EC5A4B">
        <w:rPr>
          <w:rFonts w:ascii="Times New Roman" w:hAnsi="Times New Roman" w:cs="Times New Roman"/>
        </w:rPr>
        <w:t xml:space="preserve"> </w:t>
      </w:r>
      <w:proofErr w:type="spellStart"/>
      <w:r w:rsidRPr="00EC5A4B">
        <w:rPr>
          <w:rFonts w:ascii="Times New Roman" w:hAnsi="Times New Roman" w:cs="Times New Roman"/>
        </w:rPr>
        <w:t>kusoma</w:t>
      </w:r>
      <w:proofErr w:type="spellEnd"/>
      <w:r w:rsidRPr="00EC5A4B">
        <w:rPr>
          <w:rFonts w:ascii="Times New Roman" w:hAnsi="Times New Roman" w:cs="Times New Roman"/>
        </w:rPr>
        <w:t xml:space="preserve"> vitabu. Siku moja alipofika shuleni, aligundua kuwa kitabu chake cha maktaba kilikuwa kimepotea. Alimwomba rafiki yake Juma amsaidie kukitafuta. Walianza kutafuta darasani, maktabani na uwanjani. Hatimaye walikiona chini ya meza ya mwalimu. Amani alimshukuru Juma kwa msaada wake na akaahidi kutunza vitabu vya shule kwa uangalifu zaidi.</w:t>
      </w:r>
    </w:p>
    <w:p w14:paraId="1E35151E" w14:textId="77777777" w:rsidR="00EC5A4B" w:rsidRPr="00EC5A4B" w:rsidRDefault="00EC5A4B">
      <w:pPr>
        <w:spacing w:after="20"/>
        <w:rPr>
          <w:rFonts w:ascii="Times New Roman" w:hAnsi="Times New Roman" w:cs="Times New Roman"/>
          <w:b/>
        </w:rPr>
        <w:sectPr w:rsidR="00EC5A4B" w:rsidRPr="00EC5A4B" w:rsidSect="00EC5A4B">
          <w:headerReference w:type="default" r:id="rId22"/>
          <w:headerReference w:type="first" r:id="rId23"/>
          <w:headerReference w:type="even" r:id="rId24"/>
          <w:footerReference w:type="default" r:id="rId25"/>
          <w:footerReference w:type="first" r:id="rId26"/>
          <w:footerReference w:type="even" r:id="rId27"/>
          <w:type w:val="continuous"/>
          <w:pgSz w:w="12240" w:h="15840"/>
          <w:pgMar w:top="792" w:right="936" w:bottom="792" w:left="936" w:header="720" w:footer="720" w:gutter="0"/>
          <w:cols w:space="720"/>
          <w:docGrid w:linePitch="360"/>
        </w:sectPr>
      </w:pPr>
    </w:p>
    <w:p w14:paraId="4C93BCD0"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7. Ni kwa nini Amani alimwomba Juma amsaidie?</w:t>
      </w:r>
    </w:p>
    <w:p w14:paraId="5ABF4CC1"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Alitaka kucheza naye</w:t>
      </w:r>
    </w:p>
    <w:p w14:paraId="77F0761B"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Kitabu chake kilikuwa kimepotea</w:t>
      </w:r>
    </w:p>
    <w:p w14:paraId="5EEFDC86"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Juma alikuwa mwalimu</w:t>
      </w:r>
    </w:p>
    <w:p w14:paraId="32EBDE1E"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Alitaka kununua kitabu</w:t>
      </w:r>
    </w:p>
    <w:p w14:paraId="1DB4EBC8"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8. Amani na Juma walitafuta kitabu katika maeneo mangapi yaliyotajwa?</w:t>
      </w:r>
    </w:p>
    <w:p w14:paraId="40C62B0D"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Mawili</w:t>
      </w:r>
    </w:p>
    <w:p w14:paraId="0D6E71EF"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Matatu</w:t>
      </w:r>
    </w:p>
    <w:p w14:paraId="611599FD"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Manne</w:t>
      </w:r>
    </w:p>
    <w:p w14:paraId="14C179A5"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Matano</w:t>
      </w:r>
    </w:p>
    <w:p w14:paraId="5D6476A5"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9. Kitabu kilipatikana wapi?</w:t>
      </w:r>
    </w:p>
    <w:p w14:paraId="7228919F"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Chini ya meza ya mwalimu</w:t>
      </w:r>
    </w:p>
    <w:p w14:paraId="1967805E"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Juu ya uwanja</w:t>
      </w:r>
    </w:p>
    <w:p w14:paraId="32B45683"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Ndani ya begi la Juma</w:t>
      </w:r>
    </w:p>
    <w:p w14:paraId="4B67BA8D"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Nyumbani kwa Amani</w:t>
      </w:r>
    </w:p>
    <w:p w14:paraId="656CA0B1"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10. Ni funzo gani kuu linalopatikana katika kifungu?</w:t>
      </w:r>
    </w:p>
    <w:p w14:paraId="135D8E9B"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Vitabu havina umuhimu</w:t>
      </w:r>
    </w:p>
    <w:p w14:paraId="07347DCB"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Urafiki na uwajibikaji ni muhimu</w:t>
      </w:r>
    </w:p>
    <w:p w14:paraId="03CA920B"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Wanafunzi hawapaswi kusaidiana</w:t>
      </w:r>
    </w:p>
    <w:p w14:paraId="0D515371"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Maktaba haifai kutumiwa</w:t>
      </w:r>
    </w:p>
    <w:p w14:paraId="03FAC64F"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11. Neno 'uangalifu' lina maana gani?</w:t>
      </w:r>
    </w:p>
    <w:p w14:paraId="46967747"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Uzembe</w:t>
      </w:r>
    </w:p>
    <w:p w14:paraId="156AA993"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Umakini</w:t>
      </w:r>
    </w:p>
    <w:p w14:paraId="37F82A85"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Haraka</w:t>
      </w:r>
    </w:p>
    <w:p w14:paraId="4683FA0C"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Hasira</w:t>
      </w:r>
    </w:p>
    <w:p w14:paraId="501C6E02"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12. Amani alifanya nini baada ya kukipata kitabu?</w:t>
      </w:r>
    </w:p>
    <w:p w14:paraId="6DB51FC9"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Alikificha</w:t>
      </w:r>
    </w:p>
    <w:p w14:paraId="589152C9"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Alimshukuru Juma</w:t>
      </w:r>
    </w:p>
    <w:p w14:paraId="5A21D118"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Alikichoma</w:t>
      </w:r>
    </w:p>
    <w:p w14:paraId="5E5F6B05"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Alikiacha shuleni</w:t>
      </w:r>
    </w:p>
    <w:p w14:paraId="7577E9C6" w14:textId="77777777" w:rsidR="00EC5A4B" w:rsidRPr="00EC5A4B" w:rsidRDefault="00EC5A4B">
      <w:pPr>
        <w:rPr>
          <w:rFonts w:ascii="Times New Roman" w:hAnsi="Times New Roman" w:cs="Times New Roman"/>
        </w:rPr>
        <w:sectPr w:rsidR="00EC5A4B" w:rsidRPr="00EC5A4B" w:rsidSect="00EC5A4B">
          <w:headerReference w:type="default" r:id="rId28"/>
          <w:headerReference w:type="first" r:id="rId29"/>
          <w:headerReference w:type="even" r:id="rId30"/>
          <w:footerReference w:type="default" r:id="rId31"/>
          <w:footerReference w:type="first" r:id="rId32"/>
          <w:footerReference w:type="even" r:id="rId33"/>
          <w:type w:val="continuous"/>
          <w:pgSz w:w="12240" w:h="15840"/>
          <w:pgMar w:top="792" w:right="936" w:bottom="792" w:left="936" w:header="720" w:footer="720" w:gutter="0"/>
          <w:cols w:num="2" w:space="720"/>
          <w:docGrid w:linePitch="360"/>
        </w:sectPr>
      </w:pPr>
    </w:p>
    <w:p w14:paraId="0D998ED6" w14:textId="77777777" w:rsidR="00710648" w:rsidRPr="00EC5A4B" w:rsidRDefault="00000000">
      <w:pPr>
        <w:rPr>
          <w:rFonts w:ascii="Times New Roman" w:hAnsi="Times New Roman" w:cs="Times New Roman"/>
        </w:rPr>
      </w:pPr>
      <w:proofErr w:type="spellStart"/>
      <w:r w:rsidRPr="00EC5A4B">
        <w:rPr>
          <w:rFonts w:ascii="Times New Roman" w:hAnsi="Times New Roman" w:cs="Times New Roman"/>
        </w:rPr>
        <w:t>Ufugaji</w:t>
      </w:r>
      <w:proofErr w:type="spellEnd"/>
      <w:r w:rsidRPr="00EC5A4B">
        <w:rPr>
          <w:rFonts w:ascii="Times New Roman" w:hAnsi="Times New Roman" w:cs="Times New Roman"/>
        </w:rPr>
        <w:t xml:space="preserve"> ni </w:t>
      </w:r>
      <w:proofErr w:type="spellStart"/>
      <w:r w:rsidRPr="00EC5A4B">
        <w:rPr>
          <w:rFonts w:ascii="Times New Roman" w:hAnsi="Times New Roman" w:cs="Times New Roman"/>
        </w:rPr>
        <w:t>shughuli</w:t>
      </w:r>
      <w:proofErr w:type="spellEnd"/>
      <w:r w:rsidRPr="00EC5A4B">
        <w:rPr>
          <w:rFonts w:ascii="Times New Roman" w:hAnsi="Times New Roman" w:cs="Times New Roman"/>
        </w:rPr>
        <w:t xml:space="preserve"> </w:t>
      </w:r>
      <w:proofErr w:type="spellStart"/>
      <w:r w:rsidRPr="00EC5A4B">
        <w:rPr>
          <w:rFonts w:ascii="Times New Roman" w:hAnsi="Times New Roman" w:cs="Times New Roman"/>
        </w:rPr>
        <w:t>inayofanywa</w:t>
      </w:r>
      <w:proofErr w:type="spellEnd"/>
      <w:r w:rsidRPr="00EC5A4B">
        <w:rPr>
          <w:rFonts w:ascii="Times New Roman" w:hAnsi="Times New Roman" w:cs="Times New Roman"/>
        </w:rPr>
        <w:t xml:space="preserve"> na watu wengi katika maeneo mbalimbali. Wafugaji hufuga wanyama kama ng'ombe, mbuzi, kondoo na kuku. Wanyama hao huwapatia watu maziwa, nyama, mayai na ngozi. Hata hivyo, ufugaji unahitaji utunzaji mzuri wa wanyama, maji safi na chakula cha kutosha. Wafugaji wanaweza pia kutumia ushauri wa wataalamu wa mifugo ili kuzuia magonjwa na kuongeza uzalishaji.</w:t>
      </w:r>
    </w:p>
    <w:p w14:paraId="145054E2" w14:textId="77777777" w:rsidR="00EC5A4B" w:rsidRPr="00EC5A4B" w:rsidRDefault="00EC5A4B">
      <w:pPr>
        <w:spacing w:after="20"/>
        <w:rPr>
          <w:rFonts w:ascii="Times New Roman" w:hAnsi="Times New Roman" w:cs="Times New Roman"/>
          <w:b/>
        </w:rPr>
        <w:sectPr w:rsidR="00EC5A4B" w:rsidRPr="00EC5A4B" w:rsidSect="00EC5A4B">
          <w:headerReference w:type="default" r:id="rId34"/>
          <w:headerReference w:type="first" r:id="rId35"/>
          <w:headerReference w:type="even" r:id="rId36"/>
          <w:footerReference w:type="default" r:id="rId37"/>
          <w:footerReference w:type="first" r:id="rId38"/>
          <w:footerReference w:type="even" r:id="rId39"/>
          <w:type w:val="continuous"/>
          <w:pgSz w:w="12240" w:h="15840"/>
          <w:pgMar w:top="792" w:right="936" w:bottom="792" w:left="936" w:header="720" w:footer="720" w:gutter="0"/>
          <w:cols w:space="720"/>
          <w:docGrid w:linePitch="360"/>
        </w:sectPr>
      </w:pPr>
    </w:p>
    <w:p w14:paraId="5709706C"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13. Kulingana na kifungu, wanyama hufugwa kwa sababu gani?</w:t>
      </w:r>
    </w:p>
    <w:p w14:paraId="202AC06B"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Hutoa bidhaa mbalimbali kwa watu</w:t>
      </w:r>
    </w:p>
    <w:p w14:paraId="232492E7"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Husababisha magonjwa kila mara</w:t>
      </w:r>
    </w:p>
    <w:p w14:paraId="4D246D14"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Huharibu chakula</w:t>
      </w:r>
    </w:p>
    <w:p w14:paraId="097964D9"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Huzuia uzalishaji</w:t>
      </w:r>
    </w:p>
    <w:p w14:paraId="111E7E60"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14. Kwa nini wafugaji wanahitaji ushauri wa wataalamu wa mifugo?</w:t>
      </w:r>
    </w:p>
    <w:p w14:paraId="59E2DC6D"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Ili kuzuia magonjwa na kuongeza uzalishaji</w:t>
      </w:r>
    </w:p>
    <w:p w14:paraId="6F2F1A3C"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Ili waache kufuga</w:t>
      </w:r>
    </w:p>
    <w:p w14:paraId="7D0E6B6D"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Ili wanyama wasinywe maji</w:t>
      </w:r>
    </w:p>
    <w:p w14:paraId="2D3C29B6"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Ili kupunguza chakula cha wanyama</w:t>
      </w:r>
    </w:p>
    <w:p w14:paraId="7819015B"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15. Ni kauli ipi ni kweli kulingana na kifungu?</w:t>
      </w:r>
    </w:p>
    <w:p w14:paraId="725602E1"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Ufugaji hauhitaji maji</w:t>
      </w:r>
    </w:p>
    <w:p w14:paraId="68B977A2"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Wanyama wanaweza kutoa maziwa na nyama</w:t>
      </w:r>
    </w:p>
    <w:p w14:paraId="2E2F7278"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Kuku hawawezi kufugwa</w:t>
      </w:r>
    </w:p>
    <w:p w14:paraId="6D473FA8"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Wafugaji hawahitaji chakula</w:t>
      </w:r>
    </w:p>
    <w:p w14:paraId="6161F69B"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16. Neno 'uzalishaji' lina maana gani katika kifungu?</w:t>
      </w:r>
    </w:p>
    <w:p w14:paraId="063E8BC7"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Kiasi cha bidhaa kinachopatikana</w:t>
      </w:r>
    </w:p>
    <w:p w14:paraId="28850140"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Kusafiri kutoka eneo moja hadi jingine</w:t>
      </w:r>
    </w:p>
    <w:p w14:paraId="118DB152"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Kukosa wanyama</w:t>
      </w:r>
    </w:p>
    <w:p w14:paraId="03D84BB1"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Kununua nyumba</w:t>
      </w:r>
    </w:p>
    <w:p w14:paraId="1BDC81EC"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17. Ni jambo gani linaweza kusaidia kuzuia magonjwa ya mifugo?</w:t>
      </w:r>
    </w:p>
    <w:p w14:paraId="7570EC2F"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Maji machafu</w:t>
      </w:r>
    </w:p>
    <w:p w14:paraId="0821C2C9"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Ushauri wa wataalamu wa mifugo</w:t>
      </w:r>
    </w:p>
    <w:p w14:paraId="123A484D"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Kunyima wanyama chakula</w:t>
      </w:r>
    </w:p>
    <w:p w14:paraId="60F47D0D"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Kuacha usafi</w:t>
      </w:r>
    </w:p>
    <w:p w14:paraId="68D510A1" w14:textId="77777777" w:rsidR="00EC5A4B" w:rsidRPr="00EC5A4B" w:rsidRDefault="00EC5A4B">
      <w:pPr>
        <w:spacing w:before="120" w:after="60"/>
        <w:rPr>
          <w:rFonts w:ascii="Times New Roman" w:hAnsi="Times New Roman" w:cs="Times New Roman"/>
          <w:b/>
          <w:sz w:val="24"/>
        </w:rPr>
        <w:sectPr w:rsidR="00EC5A4B" w:rsidRPr="00EC5A4B" w:rsidSect="00EC5A4B">
          <w:headerReference w:type="default" r:id="rId40"/>
          <w:headerReference w:type="first" r:id="rId41"/>
          <w:headerReference w:type="even" r:id="rId42"/>
          <w:footerReference w:type="default" r:id="rId43"/>
          <w:footerReference w:type="first" r:id="rId44"/>
          <w:footerReference w:type="even" r:id="rId45"/>
          <w:type w:val="continuous"/>
          <w:pgSz w:w="12240" w:h="15840"/>
          <w:pgMar w:top="792" w:right="936" w:bottom="792" w:left="936" w:header="720" w:footer="720" w:gutter="0"/>
          <w:cols w:num="2" w:space="720"/>
          <w:docGrid w:linePitch="360"/>
        </w:sectPr>
      </w:pPr>
    </w:p>
    <w:p w14:paraId="1E6E35B7" w14:textId="77777777" w:rsidR="00710648" w:rsidRPr="00EC5A4B" w:rsidRDefault="00000000">
      <w:pPr>
        <w:spacing w:before="120" w:after="60"/>
        <w:rPr>
          <w:rFonts w:ascii="Times New Roman" w:hAnsi="Times New Roman" w:cs="Times New Roman"/>
        </w:rPr>
      </w:pPr>
      <w:r w:rsidRPr="00EC5A4B">
        <w:rPr>
          <w:rFonts w:ascii="Times New Roman" w:hAnsi="Times New Roman" w:cs="Times New Roman"/>
          <w:b/>
          <w:sz w:val="24"/>
        </w:rPr>
        <w:lastRenderedPageBreak/>
        <w:t>JEDWALI LA TAARIFA</w:t>
      </w:r>
    </w:p>
    <w:tbl>
      <w:tblPr>
        <w:tblStyle w:val="TableGrid"/>
        <w:tblW w:w="0" w:type="auto"/>
        <w:jc w:val="center"/>
        <w:tblLook w:val="04A0" w:firstRow="1" w:lastRow="0" w:firstColumn="1" w:lastColumn="0" w:noHBand="0" w:noVBand="1"/>
      </w:tblPr>
      <w:tblGrid>
        <w:gridCol w:w="2074"/>
        <w:gridCol w:w="2074"/>
        <w:gridCol w:w="2074"/>
        <w:gridCol w:w="2074"/>
        <w:gridCol w:w="2074"/>
      </w:tblGrid>
      <w:tr w:rsidR="00710648" w:rsidRPr="00EC5A4B" w14:paraId="3A17A37D" w14:textId="77777777">
        <w:trPr>
          <w:jc w:val="center"/>
        </w:trPr>
        <w:tc>
          <w:tcPr>
            <w:tcW w:w="2074" w:type="dxa"/>
            <w:shd w:val="clear" w:color="auto" w:fill="D9EAF7"/>
          </w:tcPr>
          <w:p w14:paraId="050F66BB"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Shamba</w:t>
            </w:r>
          </w:p>
        </w:tc>
        <w:tc>
          <w:tcPr>
            <w:tcW w:w="2074" w:type="dxa"/>
            <w:shd w:val="clear" w:color="auto" w:fill="D9EAF7"/>
          </w:tcPr>
          <w:p w14:paraId="3AE4BEB8"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Ng'ombe</w:t>
            </w:r>
          </w:p>
        </w:tc>
        <w:tc>
          <w:tcPr>
            <w:tcW w:w="2074" w:type="dxa"/>
            <w:shd w:val="clear" w:color="auto" w:fill="D9EAF7"/>
          </w:tcPr>
          <w:p w14:paraId="747567D1"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Mbuzi</w:t>
            </w:r>
          </w:p>
        </w:tc>
        <w:tc>
          <w:tcPr>
            <w:tcW w:w="2074" w:type="dxa"/>
            <w:shd w:val="clear" w:color="auto" w:fill="D9EAF7"/>
          </w:tcPr>
          <w:p w14:paraId="571CA7FF"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Kondoo</w:t>
            </w:r>
          </w:p>
        </w:tc>
        <w:tc>
          <w:tcPr>
            <w:tcW w:w="2074" w:type="dxa"/>
            <w:shd w:val="clear" w:color="auto" w:fill="D9EAF7"/>
          </w:tcPr>
          <w:p w14:paraId="0165D136" w14:textId="77777777" w:rsidR="00710648" w:rsidRPr="00EC5A4B" w:rsidRDefault="00000000">
            <w:pPr>
              <w:rPr>
                <w:rFonts w:ascii="Times New Roman" w:hAnsi="Times New Roman" w:cs="Times New Roman"/>
              </w:rPr>
            </w:pPr>
            <w:r w:rsidRPr="00EC5A4B">
              <w:rPr>
                <w:rFonts w:ascii="Times New Roman" w:hAnsi="Times New Roman" w:cs="Times New Roman"/>
                <w:b/>
                <w:sz w:val="17"/>
              </w:rPr>
              <w:t>Kuku</w:t>
            </w:r>
          </w:p>
        </w:tc>
      </w:tr>
      <w:tr w:rsidR="00710648" w:rsidRPr="00EC5A4B" w14:paraId="2105CF92" w14:textId="77777777">
        <w:trPr>
          <w:jc w:val="center"/>
        </w:trPr>
        <w:tc>
          <w:tcPr>
            <w:tcW w:w="2074" w:type="dxa"/>
          </w:tcPr>
          <w:p w14:paraId="37E7C5F5" w14:textId="77777777" w:rsidR="00710648" w:rsidRPr="00EC5A4B" w:rsidRDefault="00000000">
            <w:pPr>
              <w:rPr>
                <w:rFonts w:ascii="Times New Roman" w:hAnsi="Times New Roman" w:cs="Times New Roman"/>
              </w:rPr>
            </w:pPr>
            <w:r w:rsidRPr="00EC5A4B">
              <w:rPr>
                <w:rFonts w:ascii="Times New Roman" w:hAnsi="Times New Roman" w:cs="Times New Roman"/>
                <w:sz w:val="17"/>
              </w:rPr>
              <w:t>Amani</w:t>
            </w:r>
          </w:p>
        </w:tc>
        <w:tc>
          <w:tcPr>
            <w:tcW w:w="2074" w:type="dxa"/>
          </w:tcPr>
          <w:p w14:paraId="51A21B40" w14:textId="77777777" w:rsidR="00710648" w:rsidRPr="00EC5A4B" w:rsidRDefault="00000000">
            <w:pPr>
              <w:rPr>
                <w:rFonts w:ascii="Times New Roman" w:hAnsi="Times New Roman" w:cs="Times New Roman"/>
              </w:rPr>
            </w:pPr>
            <w:r w:rsidRPr="00EC5A4B">
              <w:rPr>
                <w:rFonts w:ascii="Times New Roman" w:hAnsi="Times New Roman" w:cs="Times New Roman"/>
                <w:sz w:val="17"/>
              </w:rPr>
              <w:t>12</w:t>
            </w:r>
          </w:p>
        </w:tc>
        <w:tc>
          <w:tcPr>
            <w:tcW w:w="2074" w:type="dxa"/>
          </w:tcPr>
          <w:p w14:paraId="52FC3885" w14:textId="77777777" w:rsidR="00710648" w:rsidRPr="00EC5A4B" w:rsidRDefault="00000000">
            <w:pPr>
              <w:rPr>
                <w:rFonts w:ascii="Times New Roman" w:hAnsi="Times New Roman" w:cs="Times New Roman"/>
              </w:rPr>
            </w:pPr>
            <w:r w:rsidRPr="00EC5A4B">
              <w:rPr>
                <w:rFonts w:ascii="Times New Roman" w:hAnsi="Times New Roman" w:cs="Times New Roman"/>
                <w:sz w:val="17"/>
              </w:rPr>
              <w:t>8</w:t>
            </w:r>
          </w:p>
        </w:tc>
        <w:tc>
          <w:tcPr>
            <w:tcW w:w="2074" w:type="dxa"/>
          </w:tcPr>
          <w:p w14:paraId="31113117" w14:textId="77777777" w:rsidR="00710648" w:rsidRPr="00EC5A4B" w:rsidRDefault="00000000">
            <w:pPr>
              <w:rPr>
                <w:rFonts w:ascii="Times New Roman" w:hAnsi="Times New Roman" w:cs="Times New Roman"/>
              </w:rPr>
            </w:pPr>
            <w:r w:rsidRPr="00EC5A4B">
              <w:rPr>
                <w:rFonts w:ascii="Times New Roman" w:hAnsi="Times New Roman" w:cs="Times New Roman"/>
                <w:sz w:val="17"/>
              </w:rPr>
              <w:t>5</w:t>
            </w:r>
          </w:p>
        </w:tc>
        <w:tc>
          <w:tcPr>
            <w:tcW w:w="2074" w:type="dxa"/>
          </w:tcPr>
          <w:p w14:paraId="7B9512F9" w14:textId="77777777" w:rsidR="00710648" w:rsidRPr="00EC5A4B" w:rsidRDefault="00000000">
            <w:pPr>
              <w:rPr>
                <w:rFonts w:ascii="Times New Roman" w:hAnsi="Times New Roman" w:cs="Times New Roman"/>
              </w:rPr>
            </w:pPr>
            <w:r w:rsidRPr="00EC5A4B">
              <w:rPr>
                <w:rFonts w:ascii="Times New Roman" w:hAnsi="Times New Roman" w:cs="Times New Roman"/>
                <w:sz w:val="17"/>
              </w:rPr>
              <w:t>10</w:t>
            </w:r>
          </w:p>
        </w:tc>
      </w:tr>
      <w:tr w:rsidR="00710648" w:rsidRPr="00EC5A4B" w14:paraId="13DB7F34" w14:textId="77777777">
        <w:trPr>
          <w:jc w:val="center"/>
        </w:trPr>
        <w:tc>
          <w:tcPr>
            <w:tcW w:w="2074" w:type="dxa"/>
          </w:tcPr>
          <w:p w14:paraId="76F8EA47" w14:textId="77777777" w:rsidR="00710648" w:rsidRPr="00EC5A4B" w:rsidRDefault="00000000">
            <w:pPr>
              <w:rPr>
                <w:rFonts w:ascii="Times New Roman" w:hAnsi="Times New Roman" w:cs="Times New Roman"/>
              </w:rPr>
            </w:pPr>
            <w:r w:rsidRPr="00EC5A4B">
              <w:rPr>
                <w:rFonts w:ascii="Times New Roman" w:hAnsi="Times New Roman" w:cs="Times New Roman"/>
                <w:sz w:val="17"/>
              </w:rPr>
              <w:t>Baraka</w:t>
            </w:r>
          </w:p>
        </w:tc>
        <w:tc>
          <w:tcPr>
            <w:tcW w:w="2074" w:type="dxa"/>
          </w:tcPr>
          <w:p w14:paraId="4640A89E" w14:textId="77777777" w:rsidR="00710648" w:rsidRPr="00EC5A4B" w:rsidRDefault="00000000">
            <w:pPr>
              <w:rPr>
                <w:rFonts w:ascii="Times New Roman" w:hAnsi="Times New Roman" w:cs="Times New Roman"/>
              </w:rPr>
            </w:pPr>
            <w:r w:rsidRPr="00EC5A4B">
              <w:rPr>
                <w:rFonts w:ascii="Times New Roman" w:hAnsi="Times New Roman" w:cs="Times New Roman"/>
                <w:sz w:val="17"/>
              </w:rPr>
              <w:t>9</w:t>
            </w:r>
          </w:p>
        </w:tc>
        <w:tc>
          <w:tcPr>
            <w:tcW w:w="2074" w:type="dxa"/>
          </w:tcPr>
          <w:p w14:paraId="399194EF" w14:textId="77777777" w:rsidR="00710648" w:rsidRPr="00EC5A4B" w:rsidRDefault="00000000">
            <w:pPr>
              <w:rPr>
                <w:rFonts w:ascii="Times New Roman" w:hAnsi="Times New Roman" w:cs="Times New Roman"/>
              </w:rPr>
            </w:pPr>
            <w:r w:rsidRPr="00EC5A4B">
              <w:rPr>
                <w:rFonts w:ascii="Times New Roman" w:hAnsi="Times New Roman" w:cs="Times New Roman"/>
                <w:sz w:val="17"/>
              </w:rPr>
              <w:t>14</w:t>
            </w:r>
          </w:p>
        </w:tc>
        <w:tc>
          <w:tcPr>
            <w:tcW w:w="2074" w:type="dxa"/>
          </w:tcPr>
          <w:p w14:paraId="210B5F01" w14:textId="77777777" w:rsidR="00710648" w:rsidRPr="00EC5A4B" w:rsidRDefault="00000000">
            <w:pPr>
              <w:rPr>
                <w:rFonts w:ascii="Times New Roman" w:hAnsi="Times New Roman" w:cs="Times New Roman"/>
              </w:rPr>
            </w:pPr>
            <w:r w:rsidRPr="00EC5A4B">
              <w:rPr>
                <w:rFonts w:ascii="Times New Roman" w:hAnsi="Times New Roman" w:cs="Times New Roman"/>
                <w:sz w:val="17"/>
              </w:rPr>
              <w:t>7</w:t>
            </w:r>
          </w:p>
        </w:tc>
        <w:tc>
          <w:tcPr>
            <w:tcW w:w="2074" w:type="dxa"/>
          </w:tcPr>
          <w:p w14:paraId="4C487C75" w14:textId="77777777" w:rsidR="00710648" w:rsidRPr="00EC5A4B" w:rsidRDefault="00000000">
            <w:pPr>
              <w:rPr>
                <w:rFonts w:ascii="Times New Roman" w:hAnsi="Times New Roman" w:cs="Times New Roman"/>
              </w:rPr>
            </w:pPr>
            <w:r w:rsidRPr="00EC5A4B">
              <w:rPr>
                <w:rFonts w:ascii="Times New Roman" w:hAnsi="Times New Roman" w:cs="Times New Roman"/>
                <w:sz w:val="17"/>
              </w:rPr>
              <w:t>8</w:t>
            </w:r>
          </w:p>
        </w:tc>
      </w:tr>
      <w:tr w:rsidR="00710648" w:rsidRPr="00EC5A4B" w14:paraId="06DD3199" w14:textId="77777777">
        <w:trPr>
          <w:jc w:val="center"/>
        </w:trPr>
        <w:tc>
          <w:tcPr>
            <w:tcW w:w="2074" w:type="dxa"/>
          </w:tcPr>
          <w:p w14:paraId="66ABBA8A" w14:textId="77777777" w:rsidR="00710648" w:rsidRPr="00EC5A4B" w:rsidRDefault="00000000">
            <w:pPr>
              <w:rPr>
                <w:rFonts w:ascii="Times New Roman" w:hAnsi="Times New Roman" w:cs="Times New Roman"/>
              </w:rPr>
            </w:pPr>
            <w:r w:rsidRPr="00EC5A4B">
              <w:rPr>
                <w:rFonts w:ascii="Times New Roman" w:hAnsi="Times New Roman" w:cs="Times New Roman"/>
                <w:sz w:val="17"/>
              </w:rPr>
              <w:t>Chui</w:t>
            </w:r>
          </w:p>
        </w:tc>
        <w:tc>
          <w:tcPr>
            <w:tcW w:w="2074" w:type="dxa"/>
          </w:tcPr>
          <w:p w14:paraId="6520395D" w14:textId="77777777" w:rsidR="00710648" w:rsidRPr="00EC5A4B" w:rsidRDefault="00000000">
            <w:pPr>
              <w:rPr>
                <w:rFonts w:ascii="Times New Roman" w:hAnsi="Times New Roman" w:cs="Times New Roman"/>
              </w:rPr>
            </w:pPr>
            <w:r w:rsidRPr="00EC5A4B">
              <w:rPr>
                <w:rFonts w:ascii="Times New Roman" w:hAnsi="Times New Roman" w:cs="Times New Roman"/>
                <w:sz w:val="17"/>
              </w:rPr>
              <w:t>15</w:t>
            </w:r>
          </w:p>
        </w:tc>
        <w:tc>
          <w:tcPr>
            <w:tcW w:w="2074" w:type="dxa"/>
          </w:tcPr>
          <w:p w14:paraId="2045A0F2" w14:textId="77777777" w:rsidR="00710648" w:rsidRPr="00EC5A4B" w:rsidRDefault="00000000">
            <w:pPr>
              <w:rPr>
                <w:rFonts w:ascii="Times New Roman" w:hAnsi="Times New Roman" w:cs="Times New Roman"/>
              </w:rPr>
            </w:pPr>
            <w:r w:rsidRPr="00EC5A4B">
              <w:rPr>
                <w:rFonts w:ascii="Times New Roman" w:hAnsi="Times New Roman" w:cs="Times New Roman"/>
                <w:sz w:val="17"/>
              </w:rPr>
              <w:t>6</w:t>
            </w:r>
          </w:p>
        </w:tc>
        <w:tc>
          <w:tcPr>
            <w:tcW w:w="2074" w:type="dxa"/>
          </w:tcPr>
          <w:p w14:paraId="2A3C1691" w14:textId="77777777" w:rsidR="00710648" w:rsidRPr="00EC5A4B" w:rsidRDefault="00000000">
            <w:pPr>
              <w:rPr>
                <w:rFonts w:ascii="Times New Roman" w:hAnsi="Times New Roman" w:cs="Times New Roman"/>
              </w:rPr>
            </w:pPr>
            <w:r w:rsidRPr="00EC5A4B">
              <w:rPr>
                <w:rFonts w:ascii="Times New Roman" w:hAnsi="Times New Roman" w:cs="Times New Roman"/>
                <w:sz w:val="17"/>
              </w:rPr>
              <w:t>9</w:t>
            </w:r>
          </w:p>
        </w:tc>
        <w:tc>
          <w:tcPr>
            <w:tcW w:w="2074" w:type="dxa"/>
          </w:tcPr>
          <w:p w14:paraId="5E3A8A6C" w14:textId="77777777" w:rsidR="00710648" w:rsidRPr="00EC5A4B" w:rsidRDefault="00000000">
            <w:pPr>
              <w:rPr>
                <w:rFonts w:ascii="Times New Roman" w:hAnsi="Times New Roman" w:cs="Times New Roman"/>
              </w:rPr>
            </w:pPr>
            <w:r w:rsidRPr="00EC5A4B">
              <w:rPr>
                <w:rFonts w:ascii="Times New Roman" w:hAnsi="Times New Roman" w:cs="Times New Roman"/>
                <w:sz w:val="17"/>
              </w:rPr>
              <w:t>12</w:t>
            </w:r>
          </w:p>
        </w:tc>
      </w:tr>
      <w:tr w:rsidR="00710648" w:rsidRPr="00EC5A4B" w14:paraId="519E646E" w14:textId="77777777">
        <w:trPr>
          <w:jc w:val="center"/>
        </w:trPr>
        <w:tc>
          <w:tcPr>
            <w:tcW w:w="2074" w:type="dxa"/>
          </w:tcPr>
          <w:p w14:paraId="6EC45E52" w14:textId="77777777" w:rsidR="00710648" w:rsidRPr="00EC5A4B" w:rsidRDefault="00000000">
            <w:pPr>
              <w:rPr>
                <w:rFonts w:ascii="Times New Roman" w:hAnsi="Times New Roman" w:cs="Times New Roman"/>
              </w:rPr>
            </w:pPr>
            <w:r w:rsidRPr="00EC5A4B">
              <w:rPr>
                <w:rFonts w:ascii="Times New Roman" w:hAnsi="Times New Roman" w:cs="Times New Roman"/>
                <w:sz w:val="17"/>
              </w:rPr>
              <w:t>Dunia</w:t>
            </w:r>
          </w:p>
        </w:tc>
        <w:tc>
          <w:tcPr>
            <w:tcW w:w="2074" w:type="dxa"/>
          </w:tcPr>
          <w:p w14:paraId="7E636247" w14:textId="77777777" w:rsidR="00710648" w:rsidRPr="00EC5A4B" w:rsidRDefault="00000000">
            <w:pPr>
              <w:rPr>
                <w:rFonts w:ascii="Times New Roman" w:hAnsi="Times New Roman" w:cs="Times New Roman"/>
              </w:rPr>
            </w:pPr>
            <w:r w:rsidRPr="00EC5A4B">
              <w:rPr>
                <w:rFonts w:ascii="Times New Roman" w:hAnsi="Times New Roman" w:cs="Times New Roman"/>
                <w:sz w:val="17"/>
              </w:rPr>
              <w:t>7</w:t>
            </w:r>
          </w:p>
        </w:tc>
        <w:tc>
          <w:tcPr>
            <w:tcW w:w="2074" w:type="dxa"/>
          </w:tcPr>
          <w:p w14:paraId="45BE2C9D" w14:textId="77777777" w:rsidR="00710648" w:rsidRPr="00EC5A4B" w:rsidRDefault="00000000">
            <w:pPr>
              <w:rPr>
                <w:rFonts w:ascii="Times New Roman" w:hAnsi="Times New Roman" w:cs="Times New Roman"/>
              </w:rPr>
            </w:pPr>
            <w:r w:rsidRPr="00EC5A4B">
              <w:rPr>
                <w:rFonts w:ascii="Times New Roman" w:hAnsi="Times New Roman" w:cs="Times New Roman"/>
                <w:sz w:val="17"/>
              </w:rPr>
              <w:t>10</w:t>
            </w:r>
          </w:p>
        </w:tc>
        <w:tc>
          <w:tcPr>
            <w:tcW w:w="2074" w:type="dxa"/>
          </w:tcPr>
          <w:p w14:paraId="2BC24F63" w14:textId="77777777" w:rsidR="00710648" w:rsidRPr="00EC5A4B" w:rsidRDefault="00000000">
            <w:pPr>
              <w:rPr>
                <w:rFonts w:ascii="Times New Roman" w:hAnsi="Times New Roman" w:cs="Times New Roman"/>
              </w:rPr>
            </w:pPr>
            <w:r w:rsidRPr="00EC5A4B">
              <w:rPr>
                <w:rFonts w:ascii="Times New Roman" w:hAnsi="Times New Roman" w:cs="Times New Roman"/>
                <w:sz w:val="17"/>
              </w:rPr>
              <w:t>6</w:t>
            </w:r>
          </w:p>
        </w:tc>
        <w:tc>
          <w:tcPr>
            <w:tcW w:w="2074" w:type="dxa"/>
          </w:tcPr>
          <w:p w14:paraId="586C6653" w14:textId="77777777" w:rsidR="00710648" w:rsidRPr="00EC5A4B" w:rsidRDefault="00000000">
            <w:pPr>
              <w:rPr>
                <w:rFonts w:ascii="Times New Roman" w:hAnsi="Times New Roman" w:cs="Times New Roman"/>
              </w:rPr>
            </w:pPr>
            <w:r w:rsidRPr="00EC5A4B">
              <w:rPr>
                <w:rFonts w:ascii="Times New Roman" w:hAnsi="Times New Roman" w:cs="Times New Roman"/>
                <w:sz w:val="17"/>
              </w:rPr>
              <w:t>9</w:t>
            </w:r>
          </w:p>
        </w:tc>
      </w:tr>
    </w:tbl>
    <w:p w14:paraId="3A819A1C" w14:textId="77777777" w:rsidR="00EC5A4B" w:rsidRPr="00EC5A4B" w:rsidRDefault="00EC5A4B">
      <w:pPr>
        <w:spacing w:after="20"/>
        <w:rPr>
          <w:rFonts w:ascii="Times New Roman" w:hAnsi="Times New Roman" w:cs="Times New Roman"/>
          <w:b/>
        </w:rPr>
        <w:sectPr w:rsidR="00EC5A4B" w:rsidRPr="00EC5A4B" w:rsidSect="00EC5A4B">
          <w:headerReference w:type="default" r:id="rId46"/>
          <w:headerReference w:type="first" r:id="rId47"/>
          <w:headerReference w:type="even" r:id="rId48"/>
          <w:footerReference w:type="default" r:id="rId49"/>
          <w:footerReference w:type="first" r:id="rId50"/>
          <w:footerReference w:type="even" r:id="rId51"/>
          <w:type w:val="continuous"/>
          <w:pgSz w:w="12240" w:h="15840"/>
          <w:pgMar w:top="792" w:right="936" w:bottom="792" w:left="936" w:header="720" w:footer="720" w:gutter="0"/>
          <w:cols w:space="720"/>
          <w:docGrid w:linePitch="360"/>
        </w:sectPr>
      </w:pPr>
    </w:p>
    <w:p w14:paraId="447FA77A"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18. Ni shamba gani lina idadi kubwa zaidi ya mbuzi?</w:t>
      </w:r>
    </w:p>
    <w:p w14:paraId="7048D327"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Amani</w:t>
      </w:r>
    </w:p>
    <w:p w14:paraId="34D96539"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Baraka</w:t>
      </w:r>
    </w:p>
    <w:p w14:paraId="130CFE79"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Chui</w:t>
      </w:r>
    </w:p>
    <w:p w14:paraId="748B155C"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Dunia</w:t>
      </w:r>
    </w:p>
    <w:p w14:paraId="16BF6D79"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19. Ni mnyama gani anaonekana katika mashamba yote manne?</w:t>
      </w:r>
    </w:p>
    <w:p w14:paraId="48D788F5"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Ng'ombe</w:t>
      </w:r>
    </w:p>
    <w:p w14:paraId="0FADFC38"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Mbuzi</w:t>
      </w:r>
    </w:p>
    <w:p w14:paraId="20B1A253"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Kondoo</w:t>
      </w:r>
    </w:p>
    <w:p w14:paraId="59AD038C"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Kuku</w:t>
      </w:r>
    </w:p>
    <w:p w14:paraId="5D6DF0F1"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20. Ni shamba gani lina jumla ndogo zaidi ya wanyama?</w:t>
      </w:r>
    </w:p>
    <w:p w14:paraId="5DC13AA5"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Amani</w:t>
      </w:r>
    </w:p>
    <w:p w14:paraId="58F3B7C3"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Baraka</w:t>
      </w:r>
    </w:p>
    <w:p w14:paraId="18DD9C4B"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Chui</w:t>
      </w:r>
    </w:p>
    <w:p w14:paraId="08C1A4AB"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Dunia</w:t>
      </w:r>
    </w:p>
    <w:p w14:paraId="1901F22D" w14:textId="77777777" w:rsidR="00EC5A4B" w:rsidRPr="00EC5A4B" w:rsidRDefault="00EC5A4B">
      <w:pPr>
        <w:spacing w:before="120" w:after="60"/>
        <w:rPr>
          <w:rFonts w:ascii="Times New Roman" w:hAnsi="Times New Roman" w:cs="Times New Roman"/>
          <w:b/>
          <w:sz w:val="24"/>
          <w:lang w:val="de-DE"/>
        </w:rPr>
        <w:sectPr w:rsidR="00EC5A4B" w:rsidRPr="00EC5A4B" w:rsidSect="00EC5A4B">
          <w:headerReference w:type="default" r:id="rId52"/>
          <w:headerReference w:type="first" r:id="rId53"/>
          <w:headerReference w:type="even" r:id="rId54"/>
          <w:footerReference w:type="default" r:id="rId55"/>
          <w:footerReference w:type="first" r:id="rId56"/>
          <w:footerReference w:type="even" r:id="rId57"/>
          <w:type w:val="continuous"/>
          <w:pgSz w:w="12240" w:h="15840"/>
          <w:pgMar w:top="792" w:right="936" w:bottom="792" w:left="936" w:header="720" w:footer="720" w:gutter="0"/>
          <w:cols w:num="2" w:space="720"/>
          <w:docGrid w:linePitch="360"/>
        </w:sectPr>
      </w:pPr>
    </w:p>
    <w:p w14:paraId="07D6E92D" w14:textId="77777777" w:rsidR="00710648" w:rsidRPr="00EC5A4B" w:rsidRDefault="00000000">
      <w:pPr>
        <w:spacing w:before="120" w:after="60"/>
        <w:rPr>
          <w:rFonts w:ascii="Times New Roman" w:hAnsi="Times New Roman" w:cs="Times New Roman"/>
          <w:lang w:val="de-DE"/>
        </w:rPr>
      </w:pPr>
      <w:r w:rsidRPr="00EC5A4B">
        <w:rPr>
          <w:rFonts w:ascii="Times New Roman" w:hAnsi="Times New Roman" w:cs="Times New Roman"/>
          <w:b/>
          <w:sz w:val="24"/>
          <w:lang w:val="de-DE"/>
        </w:rPr>
        <w:t>SEHEMU B: MAZUNGUMZO</w:t>
      </w:r>
    </w:p>
    <w:p w14:paraId="5ABC0789" w14:textId="77777777" w:rsidR="00710648" w:rsidRPr="00EC5A4B" w:rsidRDefault="00000000">
      <w:pPr>
        <w:rPr>
          <w:rFonts w:ascii="Times New Roman" w:hAnsi="Times New Roman" w:cs="Times New Roman"/>
          <w:lang w:val="de-DE"/>
        </w:rPr>
      </w:pPr>
      <w:r w:rsidRPr="00EC5A4B">
        <w:rPr>
          <w:rFonts w:ascii="Times New Roman" w:hAnsi="Times New Roman" w:cs="Times New Roman"/>
          <w:lang w:val="de-DE"/>
        </w:rPr>
        <w:t>Mwalimu: Habari za asubuhi, wanafunzi.</w:t>
      </w:r>
      <w:r w:rsidRPr="00EC5A4B">
        <w:rPr>
          <w:rFonts w:ascii="Times New Roman" w:hAnsi="Times New Roman" w:cs="Times New Roman"/>
          <w:lang w:val="de-DE"/>
        </w:rPr>
        <w:br/>
        <w:t>Mwanafunzi: Habari za asubuhi, mwalimu.</w:t>
      </w:r>
      <w:r w:rsidRPr="00EC5A4B">
        <w:rPr>
          <w:rFonts w:ascii="Times New Roman" w:hAnsi="Times New Roman" w:cs="Times New Roman"/>
          <w:lang w:val="de-DE"/>
        </w:rPr>
        <w:br/>
        <w:t>Mwalimu: Umeleta kazi yako ya nyumbani?</w:t>
      </w:r>
      <w:r w:rsidRPr="00EC5A4B">
        <w:rPr>
          <w:rFonts w:ascii="Times New Roman" w:hAnsi="Times New Roman" w:cs="Times New Roman"/>
          <w:lang w:val="de-DE"/>
        </w:rPr>
        <w:br/>
        <w:t>Mwanafunzi: Ndiyo, nimeikamilisha.</w:t>
      </w:r>
      <w:r w:rsidRPr="00EC5A4B">
        <w:rPr>
          <w:rFonts w:ascii="Times New Roman" w:hAnsi="Times New Roman" w:cs="Times New Roman"/>
          <w:lang w:val="de-DE"/>
        </w:rPr>
        <w:br/>
        <w:t>Mwalimu: Vizuri. Tafadhali iweke juu ya meza yangu.</w:t>
      </w:r>
      <w:r w:rsidRPr="00EC5A4B">
        <w:rPr>
          <w:rFonts w:ascii="Times New Roman" w:hAnsi="Times New Roman" w:cs="Times New Roman"/>
          <w:lang w:val="de-DE"/>
        </w:rPr>
        <w:br/>
        <w:t>Mwanafunzi: Sawa, mwalimu.</w:t>
      </w:r>
    </w:p>
    <w:p w14:paraId="50EBE8F9" w14:textId="77777777" w:rsidR="00EC5A4B" w:rsidRPr="00EC5A4B" w:rsidRDefault="00EC5A4B">
      <w:pPr>
        <w:spacing w:after="20"/>
        <w:rPr>
          <w:rFonts w:ascii="Times New Roman" w:hAnsi="Times New Roman" w:cs="Times New Roman"/>
          <w:b/>
          <w:lang w:val="de-DE"/>
        </w:rPr>
        <w:sectPr w:rsidR="00EC5A4B" w:rsidRPr="00EC5A4B" w:rsidSect="00EC5A4B">
          <w:headerReference w:type="default" r:id="rId58"/>
          <w:headerReference w:type="first" r:id="rId59"/>
          <w:headerReference w:type="even" r:id="rId60"/>
          <w:footerReference w:type="default" r:id="rId61"/>
          <w:footerReference w:type="first" r:id="rId62"/>
          <w:footerReference w:type="even" r:id="rId63"/>
          <w:type w:val="continuous"/>
          <w:pgSz w:w="12240" w:h="15840"/>
          <w:pgMar w:top="792" w:right="936" w:bottom="792" w:left="936" w:header="720" w:footer="720" w:gutter="0"/>
          <w:cols w:space="720"/>
          <w:docGrid w:linePitch="360"/>
        </w:sectPr>
      </w:pPr>
    </w:p>
    <w:p w14:paraId="7A7A08B4"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21. Mwalimu: Habari za asubuhi, wanafunzi. Mwanafunzi: ________</w:t>
      </w:r>
    </w:p>
    <w:p w14:paraId="36ACDDD9"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Habari za asubuhi, mwalimu.</w:t>
      </w:r>
    </w:p>
    <w:p w14:paraId="20C79C6F"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Usiku mwema, jana.</w:t>
      </w:r>
    </w:p>
    <w:p w14:paraId="24C9168F"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Kwaheri kesho.</w:t>
      </w:r>
    </w:p>
    <w:p w14:paraId="51732352"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Pole kwa jana.</w:t>
      </w:r>
    </w:p>
    <w:p w14:paraId="491EE38B"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22. Mwalimu: Umeleta kazi yako ya nyumbani? Mwanafunzi: ________</w:t>
      </w:r>
    </w:p>
    <w:p w14:paraId="410C34C5"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Ndiyo, nimeikamilisha.</w:t>
      </w:r>
    </w:p>
    <w:p w14:paraId="0C514B47"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Hapana, meza ni kubwa.</w:t>
      </w:r>
    </w:p>
    <w:p w14:paraId="25C190E0"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Kesho ni Jumatatu.</w:t>
      </w:r>
    </w:p>
    <w:p w14:paraId="0DDFB00E"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Kitabu kiko nje.</w:t>
      </w:r>
    </w:p>
    <w:p w14:paraId="5971B1EC"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23. Mwalimu: Tafadhali iweke juu ya meza yangu. Mwanafunzi: ________</w:t>
      </w:r>
    </w:p>
    <w:p w14:paraId="79C38458"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Sawa, mwalimu.</w:t>
      </w:r>
    </w:p>
    <w:p w14:paraId="5CB92D76"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Hapana, mimi ni meza.</w:t>
      </w:r>
    </w:p>
    <w:p w14:paraId="4711EDB2"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Asubuhi ni jana.</w:t>
      </w:r>
    </w:p>
    <w:p w14:paraId="15D899BD"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Usiku ni mrefu.</w:t>
      </w:r>
    </w:p>
    <w:p w14:paraId="318E937F"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lang w:val="de-DE"/>
        </w:rPr>
        <w:t xml:space="preserve">24. Mwanafunzi ameomba msaada kwa heshima. </w:t>
      </w:r>
      <w:r w:rsidRPr="00EC5A4B">
        <w:rPr>
          <w:rFonts w:ascii="Times New Roman" w:hAnsi="Times New Roman" w:cs="Times New Roman"/>
          <w:b/>
        </w:rPr>
        <w:t xml:space="preserve">Jibu </w:t>
      </w:r>
      <w:proofErr w:type="spellStart"/>
      <w:r w:rsidRPr="00EC5A4B">
        <w:rPr>
          <w:rFonts w:ascii="Times New Roman" w:hAnsi="Times New Roman" w:cs="Times New Roman"/>
          <w:b/>
        </w:rPr>
        <w:t>linalofaa</w:t>
      </w:r>
      <w:proofErr w:type="spellEnd"/>
      <w:r w:rsidRPr="00EC5A4B">
        <w:rPr>
          <w:rFonts w:ascii="Times New Roman" w:hAnsi="Times New Roman" w:cs="Times New Roman"/>
          <w:b/>
        </w:rPr>
        <w:t xml:space="preserve"> ni </w:t>
      </w:r>
      <w:proofErr w:type="spellStart"/>
      <w:r w:rsidRPr="00EC5A4B">
        <w:rPr>
          <w:rFonts w:ascii="Times New Roman" w:hAnsi="Times New Roman" w:cs="Times New Roman"/>
          <w:b/>
        </w:rPr>
        <w:t>lipi</w:t>
      </w:r>
      <w:proofErr w:type="spellEnd"/>
      <w:r w:rsidRPr="00EC5A4B">
        <w:rPr>
          <w:rFonts w:ascii="Times New Roman" w:hAnsi="Times New Roman" w:cs="Times New Roman"/>
          <w:b/>
        </w:rPr>
        <w:t>?</w:t>
      </w:r>
    </w:p>
    <w:p w14:paraId="45BD2C94"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Usiniulize tena.</w:t>
      </w:r>
    </w:p>
    <w:p w14:paraId="05640183"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Sawa, nitakusaidia.</w:t>
      </w:r>
    </w:p>
    <w:p w14:paraId="689AA699"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Ondoka hapa.</w:t>
      </w:r>
    </w:p>
    <w:p w14:paraId="0FF63BA3"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Hujui chochote.</w:t>
      </w:r>
    </w:p>
    <w:p w14:paraId="745A9FF2"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rPr>
        <w:t xml:space="preserve">25. Mwanafunzi amemaliza kazi kwa wakati. </w:t>
      </w:r>
      <w:r w:rsidRPr="00EC5A4B">
        <w:rPr>
          <w:rFonts w:ascii="Times New Roman" w:hAnsi="Times New Roman" w:cs="Times New Roman"/>
          <w:b/>
          <w:lang w:val="de-DE"/>
        </w:rPr>
        <w:t>Mwalimu anampongeza. Mwanafunzi anapaswa kusema nini?</w:t>
      </w:r>
    </w:p>
    <w:p w14:paraId="53B70EE8"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Asante, mwalimu.</w:t>
      </w:r>
    </w:p>
    <w:p w14:paraId="30C3CE32"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Sikupendi.</w:t>
      </w:r>
    </w:p>
    <w:p w14:paraId="62CA2DED"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Usinipongeze.</w:t>
      </w:r>
    </w:p>
    <w:p w14:paraId="0150CE2B"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Nenda nyumbani.</w:t>
      </w:r>
    </w:p>
    <w:p w14:paraId="0555754C" w14:textId="77777777" w:rsidR="00EC5A4B" w:rsidRPr="00EC5A4B" w:rsidRDefault="00EC5A4B">
      <w:pPr>
        <w:spacing w:before="120" w:after="60"/>
        <w:rPr>
          <w:rFonts w:ascii="Times New Roman" w:hAnsi="Times New Roman" w:cs="Times New Roman"/>
          <w:b/>
          <w:sz w:val="24"/>
          <w:lang w:val="de-DE"/>
        </w:rPr>
        <w:sectPr w:rsidR="00EC5A4B" w:rsidRPr="00EC5A4B" w:rsidSect="00EC5A4B">
          <w:headerReference w:type="default" r:id="rId64"/>
          <w:headerReference w:type="first" r:id="rId65"/>
          <w:headerReference w:type="even" r:id="rId66"/>
          <w:footerReference w:type="default" r:id="rId67"/>
          <w:footerReference w:type="first" r:id="rId68"/>
          <w:footerReference w:type="even" r:id="rId69"/>
          <w:type w:val="continuous"/>
          <w:pgSz w:w="12240" w:h="15840"/>
          <w:pgMar w:top="792" w:right="936" w:bottom="792" w:left="936" w:header="720" w:footer="720" w:gutter="0"/>
          <w:cols w:num="2" w:space="720"/>
          <w:docGrid w:linePitch="360"/>
        </w:sectPr>
      </w:pPr>
    </w:p>
    <w:p w14:paraId="1401FEC5" w14:textId="77777777" w:rsidR="00710648" w:rsidRPr="00EC5A4B" w:rsidRDefault="00000000">
      <w:pPr>
        <w:spacing w:before="120" w:after="60"/>
        <w:rPr>
          <w:rFonts w:ascii="Times New Roman" w:hAnsi="Times New Roman" w:cs="Times New Roman"/>
          <w:lang w:val="de-DE"/>
        </w:rPr>
      </w:pPr>
      <w:r w:rsidRPr="00EC5A4B">
        <w:rPr>
          <w:rFonts w:ascii="Times New Roman" w:hAnsi="Times New Roman" w:cs="Times New Roman"/>
          <w:b/>
          <w:sz w:val="24"/>
          <w:lang w:val="de-DE"/>
        </w:rPr>
        <w:t>SEHEMU C: KIFUNGU CHA MAPENGO</w:t>
      </w:r>
    </w:p>
    <w:p w14:paraId="2B97996B" w14:textId="77777777" w:rsidR="00710648" w:rsidRPr="00EC5A4B" w:rsidRDefault="00000000">
      <w:pPr>
        <w:rPr>
          <w:rFonts w:ascii="Times New Roman" w:hAnsi="Times New Roman" w:cs="Times New Roman"/>
          <w:lang w:val="de-DE"/>
        </w:rPr>
      </w:pPr>
      <w:r w:rsidRPr="00EC5A4B">
        <w:rPr>
          <w:rFonts w:ascii="Times New Roman" w:hAnsi="Times New Roman" w:cs="Times New Roman"/>
          <w:lang w:val="de-DE"/>
        </w:rPr>
        <w:t>Jumamosi iliyopita, wanafunzi walienda shambani kwa ajili ya kupanda miti. Kila mwanafunzi ______26______ mche mmoja na kuupanda karibu ______27______ uzio wa shule. Baada ya kupanda, waliweka maji ______28______ miche hiyo. Mwalimu aliwaeleza kuwa miti ______29______ muhimu kwa mazingira kwa sababu ______30______ husaidia kupunguza mmomonyoko wa udongo. Wanafunzi ______31______ kuwa watatunza miti hiyo hadi ______32______ kukua. Baadhi ______33______ miche ilikauka kwa sababu ya ukosefu wa maji, lakini mingine iliendelea ______34______ vizuri. Mwalimu aliwasifu wanafunzi ______35______ bidii yao.</w:t>
      </w:r>
    </w:p>
    <w:p w14:paraId="7AB45F31" w14:textId="77777777" w:rsidR="00EC5A4B" w:rsidRPr="00EC5A4B" w:rsidRDefault="00EC5A4B">
      <w:pPr>
        <w:spacing w:after="20"/>
        <w:rPr>
          <w:rFonts w:ascii="Times New Roman" w:hAnsi="Times New Roman" w:cs="Times New Roman"/>
          <w:b/>
          <w:lang w:val="de-DE"/>
        </w:rPr>
        <w:sectPr w:rsidR="00EC5A4B" w:rsidRPr="00EC5A4B" w:rsidSect="00EC5A4B">
          <w:headerReference w:type="default" r:id="rId70"/>
          <w:headerReference w:type="first" r:id="rId71"/>
          <w:headerReference w:type="even" r:id="rId72"/>
          <w:footerReference w:type="default" r:id="rId73"/>
          <w:footerReference w:type="first" r:id="rId74"/>
          <w:footerReference w:type="even" r:id="rId75"/>
          <w:type w:val="continuous"/>
          <w:pgSz w:w="12240" w:h="15840"/>
          <w:pgMar w:top="792" w:right="936" w:bottom="792" w:left="936" w:header="720" w:footer="720" w:gutter="0"/>
          <w:cols w:space="720"/>
          <w:docGrid w:linePitch="360"/>
        </w:sectPr>
      </w:pPr>
    </w:p>
    <w:p w14:paraId="71E578A5"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26. Katika kifungu cha mapengo, mwanafunzi ______ mche mmoja.</w:t>
      </w:r>
    </w:p>
    <w:p w14:paraId="0B52412D"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alichukua</w:t>
      </w:r>
    </w:p>
    <w:p w14:paraId="6D9B1484"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amechukua</w:t>
      </w:r>
    </w:p>
    <w:p w14:paraId="716EFC7E"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anachukua</w:t>
      </w:r>
    </w:p>
    <w:p w14:paraId="49D96762"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atakachukua</w:t>
      </w:r>
    </w:p>
    <w:p w14:paraId="345FECF3"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27. ...kuupanda karibu ______ uzio wa shule.</w:t>
      </w:r>
    </w:p>
    <w:p w14:paraId="5F11F1A7"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na</w:t>
      </w:r>
    </w:p>
    <w:p w14:paraId="4E708988"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ya</w:t>
      </w:r>
    </w:p>
    <w:p w14:paraId="4E58F588"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nao</w:t>
      </w:r>
    </w:p>
    <w:p w14:paraId="45D0350D"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kwa</w:t>
      </w:r>
    </w:p>
    <w:p w14:paraId="5F901AF9"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28. ...waliweka maji ______ miche hiyo.</w:t>
      </w:r>
    </w:p>
    <w:p w14:paraId="3667A7D6"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kwa</w:t>
      </w:r>
    </w:p>
    <w:p w14:paraId="419E8D5E"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katika</w:t>
      </w:r>
    </w:p>
    <w:p w14:paraId="7AA213B4"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lastRenderedPageBreak/>
        <w:t>C. juu</w:t>
      </w:r>
    </w:p>
    <w:p w14:paraId="36DAE850"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wa</w:t>
      </w:r>
    </w:p>
    <w:p w14:paraId="070F0BB9"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29. Miti ______ muhimu kwa mazingira.</w:t>
      </w:r>
    </w:p>
    <w:p w14:paraId="674176B2"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ni</w:t>
      </w:r>
    </w:p>
    <w:p w14:paraId="5573773C"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wa</w:t>
      </w:r>
    </w:p>
    <w:p w14:paraId="49B21A34"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ya</w:t>
      </w:r>
    </w:p>
    <w:p w14:paraId="50A41BD3"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la</w:t>
      </w:r>
    </w:p>
    <w:p w14:paraId="42CC4CD0"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30. ...kwa sababu ______ husaidia kupunguza mmomonyoko.</w:t>
      </w:r>
    </w:p>
    <w:p w14:paraId="32AB9544"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yeye</w:t>
      </w:r>
    </w:p>
    <w:p w14:paraId="7B8A130A"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mimi</w:t>
      </w:r>
    </w:p>
    <w:p w14:paraId="7B094F74"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hiyo</w:t>
      </w:r>
    </w:p>
    <w:p w14:paraId="2F3A19D7"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miti</w:t>
      </w:r>
    </w:p>
    <w:p w14:paraId="62FE1AF4"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31. Wanafunzi ______ kuwa watatunza miti hiyo.</w:t>
      </w:r>
    </w:p>
    <w:p w14:paraId="495CF847"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walisema</w:t>
      </w:r>
    </w:p>
    <w:p w14:paraId="0EAD9C61"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alisema</w:t>
      </w:r>
    </w:p>
    <w:p w14:paraId="3554EDE3"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imesema</w:t>
      </w:r>
    </w:p>
    <w:p w14:paraId="1636DD3B"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umesema</w:t>
      </w:r>
    </w:p>
    <w:p w14:paraId="51D1EA03"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32. ...hadi ______ kukua.</w:t>
      </w:r>
    </w:p>
    <w:p w14:paraId="7D0B5D29"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ipeleke</w:t>
      </w:r>
    </w:p>
    <w:p w14:paraId="3801F990"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ikue</w:t>
      </w:r>
    </w:p>
    <w:p w14:paraId="3ECFD2F8"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ili</w:t>
      </w:r>
    </w:p>
    <w:p w14:paraId="45DD3CC6"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zime</w:t>
      </w:r>
    </w:p>
    <w:p w14:paraId="5371591C"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33. Baadhi ______ miche ilikauka...</w:t>
      </w:r>
    </w:p>
    <w:p w14:paraId="3E747791"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ya</w:t>
      </w:r>
    </w:p>
    <w:p w14:paraId="151BBAD6"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wa</w:t>
      </w:r>
    </w:p>
    <w:p w14:paraId="63DB7051"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cha</w:t>
      </w:r>
    </w:p>
    <w:p w14:paraId="7470C5B0"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la</w:t>
      </w:r>
    </w:p>
    <w:p w14:paraId="255CF137"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34. ...mingine iliendelea ______ vizuri.</w:t>
      </w:r>
    </w:p>
    <w:p w14:paraId="799EA39E"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kukua</w:t>
      </w:r>
    </w:p>
    <w:p w14:paraId="55F7E007"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amekua</w:t>
      </w:r>
    </w:p>
    <w:p w14:paraId="215A61A8"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kukuzwa</w:t>
      </w:r>
    </w:p>
    <w:p w14:paraId="23614033"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ukuaji</w:t>
      </w:r>
    </w:p>
    <w:p w14:paraId="64E8BA05"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35. Mwalimu aliwasifu wanafunzi ______ bidii yao.</w:t>
      </w:r>
    </w:p>
    <w:p w14:paraId="4F353552"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kwa</w:t>
      </w:r>
    </w:p>
    <w:p w14:paraId="474B6D05"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wa</w:t>
      </w:r>
    </w:p>
    <w:p w14:paraId="33A237AD"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ya</w:t>
      </w:r>
    </w:p>
    <w:p w14:paraId="713EC009"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na</w:t>
      </w:r>
    </w:p>
    <w:p w14:paraId="74B4D980" w14:textId="77777777" w:rsidR="00EC5A4B" w:rsidRPr="00EC5A4B" w:rsidRDefault="00EC5A4B">
      <w:pPr>
        <w:spacing w:before="120" w:after="60"/>
        <w:rPr>
          <w:rFonts w:ascii="Times New Roman" w:hAnsi="Times New Roman" w:cs="Times New Roman"/>
          <w:b/>
          <w:sz w:val="24"/>
        </w:rPr>
        <w:sectPr w:rsidR="00EC5A4B" w:rsidRPr="00EC5A4B" w:rsidSect="00EC5A4B">
          <w:headerReference w:type="default" r:id="rId76"/>
          <w:headerReference w:type="first" r:id="rId77"/>
          <w:headerReference w:type="even" r:id="rId78"/>
          <w:footerReference w:type="default" r:id="rId79"/>
          <w:footerReference w:type="first" r:id="rId80"/>
          <w:footerReference w:type="even" r:id="rId81"/>
          <w:type w:val="continuous"/>
          <w:pgSz w:w="12240" w:h="15840"/>
          <w:pgMar w:top="792" w:right="936" w:bottom="792" w:left="936" w:header="720" w:footer="720" w:gutter="0"/>
          <w:cols w:num="2" w:space="720"/>
          <w:docGrid w:linePitch="360"/>
        </w:sectPr>
      </w:pPr>
    </w:p>
    <w:p w14:paraId="0F5A1175" w14:textId="77777777" w:rsidR="00710648" w:rsidRPr="00EC5A4B" w:rsidRDefault="00000000">
      <w:pPr>
        <w:spacing w:before="120" w:after="60"/>
        <w:rPr>
          <w:rFonts w:ascii="Times New Roman" w:hAnsi="Times New Roman" w:cs="Times New Roman"/>
          <w:lang w:val="de-DE"/>
        </w:rPr>
      </w:pPr>
      <w:r w:rsidRPr="00EC5A4B">
        <w:rPr>
          <w:rFonts w:ascii="Times New Roman" w:hAnsi="Times New Roman" w:cs="Times New Roman"/>
          <w:b/>
          <w:sz w:val="24"/>
          <w:lang w:val="de-DE"/>
        </w:rPr>
        <w:t>SEHEMU D: SARUFI, MSAMIATI NA MATUMIZI YA LUGHA</w:t>
      </w:r>
    </w:p>
    <w:p w14:paraId="590909B2" w14:textId="77777777" w:rsidR="00EC5A4B" w:rsidRPr="00EC5A4B" w:rsidRDefault="00EC5A4B">
      <w:pPr>
        <w:spacing w:after="20"/>
        <w:rPr>
          <w:rFonts w:ascii="Times New Roman" w:hAnsi="Times New Roman" w:cs="Times New Roman"/>
          <w:b/>
        </w:rPr>
        <w:sectPr w:rsidR="00EC5A4B" w:rsidRPr="00EC5A4B" w:rsidSect="00EC5A4B">
          <w:headerReference w:type="default" r:id="rId82"/>
          <w:headerReference w:type="first" r:id="rId83"/>
          <w:headerReference w:type="even" r:id="rId84"/>
          <w:footerReference w:type="default" r:id="rId85"/>
          <w:footerReference w:type="first" r:id="rId86"/>
          <w:footerReference w:type="even" r:id="rId87"/>
          <w:type w:val="continuous"/>
          <w:pgSz w:w="12240" w:h="15840"/>
          <w:pgMar w:top="792" w:right="936" w:bottom="792" w:left="936" w:header="720" w:footer="720" w:gutter="0"/>
          <w:cols w:space="720"/>
          <w:docGrid w:linePitch="360"/>
        </w:sectPr>
      </w:pPr>
    </w:p>
    <w:p w14:paraId="0D5C7678"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 xml:space="preserve">36. </w:t>
      </w:r>
      <w:proofErr w:type="spellStart"/>
      <w:r w:rsidRPr="00EC5A4B">
        <w:rPr>
          <w:rFonts w:ascii="Times New Roman" w:hAnsi="Times New Roman" w:cs="Times New Roman"/>
          <w:b/>
        </w:rPr>
        <w:t>Chagua</w:t>
      </w:r>
      <w:proofErr w:type="spellEnd"/>
      <w:r w:rsidRPr="00EC5A4B">
        <w:rPr>
          <w:rFonts w:ascii="Times New Roman" w:hAnsi="Times New Roman" w:cs="Times New Roman"/>
          <w:b/>
        </w:rPr>
        <w:t xml:space="preserve"> </w:t>
      </w:r>
      <w:proofErr w:type="spellStart"/>
      <w:r w:rsidRPr="00EC5A4B">
        <w:rPr>
          <w:rFonts w:ascii="Times New Roman" w:hAnsi="Times New Roman" w:cs="Times New Roman"/>
          <w:b/>
        </w:rPr>
        <w:t>nomino</w:t>
      </w:r>
      <w:proofErr w:type="spellEnd"/>
      <w:r w:rsidRPr="00EC5A4B">
        <w:rPr>
          <w:rFonts w:ascii="Times New Roman" w:hAnsi="Times New Roman" w:cs="Times New Roman"/>
          <w:b/>
        </w:rPr>
        <w:t xml:space="preserve"> </w:t>
      </w:r>
      <w:proofErr w:type="spellStart"/>
      <w:r w:rsidRPr="00EC5A4B">
        <w:rPr>
          <w:rFonts w:ascii="Times New Roman" w:hAnsi="Times New Roman" w:cs="Times New Roman"/>
          <w:b/>
        </w:rPr>
        <w:t>iliyo</w:t>
      </w:r>
      <w:proofErr w:type="spellEnd"/>
      <w:r w:rsidRPr="00EC5A4B">
        <w:rPr>
          <w:rFonts w:ascii="Times New Roman" w:hAnsi="Times New Roman" w:cs="Times New Roman"/>
          <w:b/>
        </w:rPr>
        <w:t xml:space="preserve"> </w:t>
      </w:r>
      <w:proofErr w:type="spellStart"/>
      <w:r w:rsidRPr="00EC5A4B">
        <w:rPr>
          <w:rFonts w:ascii="Times New Roman" w:hAnsi="Times New Roman" w:cs="Times New Roman"/>
          <w:b/>
        </w:rPr>
        <w:t>katika</w:t>
      </w:r>
      <w:proofErr w:type="spellEnd"/>
      <w:r w:rsidRPr="00EC5A4B">
        <w:rPr>
          <w:rFonts w:ascii="Times New Roman" w:hAnsi="Times New Roman" w:cs="Times New Roman"/>
          <w:b/>
        </w:rPr>
        <w:t xml:space="preserve"> ngeli tofauti na nyingine.</w:t>
      </w:r>
    </w:p>
    <w:p w14:paraId="2F399F94"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kitabu</w:t>
      </w:r>
    </w:p>
    <w:p w14:paraId="50ABBD44"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kiti</w:t>
      </w:r>
    </w:p>
    <w:p w14:paraId="6788C500"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meza</w:t>
      </w:r>
    </w:p>
    <w:p w14:paraId="04FA6F0A"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kikapu</w:t>
      </w:r>
    </w:p>
    <w:p w14:paraId="1682848A"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37. Chagua kiambishi kinachofaa: Watoto ________cheza uwanjani.</w:t>
      </w:r>
    </w:p>
    <w:p w14:paraId="28235490"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wa</w:t>
      </w:r>
    </w:p>
    <w:p w14:paraId="6E6FD527"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ki</w:t>
      </w:r>
    </w:p>
    <w:p w14:paraId="535125E3"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li</w:t>
      </w:r>
    </w:p>
    <w:p w14:paraId="6B2764E2"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zi</w:t>
      </w:r>
    </w:p>
    <w:p w14:paraId="61560FC3"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38. Ni sentensi gani iliyotumia sitiari?</w:t>
      </w:r>
    </w:p>
    <w:p w14:paraId="3DA787C7"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Moyo wake ni jiwe.</w:t>
      </w:r>
    </w:p>
    <w:p w14:paraId="5F10B243"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Mtoto anakula chakula.</w:t>
      </w:r>
    </w:p>
    <w:p w14:paraId="1E938D6F"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Mama anapika.</w:t>
      </w:r>
    </w:p>
    <w:p w14:paraId="1DA58DAE"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Juma anasoma.</w:t>
      </w:r>
    </w:p>
    <w:p w14:paraId="73390215"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39. Taja nomino iliyopewa mstari katika sentensi: 'Halima alifurahia hoja alizowasilisha kwenye mjadala.'</w:t>
      </w:r>
    </w:p>
    <w:p w14:paraId="6D11D078"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pekee</w:t>
      </w:r>
    </w:p>
    <w:p w14:paraId="5F777AB6"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makundi</w:t>
      </w:r>
    </w:p>
    <w:p w14:paraId="05AB8059"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dhania</w:t>
      </w:r>
    </w:p>
    <w:p w14:paraId="1F677CD9"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hoja</w:t>
      </w:r>
    </w:p>
    <w:p w14:paraId="602D523E"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40. Kinyume cha 'jasiri' ni:</w:t>
      </w:r>
    </w:p>
    <w:p w14:paraId="45B90451"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mwoga</w:t>
      </w:r>
    </w:p>
    <w:p w14:paraId="65E77190"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mrefu</w:t>
      </w:r>
    </w:p>
    <w:p w14:paraId="7AFC8EDB"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hodari</w:t>
      </w:r>
    </w:p>
    <w:p w14:paraId="460156D4"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shupavu</w:t>
      </w:r>
    </w:p>
    <w:p w14:paraId="3C6CD2D1"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41. Kanusha sentensi: 'Amekwenda sokoni.'</w:t>
      </w:r>
    </w:p>
    <w:p w14:paraId="35E06090"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Hajaenda sokoni.</w:t>
      </w:r>
    </w:p>
    <w:p w14:paraId="7BE53679"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Hakwendi sokoni.</w:t>
      </w:r>
    </w:p>
    <w:p w14:paraId="2367A8B5"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Hakuenda sokoni.</w:t>
      </w:r>
    </w:p>
    <w:p w14:paraId="5ABFFF32"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Haendi sokoni.</w:t>
      </w:r>
    </w:p>
    <w:p w14:paraId="12ADFA08"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42. Chagua sentensi isiyo katika kauli ya kutendewa.</w:t>
      </w:r>
    </w:p>
    <w:p w14:paraId="375DC8B8"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Mti ulikatwa na Juma.</w:t>
      </w:r>
    </w:p>
    <w:p w14:paraId="23E9FD15"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Mlango ulifungwa na baba.</w:t>
      </w:r>
    </w:p>
    <w:p w14:paraId="629ED7FB"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Mtoto alisoma kitabu.</w:t>
      </w:r>
    </w:p>
    <w:p w14:paraId="02D0B1B9"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Sabuni ilinunuliwa na mama.</w:t>
      </w:r>
    </w:p>
    <w:p w14:paraId="1B3EAB26"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43. Ni sentensi gani kati ya hizi iliyo tofauti na nyingine kwa muundo?</w:t>
      </w:r>
    </w:p>
    <w:p w14:paraId="4E389956"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Wanafunzi walioga maji harini na kisha wakapumzika.</w:t>
      </w:r>
    </w:p>
    <w:p w14:paraId="6C5F627D"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Gari lilipata ajali lakini abiria hawakuumia.</w:t>
      </w:r>
    </w:p>
    <w:p w14:paraId="225244FB"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Madaktari waligundua tiba ya ugonjwa.</w:t>
      </w:r>
    </w:p>
    <w:p w14:paraId="492D167E"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Mbuzi aliyekula nyasi alishikwa na mkulima.</w:t>
      </w:r>
    </w:p>
    <w:p w14:paraId="61C4BA49"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44. Geuza sentensi hii katika hali ya udogo: 'Sahani ilianguka, ngoma ikavunjika.'</w:t>
      </w:r>
    </w:p>
    <w:p w14:paraId="532B6C8B"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Kisahani kilianguka, kigoma kikavunjika.</w:t>
      </w:r>
    </w:p>
    <w:p w14:paraId="43EFEB29"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Visahani vilianguka, vigoma vikavunjika.</w:t>
      </w:r>
    </w:p>
    <w:p w14:paraId="661D557D"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Sahani ilianguka, kigoma kikavunjika.</w:t>
      </w:r>
    </w:p>
    <w:p w14:paraId="0E659533"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Kisahani kilianguka, ngoma ikavunjika.</w:t>
      </w:r>
    </w:p>
    <w:p w14:paraId="6A197182"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45. Chagua usemi wa taarifa wa: “Leo tutatii sheria za mjadala.” Spika alisema:</w:t>
      </w:r>
    </w:p>
    <w:p w14:paraId="6D2479F7"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Spika alisema kuwa siku hiyo wangetii sheria za mjadala.</w:t>
      </w:r>
    </w:p>
    <w:p w14:paraId="2B67EE98"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Spika alisema kuwa leo tutatii sheria za mjadala.</w:t>
      </w:r>
    </w:p>
    <w:p w14:paraId="4D390C6B"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Spika alisema kuwa siku hiyo watatii sheria za mjadala.</w:t>
      </w:r>
    </w:p>
    <w:p w14:paraId="209E3E7D"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Spika alisema leo tutatii sheria za mjadala.</w:t>
      </w:r>
    </w:p>
    <w:p w14:paraId="71CFFE2D"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46. Neno 'kubwa' limetumika katika sentensi: 'Nyumba kubwa ni nzuri.' Linatumika kama:</w:t>
      </w:r>
    </w:p>
    <w:p w14:paraId="5356EA19"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Kivumishi</w:t>
      </w:r>
    </w:p>
    <w:p w14:paraId="485FB4B2"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Kielezi</w:t>
      </w:r>
    </w:p>
    <w:p w14:paraId="1AA3F4EC"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Kiwakilishi</w:t>
      </w:r>
    </w:p>
    <w:p w14:paraId="1EF7B690"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lastRenderedPageBreak/>
        <w:t>D. Kihisishi</w:t>
      </w:r>
    </w:p>
    <w:p w14:paraId="202367F7" w14:textId="77777777" w:rsidR="00710648" w:rsidRPr="00EC5A4B" w:rsidRDefault="00000000">
      <w:pPr>
        <w:spacing w:after="20"/>
        <w:rPr>
          <w:rFonts w:ascii="Times New Roman" w:hAnsi="Times New Roman" w:cs="Times New Roman"/>
          <w:lang w:val="de-DE"/>
        </w:rPr>
      </w:pPr>
      <w:r w:rsidRPr="00EC5A4B">
        <w:rPr>
          <w:rFonts w:ascii="Times New Roman" w:hAnsi="Times New Roman" w:cs="Times New Roman"/>
          <w:b/>
          <w:lang w:val="de-DE"/>
        </w:rPr>
        <w:t>47. Ni sentensi gani iliyotumia kihisishi?</w:t>
      </w:r>
    </w:p>
    <w:p w14:paraId="0958244F"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A. Sasa nimeondoka mapema.</w:t>
      </w:r>
    </w:p>
    <w:p w14:paraId="1575994F"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B. Mtoto amekula kando ya kitanda.</w:t>
      </w:r>
    </w:p>
    <w:p w14:paraId="5B871E6D"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Ala! Kumbe umefukuzwa.</w:t>
      </w:r>
    </w:p>
    <w:p w14:paraId="69A7144F"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Ng'ombe amelala kwenye mtaro.</w:t>
      </w:r>
    </w:p>
    <w:p w14:paraId="49C31D4D"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48. Chagua sentensi yenye kivumishi cha idadi.</w:t>
      </w:r>
    </w:p>
    <w:p w14:paraId="5D47DD73"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Watoto waliondoka jana usiku.</w:t>
      </w:r>
    </w:p>
    <w:p w14:paraId="290773BF"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Chakula kitamu kilipikwa na mpishi.</w:t>
      </w:r>
    </w:p>
    <w:p w14:paraId="1DF0409A"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Nyumba nyingi zimejengwa eneo hili.</w:t>
      </w:r>
    </w:p>
    <w:p w14:paraId="24EB2219"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Madawati yamezeeka.</w:t>
      </w:r>
    </w:p>
    <w:p w14:paraId="6B87DDDD"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49. Tegua kitendawili: 'Akinishika tu, ninazaa.'</w:t>
      </w:r>
    </w:p>
    <w:p w14:paraId="56575DBF"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Kobe</w:t>
      </w:r>
    </w:p>
    <w:p w14:paraId="70B448F7"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Kiberiti</w:t>
      </w:r>
    </w:p>
    <w:p w14:paraId="4F60311A"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C. Bomba la maji</w:t>
      </w:r>
    </w:p>
    <w:p w14:paraId="38489893"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D. Chura</w:t>
      </w:r>
    </w:p>
    <w:p w14:paraId="541208FB" w14:textId="77777777" w:rsidR="00710648" w:rsidRPr="00EC5A4B" w:rsidRDefault="00000000">
      <w:pPr>
        <w:spacing w:after="20"/>
        <w:rPr>
          <w:rFonts w:ascii="Times New Roman" w:hAnsi="Times New Roman" w:cs="Times New Roman"/>
        </w:rPr>
      </w:pPr>
      <w:r w:rsidRPr="00EC5A4B">
        <w:rPr>
          <w:rFonts w:ascii="Times New Roman" w:hAnsi="Times New Roman" w:cs="Times New Roman"/>
          <w:b/>
        </w:rPr>
        <w:t>50. Methali: 'Asiyesikia la mkuu huvunjika guu.' Inafundisha nini?</w:t>
      </w:r>
    </w:p>
    <w:p w14:paraId="52EF6D42"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A. Mchana ni wakati wa kufanya kazi.</w:t>
      </w:r>
    </w:p>
    <w:p w14:paraId="463F6248" w14:textId="77777777" w:rsidR="00710648" w:rsidRPr="00EC5A4B" w:rsidRDefault="00000000">
      <w:pPr>
        <w:spacing w:after="0"/>
        <w:ind w:left="403"/>
        <w:rPr>
          <w:rFonts w:ascii="Times New Roman" w:hAnsi="Times New Roman" w:cs="Times New Roman"/>
        </w:rPr>
      </w:pPr>
      <w:r w:rsidRPr="00EC5A4B">
        <w:rPr>
          <w:rFonts w:ascii="Times New Roman" w:hAnsi="Times New Roman" w:cs="Times New Roman"/>
        </w:rPr>
        <w:t>B. Asubuhi ni nzuri kuliko usiku.</w:t>
      </w:r>
    </w:p>
    <w:p w14:paraId="08AA2DD1"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C. Jioni ni wakati wa kupumzika.</w:t>
      </w:r>
    </w:p>
    <w:p w14:paraId="03AC4D3F" w14:textId="77777777" w:rsidR="00710648" w:rsidRPr="00EC5A4B" w:rsidRDefault="00000000">
      <w:pPr>
        <w:spacing w:after="0"/>
        <w:ind w:left="403"/>
        <w:rPr>
          <w:rFonts w:ascii="Times New Roman" w:hAnsi="Times New Roman" w:cs="Times New Roman"/>
          <w:lang w:val="de-DE"/>
        </w:rPr>
      </w:pPr>
      <w:r w:rsidRPr="00EC5A4B">
        <w:rPr>
          <w:rFonts w:ascii="Times New Roman" w:hAnsi="Times New Roman" w:cs="Times New Roman"/>
          <w:lang w:val="de-DE"/>
        </w:rPr>
        <w:t>D. Usipofuata ushauri wa wenye hekima unaweza kupata madhara.</w:t>
      </w:r>
    </w:p>
    <w:p w14:paraId="4AC5D7CA" w14:textId="77777777" w:rsidR="00EC5A4B" w:rsidRPr="00EC5A4B" w:rsidRDefault="00EC5A4B">
      <w:pPr>
        <w:jc w:val="center"/>
        <w:rPr>
          <w:rFonts w:ascii="Times New Roman" w:hAnsi="Times New Roman" w:cs="Times New Roman"/>
          <w:b/>
        </w:rPr>
        <w:sectPr w:rsidR="00EC5A4B" w:rsidRPr="00EC5A4B" w:rsidSect="00EC5A4B">
          <w:headerReference w:type="default" r:id="rId88"/>
          <w:headerReference w:type="first" r:id="rId89"/>
          <w:headerReference w:type="even" r:id="rId90"/>
          <w:footerReference w:type="default" r:id="rId91"/>
          <w:footerReference w:type="first" r:id="rId92"/>
          <w:footerReference w:type="even" r:id="rId93"/>
          <w:type w:val="continuous"/>
          <w:pgSz w:w="12240" w:h="15840"/>
          <w:pgMar w:top="792" w:right="936" w:bottom="792" w:left="936" w:header="720" w:footer="720" w:gutter="0"/>
          <w:cols w:num="2" w:space="720"/>
          <w:docGrid w:linePitch="360"/>
        </w:sectPr>
      </w:pPr>
    </w:p>
    <w:p w14:paraId="041C24B6" w14:textId="77777777" w:rsidR="00710648" w:rsidRPr="00EC5A4B" w:rsidRDefault="00000000">
      <w:pPr>
        <w:jc w:val="center"/>
        <w:rPr>
          <w:rFonts w:ascii="Times New Roman" w:hAnsi="Times New Roman" w:cs="Times New Roman"/>
        </w:rPr>
      </w:pPr>
      <w:r w:rsidRPr="00EC5A4B">
        <w:rPr>
          <w:rFonts w:ascii="Times New Roman" w:hAnsi="Times New Roman" w:cs="Times New Roman"/>
          <w:b/>
        </w:rPr>
        <w:t>MWISHO WA KARATASI YA MASWALI</w:t>
      </w:r>
    </w:p>
    <w:sectPr w:rsidR="00710648" w:rsidRPr="00EC5A4B" w:rsidSect="00EC5A4B">
      <w:headerReference w:type="default" r:id="rId94"/>
      <w:headerReference w:type="first" r:id="rId95"/>
      <w:headerReference w:type="even" r:id="rId96"/>
      <w:footerReference w:type="default" r:id="rId97"/>
      <w:footerReference w:type="first" r:id="rId98"/>
      <w:footerReference w:type="even" r:id="rId99"/>
      <w:type w:val="continuous"/>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A077D" w14:textId="77777777" w:rsidR="00B072AA" w:rsidRDefault="00B072AA">
      <w:pPr>
        <w:spacing w:after="0" w:line="240" w:lineRule="auto"/>
      </w:pPr>
      <w:r>
        <w:separator/>
      </w:r>
    </w:p>
  </w:endnote>
  <w:endnote w:type="continuationSeparator" w:id="0">
    <w:p w14:paraId="43A8F120" w14:textId="77777777" w:rsidR="00B072AA" w:rsidRDefault="00B07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AAF96" w14:textId="77777777" w:rsidR="00710648" w:rsidRDefault="00000000">
    <w:pPr>
      <w:pStyle w:val="Footer"/>
      <w:jc w:val="center"/>
    </w:pPr>
    <w:r>
      <w:rPr>
        <w:sz w:val="16"/>
      </w:rPr>
      <w:t xml:space="preserve">MF-KIS1 | Kiswahili </w:t>
    </w:r>
    <w:proofErr w:type="spellStart"/>
    <w:r>
      <w:rPr>
        <w:sz w:val="16"/>
      </w:rPr>
      <w:t>Lugha</w:t>
    </w:r>
    <w:proofErr w:type="spellEnd"/>
    <w:r>
      <w:rPr>
        <w:sz w:val="16"/>
      </w:rPr>
      <w:t xml:space="preserve"> </w:t>
    </w:r>
    <w:proofErr w:type="spellStart"/>
    <w:r>
      <w:rPr>
        <w:sz w:val="16"/>
      </w:rPr>
      <w:t>Gredi</w:t>
    </w:r>
    <w:proofErr w:type="spellEnd"/>
    <w:r>
      <w:rPr>
        <w:sz w:val="16"/>
      </w:rPr>
      <w:t xml:space="preserve"> ya 7 | </w:t>
    </w:r>
    <w:proofErr w:type="spellStart"/>
    <w:r>
      <w:rPr>
        <w:sz w:val="16"/>
      </w:rPr>
      <w:t>Ukurasa</w:t>
    </w:r>
    <w:proofErr w:type="spellEnd"/>
    <w:r>
      <w:rPr>
        <w:sz w:val="16"/>
      </w:rPr>
      <w:t xml:space="preserve"> </w:t>
    </w:r>
    <w:r>
      <w:fldChar w:fldCharType="begin"/>
    </w:r>
    <w:r>
      <w:instrText xml:space="preserve"> PAGE </w:instrText>
    </w:r>
    <w:r w:rsidR="00EC5A4B">
      <w:fldChar w:fldCharType="separate"/>
    </w:r>
    <w:r w:rsidR="00EC5A4B">
      <w:rPr>
        <w:noProof/>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92CAE" w14:textId="77777777" w:rsidR="00B072AA" w:rsidRDefault="00B072AA">
      <w:pPr>
        <w:spacing w:after="0" w:line="240" w:lineRule="auto"/>
      </w:pPr>
      <w:r>
        <w:separator/>
      </w:r>
    </w:p>
  </w:footnote>
  <w:footnote w:type="continuationSeparator" w:id="0">
    <w:p w14:paraId="18F603C8" w14:textId="77777777" w:rsidR="00B072AA" w:rsidRDefault="00B072AA">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1746072">
    <w:abstractNumId w:val="8"/>
  </w:num>
  <w:num w:numId="2" w16cid:durableId="1365597101">
    <w:abstractNumId w:val="6"/>
  </w:num>
  <w:num w:numId="3" w16cid:durableId="1898973438">
    <w:abstractNumId w:val="5"/>
  </w:num>
  <w:num w:numId="4" w16cid:durableId="1450667404">
    <w:abstractNumId w:val="4"/>
  </w:num>
  <w:num w:numId="5" w16cid:durableId="1318605340">
    <w:abstractNumId w:val="7"/>
  </w:num>
  <w:num w:numId="6" w16cid:durableId="822816311">
    <w:abstractNumId w:val="3"/>
  </w:num>
  <w:num w:numId="7" w16cid:durableId="1860895796">
    <w:abstractNumId w:val="2"/>
  </w:num>
  <w:num w:numId="8" w16cid:durableId="198204109">
    <w:abstractNumId w:val="1"/>
  </w:num>
  <w:num w:numId="9" w16cid:durableId="527719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10648"/>
    <w:rsid w:val="00AA1D8D"/>
    <w:rsid w:val="00B072AA"/>
    <w:rsid w:val="00B47730"/>
    <w:rsid w:val="00C77FC2"/>
    <w:rsid w:val="00CB0664"/>
    <w:rsid w:val="00EC5A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3024AB"/>
  <w14:defaultImageDpi w14:val="300"/>
  <w15:docId w15:val="{7E1C3127-706F-4F7A-ACE8-F543F4256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header" Target="head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4.xml"/><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header" Target="header7.xml"/><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7.xml"/><Relationship Id="rId26" Type="http://schemas.openxmlformats.org/officeDocument/2006/relationships/footer" Target="footer8.xml"/><Relationship Id="rId27" Type="http://schemas.openxmlformats.org/officeDocument/2006/relationships/footer" Target="footer9.xml"/><Relationship Id="rId28" Type="http://schemas.openxmlformats.org/officeDocument/2006/relationships/header" Target="header10.xml"/><Relationship Id="rId29" Type="http://schemas.openxmlformats.org/officeDocument/2006/relationships/header" Target="header11.xml"/><Relationship Id="rId30" Type="http://schemas.openxmlformats.org/officeDocument/2006/relationships/header" Target="header12.xml"/><Relationship Id="rId31" Type="http://schemas.openxmlformats.org/officeDocument/2006/relationships/footer" Target="footer10.xml"/><Relationship Id="rId32" Type="http://schemas.openxmlformats.org/officeDocument/2006/relationships/footer" Target="footer11.xml"/><Relationship Id="rId33" Type="http://schemas.openxmlformats.org/officeDocument/2006/relationships/footer" Target="footer12.xml"/><Relationship Id="rId34" Type="http://schemas.openxmlformats.org/officeDocument/2006/relationships/header" Target="header13.xml"/><Relationship Id="rId35" Type="http://schemas.openxmlformats.org/officeDocument/2006/relationships/header" Target="header14.xml"/><Relationship Id="rId36" Type="http://schemas.openxmlformats.org/officeDocument/2006/relationships/header" Target="header15.xml"/><Relationship Id="rId37" Type="http://schemas.openxmlformats.org/officeDocument/2006/relationships/footer" Target="footer13.xml"/><Relationship Id="rId38" Type="http://schemas.openxmlformats.org/officeDocument/2006/relationships/footer" Target="footer14.xml"/><Relationship Id="rId39" Type="http://schemas.openxmlformats.org/officeDocument/2006/relationships/footer" Target="footer15.xml"/><Relationship Id="rId40" Type="http://schemas.openxmlformats.org/officeDocument/2006/relationships/header" Target="header16.xml"/><Relationship Id="rId41" Type="http://schemas.openxmlformats.org/officeDocument/2006/relationships/header" Target="header17.xml"/><Relationship Id="rId42" Type="http://schemas.openxmlformats.org/officeDocument/2006/relationships/header" Target="header18.xml"/><Relationship Id="rId43" Type="http://schemas.openxmlformats.org/officeDocument/2006/relationships/footer" Target="footer16.xml"/><Relationship Id="rId44" Type="http://schemas.openxmlformats.org/officeDocument/2006/relationships/footer" Target="footer17.xml"/><Relationship Id="rId45" Type="http://schemas.openxmlformats.org/officeDocument/2006/relationships/footer" Target="footer18.xml"/><Relationship Id="rId46" Type="http://schemas.openxmlformats.org/officeDocument/2006/relationships/header" Target="header19.xml"/><Relationship Id="rId47" Type="http://schemas.openxmlformats.org/officeDocument/2006/relationships/header" Target="header20.xml"/><Relationship Id="rId48" Type="http://schemas.openxmlformats.org/officeDocument/2006/relationships/header" Target="header21.xml"/><Relationship Id="rId49" Type="http://schemas.openxmlformats.org/officeDocument/2006/relationships/footer" Target="footer19.xml"/><Relationship Id="rId50" Type="http://schemas.openxmlformats.org/officeDocument/2006/relationships/footer" Target="footer20.xml"/><Relationship Id="rId51" Type="http://schemas.openxmlformats.org/officeDocument/2006/relationships/footer" Target="footer21.xml"/><Relationship Id="rId52" Type="http://schemas.openxmlformats.org/officeDocument/2006/relationships/header" Target="header22.xml"/><Relationship Id="rId53" Type="http://schemas.openxmlformats.org/officeDocument/2006/relationships/header" Target="header23.xml"/><Relationship Id="rId54" Type="http://schemas.openxmlformats.org/officeDocument/2006/relationships/header" Target="header24.xml"/><Relationship Id="rId55" Type="http://schemas.openxmlformats.org/officeDocument/2006/relationships/footer" Target="footer22.xml"/><Relationship Id="rId56" Type="http://schemas.openxmlformats.org/officeDocument/2006/relationships/footer" Target="footer23.xml"/><Relationship Id="rId57" Type="http://schemas.openxmlformats.org/officeDocument/2006/relationships/footer" Target="footer24.xml"/><Relationship Id="rId58" Type="http://schemas.openxmlformats.org/officeDocument/2006/relationships/header" Target="header25.xml"/><Relationship Id="rId59" Type="http://schemas.openxmlformats.org/officeDocument/2006/relationships/header" Target="header26.xml"/><Relationship Id="rId60" Type="http://schemas.openxmlformats.org/officeDocument/2006/relationships/header" Target="header27.xml"/><Relationship Id="rId61" Type="http://schemas.openxmlformats.org/officeDocument/2006/relationships/footer" Target="footer25.xml"/><Relationship Id="rId62" Type="http://schemas.openxmlformats.org/officeDocument/2006/relationships/footer" Target="footer26.xml"/><Relationship Id="rId63" Type="http://schemas.openxmlformats.org/officeDocument/2006/relationships/footer" Target="footer27.xml"/><Relationship Id="rId64" Type="http://schemas.openxmlformats.org/officeDocument/2006/relationships/header" Target="header28.xml"/><Relationship Id="rId65" Type="http://schemas.openxmlformats.org/officeDocument/2006/relationships/header" Target="header29.xml"/><Relationship Id="rId66" Type="http://schemas.openxmlformats.org/officeDocument/2006/relationships/header" Target="header30.xml"/><Relationship Id="rId67" Type="http://schemas.openxmlformats.org/officeDocument/2006/relationships/footer" Target="footer28.xml"/><Relationship Id="rId68" Type="http://schemas.openxmlformats.org/officeDocument/2006/relationships/footer" Target="footer29.xml"/><Relationship Id="rId69" Type="http://schemas.openxmlformats.org/officeDocument/2006/relationships/footer" Target="footer30.xml"/><Relationship Id="rId70" Type="http://schemas.openxmlformats.org/officeDocument/2006/relationships/header" Target="header31.xml"/><Relationship Id="rId71" Type="http://schemas.openxmlformats.org/officeDocument/2006/relationships/header" Target="header32.xml"/><Relationship Id="rId72" Type="http://schemas.openxmlformats.org/officeDocument/2006/relationships/header" Target="header33.xml"/><Relationship Id="rId73" Type="http://schemas.openxmlformats.org/officeDocument/2006/relationships/footer" Target="footer31.xml"/><Relationship Id="rId74" Type="http://schemas.openxmlformats.org/officeDocument/2006/relationships/footer" Target="footer32.xml"/><Relationship Id="rId75" Type="http://schemas.openxmlformats.org/officeDocument/2006/relationships/footer" Target="footer33.xml"/><Relationship Id="rId76" Type="http://schemas.openxmlformats.org/officeDocument/2006/relationships/header" Target="header34.xml"/><Relationship Id="rId77" Type="http://schemas.openxmlformats.org/officeDocument/2006/relationships/header" Target="header35.xml"/><Relationship Id="rId78" Type="http://schemas.openxmlformats.org/officeDocument/2006/relationships/header" Target="header36.xml"/><Relationship Id="rId79" Type="http://schemas.openxmlformats.org/officeDocument/2006/relationships/footer" Target="footer34.xml"/><Relationship Id="rId80" Type="http://schemas.openxmlformats.org/officeDocument/2006/relationships/footer" Target="footer35.xml"/><Relationship Id="rId81" Type="http://schemas.openxmlformats.org/officeDocument/2006/relationships/footer" Target="footer36.xml"/><Relationship Id="rId82" Type="http://schemas.openxmlformats.org/officeDocument/2006/relationships/header" Target="header37.xml"/><Relationship Id="rId83" Type="http://schemas.openxmlformats.org/officeDocument/2006/relationships/header" Target="header38.xml"/><Relationship Id="rId84" Type="http://schemas.openxmlformats.org/officeDocument/2006/relationships/header" Target="header39.xml"/><Relationship Id="rId85" Type="http://schemas.openxmlformats.org/officeDocument/2006/relationships/footer" Target="footer37.xml"/><Relationship Id="rId86" Type="http://schemas.openxmlformats.org/officeDocument/2006/relationships/footer" Target="footer38.xml"/><Relationship Id="rId87" Type="http://schemas.openxmlformats.org/officeDocument/2006/relationships/footer" Target="footer39.xml"/><Relationship Id="rId88" Type="http://schemas.openxmlformats.org/officeDocument/2006/relationships/header" Target="header40.xml"/><Relationship Id="rId89" Type="http://schemas.openxmlformats.org/officeDocument/2006/relationships/header" Target="header41.xml"/><Relationship Id="rId90" Type="http://schemas.openxmlformats.org/officeDocument/2006/relationships/header" Target="header42.xml"/><Relationship Id="rId91" Type="http://schemas.openxmlformats.org/officeDocument/2006/relationships/footer" Target="footer40.xml"/><Relationship Id="rId92" Type="http://schemas.openxmlformats.org/officeDocument/2006/relationships/footer" Target="footer41.xml"/><Relationship Id="rId93" Type="http://schemas.openxmlformats.org/officeDocument/2006/relationships/footer" Target="footer42.xml"/><Relationship Id="rId94" Type="http://schemas.openxmlformats.org/officeDocument/2006/relationships/header" Target="header43.xml"/><Relationship Id="rId95" Type="http://schemas.openxmlformats.org/officeDocument/2006/relationships/header" Target="header44.xml"/><Relationship Id="rId96" Type="http://schemas.openxmlformats.org/officeDocument/2006/relationships/header" Target="header45.xml"/><Relationship Id="rId97" Type="http://schemas.openxmlformats.org/officeDocument/2006/relationships/footer" Target="footer43.xml"/><Relationship Id="rId98" Type="http://schemas.openxmlformats.org/officeDocument/2006/relationships/footer" Target="footer44.xml"/><Relationship Id="rId99" Type="http://schemas.openxmlformats.org/officeDocument/2006/relationships/footer" Target="footer4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1494</Words>
  <Characters>8521</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2026-09-21T17:39:00Z</dcterms:modified>
  <cp:category/>
</cp:coreProperties>
</file>