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sz w:val="30"/>
        </w:rPr>
        <w:t>GREDI YA 7 KISWAHILI: LUGHA</w:t>
      </w:r>
    </w:p>
    <w:p>
      <w:pPr>
        <w:jc w:val="center"/>
      </w:pPr>
      <w:r>
        <w:rPr>
          <w:b/>
          <w:sz w:val="26"/>
        </w:rPr>
        <w:t>KARATASI YA 1 — MWONGOZO WA USAHIHISHAJI</w:t>
      </w:r>
    </w:p>
    <w:p>
      <w:pPr>
        <w:jc w:val="center"/>
      </w:pPr>
      <w:r>
        <w:rPr>
          <w:b/>
          <w:sz w:val="22"/>
        </w:rPr>
        <w:t>2026 | ALAMA 50</w:t>
      </w:r>
    </w:p>
    <w:p>
      <w:pPr>
        <w:spacing w:before="120" w:after="60"/>
      </w:pPr>
      <w:r>
        <w:rPr>
          <w:b/>
          <w:sz w:val="24"/>
        </w:rPr>
        <w:t>MUUNDO WA KARATASI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3456"/>
        <w:gridCol w:w="3456"/>
        <w:gridCol w:w="3456"/>
      </w:tblGrid>
      <w:tr>
        <w:tc>
          <w:tcPr>
            <w:tcW w:type="dxa" w:w="3456"/>
            <w:shd w:fill="D9EAF7"/>
          </w:tcPr>
          <w:p>
            <w:r>
              <w:rPr>
                <w:b/>
                <w:sz w:val="17"/>
              </w:rPr>
              <w:t>Sehemu</w:t>
            </w:r>
          </w:p>
        </w:tc>
        <w:tc>
          <w:tcPr>
            <w:tcW w:type="dxa" w:w="3456"/>
            <w:shd w:fill="D9EAF7"/>
          </w:tcPr>
          <w:p>
            <w:r>
              <w:rPr>
                <w:b/>
                <w:sz w:val="17"/>
              </w:rPr>
              <w:t>Maswali</w:t>
            </w:r>
          </w:p>
        </w:tc>
        <w:tc>
          <w:tcPr>
            <w:tcW w:type="dxa" w:w="3456"/>
            <w:shd w:fill="D9EAF7"/>
          </w:tcPr>
          <w:p>
            <w:r>
              <w:rPr>
                <w:b/>
                <w:sz w:val="17"/>
              </w:rPr>
              <w:t>Alama</w:t>
            </w:r>
          </w:p>
        </w:tc>
      </w:tr>
      <w:tr>
        <w:tc>
          <w:tcPr>
            <w:tcW w:type="dxa" w:w="3456"/>
          </w:tcPr>
          <w:p>
            <w:r>
              <w:rPr>
                <w:b w:val="0"/>
                <w:sz w:val="17"/>
              </w:rPr>
              <w:t>A</w:t>
            </w:r>
          </w:p>
        </w:tc>
        <w:tc>
          <w:tcPr>
            <w:tcW w:type="dxa" w:w="3456"/>
          </w:tcPr>
          <w:p>
            <w:r>
              <w:rPr>
                <w:b w:val="0"/>
                <w:sz w:val="17"/>
              </w:rPr>
              <w:t>1–20</w:t>
            </w:r>
          </w:p>
        </w:tc>
        <w:tc>
          <w:tcPr>
            <w:tcW w:type="dxa" w:w="3456"/>
          </w:tcPr>
          <w:p>
            <w:r>
              <w:rPr>
                <w:b w:val="0"/>
                <w:sz w:val="17"/>
              </w:rPr>
              <w:t>20</w:t>
            </w:r>
          </w:p>
        </w:tc>
      </w:tr>
      <w:tr>
        <w:tc>
          <w:tcPr>
            <w:tcW w:type="dxa" w:w="3456"/>
          </w:tcPr>
          <w:p>
            <w:r>
              <w:rPr>
                <w:b w:val="0"/>
                <w:sz w:val="17"/>
              </w:rPr>
              <w:t>B</w:t>
            </w:r>
          </w:p>
        </w:tc>
        <w:tc>
          <w:tcPr>
            <w:tcW w:type="dxa" w:w="3456"/>
          </w:tcPr>
          <w:p>
            <w:r>
              <w:rPr>
                <w:b w:val="0"/>
                <w:sz w:val="17"/>
              </w:rPr>
              <w:t>21–25</w:t>
            </w:r>
          </w:p>
        </w:tc>
        <w:tc>
          <w:tcPr>
            <w:tcW w:type="dxa" w:w="3456"/>
          </w:tcPr>
          <w:p>
            <w:r>
              <w:rPr>
                <w:b w:val="0"/>
                <w:sz w:val="17"/>
              </w:rPr>
              <w:t>5</w:t>
            </w:r>
          </w:p>
        </w:tc>
      </w:tr>
      <w:tr>
        <w:tc>
          <w:tcPr>
            <w:tcW w:type="dxa" w:w="3456"/>
          </w:tcPr>
          <w:p>
            <w:r>
              <w:rPr>
                <w:b w:val="0"/>
                <w:sz w:val="17"/>
              </w:rPr>
              <w:t>C</w:t>
            </w:r>
          </w:p>
        </w:tc>
        <w:tc>
          <w:tcPr>
            <w:tcW w:type="dxa" w:w="3456"/>
          </w:tcPr>
          <w:p>
            <w:r>
              <w:rPr>
                <w:b w:val="0"/>
                <w:sz w:val="17"/>
              </w:rPr>
              <w:t>26–35</w:t>
            </w:r>
          </w:p>
        </w:tc>
        <w:tc>
          <w:tcPr>
            <w:tcW w:type="dxa" w:w="3456"/>
          </w:tcPr>
          <w:p>
            <w:r>
              <w:rPr>
                <w:b w:val="0"/>
                <w:sz w:val="17"/>
              </w:rPr>
              <w:t>10</w:t>
            </w:r>
          </w:p>
        </w:tc>
      </w:tr>
      <w:tr>
        <w:tc>
          <w:tcPr>
            <w:tcW w:type="dxa" w:w="3456"/>
          </w:tcPr>
          <w:p>
            <w:r>
              <w:rPr>
                <w:b w:val="0"/>
                <w:sz w:val="17"/>
              </w:rPr>
              <w:t>D</w:t>
            </w:r>
          </w:p>
        </w:tc>
        <w:tc>
          <w:tcPr>
            <w:tcW w:type="dxa" w:w="3456"/>
          </w:tcPr>
          <w:p>
            <w:r>
              <w:rPr>
                <w:b w:val="0"/>
                <w:sz w:val="17"/>
              </w:rPr>
              <w:t>36–50</w:t>
            </w:r>
          </w:p>
        </w:tc>
        <w:tc>
          <w:tcPr>
            <w:tcW w:type="dxa" w:w="3456"/>
          </w:tcPr>
          <w:p>
            <w:r>
              <w:rPr>
                <w:b w:val="0"/>
                <w:sz w:val="17"/>
              </w:rPr>
              <w:t>15</w:t>
            </w:r>
          </w:p>
        </w:tc>
      </w:tr>
      <w:tr>
        <w:tc>
          <w:tcPr>
            <w:tcW w:type="dxa" w:w="3456"/>
          </w:tcPr>
          <w:p>
            <w:r>
              <w:rPr>
                <w:b w:val="0"/>
                <w:sz w:val="17"/>
              </w:rPr>
              <w:t>JUMLA</w:t>
            </w:r>
          </w:p>
        </w:tc>
        <w:tc>
          <w:tcPr>
            <w:tcW w:type="dxa" w:w="3456"/>
          </w:tcPr>
          <w:p>
            <w:r>
              <w:rPr>
                <w:b w:val="0"/>
                <w:sz w:val="17"/>
              </w:rPr>
            </w:r>
          </w:p>
        </w:tc>
        <w:tc>
          <w:tcPr>
            <w:tcW w:type="dxa" w:w="3456"/>
          </w:tcPr>
          <w:p>
            <w:r>
              <w:rPr>
                <w:b w:val="0"/>
                <w:sz w:val="17"/>
              </w:rPr>
              <w:t>50</w:t>
            </w:r>
          </w:p>
        </w:tc>
      </w:tr>
    </w:tbl>
    <w:p>
      <w:pPr>
        <w:spacing w:before="120" w:after="60"/>
      </w:pPr>
      <w:r>
        <w:rPr>
          <w:b/>
          <w:sz w:val="24"/>
        </w:rPr>
        <w:t>JAWABU SAHIHI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1037"/>
        <w:gridCol w:w="1037"/>
        <w:gridCol w:w="1037"/>
        <w:gridCol w:w="1037"/>
        <w:gridCol w:w="1037"/>
        <w:gridCol w:w="1037"/>
        <w:gridCol w:w="1037"/>
        <w:gridCol w:w="1037"/>
        <w:gridCol w:w="1037"/>
        <w:gridCol w:w="1037"/>
      </w:tblGrid>
      <w:tr>
        <w:tc>
          <w:tcPr>
            <w:tcW w:type="dxa" w:w="1037"/>
            <w:shd w:fill="D9EAF7"/>
          </w:tcPr>
          <w:p>
            <w:r>
              <w:rPr>
                <w:b/>
                <w:sz w:val="17"/>
              </w:rPr>
              <w:t>Swali</w:t>
            </w:r>
          </w:p>
        </w:tc>
        <w:tc>
          <w:tcPr>
            <w:tcW w:type="dxa" w:w="1037"/>
            <w:shd w:fill="D9EAF7"/>
          </w:tcPr>
          <w:p>
            <w:r>
              <w:rPr>
                <w:b/>
                <w:sz w:val="17"/>
              </w:rPr>
              <w:t>Jibu</w:t>
            </w:r>
          </w:p>
        </w:tc>
        <w:tc>
          <w:tcPr>
            <w:tcW w:type="dxa" w:w="1037"/>
            <w:shd w:fill="D9EAF7"/>
          </w:tcPr>
          <w:p>
            <w:r>
              <w:rPr>
                <w:b/>
                <w:sz w:val="17"/>
              </w:rPr>
              <w:t>Swali</w:t>
            </w:r>
          </w:p>
        </w:tc>
        <w:tc>
          <w:tcPr>
            <w:tcW w:type="dxa" w:w="1037"/>
            <w:shd w:fill="D9EAF7"/>
          </w:tcPr>
          <w:p>
            <w:r>
              <w:rPr>
                <w:b/>
                <w:sz w:val="17"/>
              </w:rPr>
              <w:t>Jibu</w:t>
            </w:r>
          </w:p>
        </w:tc>
        <w:tc>
          <w:tcPr>
            <w:tcW w:type="dxa" w:w="1037"/>
            <w:shd w:fill="D9EAF7"/>
          </w:tcPr>
          <w:p>
            <w:r>
              <w:rPr>
                <w:b/>
                <w:sz w:val="17"/>
              </w:rPr>
              <w:t>Swali</w:t>
            </w:r>
          </w:p>
        </w:tc>
        <w:tc>
          <w:tcPr>
            <w:tcW w:type="dxa" w:w="1037"/>
            <w:shd w:fill="D9EAF7"/>
          </w:tcPr>
          <w:p>
            <w:r>
              <w:rPr>
                <w:b/>
                <w:sz w:val="17"/>
              </w:rPr>
              <w:t>Jibu</w:t>
            </w:r>
          </w:p>
        </w:tc>
        <w:tc>
          <w:tcPr>
            <w:tcW w:type="dxa" w:w="1037"/>
            <w:shd w:fill="D9EAF7"/>
          </w:tcPr>
          <w:p>
            <w:r>
              <w:rPr>
                <w:b/>
                <w:sz w:val="17"/>
              </w:rPr>
              <w:t>Swali</w:t>
            </w:r>
          </w:p>
        </w:tc>
        <w:tc>
          <w:tcPr>
            <w:tcW w:type="dxa" w:w="1037"/>
            <w:shd w:fill="D9EAF7"/>
          </w:tcPr>
          <w:p>
            <w:r>
              <w:rPr>
                <w:b/>
                <w:sz w:val="17"/>
              </w:rPr>
              <w:t>Jibu</w:t>
            </w:r>
          </w:p>
        </w:tc>
        <w:tc>
          <w:tcPr>
            <w:tcW w:type="dxa" w:w="1037"/>
            <w:shd w:fill="D9EAF7"/>
          </w:tcPr>
          <w:p>
            <w:r>
              <w:rPr>
                <w:b/>
                <w:sz w:val="17"/>
              </w:rPr>
              <w:t>Swali</w:t>
            </w:r>
          </w:p>
        </w:tc>
        <w:tc>
          <w:tcPr>
            <w:tcW w:type="dxa" w:w="1037"/>
            <w:shd w:fill="D9EAF7"/>
          </w:tcPr>
          <w:p>
            <w:r>
              <w:rPr>
                <w:b/>
                <w:sz w:val="17"/>
              </w:rPr>
              <w:t>Jibu</w:t>
            </w:r>
          </w:p>
        </w:tc>
      </w:tr>
      <w:tr>
        <w:tc>
          <w:tcPr>
            <w:tcW w:type="dxa" w:w="1037"/>
          </w:tcPr>
          <w:p>
            <w:r>
              <w:rPr>
                <w:b w:val="0"/>
                <w:sz w:val="17"/>
              </w:rPr>
              <w:t>1</w:t>
            </w:r>
          </w:p>
        </w:tc>
        <w:tc>
          <w:tcPr>
            <w:tcW w:type="dxa" w:w="1037"/>
          </w:tcPr>
          <w:p>
            <w:r>
              <w:rPr>
                <w:b w:val="0"/>
                <w:sz w:val="17"/>
              </w:rPr>
              <w:t>B</w:t>
            </w:r>
          </w:p>
        </w:tc>
        <w:tc>
          <w:tcPr>
            <w:tcW w:type="dxa" w:w="1037"/>
          </w:tcPr>
          <w:p>
            <w:r>
              <w:rPr>
                <w:b w:val="0"/>
                <w:sz w:val="17"/>
              </w:rPr>
              <w:t>2</w:t>
            </w:r>
          </w:p>
        </w:tc>
        <w:tc>
          <w:tcPr>
            <w:tcW w:type="dxa" w:w="1037"/>
          </w:tcPr>
          <w:p>
            <w:r>
              <w:rPr>
                <w:b w:val="0"/>
                <w:sz w:val="17"/>
              </w:rPr>
              <w:t>A</w:t>
            </w:r>
          </w:p>
        </w:tc>
        <w:tc>
          <w:tcPr>
            <w:tcW w:type="dxa" w:w="1037"/>
          </w:tcPr>
          <w:p>
            <w:r>
              <w:rPr>
                <w:b w:val="0"/>
                <w:sz w:val="17"/>
              </w:rPr>
              <w:t>3</w:t>
            </w:r>
          </w:p>
        </w:tc>
        <w:tc>
          <w:tcPr>
            <w:tcW w:type="dxa" w:w="1037"/>
          </w:tcPr>
          <w:p>
            <w:r>
              <w:rPr>
                <w:b w:val="0"/>
                <w:sz w:val="17"/>
              </w:rPr>
              <w:t>A</w:t>
            </w:r>
          </w:p>
        </w:tc>
        <w:tc>
          <w:tcPr>
            <w:tcW w:type="dxa" w:w="1037"/>
          </w:tcPr>
          <w:p>
            <w:r>
              <w:rPr>
                <w:b w:val="0"/>
                <w:sz w:val="17"/>
              </w:rPr>
              <w:t>4</w:t>
            </w:r>
          </w:p>
        </w:tc>
        <w:tc>
          <w:tcPr>
            <w:tcW w:type="dxa" w:w="1037"/>
          </w:tcPr>
          <w:p>
            <w:r>
              <w:rPr>
                <w:b w:val="0"/>
                <w:sz w:val="17"/>
              </w:rPr>
              <w:t>A</w:t>
            </w:r>
          </w:p>
        </w:tc>
        <w:tc>
          <w:tcPr>
            <w:tcW w:type="dxa" w:w="1037"/>
          </w:tcPr>
          <w:p>
            <w:r>
              <w:rPr>
                <w:b w:val="0"/>
                <w:sz w:val="17"/>
              </w:rPr>
              <w:t>5</w:t>
            </w:r>
          </w:p>
        </w:tc>
        <w:tc>
          <w:tcPr>
            <w:tcW w:type="dxa" w:w="1037"/>
          </w:tcPr>
          <w:p>
            <w:r>
              <w:rPr>
                <w:b w:val="0"/>
                <w:sz w:val="17"/>
              </w:rPr>
              <w:t>B</w:t>
            </w:r>
          </w:p>
        </w:tc>
      </w:tr>
      <w:tr>
        <w:tc>
          <w:tcPr>
            <w:tcW w:type="dxa" w:w="1037"/>
          </w:tcPr>
          <w:p>
            <w:r>
              <w:rPr>
                <w:b w:val="0"/>
                <w:sz w:val="17"/>
              </w:rPr>
              <w:t>6</w:t>
            </w:r>
          </w:p>
        </w:tc>
        <w:tc>
          <w:tcPr>
            <w:tcW w:type="dxa" w:w="1037"/>
          </w:tcPr>
          <w:p>
            <w:r>
              <w:rPr>
                <w:b w:val="0"/>
                <w:sz w:val="17"/>
              </w:rPr>
              <w:t>A</w:t>
            </w:r>
          </w:p>
        </w:tc>
        <w:tc>
          <w:tcPr>
            <w:tcW w:type="dxa" w:w="1037"/>
          </w:tcPr>
          <w:p>
            <w:r>
              <w:rPr>
                <w:b w:val="0"/>
                <w:sz w:val="17"/>
              </w:rPr>
              <w:t>7</w:t>
            </w:r>
          </w:p>
        </w:tc>
        <w:tc>
          <w:tcPr>
            <w:tcW w:type="dxa" w:w="1037"/>
          </w:tcPr>
          <w:p>
            <w:r>
              <w:rPr>
                <w:b w:val="0"/>
                <w:sz w:val="17"/>
              </w:rPr>
              <w:t>B</w:t>
            </w:r>
          </w:p>
        </w:tc>
        <w:tc>
          <w:tcPr>
            <w:tcW w:type="dxa" w:w="1037"/>
          </w:tcPr>
          <w:p>
            <w:r>
              <w:rPr>
                <w:b w:val="0"/>
                <w:sz w:val="17"/>
              </w:rPr>
              <w:t>8</w:t>
            </w:r>
          </w:p>
        </w:tc>
        <w:tc>
          <w:tcPr>
            <w:tcW w:type="dxa" w:w="1037"/>
          </w:tcPr>
          <w:p>
            <w:r>
              <w:rPr>
                <w:b w:val="0"/>
                <w:sz w:val="17"/>
              </w:rPr>
              <w:t>B</w:t>
            </w:r>
          </w:p>
        </w:tc>
        <w:tc>
          <w:tcPr>
            <w:tcW w:type="dxa" w:w="1037"/>
          </w:tcPr>
          <w:p>
            <w:r>
              <w:rPr>
                <w:b w:val="0"/>
                <w:sz w:val="17"/>
              </w:rPr>
              <w:t>9</w:t>
            </w:r>
          </w:p>
        </w:tc>
        <w:tc>
          <w:tcPr>
            <w:tcW w:type="dxa" w:w="1037"/>
          </w:tcPr>
          <w:p>
            <w:r>
              <w:rPr>
                <w:b w:val="0"/>
                <w:sz w:val="17"/>
              </w:rPr>
              <w:t>A</w:t>
            </w:r>
          </w:p>
        </w:tc>
        <w:tc>
          <w:tcPr>
            <w:tcW w:type="dxa" w:w="1037"/>
          </w:tcPr>
          <w:p>
            <w:r>
              <w:rPr>
                <w:b w:val="0"/>
                <w:sz w:val="17"/>
              </w:rPr>
              <w:t>10</w:t>
            </w:r>
          </w:p>
        </w:tc>
        <w:tc>
          <w:tcPr>
            <w:tcW w:type="dxa" w:w="1037"/>
          </w:tcPr>
          <w:p>
            <w:r>
              <w:rPr>
                <w:b w:val="0"/>
                <w:sz w:val="17"/>
              </w:rPr>
              <w:t>B</w:t>
            </w:r>
          </w:p>
        </w:tc>
      </w:tr>
      <w:tr>
        <w:tc>
          <w:tcPr>
            <w:tcW w:type="dxa" w:w="1037"/>
          </w:tcPr>
          <w:p>
            <w:r>
              <w:rPr>
                <w:b w:val="0"/>
                <w:sz w:val="17"/>
              </w:rPr>
              <w:t>11</w:t>
            </w:r>
          </w:p>
        </w:tc>
        <w:tc>
          <w:tcPr>
            <w:tcW w:type="dxa" w:w="1037"/>
          </w:tcPr>
          <w:p>
            <w:r>
              <w:rPr>
                <w:b w:val="0"/>
                <w:sz w:val="17"/>
              </w:rPr>
              <w:t>B</w:t>
            </w:r>
          </w:p>
        </w:tc>
        <w:tc>
          <w:tcPr>
            <w:tcW w:type="dxa" w:w="1037"/>
          </w:tcPr>
          <w:p>
            <w:r>
              <w:rPr>
                <w:b w:val="0"/>
                <w:sz w:val="17"/>
              </w:rPr>
              <w:t>12</w:t>
            </w:r>
          </w:p>
        </w:tc>
        <w:tc>
          <w:tcPr>
            <w:tcW w:type="dxa" w:w="1037"/>
          </w:tcPr>
          <w:p>
            <w:r>
              <w:rPr>
                <w:b w:val="0"/>
                <w:sz w:val="17"/>
              </w:rPr>
              <w:t>B</w:t>
            </w:r>
          </w:p>
        </w:tc>
        <w:tc>
          <w:tcPr>
            <w:tcW w:type="dxa" w:w="1037"/>
          </w:tcPr>
          <w:p>
            <w:r>
              <w:rPr>
                <w:b w:val="0"/>
                <w:sz w:val="17"/>
              </w:rPr>
              <w:t>13</w:t>
            </w:r>
          </w:p>
        </w:tc>
        <w:tc>
          <w:tcPr>
            <w:tcW w:type="dxa" w:w="1037"/>
          </w:tcPr>
          <w:p>
            <w:r>
              <w:rPr>
                <w:b w:val="0"/>
                <w:sz w:val="17"/>
              </w:rPr>
              <w:t>A</w:t>
            </w:r>
          </w:p>
        </w:tc>
        <w:tc>
          <w:tcPr>
            <w:tcW w:type="dxa" w:w="1037"/>
          </w:tcPr>
          <w:p>
            <w:r>
              <w:rPr>
                <w:b w:val="0"/>
                <w:sz w:val="17"/>
              </w:rPr>
              <w:t>14</w:t>
            </w:r>
          </w:p>
        </w:tc>
        <w:tc>
          <w:tcPr>
            <w:tcW w:type="dxa" w:w="1037"/>
          </w:tcPr>
          <w:p>
            <w:r>
              <w:rPr>
                <w:b w:val="0"/>
                <w:sz w:val="17"/>
              </w:rPr>
              <w:t>A</w:t>
            </w:r>
          </w:p>
        </w:tc>
        <w:tc>
          <w:tcPr>
            <w:tcW w:type="dxa" w:w="1037"/>
          </w:tcPr>
          <w:p>
            <w:r>
              <w:rPr>
                <w:b w:val="0"/>
                <w:sz w:val="17"/>
              </w:rPr>
              <w:t>15</w:t>
            </w:r>
          </w:p>
        </w:tc>
        <w:tc>
          <w:tcPr>
            <w:tcW w:type="dxa" w:w="1037"/>
          </w:tcPr>
          <w:p>
            <w:r>
              <w:rPr>
                <w:b w:val="0"/>
                <w:sz w:val="17"/>
              </w:rPr>
              <w:t>B</w:t>
            </w:r>
          </w:p>
        </w:tc>
      </w:tr>
      <w:tr>
        <w:tc>
          <w:tcPr>
            <w:tcW w:type="dxa" w:w="1037"/>
          </w:tcPr>
          <w:p>
            <w:r>
              <w:rPr>
                <w:b w:val="0"/>
                <w:sz w:val="17"/>
              </w:rPr>
              <w:t>16</w:t>
            </w:r>
          </w:p>
        </w:tc>
        <w:tc>
          <w:tcPr>
            <w:tcW w:type="dxa" w:w="1037"/>
          </w:tcPr>
          <w:p>
            <w:r>
              <w:rPr>
                <w:b w:val="0"/>
                <w:sz w:val="17"/>
              </w:rPr>
              <w:t>A</w:t>
            </w:r>
          </w:p>
        </w:tc>
        <w:tc>
          <w:tcPr>
            <w:tcW w:type="dxa" w:w="1037"/>
          </w:tcPr>
          <w:p>
            <w:r>
              <w:rPr>
                <w:b w:val="0"/>
                <w:sz w:val="17"/>
              </w:rPr>
              <w:t>17</w:t>
            </w:r>
          </w:p>
        </w:tc>
        <w:tc>
          <w:tcPr>
            <w:tcW w:type="dxa" w:w="1037"/>
          </w:tcPr>
          <w:p>
            <w:r>
              <w:rPr>
                <w:b w:val="0"/>
                <w:sz w:val="17"/>
              </w:rPr>
              <w:t>B</w:t>
            </w:r>
          </w:p>
        </w:tc>
        <w:tc>
          <w:tcPr>
            <w:tcW w:type="dxa" w:w="1037"/>
          </w:tcPr>
          <w:p>
            <w:r>
              <w:rPr>
                <w:b w:val="0"/>
                <w:sz w:val="17"/>
              </w:rPr>
              <w:t>18</w:t>
            </w:r>
          </w:p>
        </w:tc>
        <w:tc>
          <w:tcPr>
            <w:tcW w:type="dxa" w:w="1037"/>
          </w:tcPr>
          <w:p>
            <w:r>
              <w:rPr>
                <w:b w:val="0"/>
                <w:sz w:val="17"/>
              </w:rPr>
              <w:t>B</w:t>
            </w:r>
          </w:p>
        </w:tc>
        <w:tc>
          <w:tcPr>
            <w:tcW w:type="dxa" w:w="1037"/>
          </w:tcPr>
          <w:p>
            <w:r>
              <w:rPr>
                <w:b w:val="0"/>
                <w:sz w:val="17"/>
              </w:rPr>
              <w:t>19</w:t>
            </w:r>
          </w:p>
        </w:tc>
        <w:tc>
          <w:tcPr>
            <w:tcW w:type="dxa" w:w="1037"/>
          </w:tcPr>
          <w:p>
            <w:r>
              <w:rPr>
                <w:b w:val="0"/>
                <w:sz w:val="17"/>
              </w:rPr>
              <w:t>A</w:t>
            </w:r>
          </w:p>
        </w:tc>
        <w:tc>
          <w:tcPr>
            <w:tcW w:type="dxa" w:w="1037"/>
          </w:tcPr>
          <w:p>
            <w:r>
              <w:rPr>
                <w:b w:val="0"/>
                <w:sz w:val="17"/>
              </w:rPr>
              <w:t>20</w:t>
            </w:r>
          </w:p>
        </w:tc>
        <w:tc>
          <w:tcPr>
            <w:tcW w:type="dxa" w:w="1037"/>
          </w:tcPr>
          <w:p>
            <w:r>
              <w:rPr>
                <w:b w:val="0"/>
                <w:sz w:val="17"/>
              </w:rPr>
              <w:t>D</w:t>
            </w:r>
          </w:p>
        </w:tc>
      </w:tr>
      <w:tr>
        <w:tc>
          <w:tcPr>
            <w:tcW w:type="dxa" w:w="1037"/>
          </w:tcPr>
          <w:p>
            <w:r>
              <w:rPr>
                <w:b w:val="0"/>
                <w:sz w:val="17"/>
              </w:rPr>
              <w:t>21</w:t>
            </w:r>
          </w:p>
        </w:tc>
        <w:tc>
          <w:tcPr>
            <w:tcW w:type="dxa" w:w="1037"/>
          </w:tcPr>
          <w:p>
            <w:r>
              <w:rPr>
                <w:b w:val="0"/>
                <w:sz w:val="17"/>
              </w:rPr>
              <w:t>A</w:t>
            </w:r>
          </w:p>
        </w:tc>
        <w:tc>
          <w:tcPr>
            <w:tcW w:type="dxa" w:w="1037"/>
          </w:tcPr>
          <w:p>
            <w:r>
              <w:rPr>
                <w:b w:val="0"/>
                <w:sz w:val="17"/>
              </w:rPr>
              <w:t>22</w:t>
            </w:r>
          </w:p>
        </w:tc>
        <w:tc>
          <w:tcPr>
            <w:tcW w:type="dxa" w:w="1037"/>
          </w:tcPr>
          <w:p>
            <w:r>
              <w:rPr>
                <w:b w:val="0"/>
                <w:sz w:val="17"/>
              </w:rPr>
              <w:t>A</w:t>
            </w:r>
          </w:p>
        </w:tc>
        <w:tc>
          <w:tcPr>
            <w:tcW w:type="dxa" w:w="1037"/>
          </w:tcPr>
          <w:p>
            <w:r>
              <w:rPr>
                <w:b w:val="0"/>
                <w:sz w:val="17"/>
              </w:rPr>
              <w:t>23</w:t>
            </w:r>
          </w:p>
        </w:tc>
        <w:tc>
          <w:tcPr>
            <w:tcW w:type="dxa" w:w="1037"/>
          </w:tcPr>
          <w:p>
            <w:r>
              <w:rPr>
                <w:b w:val="0"/>
                <w:sz w:val="17"/>
              </w:rPr>
              <w:t>A</w:t>
            </w:r>
          </w:p>
        </w:tc>
        <w:tc>
          <w:tcPr>
            <w:tcW w:type="dxa" w:w="1037"/>
          </w:tcPr>
          <w:p>
            <w:r>
              <w:rPr>
                <w:b w:val="0"/>
                <w:sz w:val="17"/>
              </w:rPr>
              <w:t>24</w:t>
            </w:r>
          </w:p>
        </w:tc>
        <w:tc>
          <w:tcPr>
            <w:tcW w:type="dxa" w:w="1037"/>
          </w:tcPr>
          <w:p>
            <w:r>
              <w:rPr>
                <w:b w:val="0"/>
                <w:sz w:val="17"/>
              </w:rPr>
              <w:t>B</w:t>
            </w:r>
          </w:p>
        </w:tc>
        <w:tc>
          <w:tcPr>
            <w:tcW w:type="dxa" w:w="1037"/>
          </w:tcPr>
          <w:p>
            <w:r>
              <w:rPr>
                <w:b w:val="0"/>
                <w:sz w:val="17"/>
              </w:rPr>
              <w:t>25</w:t>
            </w:r>
          </w:p>
        </w:tc>
        <w:tc>
          <w:tcPr>
            <w:tcW w:type="dxa" w:w="1037"/>
          </w:tcPr>
          <w:p>
            <w:r>
              <w:rPr>
                <w:b w:val="0"/>
                <w:sz w:val="17"/>
              </w:rPr>
              <w:t>A</w:t>
            </w:r>
          </w:p>
        </w:tc>
      </w:tr>
      <w:tr>
        <w:tc>
          <w:tcPr>
            <w:tcW w:type="dxa" w:w="1037"/>
          </w:tcPr>
          <w:p>
            <w:r>
              <w:rPr>
                <w:b w:val="0"/>
                <w:sz w:val="17"/>
              </w:rPr>
              <w:t>26</w:t>
            </w:r>
          </w:p>
        </w:tc>
        <w:tc>
          <w:tcPr>
            <w:tcW w:type="dxa" w:w="1037"/>
          </w:tcPr>
          <w:p>
            <w:r>
              <w:rPr>
                <w:b w:val="0"/>
                <w:sz w:val="17"/>
              </w:rPr>
              <w:t>A</w:t>
            </w:r>
          </w:p>
        </w:tc>
        <w:tc>
          <w:tcPr>
            <w:tcW w:type="dxa" w:w="1037"/>
          </w:tcPr>
          <w:p>
            <w:r>
              <w:rPr>
                <w:b w:val="0"/>
                <w:sz w:val="17"/>
              </w:rPr>
              <w:t>27</w:t>
            </w:r>
          </w:p>
        </w:tc>
        <w:tc>
          <w:tcPr>
            <w:tcW w:type="dxa" w:w="1037"/>
          </w:tcPr>
          <w:p>
            <w:r>
              <w:rPr>
                <w:b w:val="0"/>
                <w:sz w:val="17"/>
              </w:rPr>
              <w:t>B</w:t>
            </w:r>
          </w:p>
        </w:tc>
        <w:tc>
          <w:tcPr>
            <w:tcW w:type="dxa" w:w="1037"/>
          </w:tcPr>
          <w:p>
            <w:r>
              <w:rPr>
                <w:b w:val="0"/>
                <w:sz w:val="17"/>
              </w:rPr>
              <w:t>28</w:t>
            </w:r>
          </w:p>
        </w:tc>
        <w:tc>
          <w:tcPr>
            <w:tcW w:type="dxa" w:w="1037"/>
          </w:tcPr>
          <w:p>
            <w:r>
              <w:rPr>
                <w:b w:val="0"/>
                <w:sz w:val="17"/>
              </w:rPr>
              <w:t>A</w:t>
            </w:r>
          </w:p>
        </w:tc>
        <w:tc>
          <w:tcPr>
            <w:tcW w:type="dxa" w:w="1037"/>
          </w:tcPr>
          <w:p>
            <w:r>
              <w:rPr>
                <w:b w:val="0"/>
                <w:sz w:val="17"/>
              </w:rPr>
              <w:t>29</w:t>
            </w:r>
          </w:p>
        </w:tc>
        <w:tc>
          <w:tcPr>
            <w:tcW w:type="dxa" w:w="1037"/>
          </w:tcPr>
          <w:p>
            <w:r>
              <w:rPr>
                <w:b w:val="0"/>
                <w:sz w:val="17"/>
              </w:rPr>
              <w:t>A</w:t>
            </w:r>
          </w:p>
        </w:tc>
        <w:tc>
          <w:tcPr>
            <w:tcW w:type="dxa" w:w="1037"/>
          </w:tcPr>
          <w:p>
            <w:r>
              <w:rPr>
                <w:b w:val="0"/>
                <w:sz w:val="17"/>
              </w:rPr>
              <w:t>30</w:t>
            </w:r>
          </w:p>
        </w:tc>
        <w:tc>
          <w:tcPr>
            <w:tcW w:type="dxa" w:w="1037"/>
          </w:tcPr>
          <w:p>
            <w:r>
              <w:rPr>
                <w:b w:val="0"/>
                <w:sz w:val="17"/>
              </w:rPr>
              <w:t>D</w:t>
            </w:r>
          </w:p>
        </w:tc>
      </w:tr>
      <w:tr>
        <w:tc>
          <w:tcPr>
            <w:tcW w:type="dxa" w:w="1037"/>
          </w:tcPr>
          <w:p>
            <w:r>
              <w:rPr>
                <w:b w:val="0"/>
                <w:sz w:val="17"/>
              </w:rPr>
              <w:t>31</w:t>
            </w:r>
          </w:p>
        </w:tc>
        <w:tc>
          <w:tcPr>
            <w:tcW w:type="dxa" w:w="1037"/>
          </w:tcPr>
          <w:p>
            <w:r>
              <w:rPr>
                <w:b w:val="0"/>
                <w:sz w:val="17"/>
              </w:rPr>
              <w:t>A</w:t>
            </w:r>
          </w:p>
        </w:tc>
        <w:tc>
          <w:tcPr>
            <w:tcW w:type="dxa" w:w="1037"/>
          </w:tcPr>
          <w:p>
            <w:r>
              <w:rPr>
                <w:b w:val="0"/>
                <w:sz w:val="17"/>
              </w:rPr>
              <w:t>32</w:t>
            </w:r>
          </w:p>
        </w:tc>
        <w:tc>
          <w:tcPr>
            <w:tcW w:type="dxa" w:w="1037"/>
          </w:tcPr>
          <w:p>
            <w:r>
              <w:rPr>
                <w:b w:val="0"/>
                <w:sz w:val="17"/>
              </w:rPr>
              <w:t>B</w:t>
            </w:r>
          </w:p>
        </w:tc>
        <w:tc>
          <w:tcPr>
            <w:tcW w:type="dxa" w:w="1037"/>
          </w:tcPr>
          <w:p>
            <w:r>
              <w:rPr>
                <w:b w:val="0"/>
                <w:sz w:val="17"/>
              </w:rPr>
              <w:t>33</w:t>
            </w:r>
          </w:p>
        </w:tc>
        <w:tc>
          <w:tcPr>
            <w:tcW w:type="dxa" w:w="1037"/>
          </w:tcPr>
          <w:p>
            <w:r>
              <w:rPr>
                <w:b w:val="0"/>
                <w:sz w:val="17"/>
              </w:rPr>
              <w:t>A</w:t>
            </w:r>
          </w:p>
        </w:tc>
        <w:tc>
          <w:tcPr>
            <w:tcW w:type="dxa" w:w="1037"/>
          </w:tcPr>
          <w:p>
            <w:r>
              <w:rPr>
                <w:b w:val="0"/>
                <w:sz w:val="17"/>
              </w:rPr>
              <w:t>34</w:t>
            </w:r>
          </w:p>
        </w:tc>
        <w:tc>
          <w:tcPr>
            <w:tcW w:type="dxa" w:w="1037"/>
          </w:tcPr>
          <w:p>
            <w:r>
              <w:rPr>
                <w:b w:val="0"/>
                <w:sz w:val="17"/>
              </w:rPr>
              <w:t>A</w:t>
            </w:r>
          </w:p>
        </w:tc>
        <w:tc>
          <w:tcPr>
            <w:tcW w:type="dxa" w:w="1037"/>
          </w:tcPr>
          <w:p>
            <w:r>
              <w:rPr>
                <w:b w:val="0"/>
                <w:sz w:val="17"/>
              </w:rPr>
              <w:t>35</w:t>
            </w:r>
          </w:p>
        </w:tc>
        <w:tc>
          <w:tcPr>
            <w:tcW w:type="dxa" w:w="1037"/>
          </w:tcPr>
          <w:p>
            <w:r>
              <w:rPr>
                <w:b w:val="0"/>
                <w:sz w:val="17"/>
              </w:rPr>
              <w:t>A</w:t>
            </w:r>
          </w:p>
        </w:tc>
      </w:tr>
      <w:tr>
        <w:tc>
          <w:tcPr>
            <w:tcW w:type="dxa" w:w="1037"/>
          </w:tcPr>
          <w:p>
            <w:r>
              <w:rPr>
                <w:b w:val="0"/>
                <w:sz w:val="17"/>
              </w:rPr>
              <w:t>36</w:t>
            </w:r>
          </w:p>
        </w:tc>
        <w:tc>
          <w:tcPr>
            <w:tcW w:type="dxa" w:w="1037"/>
          </w:tcPr>
          <w:p>
            <w:r>
              <w:rPr>
                <w:b w:val="0"/>
                <w:sz w:val="17"/>
              </w:rPr>
              <w:t>C</w:t>
            </w:r>
          </w:p>
        </w:tc>
        <w:tc>
          <w:tcPr>
            <w:tcW w:type="dxa" w:w="1037"/>
          </w:tcPr>
          <w:p>
            <w:r>
              <w:rPr>
                <w:b w:val="0"/>
                <w:sz w:val="17"/>
              </w:rPr>
              <w:t>37</w:t>
            </w:r>
          </w:p>
        </w:tc>
        <w:tc>
          <w:tcPr>
            <w:tcW w:type="dxa" w:w="1037"/>
          </w:tcPr>
          <w:p>
            <w:r>
              <w:rPr>
                <w:b w:val="0"/>
                <w:sz w:val="17"/>
              </w:rPr>
              <w:t>A</w:t>
            </w:r>
          </w:p>
        </w:tc>
        <w:tc>
          <w:tcPr>
            <w:tcW w:type="dxa" w:w="1037"/>
          </w:tcPr>
          <w:p>
            <w:r>
              <w:rPr>
                <w:b w:val="0"/>
                <w:sz w:val="17"/>
              </w:rPr>
              <w:t>38</w:t>
            </w:r>
          </w:p>
        </w:tc>
        <w:tc>
          <w:tcPr>
            <w:tcW w:type="dxa" w:w="1037"/>
          </w:tcPr>
          <w:p>
            <w:r>
              <w:rPr>
                <w:b w:val="0"/>
                <w:sz w:val="17"/>
              </w:rPr>
              <w:t>A</w:t>
            </w:r>
          </w:p>
        </w:tc>
        <w:tc>
          <w:tcPr>
            <w:tcW w:type="dxa" w:w="1037"/>
          </w:tcPr>
          <w:p>
            <w:r>
              <w:rPr>
                <w:b w:val="0"/>
                <w:sz w:val="17"/>
              </w:rPr>
              <w:t>39</w:t>
            </w:r>
          </w:p>
        </w:tc>
        <w:tc>
          <w:tcPr>
            <w:tcW w:type="dxa" w:w="1037"/>
          </w:tcPr>
          <w:p>
            <w:r>
              <w:rPr>
                <w:b w:val="0"/>
                <w:sz w:val="17"/>
              </w:rPr>
              <w:t>D</w:t>
            </w:r>
          </w:p>
        </w:tc>
        <w:tc>
          <w:tcPr>
            <w:tcW w:type="dxa" w:w="1037"/>
          </w:tcPr>
          <w:p>
            <w:r>
              <w:rPr>
                <w:b w:val="0"/>
                <w:sz w:val="17"/>
              </w:rPr>
              <w:t>40</w:t>
            </w:r>
          </w:p>
        </w:tc>
        <w:tc>
          <w:tcPr>
            <w:tcW w:type="dxa" w:w="1037"/>
          </w:tcPr>
          <w:p>
            <w:r>
              <w:rPr>
                <w:b w:val="0"/>
                <w:sz w:val="17"/>
              </w:rPr>
              <w:t>A</w:t>
            </w:r>
          </w:p>
        </w:tc>
      </w:tr>
      <w:tr>
        <w:tc>
          <w:tcPr>
            <w:tcW w:type="dxa" w:w="1037"/>
          </w:tcPr>
          <w:p>
            <w:r>
              <w:rPr>
                <w:b w:val="0"/>
                <w:sz w:val="17"/>
              </w:rPr>
              <w:t>41</w:t>
            </w:r>
          </w:p>
        </w:tc>
        <w:tc>
          <w:tcPr>
            <w:tcW w:type="dxa" w:w="1037"/>
          </w:tcPr>
          <w:p>
            <w:r>
              <w:rPr>
                <w:b w:val="0"/>
                <w:sz w:val="17"/>
              </w:rPr>
              <w:t>C</w:t>
            </w:r>
          </w:p>
        </w:tc>
        <w:tc>
          <w:tcPr>
            <w:tcW w:type="dxa" w:w="1037"/>
          </w:tcPr>
          <w:p>
            <w:r>
              <w:rPr>
                <w:b w:val="0"/>
                <w:sz w:val="17"/>
              </w:rPr>
              <w:t>42</w:t>
            </w:r>
          </w:p>
        </w:tc>
        <w:tc>
          <w:tcPr>
            <w:tcW w:type="dxa" w:w="1037"/>
          </w:tcPr>
          <w:p>
            <w:r>
              <w:rPr>
                <w:b w:val="0"/>
                <w:sz w:val="17"/>
              </w:rPr>
              <w:t>C</w:t>
            </w:r>
          </w:p>
        </w:tc>
        <w:tc>
          <w:tcPr>
            <w:tcW w:type="dxa" w:w="1037"/>
          </w:tcPr>
          <w:p>
            <w:r>
              <w:rPr>
                <w:b w:val="0"/>
                <w:sz w:val="17"/>
              </w:rPr>
              <w:t>43</w:t>
            </w:r>
          </w:p>
        </w:tc>
        <w:tc>
          <w:tcPr>
            <w:tcW w:type="dxa" w:w="1037"/>
          </w:tcPr>
          <w:p>
            <w:r>
              <w:rPr>
                <w:b w:val="0"/>
                <w:sz w:val="17"/>
              </w:rPr>
              <w:t>C</w:t>
            </w:r>
          </w:p>
        </w:tc>
        <w:tc>
          <w:tcPr>
            <w:tcW w:type="dxa" w:w="1037"/>
          </w:tcPr>
          <w:p>
            <w:r>
              <w:rPr>
                <w:b w:val="0"/>
                <w:sz w:val="17"/>
              </w:rPr>
              <w:t>44</w:t>
            </w:r>
          </w:p>
        </w:tc>
        <w:tc>
          <w:tcPr>
            <w:tcW w:type="dxa" w:w="1037"/>
          </w:tcPr>
          <w:p>
            <w:r>
              <w:rPr>
                <w:b w:val="0"/>
                <w:sz w:val="17"/>
              </w:rPr>
              <w:t>A</w:t>
            </w:r>
          </w:p>
        </w:tc>
        <w:tc>
          <w:tcPr>
            <w:tcW w:type="dxa" w:w="1037"/>
          </w:tcPr>
          <w:p>
            <w:r>
              <w:rPr>
                <w:b w:val="0"/>
                <w:sz w:val="17"/>
              </w:rPr>
              <w:t>45</w:t>
            </w:r>
          </w:p>
        </w:tc>
        <w:tc>
          <w:tcPr>
            <w:tcW w:type="dxa" w:w="1037"/>
          </w:tcPr>
          <w:p>
            <w:r>
              <w:rPr>
                <w:b w:val="0"/>
                <w:sz w:val="17"/>
              </w:rPr>
              <w:t>A</w:t>
            </w:r>
          </w:p>
        </w:tc>
      </w:tr>
      <w:tr>
        <w:tc>
          <w:tcPr>
            <w:tcW w:type="dxa" w:w="1037"/>
          </w:tcPr>
          <w:p>
            <w:r>
              <w:rPr>
                <w:b w:val="0"/>
                <w:sz w:val="17"/>
              </w:rPr>
              <w:t>46</w:t>
            </w:r>
          </w:p>
        </w:tc>
        <w:tc>
          <w:tcPr>
            <w:tcW w:type="dxa" w:w="1037"/>
          </w:tcPr>
          <w:p>
            <w:r>
              <w:rPr>
                <w:b w:val="0"/>
                <w:sz w:val="17"/>
              </w:rPr>
              <w:t>A</w:t>
            </w:r>
          </w:p>
        </w:tc>
        <w:tc>
          <w:tcPr>
            <w:tcW w:type="dxa" w:w="1037"/>
          </w:tcPr>
          <w:p>
            <w:r>
              <w:rPr>
                <w:b w:val="0"/>
                <w:sz w:val="17"/>
              </w:rPr>
              <w:t>47</w:t>
            </w:r>
          </w:p>
        </w:tc>
        <w:tc>
          <w:tcPr>
            <w:tcW w:type="dxa" w:w="1037"/>
          </w:tcPr>
          <w:p>
            <w:r>
              <w:rPr>
                <w:b w:val="0"/>
                <w:sz w:val="17"/>
              </w:rPr>
              <w:t>C</w:t>
            </w:r>
          </w:p>
        </w:tc>
        <w:tc>
          <w:tcPr>
            <w:tcW w:type="dxa" w:w="1037"/>
          </w:tcPr>
          <w:p>
            <w:r>
              <w:rPr>
                <w:b w:val="0"/>
                <w:sz w:val="17"/>
              </w:rPr>
              <w:t>48</w:t>
            </w:r>
          </w:p>
        </w:tc>
        <w:tc>
          <w:tcPr>
            <w:tcW w:type="dxa" w:w="1037"/>
          </w:tcPr>
          <w:p>
            <w:r>
              <w:rPr>
                <w:b w:val="0"/>
                <w:sz w:val="17"/>
              </w:rPr>
              <w:t>C</w:t>
            </w:r>
          </w:p>
        </w:tc>
        <w:tc>
          <w:tcPr>
            <w:tcW w:type="dxa" w:w="1037"/>
          </w:tcPr>
          <w:p>
            <w:r>
              <w:rPr>
                <w:b w:val="0"/>
                <w:sz w:val="17"/>
              </w:rPr>
              <w:t>49</w:t>
            </w:r>
          </w:p>
        </w:tc>
        <w:tc>
          <w:tcPr>
            <w:tcW w:type="dxa" w:w="1037"/>
          </w:tcPr>
          <w:p>
            <w:r>
              <w:rPr>
                <w:b w:val="0"/>
                <w:sz w:val="17"/>
              </w:rPr>
              <w:t>B</w:t>
            </w:r>
          </w:p>
        </w:tc>
        <w:tc>
          <w:tcPr>
            <w:tcW w:type="dxa" w:w="1037"/>
          </w:tcPr>
          <w:p>
            <w:r>
              <w:rPr>
                <w:b w:val="0"/>
                <w:sz w:val="17"/>
              </w:rPr>
              <w:t>50</w:t>
            </w:r>
          </w:p>
        </w:tc>
        <w:tc>
          <w:tcPr>
            <w:tcW w:type="dxa" w:w="1037"/>
          </w:tcPr>
          <w:p>
            <w:r>
              <w:rPr>
                <w:b w:val="0"/>
                <w:sz w:val="17"/>
              </w:rPr>
              <w:t>D</w:t>
            </w:r>
          </w:p>
        </w:tc>
      </w:tr>
    </w:tbl>
    <w:p>
      <w:pPr>
        <w:spacing w:before="120" w:after="60"/>
      </w:pPr>
      <w:r>
        <w:rPr>
          <w:b/>
          <w:sz w:val="24"/>
        </w:rPr>
        <w:t>UCHAMBUZI WA MUUNDO NA USAHIHISHAJI</w:t>
      </w:r>
    </w:p>
    <w:p>
      <w:pPr>
        <w:spacing w:after="20"/>
      </w:pPr>
      <w:r>
        <w:rPr>
          <w:sz w:val="18"/>
        </w:rPr>
        <w:t>1. B — Lugha huwasilisha mawazo na hisia.</w:t>
      </w:r>
    </w:p>
    <w:p>
      <w:pPr>
        <w:spacing w:after="20"/>
      </w:pPr>
      <w:r>
        <w:rPr>
          <w:sz w:val="18"/>
        </w:rPr>
        <w:t>2. A — Lugha husaidia kuhifadhi mawasiliano na utamaduni.</w:t>
      </w:r>
    </w:p>
    <w:p>
      <w:pPr>
        <w:spacing w:after="20"/>
      </w:pPr>
      <w:r>
        <w:rPr>
          <w:sz w:val="18"/>
        </w:rPr>
        <w:t>3. A — Chaguo A lina dhima zilizotajwa katika kifungu.</w:t>
      </w:r>
    </w:p>
    <w:p>
      <w:pPr>
        <w:spacing w:after="20"/>
      </w:pPr>
      <w:r>
        <w:rPr>
          <w:sz w:val="18"/>
        </w:rPr>
        <w:t>4. A — Desturi ni mila au tabia za jamii.</w:t>
      </w:r>
    </w:p>
    <w:p>
      <w:pPr>
        <w:spacing w:after="20"/>
      </w:pPr>
      <w:r>
        <w:rPr>
          <w:sz w:val="18"/>
        </w:rPr>
        <w:t>5. B — Kusoma na kutumia lugha kwa usahihi husaidia kujifunza.</w:t>
      </w:r>
    </w:p>
    <w:p>
      <w:pPr>
        <w:spacing w:after="20"/>
      </w:pPr>
      <w:r>
        <w:rPr>
          <w:sz w:val="18"/>
        </w:rPr>
        <w:t>6. A — Kifungu kinaeleza dhima za lugha, hivyo ni maelezo.</w:t>
      </w:r>
    </w:p>
    <w:p>
      <w:pPr>
        <w:spacing w:after="20"/>
      </w:pPr>
      <w:r>
        <w:rPr>
          <w:sz w:val="18"/>
        </w:rPr>
        <w:t>7. B — Kitabu cha Amani kilikuwa kimepotea.</w:t>
      </w:r>
    </w:p>
    <w:p>
      <w:pPr>
        <w:spacing w:after="20"/>
      </w:pPr>
      <w:r>
        <w:rPr>
          <w:sz w:val="18"/>
        </w:rPr>
        <w:t>8. B — Maeneo matatu yametajwa: darasani, maktabani na uwanjani.</w:t>
      </w:r>
    </w:p>
    <w:p>
      <w:pPr>
        <w:spacing w:after="20"/>
      </w:pPr>
      <w:r>
        <w:rPr>
          <w:sz w:val="18"/>
        </w:rPr>
        <w:t>9. A — Kitabu kilipatikana chini ya meza ya mwalimu.</w:t>
      </w:r>
    </w:p>
    <w:p>
      <w:pPr>
        <w:spacing w:after="20"/>
      </w:pPr>
      <w:r>
        <w:rPr>
          <w:sz w:val="18"/>
        </w:rPr>
        <w:t>10. B — Kisa kinaonyesha kusaidiana na uwajibikaji.</w:t>
      </w:r>
    </w:p>
    <w:p>
      <w:pPr>
        <w:spacing w:after="20"/>
      </w:pPr>
      <w:r>
        <w:rPr>
          <w:sz w:val="18"/>
        </w:rPr>
        <w:t>11. B — Uangalifu ni umakini.</w:t>
      </w:r>
    </w:p>
    <w:p>
      <w:pPr>
        <w:spacing w:after="20"/>
      </w:pPr>
      <w:r>
        <w:rPr>
          <w:sz w:val="18"/>
        </w:rPr>
        <w:t>12. B — Amani alimshukuru Juma.</w:t>
      </w:r>
    </w:p>
    <w:p>
      <w:pPr>
        <w:spacing w:after="20"/>
      </w:pPr>
      <w:r>
        <w:rPr>
          <w:sz w:val="18"/>
        </w:rPr>
        <w:t>13. A — Mifugo huwapatia watu bidhaa kama maziwa, nyama na mayai.</w:t>
      </w:r>
    </w:p>
    <w:p>
      <w:pPr>
        <w:spacing w:after="20"/>
      </w:pPr>
      <w:r>
        <w:rPr>
          <w:sz w:val="18"/>
        </w:rPr>
        <w:t>14. A — Ushauri wa wataalamu husaidia kuzuia magonjwa na kuongeza uzalishaji.</w:t>
      </w:r>
    </w:p>
    <w:p>
      <w:pPr>
        <w:spacing w:after="20"/>
      </w:pPr>
      <w:r>
        <w:rPr>
          <w:sz w:val="18"/>
        </w:rPr>
        <w:t>15. B — Kifungu kinataja maziwa na nyama kama bidhaa za mifugo.</w:t>
      </w:r>
    </w:p>
    <w:p>
      <w:pPr>
        <w:spacing w:after="20"/>
      </w:pPr>
      <w:r>
        <w:rPr>
          <w:sz w:val="18"/>
        </w:rPr>
        <w:t>16. A — Uzalishaji ni kiasi cha bidhaa kinachopatikana.</w:t>
      </w:r>
    </w:p>
    <w:p>
      <w:pPr>
        <w:spacing w:after="20"/>
      </w:pPr>
      <w:r>
        <w:rPr>
          <w:sz w:val="18"/>
        </w:rPr>
        <w:t>17. B — Ushauri wa wataalamu wa mifugo unaweza kusaidia kuzuia magonjwa.</w:t>
      </w:r>
    </w:p>
    <w:p>
      <w:pPr>
        <w:spacing w:after="20"/>
      </w:pPr>
      <w:r>
        <w:rPr>
          <w:sz w:val="18"/>
        </w:rPr>
        <w:t>18. B — Baraka ina mbuzi 14, wengi kuliko mashamba mengine.</w:t>
      </w:r>
    </w:p>
    <w:p>
      <w:pPr>
        <w:spacing w:after="20"/>
      </w:pPr>
      <w:r>
        <w:rPr>
          <w:sz w:val="18"/>
        </w:rPr>
        <w:t>19. A — Ng'ombe yupo katika mashamba yote manne.</w:t>
      </w:r>
    </w:p>
    <w:p>
      <w:pPr>
        <w:spacing w:after="20"/>
      </w:pPr>
      <w:r>
        <w:rPr>
          <w:sz w:val="18"/>
        </w:rPr>
        <w:t>20. D — Dunia ina jumla ya wanyama 32, ndogo kuliko jumla za mengine.</w:t>
      </w:r>
    </w:p>
    <w:p>
      <w:pPr>
        <w:spacing w:after="20"/>
      </w:pPr>
      <w:r>
        <w:rPr>
          <w:sz w:val="18"/>
        </w:rPr>
        <w:t>21. A — Salamu ya asubuhi inajibiwa kwa salamu ya asubuhi.</w:t>
      </w:r>
    </w:p>
    <w:p>
      <w:pPr>
        <w:spacing w:after="20"/>
      </w:pPr>
      <w:r>
        <w:rPr>
          <w:sz w:val="18"/>
        </w:rPr>
        <w:t>22. A — Jibu la moja kwa moja ni kwamba kazi imekamilishwa.</w:t>
      </w:r>
    </w:p>
    <w:p>
      <w:pPr>
        <w:spacing w:after="20"/>
      </w:pPr>
      <w:r>
        <w:rPr>
          <w:sz w:val="18"/>
        </w:rPr>
        <w:t>23. A — Sawa, mwalimu ni jibu linalofaa kwa ombi la heshima.</w:t>
      </w:r>
    </w:p>
    <w:p>
      <w:pPr>
        <w:spacing w:after="20"/>
      </w:pPr>
      <w:r>
        <w:rPr>
          <w:sz w:val="18"/>
        </w:rPr>
        <w:t>24. B — Sawa, nitakusaidia linaonyesha utayari wa kusaidia.</w:t>
      </w:r>
    </w:p>
    <w:p>
      <w:pPr>
        <w:spacing w:after="20"/>
      </w:pPr>
      <w:r>
        <w:rPr>
          <w:sz w:val="18"/>
        </w:rPr>
        <w:t>25. A — Asante, mwalimu linafaa baada ya pongezi.</w:t>
      </w:r>
    </w:p>
    <w:p>
      <w:pPr>
        <w:spacing w:after="20"/>
      </w:pPr>
      <w:r>
        <w:rPr>
          <w:sz w:val="18"/>
        </w:rPr>
        <w:t>26. A — Alitumia wakati uliopita: kila mwanafunzi alichukua.</w:t>
      </w:r>
    </w:p>
    <w:p>
      <w:pPr>
        <w:spacing w:after="20"/>
      </w:pPr>
      <w:r>
        <w:rPr>
          <w:sz w:val="18"/>
        </w:rPr>
        <w:t>27. B — Karibu na uzio ni muundo sahihi wa mahali.</w:t>
      </w:r>
    </w:p>
    <w:p>
      <w:pPr>
        <w:spacing w:after="20"/>
      </w:pPr>
      <w:r>
        <w:rPr>
          <w:sz w:val="18"/>
        </w:rPr>
        <w:t>28. A — Maji kwa miche ni matumizi sahihi ya kihusishi katika muktadha huu.</w:t>
      </w:r>
    </w:p>
    <w:p>
      <w:pPr>
        <w:spacing w:after="20"/>
      </w:pPr>
      <w:r>
        <w:rPr>
          <w:sz w:val="18"/>
        </w:rPr>
        <w:t>29. A — Miti ni muhimu ndiyo muundo sahihi.</w:t>
      </w:r>
    </w:p>
    <w:p>
      <w:pPr>
        <w:spacing w:after="20"/>
      </w:pPr>
      <w:r>
        <w:rPr>
          <w:sz w:val="18"/>
        </w:rPr>
        <w:t>30. D — Miti ndiyo inayosaidia kupunguza mmomonyoko.</w:t>
      </w:r>
    </w:p>
    <w:p>
      <w:pPr>
        <w:spacing w:after="20"/>
      </w:pPr>
      <w:r>
        <w:rPr>
          <w:sz w:val="18"/>
        </w:rPr>
        <w:t>31. A — Wanafunzi walisema inaendana na wingi na wakati uliopita.</w:t>
      </w:r>
    </w:p>
    <w:p>
      <w:pPr>
        <w:spacing w:after="20"/>
      </w:pPr>
      <w:r>
        <w:rPr>
          <w:sz w:val="18"/>
        </w:rPr>
        <w:t>32. B — Hadi ikue ndiyo muundo unaoonyesha mti ukifikia ukuaji.</w:t>
      </w:r>
    </w:p>
    <w:p>
      <w:pPr>
        <w:spacing w:after="20"/>
      </w:pPr>
      <w:r>
        <w:rPr>
          <w:sz w:val="18"/>
        </w:rPr>
        <w:t>33. A — Baadhi ya miche ndiyo muundo sahihi.</w:t>
      </w:r>
    </w:p>
    <w:p>
      <w:pPr>
        <w:spacing w:after="20"/>
      </w:pPr>
      <w:r>
        <w:rPr>
          <w:sz w:val="18"/>
        </w:rPr>
        <w:t>34. A — Iliendelea kukua ni muundo sahihi.</w:t>
      </w:r>
    </w:p>
    <w:p>
      <w:pPr>
        <w:spacing w:after="20"/>
      </w:pPr>
      <w:r>
        <w:rPr>
          <w:sz w:val="18"/>
        </w:rPr>
        <w:t>35. A — Kwa bidii yao ndiyo kirai sahihi.</w:t>
      </w:r>
    </w:p>
    <w:p>
      <w:pPr>
        <w:spacing w:after="20"/>
      </w:pPr>
      <w:r>
        <w:rPr>
          <w:sz w:val="18"/>
        </w:rPr>
        <w:t>36. C — Meza iko katika ngeli tofauti na kitabu, kiti na kikapu.</w:t>
      </w:r>
    </w:p>
    <w:p>
      <w:pPr>
        <w:spacing w:after="20"/>
      </w:pPr>
      <w:r>
        <w:rPr>
          <w:sz w:val="18"/>
        </w:rPr>
        <w:t>37. A — Wa- ni kiambishi cha ngeli ya watoto.</w:t>
      </w:r>
    </w:p>
    <w:p>
      <w:pPr>
        <w:spacing w:after="20"/>
      </w:pPr>
      <w:r>
        <w:rPr>
          <w:sz w:val="18"/>
        </w:rPr>
        <w:t>38. A — Moyo wake ni jiwe ni sitiari.</w:t>
      </w:r>
    </w:p>
    <w:p>
      <w:pPr>
        <w:spacing w:after="20"/>
      </w:pPr>
      <w:r>
        <w:rPr>
          <w:sz w:val="18"/>
        </w:rPr>
        <w:t>39. D — Hoja ni nomino.</w:t>
      </w:r>
    </w:p>
    <w:p>
      <w:pPr>
        <w:spacing w:after="20"/>
      </w:pPr>
      <w:r>
        <w:rPr>
          <w:sz w:val="18"/>
        </w:rPr>
        <w:t>40. A — Mwoga ni kinyume cha jasiri.</w:t>
      </w:r>
    </w:p>
    <w:p>
      <w:pPr>
        <w:spacing w:after="20"/>
      </w:pPr>
      <w:r>
        <w:rPr>
          <w:sz w:val="18"/>
        </w:rPr>
        <w:t>41. C — Hakuenda sokoni ni kanusho sahihi la wakati uliopita.</w:t>
      </w:r>
    </w:p>
    <w:p>
      <w:pPr>
        <w:spacing w:after="20"/>
      </w:pPr>
      <w:r>
        <w:rPr>
          <w:sz w:val="18"/>
        </w:rPr>
        <w:t>42. C — Mtoto alisoma kitabu ni kauli ya kutenda.</w:t>
      </w:r>
    </w:p>
    <w:p>
      <w:pPr>
        <w:spacing w:after="20"/>
      </w:pPr>
      <w:r>
        <w:rPr>
          <w:sz w:val="18"/>
        </w:rPr>
        <w:t>43. C — Madaktari waligundua tiba ya ugonjwa ndiyo muundo tofauti.</w:t>
      </w:r>
    </w:p>
    <w:p>
      <w:pPr>
        <w:spacing w:after="20"/>
      </w:pPr>
      <w:r>
        <w:rPr>
          <w:sz w:val="18"/>
        </w:rPr>
        <w:t>44. A — Kisahani na kigoma ni maumbo ya udogo.</w:t>
      </w:r>
    </w:p>
    <w:p>
      <w:pPr>
        <w:spacing w:after="20"/>
      </w:pPr>
      <w:r>
        <w:rPr>
          <w:sz w:val="18"/>
        </w:rPr>
        <w:t>45. A — Katika usemi wa taarifa, leo hubadilika kuwa siku hiyo na wakati wa kitenzi hubadilika.</w:t>
      </w:r>
    </w:p>
    <w:p>
      <w:pPr>
        <w:spacing w:after="20"/>
      </w:pPr>
      <w:r>
        <w:rPr>
          <w:sz w:val="18"/>
        </w:rPr>
        <w:t>46. A — Kubwa ni kivumishi kinachoeleza nyumba.</w:t>
      </w:r>
    </w:p>
    <w:p>
      <w:pPr>
        <w:spacing w:after="20"/>
      </w:pPr>
      <w:r>
        <w:rPr>
          <w:sz w:val="18"/>
        </w:rPr>
        <w:t>47. C — Ala! ni kihisishi.</w:t>
      </w:r>
    </w:p>
    <w:p>
      <w:pPr>
        <w:spacing w:after="20"/>
      </w:pPr>
      <w:r>
        <w:rPr>
          <w:sz w:val="18"/>
        </w:rPr>
        <w:t>48. C — Nyingi ni kivumishi cha idadi.</w:t>
      </w:r>
    </w:p>
    <w:p>
      <w:pPr>
        <w:spacing w:after="20"/>
      </w:pPr>
      <w:r>
        <w:rPr>
          <w:sz w:val="18"/>
        </w:rPr>
        <w:t>49. B — Kiberiti ndicho jibu la kitendawili.</w:t>
      </w:r>
    </w:p>
    <w:p>
      <w:pPr>
        <w:spacing w:after="20"/>
      </w:pPr>
      <w:r>
        <w:rPr>
          <w:sz w:val="18"/>
        </w:rPr>
        <w:t>50. D — Methali inafundisha umuhimu wa kufuata ushauri wa wenye hekima.</w:t>
      </w:r>
    </w:p>
    <w:p>
      <w:pPr>
        <w:spacing w:before="120" w:after="60"/>
      </w:pPr>
      <w:r>
        <w:rPr>
          <w:b/>
          <w:sz w:val="24"/>
        </w:rPr>
        <w:t>VISUAL-ITEM CENSUS</w:t>
      </w:r>
    </w:p>
    <w:p>
      <w:r>
        <w:t>Chanzo kina jedwali la data katika swali la 18, lakini hakina mchoro, ramani, kielelezo au picha inayotumika kama visual stimulus ya swali. Kwa hiyo, visual-item census ni 0. Jedwali la data limehifadhiwa kama jedwali katika karatasi mpya.</w:t>
      </w:r>
    </w:p>
    <w:p>
      <w:pPr>
        <w:spacing w:before="120" w:after="60"/>
      </w:pPr>
      <w:r>
        <w:rPr>
          <w:b/>
          <w:sz w:val="24"/>
        </w:rPr>
        <w:t>MAAGIZO YA USAHIHISHAJI</w:t>
      </w:r>
    </w:p>
    <w:p>
      <w:r>
        <w:t>• Kila swali lina alama 1.</w:t>
      </w:r>
    </w:p>
    <w:p>
      <w:r>
        <w:t>• Jibu moja pekee likubaliwe kwa kila swali.</w:t>
      </w:r>
    </w:p>
    <w:p>
      <w:r>
        <w:t>• Hakuna alama nusu katika sehemu hii ya kuchagua jibu.</w:t>
      </w:r>
    </w:p>
    <w:p>
      <w:r>
        <w:t>• Maswali mapya yameundwa kwa kudumisha aina ya ujuzi unaopimwa na chanzo huku yakitumia miktadha mipya.</w:t>
      </w:r>
    </w:p>
    <w:sectPr w:rsidR="00FC693F" w:rsidRPr="0006063C" w:rsidSect="00034616">
      <w:footerReference w:type="default" r:id="rId9"/>
      <w:headerReference w:type="default" r:id="rId10"/>
      <w:headerReference w:type="first" r:id="rId11"/>
      <w:headerReference w:type="even" r:id="rId12"/>
      <w:footerReference w:type="first" r:id="rId13"/>
      <w:footerReference w:type="even" r:id="rId14"/>
      <w:pgSz w:w="12240" w:h="15840"/>
      <w:pgMar w:top="792" w:right="936" w:bottom="792" w:left="936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sz w:val="16"/>
      </w:rPr>
      <w:t xml:space="preserve">MF-KIS1 | Kiswahili Lugha Gredi ya 7 — Marking Scheme | Ukurasa </w:t>
    </w:r>
    <w:r>
      <w:fldChar w:fldCharType="begin"/>
      <w:instrText xml:space="preserve"> PAGE </w:instrText>
      <w:fldChar w:fldCharType="end"/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/>
</file>

<file path=word/footer3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/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/>
</file>

<file path=word/header2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/>
</file>

<file path=word/header3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/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header" Target="header1.xml"/><Relationship Id="rId11" Type="http://schemas.openxmlformats.org/officeDocument/2006/relationships/header" Target="header2.xml"/><Relationship Id="rId12" Type="http://schemas.openxmlformats.org/officeDocument/2006/relationships/header" Target="header3.xml"/><Relationship Id="rId13" Type="http://schemas.openxmlformats.org/officeDocument/2006/relationships/footer" Target="footer2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