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9175" w14:textId="77777777" w:rsidR="00266EA3" w:rsidRPr="00E07CA3" w:rsidRDefault="00000000">
      <w:pPr>
        <w:jc w:val="center"/>
        <w:rPr>
          <w:rFonts w:ascii="Times New Roman" w:hAnsi="Times New Roman" w:cs="Times New Roman"/>
        </w:rPr>
      </w:pPr>
      <w:r w:rsidRPr="00E07CA3">
        <w:rPr>
          <w:rFonts w:ascii="Times New Roman" w:hAnsi="Times New Roman" w:cs="Times New Roman"/>
          <w:b/>
          <w:sz w:val="26"/>
        </w:rPr>
        <w:t>KENYA JUNIOR SCHOOL EDUCATION ASSESSMENT</w:t>
      </w:r>
    </w:p>
    <w:p w14:paraId="14E3FCFD" w14:textId="77777777" w:rsidR="00266EA3" w:rsidRPr="00E07CA3" w:rsidRDefault="00000000">
      <w:pPr>
        <w:jc w:val="center"/>
        <w:rPr>
          <w:rFonts w:ascii="Times New Roman" w:hAnsi="Times New Roman" w:cs="Times New Roman"/>
        </w:rPr>
      </w:pPr>
      <w:r w:rsidRPr="00E07CA3">
        <w:rPr>
          <w:rFonts w:ascii="Times New Roman" w:hAnsi="Times New Roman" w:cs="Times New Roman"/>
          <w:b/>
          <w:sz w:val="30"/>
        </w:rPr>
        <w:t>GRADE 7 - 2026</w:t>
      </w:r>
    </w:p>
    <w:p w14:paraId="096D3454" w14:textId="77777777" w:rsidR="00266EA3" w:rsidRPr="00E07CA3" w:rsidRDefault="00000000">
      <w:pPr>
        <w:jc w:val="center"/>
        <w:rPr>
          <w:rFonts w:ascii="Times New Roman" w:hAnsi="Times New Roman" w:cs="Times New Roman"/>
        </w:rPr>
      </w:pPr>
      <w:r w:rsidRPr="00E07CA3">
        <w:rPr>
          <w:rFonts w:ascii="Times New Roman" w:hAnsi="Times New Roman" w:cs="Times New Roman"/>
          <w:b/>
          <w:sz w:val="28"/>
        </w:rPr>
        <w:t>ENGLISH PAPER 2</w:t>
      </w:r>
    </w:p>
    <w:p w14:paraId="3D7D39C1" w14:textId="77777777" w:rsidR="00266EA3" w:rsidRPr="00E07CA3" w:rsidRDefault="00000000">
      <w:pPr>
        <w:jc w:val="center"/>
        <w:rPr>
          <w:rFonts w:ascii="Times New Roman" w:hAnsi="Times New Roman" w:cs="Times New Roman"/>
        </w:rPr>
      </w:pPr>
      <w:r w:rsidRPr="00E07CA3">
        <w:rPr>
          <w:rFonts w:ascii="Times New Roman" w:hAnsi="Times New Roman" w:cs="Times New Roman"/>
          <w:b/>
          <w:sz w:val="22"/>
        </w:rPr>
        <w:t>(Composition and Literary Analysis)</w:t>
      </w:r>
    </w:p>
    <w:tbl>
      <w:tblPr>
        <w:tblStyle w:val="TableGrid"/>
        <w:tblW w:w="0" w:type="auto"/>
        <w:jc w:val="center"/>
        <w:tblLook w:val="04A0" w:firstRow="1" w:lastRow="0" w:firstColumn="1" w:lastColumn="0" w:noHBand="0" w:noVBand="1"/>
      </w:tblPr>
      <w:tblGrid>
        <w:gridCol w:w="2556"/>
        <w:gridCol w:w="2556"/>
        <w:gridCol w:w="2556"/>
        <w:gridCol w:w="2556"/>
      </w:tblGrid>
      <w:tr w:rsidR="00266EA3" w:rsidRPr="00E07CA3" w14:paraId="5F63F955" w14:textId="77777777">
        <w:trPr>
          <w:jc w:val="center"/>
        </w:trPr>
        <w:tc>
          <w:tcPr>
            <w:tcW w:w="2556" w:type="dxa"/>
          </w:tcPr>
          <w:p w14:paraId="081D86A5"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Learner's Name</w:t>
            </w:r>
          </w:p>
        </w:tc>
        <w:tc>
          <w:tcPr>
            <w:tcW w:w="2556" w:type="dxa"/>
          </w:tcPr>
          <w:p w14:paraId="6FC32023" w14:textId="77777777" w:rsidR="00266EA3" w:rsidRPr="00E07CA3" w:rsidRDefault="00266EA3">
            <w:pPr>
              <w:rPr>
                <w:rFonts w:ascii="Times New Roman" w:hAnsi="Times New Roman" w:cs="Times New Roman"/>
              </w:rPr>
            </w:pPr>
          </w:p>
        </w:tc>
        <w:tc>
          <w:tcPr>
            <w:tcW w:w="2556" w:type="dxa"/>
          </w:tcPr>
          <w:p w14:paraId="2BB4C166"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Assessment Number</w:t>
            </w:r>
          </w:p>
        </w:tc>
        <w:tc>
          <w:tcPr>
            <w:tcW w:w="2556" w:type="dxa"/>
          </w:tcPr>
          <w:p w14:paraId="506C2212" w14:textId="77777777" w:rsidR="00266EA3" w:rsidRPr="00E07CA3" w:rsidRDefault="00266EA3">
            <w:pPr>
              <w:rPr>
                <w:rFonts w:ascii="Times New Roman" w:hAnsi="Times New Roman" w:cs="Times New Roman"/>
              </w:rPr>
            </w:pPr>
          </w:p>
        </w:tc>
      </w:tr>
      <w:tr w:rsidR="00266EA3" w:rsidRPr="00E07CA3" w14:paraId="4E059822" w14:textId="77777777">
        <w:trPr>
          <w:jc w:val="center"/>
        </w:trPr>
        <w:tc>
          <w:tcPr>
            <w:tcW w:w="2556" w:type="dxa"/>
          </w:tcPr>
          <w:p w14:paraId="19612831"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School Name</w:t>
            </w:r>
          </w:p>
        </w:tc>
        <w:tc>
          <w:tcPr>
            <w:tcW w:w="2556" w:type="dxa"/>
          </w:tcPr>
          <w:p w14:paraId="3F4FB25F" w14:textId="77777777" w:rsidR="00266EA3" w:rsidRPr="00E07CA3" w:rsidRDefault="00266EA3">
            <w:pPr>
              <w:rPr>
                <w:rFonts w:ascii="Times New Roman" w:hAnsi="Times New Roman" w:cs="Times New Roman"/>
              </w:rPr>
            </w:pPr>
          </w:p>
        </w:tc>
        <w:tc>
          <w:tcPr>
            <w:tcW w:w="2556" w:type="dxa"/>
          </w:tcPr>
          <w:p w14:paraId="6F7AC6CB"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School Code</w:t>
            </w:r>
          </w:p>
        </w:tc>
        <w:tc>
          <w:tcPr>
            <w:tcW w:w="2556" w:type="dxa"/>
          </w:tcPr>
          <w:p w14:paraId="5429433F" w14:textId="77777777" w:rsidR="00266EA3" w:rsidRPr="00E07CA3" w:rsidRDefault="00266EA3">
            <w:pPr>
              <w:rPr>
                <w:rFonts w:ascii="Times New Roman" w:hAnsi="Times New Roman" w:cs="Times New Roman"/>
              </w:rPr>
            </w:pPr>
          </w:p>
        </w:tc>
      </w:tr>
      <w:tr w:rsidR="00266EA3" w:rsidRPr="00E07CA3" w14:paraId="2EA1D22D" w14:textId="77777777">
        <w:trPr>
          <w:jc w:val="center"/>
        </w:trPr>
        <w:tc>
          <w:tcPr>
            <w:tcW w:w="2556" w:type="dxa"/>
          </w:tcPr>
          <w:p w14:paraId="47AA3ECC"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Learner's Signature</w:t>
            </w:r>
          </w:p>
        </w:tc>
        <w:tc>
          <w:tcPr>
            <w:tcW w:w="2556" w:type="dxa"/>
          </w:tcPr>
          <w:p w14:paraId="6937E7E8" w14:textId="77777777" w:rsidR="00266EA3" w:rsidRPr="00E07CA3" w:rsidRDefault="00266EA3">
            <w:pPr>
              <w:rPr>
                <w:rFonts w:ascii="Times New Roman" w:hAnsi="Times New Roman" w:cs="Times New Roman"/>
              </w:rPr>
            </w:pPr>
          </w:p>
        </w:tc>
        <w:tc>
          <w:tcPr>
            <w:tcW w:w="2556" w:type="dxa"/>
          </w:tcPr>
          <w:p w14:paraId="20C89A48"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Date</w:t>
            </w:r>
          </w:p>
        </w:tc>
        <w:tc>
          <w:tcPr>
            <w:tcW w:w="2556" w:type="dxa"/>
          </w:tcPr>
          <w:p w14:paraId="4AD37E51" w14:textId="77777777" w:rsidR="00266EA3" w:rsidRPr="00E07CA3" w:rsidRDefault="00266EA3">
            <w:pPr>
              <w:rPr>
                <w:rFonts w:ascii="Times New Roman" w:hAnsi="Times New Roman" w:cs="Times New Roman"/>
              </w:rPr>
            </w:pPr>
          </w:p>
        </w:tc>
      </w:tr>
    </w:tbl>
    <w:p w14:paraId="1108DFA4" w14:textId="77777777" w:rsidR="00266EA3" w:rsidRPr="00E07CA3" w:rsidRDefault="00000000">
      <w:pPr>
        <w:spacing w:before="140" w:after="80"/>
        <w:rPr>
          <w:rFonts w:ascii="Times New Roman" w:hAnsi="Times New Roman" w:cs="Times New Roman"/>
        </w:rPr>
      </w:pPr>
      <w:r w:rsidRPr="00E07CA3">
        <w:rPr>
          <w:rFonts w:ascii="Times New Roman" w:hAnsi="Times New Roman" w:cs="Times New Roman"/>
          <w:b/>
          <w:sz w:val="24"/>
        </w:rPr>
        <w:t>INSTRUCTIONS TO LEARNERS</w:t>
      </w:r>
    </w:p>
    <w:p w14:paraId="1C786182"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1. Write your name and assessment number in the spaces provided.</w:t>
      </w:r>
    </w:p>
    <w:p w14:paraId="51418447"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2. Write the name and code of your school in the spaces provided.</w:t>
      </w:r>
    </w:p>
    <w:p w14:paraId="597C7FA4"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3. Write the date of the assessment and sign in the spaces provided.</w:t>
      </w:r>
    </w:p>
    <w:p w14:paraId="1839AD58"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4. This question paper consists of two sections: A and B.</w:t>
      </w:r>
    </w:p>
    <w:p w14:paraId="77BBB89F"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5. Answer ALL questions in this question paper.</w:t>
      </w:r>
    </w:p>
    <w:p w14:paraId="77A699AE"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6. Write ALL the answers in the spaces provided in this question paper.</w:t>
      </w:r>
    </w:p>
    <w:p w14:paraId="4D629408"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7. Do NOT remove any page from this question paper.</w:t>
      </w:r>
    </w:p>
    <w:p w14:paraId="59D5DF6E" w14:textId="77777777" w:rsidR="00266EA3" w:rsidRPr="00E07CA3" w:rsidRDefault="00000000">
      <w:pPr>
        <w:spacing w:after="40"/>
        <w:rPr>
          <w:rFonts w:ascii="Times New Roman" w:hAnsi="Times New Roman" w:cs="Times New Roman"/>
        </w:rPr>
      </w:pPr>
      <w:r w:rsidRPr="00E07CA3">
        <w:rPr>
          <w:rFonts w:ascii="Times New Roman" w:hAnsi="Times New Roman" w:cs="Times New Roman"/>
          <w:sz w:val="19"/>
        </w:rPr>
        <w:t>8. Answer the questions in English.</w:t>
      </w:r>
    </w:p>
    <w:p w14:paraId="7CE967B5" w14:textId="77777777" w:rsidR="00266EA3" w:rsidRPr="00E07CA3" w:rsidRDefault="00000000">
      <w:pPr>
        <w:spacing w:before="140" w:after="80"/>
        <w:rPr>
          <w:rFonts w:ascii="Times New Roman" w:hAnsi="Times New Roman" w:cs="Times New Roman"/>
        </w:rPr>
      </w:pPr>
      <w:r w:rsidRPr="00E07CA3">
        <w:rPr>
          <w:rFonts w:ascii="Times New Roman" w:hAnsi="Times New Roman" w:cs="Times New Roman"/>
          <w:b/>
          <w:sz w:val="24"/>
        </w:rPr>
        <w:t>FOR OFFICIAL USE ONLY</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266EA3" w:rsidRPr="00E07CA3" w14:paraId="29095A3E" w14:textId="77777777">
        <w:trPr>
          <w:jc w:val="center"/>
        </w:trPr>
        <w:tc>
          <w:tcPr>
            <w:tcW w:w="2045" w:type="dxa"/>
            <w:shd w:val="clear" w:color="auto" w:fill="D9EAF7"/>
          </w:tcPr>
          <w:p w14:paraId="213C8869"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SECTION</w:t>
            </w:r>
          </w:p>
        </w:tc>
        <w:tc>
          <w:tcPr>
            <w:tcW w:w="2045" w:type="dxa"/>
            <w:shd w:val="clear" w:color="auto" w:fill="D9EAF7"/>
          </w:tcPr>
          <w:p w14:paraId="2A49EF26"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A</w:t>
            </w:r>
          </w:p>
        </w:tc>
        <w:tc>
          <w:tcPr>
            <w:tcW w:w="2045" w:type="dxa"/>
            <w:shd w:val="clear" w:color="auto" w:fill="D9EAF7"/>
          </w:tcPr>
          <w:p w14:paraId="716857D3"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B</w:t>
            </w:r>
          </w:p>
        </w:tc>
        <w:tc>
          <w:tcPr>
            <w:tcW w:w="2045" w:type="dxa"/>
            <w:shd w:val="clear" w:color="auto" w:fill="D9EAF7"/>
          </w:tcPr>
          <w:p w14:paraId="4AFE1D62"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B</w:t>
            </w:r>
          </w:p>
        </w:tc>
        <w:tc>
          <w:tcPr>
            <w:tcW w:w="2045" w:type="dxa"/>
            <w:shd w:val="clear" w:color="auto" w:fill="D9EAF7"/>
          </w:tcPr>
          <w:p w14:paraId="11BA0974" w14:textId="77777777" w:rsidR="00266EA3" w:rsidRPr="00E07CA3" w:rsidRDefault="00000000">
            <w:pPr>
              <w:rPr>
                <w:rFonts w:ascii="Times New Roman" w:hAnsi="Times New Roman" w:cs="Times New Roman"/>
              </w:rPr>
            </w:pPr>
            <w:r w:rsidRPr="00E07CA3">
              <w:rPr>
                <w:rFonts w:ascii="Times New Roman" w:hAnsi="Times New Roman" w:cs="Times New Roman"/>
                <w:b/>
                <w:sz w:val="18"/>
              </w:rPr>
              <w:t>B</w:t>
            </w:r>
          </w:p>
        </w:tc>
      </w:tr>
      <w:tr w:rsidR="00266EA3" w:rsidRPr="00E07CA3" w14:paraId="5DC62CFC" w14:textId="77777777">
        <w:trPr>
          <w:jc w:val="center"/>
        </w:trPr>
        <w:tc>
          <w:tcPr>
            <w:tcW w:w="2045" w:type="dxa"/>
          </w:tcPr>
          <w:p w14:paraId="66D7D1B7" w14:textId="77777777" w:rsidR="00266EA3" w:rsidRPr="00E07CA3" w:rsidRDefault="00000000">
            <w:pPr>
              <w:rPr>
                <w:rFonts w:ascii="Times New Roman" w:hAnsi="Times New Roman" w:cs="Times New Roman"/>
              </w:rPr>
            </w:pPr>
            <w:r w:rsidRPr="00E07CA3">
              <w:rPr>
                <w:rFonts w:ascii="Times New Roman" w:hAnsi="Times New Roman" w:cs="Times New Roman"/>
                <w:sz w:val="18"/>
              </w:rPr>
              <w:t>TASK</w:t>
            </w:r>
          </w:p>
        </w:tc>
        <w:tc>
          <w:tcPr>
            <w:tcW w:w="2045" w:type="dxa"/>
          </w:tcPr>
          <w:p w14:paraId="0095477B" w14:textId="77777777" w:rsidR="00266EA3" w:rsidRPr="00E07CA3" w:rsidRDefault="00000000">
            <w:pPr>
              <w:rPr>
                <w:rFonts w:ascii="Times New Roman" w:hAnsi="Times New Roman" w:cs="Times New Roman"/>
              </w:rPr>
            </w:pPr>
            <w:r w:rsidRPr="00E07CA3">
              <w:rPr>
                <w:rFonts w:ascii="Times New Roman" w:hAnsi="Times New Roman" w:cs="Times New Roman"/>
                <w:sz w:val="18"/>
              </w:rPr>
              <w:t>Task 1</w:t>
            </w:r>
            <w:r w:rsidRPr="00E07CA3">
              <w:rPr>
                <w:rFonts w:ascii="Times New Roman" w:hAnsi="Times New Roman" w:cs="Times New Roman"/>
                <w:sz w:val="18"/>
              </w:rPr>
              <w:br/>
              <w:t>Question 1</w:t>
            </w:r>
          </w:p>
        </w:tc>
        <w:tc>
          <w:tcPr>
            <w:tcW w:w="2045" w:type="dxa"/>
          </w:tcPr>
          <w:p w14:paraId="79E3DFAB" w14:textId="77777777" w:rsidR="00266EA3" w:rsidRPr="00E07CA3" w:rsidRDefault="00000000">
            <w:pPr>
              <w:rPr>
                <w:rFonts w:ascii="Times New Roman" w:hAnsi="Times New Roman" w:cs="Times New Roman"/>
              </w:rPr>
            </w:pPr>
            <w:r w:rsidRPr="00E07CA3">
              <w:rPr>
                <w:rFonts w:ascii="Times New Roman" w:hAnsi="Times New Roman" w:cs="Times New Roman"/>
                <w:sz w:val="18"/>
              </w:rPr>
              <w:t>Task 2</w:t>
            </w:r>
            <w:r w:rsidRPr="00E07CA3">
              <w:rPr>
                <w:rFonts w:ascii="Times New Roman" w:hAnsi="Times New Roman" w:cs="Times New Roman"/>
                <w:sz w:val="18"/>
              </w:rPr>
              <w:br/>
              <w:t>Question 2</w:t>
            </w:r>
          </w:p>
        </w:tc>
        <w:tc>
          <w:tcPr>
            <w:tcW w:w="2045" w:type="dxa"/>
          </w:tcPr>
          <w:p w14:paraId="3608A6D9" w14:textId="77777777" w:rsidR="00266EA3" w:rsidRPr="00E07CA3" w:rsidRDefault="00000000">
            <w:pPr>
              <w:rPr>
                <w:rFonts w:ascii="Times New Roman" w:hAnsi="Times New Roman" w:cs="Times New Roman"/>
              </w:rPr>
            </w:pPr>
            <w:r w:rsidRPr="00E07CA3">
              <w:rPr>
                <w:rFonts w:ascii="Times New Roman" w:hAnsi="Times New Roman" w:cs="Times New Roman"/>
                <w:sz w:val="18"/>
              </w:rPr>
              <w:t>Task 3</w:t>
            </w:r>
            <w:r w:rsidRPr="00E07CA3">
              <w:rPr>
                <w:rFonts w:ascii="Times New Roman" w:hAnsi="Times New Roman" w:cs="Times New Roman"/>
                <w:sz w:val="18"/>
              </w:rPr>
              <w:br/>
              <w:t>Question 3</w:t>
            </w:r>
          </w:p>
        </w:tc>
        <w:tc>
          <w:tcPr>
            <w:tcW w:w="2045" w:type="dxa"/>
          </w:tcPr>
          <w:p w14:paraId="04F59E4A" w14:textId="77777777" w:rsidR="00266EA3" w:rsidRPr="00E07CA3" w:rsidRDefault="00000000">
            <w:pPr>
              <w:rPr>
                <w:rFonts w:ascii="Times New Roman" w:hAnsi="Times New Roman" w:cs="Times New Roman"/>
              </w:rPr>
            </w:pPr>
            <w:r w:rsidRPr="00E07CA3">
              <w:rPr>
                <w:rFonts w:ascii="Times New Roman" w:hAnsi="Times New Roman" w:cs="Times New Roman"/>
                <w:sz w:val="18"/>
              </w:rPr>
              <w:t>Task 4</w:t>
            </w:r>
            <w:r w:rsidRPr="00E07CA3">
              <w:rPr>
                <w:rFonts w:ascii="Times New Roman" w:hAnsi="Times New Roman" w:cs="Times New Roman"/>
                <w:sz w:val="18"/>
              </w:rPr>
              <w:br/>
              <w:t>Question 4</w:t>
            </w:r>
          </w:p>
        </w:tc>
      </w:tr>
      <w:tr w:rsidR="00266EA3" w:rsidRPr="00E07CA3" w14:paraId="289EBA48" w14:textId="77777777">
        <w:trPr>
          <w:jc w:val="center"/>
        </w:trPr>
        <w:tc>
          <w:tcPr>
            <w:tcW w:w="2045" w:type="dxa"/>
          </w:tcPr>
          <w:p w14:paraId="16B8B0EB" w14:textId="77777777" w:rsidR="00266EA3" w:rsidRPr="00E07CA3" w:rsidRDefault="00000000">
            <w:pPr>
              <w:rPr>
                <w:rFonts w:ascii="Times New Roman" w:hAnsi="Times New Roman" w:cs="Times New Roman"/>
              </w:rPr>
            </w:pPr>
            <w:r w:rsidRPr="00E07CA3">
              <w:rPr>
                <w:rFonts w:ascii="Times New Roman" w:hAnsi="Times New Roman" w:cs="Times New Roman"/>
                <w:sz w:val="18"/>
              </w:rPr>
              <w:t>MAXIMUM SCORE</w:t>
            </w:r>
          </w:p>
        </w:tc>
        <w:tc>
          <w:tcPr>
            <w:tcW w:w="2045" w:type="dxa"/>
          </w:tcPr>
          <w:p w14:paraId="4667D407" w14:textId="77777777" w:rsidR="00266EA3" w:rsidRPr="00E07CA3" w:rsidRDefault="00000000">
            <w:pPr>
              <w:rPr>
                <w:rFonts w:ascii="Times New Roman" w:hAnsi="Times New Roman" w:cs="Times New Roman"/>
              </w:rPr>
            </w:pPr>
            <w:r w:rsidRPr="00E07CA3">
              <w:rPr>
                <w:rFonts w:ascii="Times New Roman" w:hAnsi="Times New Roman" w:cs="Times New Roman"/>
                <w:sz w:val="18"/>
              </w:rPr>
              <w:t>15</w:t>
            </w:r>
          </w:p>
        </w:tc>
        <w:tc>
          <w:tcPr>
            <w:tcW w:w="2045" w:type="dxa"/>
          </w:tcPr>
          <w:p w14:paraId="183DF446" w14:textId="77777777" w:rsidR="00266EA3" w:rsidRPr="00E07CA3" w:rsidRDefault="00000000">
            <w:pPr>
              <w:rPr>
                <w:rFonts w:ascii="Times New Roman" w:hAnsi="Times New Roman" w:cs="Times New Roman"/>
              </w:rPr>
            </w:pPr>
            <w:r w:rsidRPr="00E07CA3">
              <w:rPr>
                <w:rFonts w:ascii="Times New Roman" w:hAnsi="Times New Roman" w:cs="Times New Roman"/>
                <w:sz w:val="18"/>
              </w:rPr>
              <w:t>11</w:t>
            </w:r>
          </w:p>
        </w:tc>
        <w:tc>
          <w:tcPr>
            <w:tcW w:w="2045" w:type="dxa"/>
          </w:tcPr>
          <w:p w14:paraId="1BD0F234" w14:textId="77777777" w:rsidR="00266EA3" w:rsidRPr="00E07CA3" w:rsidRDefault="00000000">
            <w:pPr>
              <w:rPr>
                <w:rFonts w:ascii="Times New Roman" w:hAnsi="Times New Roman" w:cs="Times New Roman"/>
              </w:rPr>
            </w:pPr>
            <w:r w:rsidRPr="00E07CA3">
              <w:rPr>
                <w:rFonts w:ascii="Times New Roman" w:hAnsi="Times New Roman" w:cs="Times New Roman"/>
                <w:sz w:val="18"/>
              </w:rPr>
              <w:t>13</w:t>
            </w:r>
          </w:p>
        </w:tc>
        <w:tc>
          <w:tcPr>
            <w:tcW w:w="2045" w:type="dxa"/>
          </w:tcPr>
          <w:p w14:paraId="39E88763" w14:textId="77777777" w:rsidR="00266EA3" w:rsidRPr="00E07CA3" w:rsidRDefault="00000000">
            <w:pPr>
              <w:rPr>
                <w:rFonts w:ascii="Times New Roman" w:hAnsi="Times New Roman" w:cs="Times New Roman"/>
              </w:rPr>
            </w:pPr>
            <w:r w:rsidRPr="00E07CA3">
              <w:rPr>
                <w:rFonts w:ascii="Times New Roman" w:hAnsi="Times New Roman" w:cs="Times New Roman"/>
                <w:sz w:val="18"/>
              </w:rPr>
              <w:t>11</w:t>
            </w:r>
          </w:p>
        </w:tc>
      </w:tr>
      <w:tr w:rsidR="00266EA3" w:rsidRPr="00E07CA3" w14:paraId="792805AF" w14:textId="77777777">
        <w:trPr>
          <w:jc w:val="center"/>
        </w:trPr>
        <w:tc>
          <w:tcPr>
            <w:tcW w:w="2045" w:type="dxa"/>
          </w:tcPr>
          <w:p w14:paraId="6C5D2369" w14:textId="77777777" w:rsidR="00266EA3" w:rsidRPr="00E07CA3" w:rsidRDefault="00000000">
            <w:pPr>
              <w:rPr>
                <w:rFonts w:ascii="Times New Roman" w:hAnsi="Times New Roman" w:cs="Times New Roman"/>
              </w:rPr>
            </w:pPr>
            <w:r w:rsidRPr="00E07CA3">
              <w:rPr>
                <w:rFonts w:ascii="Times New Roman" w:hAnsi="Times New Roman" w:cs="Times New Roman"/>
                <w:sz w:val="18"/>
              </w:rPr>
              <w:t>LEARNER'S SCORE</w:t>
            </w:r>
          </w:p>
        </w:tc>
        <w:tc>
          <w:tcPr>
            <w:tcW w:w="2045" w:type="dxa"/>
          </w:tcPr>
          <w:p w14:paraId="4C246962" w14:textId="77777777" w:rsidR="00266EA3" w:rsidRPr="00E07CA3" w:rsidRDefault="00266EA3">
            <w:pPr>
              <w:rPr>
                <w:rFonts w:ascii="Times New Roman" w:hAnsi="Times New Roman" w:cs="Times New Roman"/>
              </w:rPr>
            </w:pPr>
          </w:p>
        </w:tc>
        <w:tc>
          <w:tcPr>
            <w:tcW w:w="2045" w:type="dxa"/>
          </w:tcPr>
          <w:p w14:paraId="2BEBA05B" w14:textId="77777777" w:rsidR="00266EA3" w:rsidRPr="00E07CA3" w:rsidRDefault="00266EA3">
            <w:pPr>
              <w:rPr>
                <w:rFonts w:ascii="Times New Roman" w:hAnsi="Times New Roman" w:cs="Times New Roman"/>
              </w:rPr>
            </w:pPr>
          </w:p>
        </w:tc>
        <w:tc>
          <w:tcPr>
            <w:tcW w:w="2045" w:type="dxa"/>
          </w:tcPr>
          <w:p w14:paraId="09738F0A" w14:textId="77777777" w:rsidR="00266EA3" w:rsidRPr="00E07CA3" w:rsidRDefault="00266EA3">
            <w:pPr>
              <w:rPr>
                <w:rFonts w:ascii="Times New Roman" w:hAnsi="Times New Roman" w:cs="Times New Roman"/>
              </w:rPr>
            </w:pPr>
          </w:p>
        </w:tc>
        <w:tc>
          <w:tcPr>
            <w:tcW w:w="2045" w:type="dxa"/>
          </w:tcPr>
          <w:p w14:paraId="31432D27" w14:textId="77777777" w:rsidR="00266EA3" w:rsidRPr="00E07CA3" w:rsidRDefault="00266EA3">
            <w:pPr>
              <w:rPr>
                <w:rFonts w:ascii="Times New Roman" w:hAnsi="Times New Roman" w:cs="Times New Roman"/>
              </w:rPr>
            </w:pPr>
          </w:p>
        </w:tc>
      </w:tr>
    </w:tbl>
    <w:p w14:paraId="0F6F0695" w14:textId="77777777" w:rsidR="00266EA3" w:rsidRPr="00E07CA3" w:rsidRDefault="00000000">
      <w:pPr>
        <w:jc w:val="right"/>
        <w:rPr>
          <w:rFonts w:ascii="Times New Roman" w:hAnsi="Times New Roman" w:cs="Times New Roman"/>
        </w:rPr>
      </w:pPr>
      <w:r w:rsidRPr="00E07CA3">
        <w:rPr>
          <w:rFonts w:ascii="Times New Roman" w:hAnsi="Times New Roman" w:cs="Times New Roman"/>
          <w:b/>
        </w:rPr>
        <w:t>TOTAL: 50 MARKS</w:t>
      </w:r>
    </w:p>
    <w:p w14:paraId="315C4D49" w14:textId="77777777" w:rsidR="00266EA3" w:rsidRPr="00E07CA3" w:rsidRDefault="00000000">
      <w:pPr>
        <w:spacing w:before="140" w:after="80"/>
        <w:rPr>
          <w:rFonts w:ascii="Times New Roman" w:hAnsi="Times New Roman" w:cs="Times New Roman"/>
        </w:rPr>
      </w:pPr>
      <w:r w:rsidRPr="00E07CA3">
        <w:rPr>
          <w:rFonts w:ascii="Times New Roman" w:hAnsi="Times New Roman" w:cs="Times New Roman"/>
          <w:b/>
          <w:sz w:val="24"/>
        </w:rPr>
        <w:t>SECTION A: COMPOSITION  (15 marks)</w:t>
      </w:r>
    </w:p>
    <w:p w14:paraId="3D0DA41D" w14:textId="77777777" w:rsidR="00266EA3" w:rsidRPr="00E07CA3" w:rsidRDefault="00000000">
      <w:pPr>
        <w:rPr>
          <w:rFonts w:ascii="Times New Roman" w:hAnsi="Times New Roman" w:cs="Times New Roman"/>
        </w:rPr>
      </w:pPr>
      <w:r w:rsidRPr="00E07CA3">
        <w:rPr>
          <w:rFonts w:ascii="Times New Roman" w:hAnsi="Times New Roman" w:cs="Times New Roman"/>
          <w:b/>
        </w:rPr>
        <w:t>TASK 1: COMPOSITION</w:t>
      </w:r>
    </w:p>
    <w:p w14:paraId="4F5DC806" w14:textId="77777777" w:rsidR="00266EA3" w:rsidRPr="00E07CA3" w:rsidRDefault="00000000">
      <w:pPr>
        <w:rPr>
          <w:rFonts w:ascii="Times New Roman" w:hAnsi="Times New Roman" w:cs="Times New Roman"/>
        </w:rPr>
      </w:pPr>
      <w:r w:rsidRPr="00E07CA3">
        <w:rPr>
          <w:rFonts w:ascii="Times New Roman" w:hAnsi="Times New Roman" w:cs="Times New Roman"/>
        </w:rPr>
        <w:t>Write your composition in the spaces provided.</w:t>
      </w:r>
    </w:p>
    <w:p w14:paraId="5BCF5FB3" w14:textId="77777777" w:rsidR="00266EA3" w:rsidRPr="00E07CA3" w:rsidRDefault="00000000">
      <w:pPr>
        <w:jc w:val="center"/>
        <w:rPr>
          <w:rFonts w:ascii="Times New Roman" w:hAnsi="Times New Roman" w:cs="Times New Roman"/>
        </w:rPr>
      </w:pPr>
      <w:r w:rsidRPr="00E07CA3">
        <w:rPr>
          <w:rFonts w:ascii="Times New Roman" w:hAnsi="Times New Roman" w:cs="Times New Roman"/>
          <w:b/>
          <w:sz w:val="22"/>
        </w:rPr>
        <w:t>Write a speech on the importance of keeping the school environment clean.</w:t>
      </w:r>
    </w:p>
    <w:p w14:paraId="3D9747D8"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FABFFEF"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4866531"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2E4DBE6"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0D4CAE4"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E78597B"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A0D968E"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6559B60"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D36B140"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63ADC5C"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B2495DC"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595C3A2"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D7EE5DC"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844F1C0"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7FB41DF"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lastRenderedPageBreak/>
        <w:t>________________________________________________________________________________</w:t>
      </w:r>
    </w:p>
    <w:p w14:paraId="4D1AC9E0"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7BF6341"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44F7607"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76FB3FA"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3583199"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97381C3"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F46051C" w14:textId="77777777" w:rsidR="00266EA3" w:rsidRPr="00E07CA3" w:rsidRDefault="00000000" w:rsidP="00E07CA3">
      <w:pPr>
        <w:spacing w:after="20"/>
        <w:jc w:val="center"/>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C3ED2E4" w14:textId="77777777" w:rsidR="00266EA3" w:rsidRPr="00E07CA3" w:rsidRDefault="00000000">
      <w:pPr>
        <w:spacing w:before="140" w:after="80"/>
        <w:rPr>
          <w:rFonts w:ascii="Times New Roman" w:hAnsi="Times New Roman" w:cs="Times New Roman"/>
        </w:rPr>
      </w:pPr>
      <w:r w:rsidRPr="00E07CA3">
        <w:rPr>
          <w:rFonts w:ascii="Times New Roman" w:hAnsi="Times New Roman" w:cs="Times New Roman"/>
          <w:b/>
          <w:sz w:val="24"/>
        </w:rPr>
        <w:t>SECTION B: LITERARY ANALYSIS  (35 marks)</w:t>
      </w:r>
    </w:p>
    <w:p w14:paraId="112D7F39" w14:textId="77777777" w:rsidR="00266EA3" w:rsidRPr="00E07CA3" w:rsidRDefault="00000000">
      <w:pPr>
        <w:rPr>
          <w:rFonts w:ascii="Times New Roman" w:hAnsi="Times New Roman" w:cs="Times New Roman"/>
        </w:rPr>
      </w:pPr>
      <w:r w:rsidRPr="00E07CA3">
        <w:rPr>
          <w:rFonts w:ascii="Times New Roman" w:hAnsi="Times New Roman" w:cs="Times New Roman"/>
          <w:b/>
        </w:rPr>
        <w:t>TASK 2: ORAL LITERATURE  (11 marks)</w:t>
      </w:r>
    </w:p>
    <w:p w14:paraId="19767411" w14:textId="77777777" w:rsidR="00266EA3" w:rsidRPr="00E07CA3" w:rsidRDefault="00000000">
      <w:pPr>
        <w:rPr>
          <w:rFonts w:ascii="Times New Roman" w:hAnsi="Times New Roman" w:cs="Times New Roman"/>
        </w:rPr>
      </w:pPr>
      <w:r w:rsidRPr="00E07CA3">
        <w:rPr>
          <w:rFonts w:ascii="Times New Roman" w:hAnsi="Times New Roman" w:cs="Times New Roman"/>
          <w:i/>
        </w:rPr>
        <w:t>Read the story below and then answer the questions that follow.</w:t>
      </w:r>
    </w:p>
    <w:p w14:paraId="704F7927" w14:textId="77777777" w:rsidR="00266EA3" w:rsidRPr="00E07CA3" w:rsidRDefault="00000000">
      <w:pPr>
        <w:rPr>
          <w:rFonts w:ascii="Times New Roman" w:hAnsi="Times New Roman" w:cs="Times New Roman"/>
        </w:rPr>
      </w:pPr>
      <w:r w:rsidRPr="00E07CA3">
        <w:rPr>
          <w:rFonts w:ascii="Times New Roman" w:hAnsi="Times New Roman" w:cs="Times New Roman"/>
        </w:rPr>
        <w:t>In a sun-drenched village nestled among rolling hills, the people worked hard to grow their crops—yams, maize, and beans that fed every family. Each year, they offered their finest harvest to the Sky God, Nyame, to ensure good rains and fertile soil. But Anansi, the spider, grew tired of toiling under the hot sun for his share. "Why should I sweat," he mused, "how can I outsmart the villagers and Nyame himself?"</w:t>
      </w:r>
      <w:r w:rsidRPr="00E07CA3">
        <w:rPr>
          <w:rFonts w:ascii="Times New Roman" w:hAnsi="Times New Roman" w:cs="Times New Roman"/>
        </w:rPr>
        <w:br/>
      </w:r>
      <w:r w:rsidRPr="00E07CA3">
        <w:rPr>
          <w:rFonts w:ascii="Times New Roman" w:hAnsi="Times New Roman" w:cs="Times New Roman"/>
        </w:rPr>
        <w:br/>
        <w:t>One moonless night, Anansi crept into the village storehouse, where the best crops were kept for Nyame’s offering. With his eight nimble legs, he wove a silken sack and filled it with the juiciest yams and ripest maize. But he didn’t stop there. Anansi spun a web of lies, whispering to the wind that the village had grown lazy and offered Nyame nothing but scraps. The wind, ever eager to gossip, carried his words to Nyame’s ears.</w:t>
      </w:r>
      <w:r w:rsidRPr="00E07CA3">
        <w:rPr>
          <w:rFonts w:ascii="Times New Roman" w:hAnsi="Times New Roman" w:cs="Times New Roman"/>
        </w:rPr>
        <w:br/>
      </w:r>
      <w:r w:rsidRPr="00E07CA3">
        <w:rPr>
          <w:rFonts w:ascii="Times New Roman" w:hAnsi="Times New Roman" w:cs="Times New Roman"/>
        </w:rPr>
        <w:br/>
        <w:t>Nyame, hearing the wind’s tale, descended in a storm of thunder. "Who dares cheat me?" he roared. The villagers trembled, swearing their devotion, but Nyame demanded the truth. Anansi, sensing opportunity, scuttled forward. "Great Nyame," he said, bowing low, "I saw the culprit! It was Tortoise, slow and greedy, who hoarded your gifts in his shell!"</w:t>
      </w:r>
      <w:r w:rsidRPr="00E07CA3">
        <w:rPr>
          <w:rFonts w:ascii="Times New Roman" w:hAnsi="Times New Roman" w:cs="Times New Roman"/>
        </w:rPr>
        <w:br/>
      </w:r>
      <w:r w:rsidRPr="00E07CA3">
        <w:rPr>
          <w:rFonts w:ascii="Times New Roman" w:hAnsi="Times New Roman" w:cs="Times New Roman"/>
        </w:rPr>
        <w:br/>
        <w:t>Tortoise, wise but slow to speak, was stunned. The villagers turned on him, and Nyame’s lightning crackled. But Tortoise, no fool, noticed a single silken thread trailing from Anansi’s leg, glinting with dew. "Great Nyame," Tortoise said calmly, "search Anansi’s home before you judge."</w:t>
      </w:r>
      <w:r w:rsidRPr="00E07CA3">
        <w:rPr>
          <w:rFonts w:ascii="Times New Roman" w:hAnsi="Times New Roman" w:cs="Times New Roman"/>
        </w:rPr>
        <w:br/>
      </w:r>
      <w:r w:rsidRPr="00E07CA3">
        <w:rPr>
          <w:rFonts w:ascii="Times New Roman" w:hAnsi="Times New Roman" w:cs="Times New Roman"/>
        </w:rPr>
        <w:br/>
        <w:t>Nyame’s eyes narrowed. He sent his eagles to Anansi’s web, where they found the silken sack bursting with stolen crops. Furious, Nyame declared, "Anansi, your tricks have caught you!" But Anansi, quick as ever, spun a new tale. "I only took the crops to protect them from a greater thief—a shadow I saw lurking!" Nyame, amused by Anansi’s boldness, spared him but decreed, "You’ll spin webs forever, but never again will you taste the village’s harvest."</w:t>
      </w:r>
      <w:r w:rsidRPr="00E07CA3">
        <w:rPr>
          <w:rFonts w:ascii="Times New Roman" w:hAnsi="Times New Roman" w:cs="Times New Roman"/>
        </w:rPr>
        <w:br/>
      </w:r>
    </w:p>
    <w:p w14:paraId="33E7CA39"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a. What evidence in the story shows that Anansi was unwilling to work for his share of the harvest? Give two points.</w:t>
      </w:r>
      <w:r w:rsidRPr="00E07CA3">
        <w:rPr>
          <w:rFonts w:ascii="Times New Roman" w:hAnsi="Times New Roman" w:cs="Times New Roman"/>
          <w:b/>
          <w:sz w:val="18"/>
        </w:rPr>
        <w:t xml:space="preserve">  (2 marks)</w:t>
      </w:r>
    </w:p>
    <w:p w14:paraId="5E45CCB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6CA6FED"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F34B7D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47D2CF5"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b. Explain how Tortoise prevented Anansi's accusation from succeeding.</w:t>
      </w:r>
      <w:r w:rsidRPr="00E07CA3">
        <w:rPr>
          <w:rFonts w:ascii="Times New Roman" w:hAnsi="Times New Roman" w:cs="Times New Roman"/>
          <w:b/>
          <w:sz w:val="18"/>
        </w:rPr>
        <w:t xml:space="preserve">  (2 marks)</w:t>
      </w:r>
    </w:p>
    <w:p w14:paraId="0132B742"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1AD030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559987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93A83FA"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c. Give three character traits of Tortoise and support each trait with an action from the story.</w:t>
      </w:r>
      <w:r w:rsidRPr="00E07CA3">
        <w:rPr>
          <w:rFonts w:ascii="Times New Roman" w:hAnsi="Times New Roman" w:cs="Times New Roman"/>
          <w:b/>
          <w:sz w:val="18"/>
        </w:rPr>
        <w:t xml:space="preserve">  (3 marks)</w:t>
      </w:r>
    </w:p>
    <w:p w14:paraId="64E5EA3E"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3583B91"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AF20ADC"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29763F4"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4E24CCD"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d. What does the word 'decreed' mean as used in the story?</w:t>
      </w:r>
      <w:r w:rsidRPr="00E07CA3">
        <w:rPr>
          <w:rFonts w:ascii="Times New Roman" w:hAnsi="Times New Roman" w:cs="Times New Roman"/>
          <w:b/>
          <w:sz w:val="18"/>
        </w:rPr>
        <w:t xml:space="preserve">  (1 mark)</w:t>
      </w:r>
    </w:p>
    <w:p w14:paraId="38A9210D"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lastRenderedPageBreak/>
        <w:t>________________________________________________________________________________</w:t>
      </w:r>
    </w:p>
    <w:p w14:paraId="4B65BBA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8DBC30B"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e. State two consequences of Anansi's dishonesty.</w:t>
      </w:r>
      <w:r w:rsidRPr="00E07CA3">
        <w:rPr>
          <w:rFonts w:ascii="Times New Roman" w:hAnsi="Times New Roman" w:cs="Times New Roman"/>
          <w:b/>
          <w:sz w:val="18"/>
        </w:rPr>
        <w:t xml:space="preserve">  (2 marks)</w:t>
      </w:r>
    </w:p>
    <w:p w14:paraId="41D62F46"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0E065B3"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BAA52A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030B2B8" w14:textId="77777777" w:rsidR="00266EA3" w:rsidRPr="00E07CA3" w:rsidRDefault="00000000">
      <w:pPr>
        <w:rPr>
          <w:rFonts w:ascii="Times New Roman" w:hAnsi="Times New Roman" w:cs="Times New Roman"/>
        </w:rPr>
      </w:pPr>
      <w:r w:rsidRPr="00E07CA3">
        <w:rPr>
          <w:rFonts w:ascii="Times New Roman" w:hAnsi="Times New Roman" w:cs="Times New Roman"/>
          <w:b/>
        </w:rPr>
        <w:t>TASK 3: POETRY  (13 marks)</w:t>
      </w:r>
    </w:p>
    <w:p w14:paraId="47451A94" w14:textId="77777777" w:rsidR="00266EA3" w:rsidRPr="00E07CA3" w:rsidRDefault="00000000">
      <w:pPr>
        <w:rPr>
          <w:rFonts w:ascii="Times New Roman" w:hAnsi="Times New Roman" w:cs="Times New Roman"/>
        </w:rPr>
      </w:pPr>
      <w:r w:rsidRPr="00E07CA3">
        <w:rPr>
          <w:rFonts w:ascii="Times New Roman" w:hAnsi="Times New Roman" w:cs="Times New Roman"/>
          <w:i/>
        </w:rPr>
        <w:t>Read the poem below and answer the questions that follow.</w:t>
      </w:r>
    </w:p>
    <w:p w14:paraId="41198285" w14:textId="77777777" w:rsidR="00266EA3" w:rsidRPr="00E07CA3" w:rsidRDefault="00000000">
      <w:pPr>
        <w:rPr>
          <w:rFonts w:ascii="Times New Roman" w:hAnsi="Times New Roman" w:cs="Times New Roman"/>
        </w:rPr>
      </w:pPr>
      <w:r w:rsidRPr="00E07CA3">
        <w:rPr>
          <w:rFonts w:ascii="Times New Roman" w:hAnsi="Times New Roman" w:cs="Times New Roman"/>
        </w:rPr>
        <w:t>We recite them</w:t>
      </w:r>
      <w:r w:rsidRPr="00E07CA3">
        <w:rPr>
          <w:rFonts w:ascii="Times New Roman" w:hAnsi="Times New Roman" w:cs="Times New Roman"/>
        </w:rPr>
        <w:br/>
        <w:t>One after another</w:t>
      </w:r>
      <w:r w:rsidRPr="00E07CA3">
        <w:rPr>
          <w:rFonts w:ascii="Times New Roman" w:hAnsi="Times New Roman" w:cs="Times New Roman"/>
        </w:rPr>
        <w:br/>
        <w:t>A stitch in time...</w:t>
      </w:r>
      <w:r w:rsidRPr="00E07CA3">
        <w:rPr>
          <w:rFonts w:ascii="Times New Roman" w:hAnsi="Times New Roman" w:cs="Times New Roman"/>
        </w:rPr>
        <w:br/>
        <w:t>Easy come, easy ...</w:t>
      </w:r>
      <w:r w:rsidRPr="00E07CA3">
        <w:rPr>
          <w:rFonts w:ascii="Times New Roman" w:hAnsi="Times New Roman" w:cs="Times New Roman"/>
        </w:rPr>
        <w:br/>
        <w:t>Haste makes...</w:t>
      </w:r>
      <w:r w:rsidRPr="00E07CA3">
        <w:rPr>
          <w:rFonts w:ascii="Times New Roman" w:hAnsi="Times New Roman" w:cs="Times New Roman"/>
        </w:rPr>
        <w:br/>
        <w:t>Still waters...</w:t>
      </w:r>
      <w:r w:rsidRPr="00E07CA3">
        <w:rPr>
          <w:rFonts w:ascii="Times New Roman" w:hAnsi="Times New Roman" w:cs="Times New Roman"/>
        </w:rPr>
        <w:br/>
        <w:t>But one stuck to me like glue</w:t>
      </w:r>
      <w:r w:rsidRPr="00E07CA3">
        <w:rPr>
          <w:rFonts w:ascii="Times New Roman" w:hAnsi="Times New Roman" w:cs="Times New Roman"/>
        </w:rPr>
        <w:br/>
        <w:t>I’ve worn it like a shoe</w:t>
      </w:r>
      <w:r w:rsidRPr="00E07CA3">
        <w:rPr>
          <w:rFonts w:ascii="Times New Roman" w:hAnsi="Times New Roman" w:cs="Times New Roman"/>
        </w:rPr>
        <w:br/>
        <w:t>If your mother teaches you not</w:t>
      </w:r>
      <w:r w:rsidRPr="00E07CA3">
        <w:rPr>
          <w:rFonts w:ascii="Times New Roman" w:hAnsi="Times New Roman" w:cs="Times New Roman"/>
        </w:rPr>
        <w:br/>
        <w:t>The world will</w:t>
      </w:r>
      <w:r w:rsidRPr="00E07CA3">
        <w:rPr>
          <w:rFonts w:ascii="Times New Roman" w:hAnsi="Times New Roman" w:cs="Times New Roman"/>
        </w:rPr>
        <w:br/>
      </w:r>
      <w:r w:rsidRPr="00E07CA3">
        <w:rPr>
          <w:rFonts w:ascii="Times New Roman" w:hAnsi="Times New Roman" w:cs="Times New Roman"/>
        </w:rPr>
        <w:br/>
        <w:t>I cringe with fear at the thought</w:t>
      </w:r>
      <w:r w:rsidRPr="00E07CA3">
        <w:rPr>
          <w:rFonts w:ascii="Times New Roman" w:hAnsi="Times New Roman" w:cs="Times New Roman"/>
        </w:rPr>
        <w:br/>
        <w:t>Of a teacher called ‘world’.</w:t>
      </w:r>
      <w:r w:rsidRPr="00E07CA3">
        <w:rPr>
          <w:rFonts w:ascii="Times New Roman" w:hAnsi="Times New Roman" w:cs="Times New Roman"/>
        </w:rPr>
        <w:br/>
        <w:t>For they recited this saying</w:t>
      </w:r>
      <w:r w:rsidRPr="00E07CA3">
        <w:rPr>
          <w:rFonts w:ascii="Times New Roman" w:hAnsi="Times New Roman" w:cs="Times New Roman"/>
        </w:rPr>
        <w:br/>
        <w:t>Upon the death of the wanted gangster</w:t>
      </w:r>
      <w:r w:rsidRPr="00E07CA3">
        <w:rPr>
          <w:rFonts w:ascii="Times New Roman" w:hAnsi="Times New Roman" w:cs="Times New Roman"/>
        </w:rPr>
        <w:br/>
        <w:t>And I know for sure,</w:t>
      </w:r>
      <w:r w:rsidRPr="00E07CA3">
        <w:rPr>
          <w:rFonts w:ascii="Times New Roman" w:hAnsi="Times New Roman" w:cs="Times New Roman"/>
        </w:rPr>
        <w:br/>
        <w:t>The world must make</w:t>
      </w:r>
      <w:r w:rsidRPr="00E07CA3">
        <w:rPr>
          <w:rFonts w:ascii="Times New Roman" w:hAnsi="Times New Roman" w:cs="Times New Roman"/>
        </w:rPr>
        <w:br/>
        <w:t>The meanest of teachers.</w:t>
      </w:r>
      <w:r w:rsidRPr="00E07CA3">
        <w:rPr>
          <w:rFonts w:ascii="Times New Roman" w:hAnsi="Times New Roman" w:cs="Times New Roman"/>
        </w:rPr>
        <w:br/>
        <w:t>I come home to you, mother</w:t>
      </w:r>
      <w:r w:rsidRPr="00E07CA3">
        <w:rPr>
          <w:rFonts w:ascii="Times New Roman" w:hAnsi="Times New Roman" w:cs="Times New Roman"/>
        </w:rPr>
        <w:br/>
        <w:t>Teach me, mother.</w:t>
      </w:r>
      <w:r w:rsidRPr="00E07CA3">
        <w:rPr>
          <w:rFonts w:ascii="Times New Roman" w:hAnsi="Times New Roman" w:cs="Times New Roman"/>
        </w:rPr>
        <w:br/>
      </w:r>
    </w:p>
    <w:p w14:paraId="0AB11198"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a. Why does the speaker say that one proverb 'stuck to me like glue'?</w:t>
      </w:r>
      <w:r w:rsidRPr="00E07CA3">
        <w:rPr>
          <w:rFonts w:ascii="Times New Roman" w:hAnsi="Times New Roman" w:cs="Times New Roman"/>
          <w:b/>
          <w:sz w:val="18"/>
        </w:rPr>
        <w:t xml:space="preserve">  (2 marks)</w:t>
      </w:r>
    </w:p>
    <w:p w14:paraId="45FCAF9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9E7FBC3"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3B21027"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122775F"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b. Explain what the expression 'I’ve worn it like a shoe' suggests about the speaker's experience.</w:t>
      </w:r>
      <w:r w:rsidRPr="00E07CA3">
        <w:rPr>
          <w:rFonts w:ascii="Times New Roman" w:hAnsi="Times New Roman" w:cs="Times New Roman"/>
          <w:b/>
          <w:sz w:val="18"/>
        </w:rPr>
        <w:t xml:space="preserve">  (3 marks)</w:t>
      </w:r>
    </w:p>
    <w:p w14:paraId="224A2AC4"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2575DF9"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CBCE459"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3591061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7A32A66"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c. What role does the mother play in the speaker's life according to the final lines?</w:t>
      </w:r>
      <w:r w:rsidRPr="00E07CA3">
        <w:rPr>
          <w:rFonts w:ascii="Times New Roman" w:hAnsi="Times New Roman" w:cs="Times New Roman"/>
          <w:b/>
          <w:sz w:val="18"/>
        </w:rPr>
        <w:t xml:space="preserve">  (2 marks)</w:t>
      </w:r>
    </w:p>
    <w:p w14:paraId="699E4B91"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8C5E292"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A9206A1"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F15379D"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d. Identify the persona in the poem.</w:t>
      </w:r>
      <w:r w:rsidRPr="00E07CA3">
        <w:rPr>
          <w:rFonts w:ascii="Times New Roman" w:hAnsi="Times New Roman" w:cs="Times New Roman"/>
          <w:b/>
          <w:sz w:val="18"/>
        </w:rPr>
        <w:t xml:space="preserve">  (1 mark)</w:t>
      </w:r>
    </w:p>
    <w:p w14:paraId="5C0355CE"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6FF9C87"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7248E9C"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e. How does the speaker feel about the lessons given by 'the world'? Give two feelings and support each with evidence from the poem.</w:t>
      </w:r>
      <w:r w:rsidRPr="00E07CA3">
        <w:rPr>
          <w:rFonts w:ascii="Times New Roman" w:hAnsi="Times New Roman" w:cs="Times New Roman"/>
          <w:b/>
          <w:sz w:val="18"/>
        </w:rPr>
        <w:t xml:space="preserve">  (3 marks)</w:t>
      </w:r>
    </w:p>
    <w:p w14:paraId="707FA68C"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C254BAF"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DD5581B"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CA1F46D"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lastRenderedPageBreak/>
        <w:t>________________________________________________________________________________</w:t>
      </w:r>
    </w:p>
    <w:p w14:paraId="5C2AD3BC"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f. Identify one stylistic feature used in the poem and explain its effect.</w:t>
      </w:r>
      <w:r w:rsidRPr="00E07CA3">
        <w:rPr>
          <w:rFonts w:ascii="Times New Roman" w:hAnsi="Times New Roman" w:cs="Times New Roman"/>
          <w:b/>
          <w:sz w:val="18"/>
        </w:rPr>
        <w:t xml:space="preserve">  (2 marks)</w:t>
      </w:r>
    </w:p>
    <w:p w14:paraId="7209C0D7"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B37E75F"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AB41DAD"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AE33A8E" w14:textId="77777777" w:rsidR="00266EA3" w:rsidRPr="00E07CA3" w:rsidRDefault="00000000">
      <w:pPr>
        <w:rPr>
          <w:rFonts w:ascii="Times New Roman" w:hAnsi="Times New Roman" w:cs="Times New Roman"/>
        </w:rPr>
      </w:pPr>
      <w:r w:rsidRPr="00E07CA3">
        <w:rPr>
          <w:rFonts w:ascii="Times New Roman" w:hAnsi="Times New Roman" w:cs="Times New Roman"/>
          <w:b/>
        </w:rPr>
        <w:t>TASK 4: NOVELLA  (11 marks)</w:t>
      </w:r>
    </w:p>
    <w:p w14:paraId="5A4A4914" w14:textId="77777777" w:rsidR="00266EA3" w:rsidRPr="00E07CA3" w:rsidRDefault="00000000">
      <w:pPr>
        <w:rPr>
          <w:rFonts w:ascii="Times New Roman" w:hAnsi="Times New Roman" w:cs="Times New Roman"/>
        </w:rPr>
      </w:pPr>
      <w:r w:rsidRPr="00E07CA3">
        <w:rPr>
          <w:rFonts w:ascii="Times New Roman" w:hAnsi="Times New Roman" w:cs="Times New Roman"/>
          <w:i/>
        </w:rPr>
        <w:t>Read the extract below and answer the questions that follow.</w:t>
      </w:r>
    </w:p>
    <w:p w14:paraId="6EE268E4" w14:textId="77777777" w:rsidR="00266EA3" w:rsidRPr="00E07CA3" w:rsidRDefault="00000000">
      <w:pPr>
        <w:rPr>
          <w:rFonts w:ascii="Times New Roman" w:hAnsi="Times New Roman" w:cs="Times New Roman"/>
        </w:rPr>
      </w:pPr>
      <w:r w:rsidRPr="00E07CA3">
        <w:rPr>
          <w:rFonts w:ascii="Times New Roman" w:hAnsi="Times New Roman" w:cs="Times New Roman"/>
        </w:rPr>
        <w:t>We found Ms Kanse sitting in the waiting area by the dispensary when we got out. The teacher smiled at us sheepishly as she ushered us to our seats. I thought it was the squishy sound from my still wet shoe that made her look at us like that. I honestly expected Chao and I to be in big trouble after disappearing for hours from the group and then barely being swept away by the high tide. So far, no one had said anything. Not to me at least. Maybe they were waiting for me to recover properly before meting out the punishment.</w:t>
      </w:r>
      <w:r w:rsidRPr="00E07CA3">
        <w:rPr>
          <w:rFonts w:ascii="Times New Roman" w:hAnsi="Times New Roman" w:cs="Times New Roman"/>
        </w:rPr>
        <w:br/>
      </w:r>
      <w:r w:rsidRPr="00E07CA3">
        <w:rPr>
          <w:rFonts w:ascii="Times New Roman" w:hAnsi="Times New Roman" w:cs="Times New Roman"/>
        </w:rPr>
        <w:br/>
        <w:t>Another voice in my head told me that maybe she was the one in trouble because she did not take proper care of us. She did not even give us proper instructions but then again, I had joined the school late. Maybe she had done it the weeks before I had arrived and everyone knew what was to be expected.</w:t>
      </w:r>
      <w:r w:rsidRPr="00E07CA3">
        <w:rPr>
          <w:rFonts w:ascii="Times New Roman" w:hAnsi="Times New Roman" w:cs="Times New Roman"/>
        </w:rPr>
        <w:br/>
      </w:r>
      <w:r w:rsidRPr="00E07CA3">
        <w:rPr>
          <w:rFonts w:ascii="Times New Roman" w:hAnsi="Times New Roman" w:cs="Times New Roman"/>
        </w:rPr>
        <w:br/>
        <w:t>There was no speculating. The moment of truth had arrived.</w:t>
      </w:r>
      <w:r w:rsidRPr="00E07CA3">
        <w:rPr>
          <w:rFonts w:ascii="Times New Roman" w:hAnsi="Times New Roman" w:cs="Times New Roman"/>
        </w:rPr>
        <w:br/>
      </w:r>
      <w:r w:rsidRPr="00E07CA3">
        <w:rPr>
          <w:rFonts w:ascii="Times New Roman" w:hAnsi="Times New Roman" w:cs="Times New Roman"/>
        </w:rPr>
        <w:br/>
        <w:t>She called us to sit beside her on the bench. Her smile was difficult to interpret. Was it one of those smiles that was soft and warm but the words that would follow would be as tough as nails? All this would become clear in a few minutes.</w:t>
      </w:r>
      <w:r w:rsidRPr="00E07CA3">
        <w:rPr>
          <w:rFonts w:ascii="Times New Roman" w:hAnsi="Times New Roman" w:cs="Times New Roman"/>
        </w:rPr>
        <w:br/>
      </w:r>
      <w:r w:rsidRPr="00E07CA3">
        <w:rPr>
          <w:rFonts w:ascii="Times New Roman" w:hAnsi="Times New Roman" w:cs="Times New Roman"/>
        </w:rPr>
        <w:br/>
        <w:t>“So I just found out you two are brother and sister,” she said cheerily. “You are the elder one, right?” She pointed at me.</w:t>
      </w:r>
      <w:r w:rsidRPr="00E07CA3">
        <w:rPr>
          <w:rFonts w:ascii="Times New Roman" w:hAnsi="Times New Roman" w:cs="Times New Roman"/>
        </w:rPr>
        <w:br/>
      </w:r>
    </w:p>
    <w:p w14:paraId="7EDEF0DB"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a. What does the narrator expect may happen after the incident at the sea?</w:t>
      </w:r>
      <w:r w:rsidRPr="00E07CA3">
        <w:rPr>
          <w:rFonts w:ascii="Times New Roman" w:hAnsi="Times New Roman" w:cs="Times New Roman"/>
          <w:b/>
          <w:sz w:val="18"/>
        </w:rPr>
        <w:t xml:space="preserve">  (2 marks)</w:t>
      </w:r>
    </w:p>
    <w:p w14:paraId="49CAEF7A"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952072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AE8D888"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41C794D3"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b. Give two reasons why the narrator thinks Ms Kanse might be responsible for the situation.</w:t>
      </w:r>
      <w:r w:rsidRPr="00E07CA3">
        <w:rPr>
          <w:rFonts w:ascii="Times New Roman" w:hAnsi="Times New Roman" w:cs="Times New Roman"/>
          <w:b/>
          <w:sz w:val="18"/>
        </w:rPr>
        <w:t xml:space="preserve">  (2 marks)</w:t>
      </w:r>
    </w:p>
    <w:p w14:paraId="20A53E11"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7E4ADCBA"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902C183"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9C66E79"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c. What does the phrase 'The moment of truth had arrived' suggest in the context?</w:t>
      </w:r>
      <w:r w:rsidRPr="00E07CA3">
        <w:rPr>
          <w:rFonts w:ascii="Times New Roman" w:hAnsi="Times New Roman" w:cs="Times New Roman"/>
          <w:b/>
          <w:sz w:val="18"/>
        </w:rPr>
        <w:t xml:space="preserve">  (1 mark)</w:t>
      </w:r>
    </w:p>
    <w:p w14:paraId="6C88CE0E"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755CE78"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1DEB447"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d. What can you infer about the relationship between the narrator and Chao from the extract?</w:t>
      </w:r>
      <w:r w:rsidRPr="00E07CA3">
        <w:rPr>
          <w:rFonts w:ascii="Times New Roman" w:hAnsi="Times New Roman" w:cs="Times New Roman"/>
          <w:b/>
          <w:sz w:val="18"/>
        </w:rPr>
        <w:t xml:space="preserve">  (2 marks)</w:t>
      </w:r>
    </w:p>
    <w:p w14:paraId="27B6C3BD"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97FE92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2B1F44B2"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99B32DC"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e. Why is Ms Kanse's smile difficult for the narrator to interpret?</w:t>
      </w:r>
      <w:r w:rsidRPr="00E07CA3">
        <w:rPr>
          <w:rFonts w:ascii="Times New Roman" w:hAnsi="Times New Roman" w:cs="Times New Roman"/>
          <w:b/>
          <w:sz w:val="18"/>
        </w:rPr>
        <w:t xml:space="preserve">  (2 marks)</w:t>
      </w:r>
    </w:p>
    <w:p w14:paraId="01FB05BB"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6178850"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1FD53371"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51234061" w14:textId="77777777" w:rsidR="00266EA3" w:rsidRPr="00E07CA3" w:rsidRDefault="00000000">
      <w:pPr>
        <w:spacing w:after="60"/>
        <w:rPr>
          <w:rFonts w:ascii="Times New Roman" w:hAnsi="Times New Roman" w:cs="Times New Roman"/>
        </w:rPr>
      </w:pPr>
      <w:r w:rsidRPr="00E07CA3">
        <w:rPr>
          <w:rFonts w:ascii="Times New Roman" w:hAnsi="Times New Roman" w:cs="Times New Roman"/>
          <w:b/>
        </w:rPr>
        <w:t>f. Identify one feature of style used in the extract and explain its effect.</w:t>
      </w:r>
      <w:r w:rsidRPr="00E07CA3">
        <w:rPr>
          <w:rFonts w:ascii="Times New Roman" w:hAnsi="Times New Roman" w:cs="Times New Roman"/>
          <w:b/>
          <w:sz w:val="18"/>
        </w:rPr>
        <w:t xml:space="preserve">  (2 marks)</w:t>
      </w:r>
    </w:p>
    <w:p w14:paraId="5069AA45"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0B5FB87"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607F1114" w14:textId="77777777" w:rsidR="00266EA3" w:rsidRPr="00E07CA3" w:rsidRDefault="00000000">
      <w:pPr>
        <w:spacing w:after="20"/>
        <w:rPr>
          <w:rFonts w:ascii="Times New Roman" w:hAnsi="Times New Roman" w:cs="Times New Roman"/>
        </w:rPr>
      </w:pPr>
      <w:r w:rsidRPr="00E07CA3">
        <w:rPr>
          <w:rFonts w:ascii="Times New Roman" w:hAnsi="Times New Roman" w:cs="Times New Roman"/>
          <w:sz w:val="18"/>
        </w:rPr>
        <w:t>________________________________________________________________________________</w:t>
      </w:r>
    </w:p>
    <w:p w14:paraId="05BF1E76" w14:textId="77777777" w:rsidR="00266EA3" w:rsidRPr="00E07CA3" w:rsidRDefault="00000000">
      <w:pPr>
        <w:jc w:val="center"/>
        <w:rPr>
          <w:rFonts w:ascii="Times New Roman" w:hAnsi="Times New Roman" w:cs="Times New Roman"/>
        </w:rPr>
      </w:pPr>
      <w:r w:rsidRPr="00E07CA3">
        <w:rPr>
          <w:rFonts w:ascii="Times New Roman" w:hAnsi="Times New Roman" w:cs="Times New Roman"/>
          <w:b/>
        </w:rPr>
        <w:t>END OF QUESTION PAPER</w:t>
      </w:r>
    </w:p>
    <w:sectPr w:rsidR="00266EA3" w:rsidRPr="00E07CA3" w:rsidSect="00034616">
      <w:footerReference w:type="default" r:id="rId8"/>
      <w:headerReference w:type="default" r:id="rId11"/>
      <w:headerReference w:type="first" r:id="rId12"/>
      <w:headerReference w:type="even" r:id="rId13"/>
      <w:footerReference w:type="first" r:id="rId14"/>
      <w:footerReference w:type="even" r:id="rId15"/>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579B" w14:textId="77777777" w:rsidR="00F00F94" w:rsidRDefault="00F00F94">
      <w:pPr>
        <w:spacing w:after="0" w:line="240" w:lineRule="auto"/>
      </w:pPr>
      <w:r>
        <w:separator/>
      </w:r>
    </w:p>
  </w:endnote>
  <w:endnote w:type="continuationSeparator" w:id="0">
    <w:p w14:paraId="230F72BA" w14:textId="77777777" w:rsidR="00F00F94" w:rsidRDefault="00F00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211B" w14:textId="77777777" w:rsidR="00266EA3" w:rsidRDefault="00000000">
    <w:pPr>
      <w:pStyle w:val="Footer"/>
      <w:jc w:val="center"/>
    </w:pPr>
    <w:r>
      <w:rPr>
        <w:sz w:val="16"/>
      </w:rPr>
      <w:t xml:space="preserve">MF-ENG2 | English Grade 7 | Page </w:t>
    </w:r>
    <w:r>
      <w:fldChar w:fldCharType="begin"/>
    </w:r>
    <w:r>
      <w:instrText xml:space="preserve"> PAGE </w:instrText>
    </w:r>
    <w:r w:rsidR="00E07CA3">
      <w:fldChar w:fldCharType="separate"/>
    </w:r>
    <w:r w:rsidR="00E07CA3">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7F57" w14:textId="77777777" w:rsidR="00F00F94" w:rsidRDefault="00F00F94">
      <w:pPr>
        <w:spacing w:after="0" w:line="240" w:lineRule="auto"/>
      </w:pPr>
      <w:r>
        <w:separator/>
      </w:r>
    </w:p>
  </w:footnote>
  <w:footnote w:type="continuationSeparator" w:id="0">
    <w:p w14:paraId="0B89E35F" w14:textId="77777777" w:rsidR="00F00F94" w:rsidRDefault="00F00F94">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9331393">
    <w:abstractNumId w:val="8"/>
  </w:num>
  <w:num w:numId="2" w16cid:durableId="278491495">
    <w:abstractNumId w:val="6"/>
  </w:num>
  <w:num w:numId="3" w16cid:durableId="1224171928">
    <w:abstractNumId w:val="5"/>
  </w:num>
  <w:num w:numId="4" w16cid:durableId="1867865831">
    <w:abstractNumId w:val="4"/>
  </w:num>
  <w:num w:numId="5" w16cid:durableId="2043551847">
    <w:abstractNumId w:val="7"/>
  </w:num>
  <w:num w:numId="6" w16cid:durableId="2142646798">
    <w:abstractNumId w:val="3"/>
  </w:num>
  <w:num w:numId="7" w16cid:durableId="563683150">
    <w:abstractNumId w:val="2"/>
  </w:num>
  <w:num w:numId="8" w16cid:durableId="1890532807">
    <w:abstractNumId w:val="1"/>
  </w:num>
  <w:num w:numId="9" w16cid:durableId="71134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6EA3"/>
    <w:rsid w:val="0029639D"/>
    <w:rsid w:val="00326F90"/>
    <w:rsid w:val="008B4981"/>
    <w:rsid w:val="00AA1D8D"/>
    <w:rsid w:val="00B47730"/>
    <w:rsid w:val="00CB0664"/>
    <w:rsid w:val="00E07CA3"/>
    <w:rsid w:val="00F00F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229BCD"/>
  <w14:defaultImageDpi w14:val="300"/>
  <w15:docId w15:val="{0245BA24-4139-40B9-AA29-8D0DF786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2026-09-21T17:25:00Z</dcterms:modified>
  <cp:category/>
</cp:coreProperties>
</file>