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370E" w14:textId="77777777" w:rsidR="00A52BC0" w:rsidRPr="00EB2A13" w:rsidRDefault="00000000">
      <w:pPr>
        <w:jc w:val="center"/>
        <w:rPr>
          <w:rFonts w:ascii="Times New Roman" w:hAnsi="Times New Roman" w:cs="Times New Roman"/>
          <w:b/>
        </w:rPr>
      </w:pPr>
      <w:r w:rsidRPr="00EB2A13">
        <w:rPr>
          <w:rFonts w:ascii="Times New Roman" w:hAnsi="Times New Roman" w:cs="Times New Roman"/>
          <w:b/>
          <w:sz w:val="28"/>
        </w:rPr>
        <w:t>TERM 3 HOLIDAY ASSIGNMENT 2026</w:t>
      </w:r>
    </w:p>
    <w:p w14:paraId="3FF6F053" w14:textId="77777777" w:rsidR="00A52BC0" w:rsidRPr="00EB2A13" w:rsidRDefault="00000000">
      <w:pPr>
        <w:jc w:val="center"/>
        <w:rPr>
          <w:rFonts w:ascii="Times New Roman" w:hAnsi="Times New Roman" w:cs="Times New Roman"/>
          <w:b/>
        </w:rPr>
      </w:pPr>
      <w:r w:rsidRPr="00EB2A13">
        <w:rPr>
          <w:rFonts w:ascii="Times New Roman" w:hAnsi="Times New Roman" w:cs="Times New Roman"/>
          <w:b/>
          <w:sz w:val="26"/>
        </w:rPr>
        <w:t>FORM THREE</w:t>
      </w:r>
    </w:p>
    <w:p w14:paraId="7F6E6AA1" w14:textId="77777777" w:rsidR="00A52BC0" w:rsidRPr="00EB2A13" w:rsidRDefault="00000000">
      <w:pPr>
        <w:jc w:val="center"/>
        <w:rPr>
          <w:rFonts w:ascii="Times New Roman" w:hAnsi="Times New Roman" w:cs="Times New Roman"/>
          <w:b/>
        </w:rPr>
      </w:pPr>
      <w:r w:rsidRPr="00EB2A13">
        <w:rPr>
          <w:rFonts w:ascii="Times New Roman" w:hAnsi="Times New Roman" w:cs="Times New Roman"/>
          <w:b/>
          <w:sz w:val="28"/>
        </w:rPr>
        <w:t>PHYSICS PAPER 1 (232/1)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A52BC0" w:rsidRPr="00EB2A13" w14:paraId="55BB9638" w14:textId="77777777">
        <w:trPr>
          <w:jc w:val="center"/>
        </w:trPr>
        <w:tc>
          <w:tcPr>
            <w:tcW w:w="3408" w:type="dxa"/>
            <w:shd w:val="clear" w:color="auto" w:fill="D9EAF7"/>
          </w:tcPr>
          <w:p w14:paraId="1184D78B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Section / Questions</w:t>
            </w:r>
          </w:p>
        </w:tc>
        <w:tc>
          <w:tcPr>
            <w:tcW w:w="3408" w:type="dxa"/>
            <w:shd w:val="clear" w:color="auto" w:fill="D9EAF7"/>
          </w:tcPr>
          <w:p w14:paraId="304DA106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Maximum Score</w:t>
            </w:r>
          </w:p>
        </w:tc>
        <w:tc>
          <w:tcPr>
            <w:tcW w:w="3408" w:type="dxa"/>
            <w:shd w:val="clear" w:color="auto" w:fill="D9EAF7"/>
          </w:tcPr>
          <w:p w14:paraId="2D273F7E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Candidate's Score</w:t>
            </w:r>
          </w:p>
        </w:tc>
      </w:tr>
      <w:tr w:rsidR="00A52BC0" w:rsidRPr="00EB2A13" w14:paraId="0F13BE8D" w14:textId="77777777">
        <w:trPr>
          <w:jc w:val="center"/>
        </w:trPr>
        <w:tc>
          <w:tcPr>
            <w:tcW w:w="3408" w:type="dxa"/>
          </w:tcPr>
          <w:p w14:paraId="187ECD32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A: 1–13</w:t>
            </w:r>
          </w:p>
        </w:tc>
        <w:tc>
          <w:tcPr>
            <w:tcW w:w="3408" w:type="dxa"/>
          </w:tcPr>
          <w:p w14:paraId="5392AB63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3408" w:type="dxa"/>
          </w:tcPr>
          <w:p w14:paraId="3CC5E5F5" w14:textId="77777777" w:rsidR="00A52BC0" w:rsidRPr="00EB2A13" w:rsidRDefault="00A52BC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52BC0" w:rsidRPr="00EB2A13" w14:paraId="25CE73CF" w14:textId="77777777">
        <w:trPr>
          <w:jc w:val="center"/>
        </w:trPr>
        <w:tc>
          <w:tcPr>
            <w:tcW w:w="3408" w:type="dxa"/>
          </w:tcPr>
          <w:p w14:paraId="0381D2D6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B: 14</w:t>
            </w:r>
          </w:p>
        </w:tc>
        <w:tc>
          <w:tcPr>
            <w:tcW w:w="3408" w:type="dxa"/>
          </w:tcPr>
          <w:p w14:paraId="26820448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3408" w:type="dxa"/>
          </w:tcPr>
          <w:p w14:paraId="64EAFBE5" w14:textId="77777777" w:rsidR="00A52BC0" w:rsidRPr="00EB2A13" w:rsidRDefault="00A52BC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52BC0" w:rsidRPr="00EB2A13" w14:paraId="71294E08" w14:textId="77777777">
        <w:trPr>
          <w:jc w:val="center"/>
        </w:trPr>
        <w:tc>
          <w:tcPr>
            <w:tcW w:w="3408" w:type="dxa"/>
          </w:tcPr>
          <w:p w14:paraId="7C3D8A16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B: 15</w:t>
            </w:r>
          </w:p>
        </w:tc>
        <w:tc>
          <w:tcPr>
            <w:tcW w:w="3408" w:type="dxa"/>
          </w:tcPr>
          <w:p w14:paraId="5FE76F8B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3408" w:type="dxa"/>
          </w:tcPr>
          <w:p w14:paraId="4CAF0395" w14:textId="77777777" w:rsidR="00A52BC0" w:rsidRPr="00EB2A13" w:rsidRDefault="00A52BC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52BC0" w:rsidRPr="00EB2A13" w14:paraId="09119AB6" w14:textId="77777777">
        <w:trPr>
          <w:jc w:val="center"/>
        </w:trPr>
        <w:tc>
          <w:tcPr>
            <w:tcW w:w="3408" w:type="dxa"/>
          </w:tcPr>
          <w:p w14:paraId="58A3801E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B: 16</w:t>
            </w:r>
          </w:p>
        </w:tc>
        <w:tc>
          <w:tcPr>
            <w:tcW w:w="3408" w:type="dxa"/>
          </w:tcPr>
          <w:p w14:paraId="1376D871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3408" w:type="dxa"/>
          </w:tcPr>
          <w:p w14:paraId="515A1CD9" w14:textId="77777777" w:rsidR="00A52BC0" w:rsidRPr="00EB2A13" w:rsidRDefault="00A52BC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52BC0" w:rsidRPr="00EB2A13" w14:paraId="6C65C215" w14:textId="77777777">
        <w:trPr>
          <w:jc w:val="center"/>
        </w:trPr>
        <w:tc>
          <w:tcPr>
            <w:tcW w:w="3408" w:type="dxa"/>
          </w:tcPr>
          <w:p w14:paraId="0368DE7C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B: 17</w:t>
            </w:r>
          </w:p>
        </w:tc>
        <w:tc>
          <w:tcPr>
            <w:tcW w:w="3408" w:type="dxa"/>
          </w:tcPr>
          <w:p w14:paraId="692BEE85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408" w:type="dxa"/>
          </w:tcPr>
          <w:p w14:paraId="556A5C5A" w14:textId="77777777" w:rsidR="00A52BC0" w:rsidRPr="00EB2A13" w:rsidRDefault="00A52BC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52BC0" w:rsidRPr="00EB2A13" w14:paraId="56883355" w14:textId="77777777">
        <w:trPr>
          <w:jc w:val="center"/>
        </w:trPr>
        <w:tc>
          <w:tcPr>
            <w:tcW w:w="3408" w:type="dxa"/>
          </w:tcPr>
          <w:p w14:paraId="16D39438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B: 18</w:t>
            </w:r>
          </w:p>
        </w:tc>
        <w:tc>
          <w:tcPr>
            <w:tcW w:w="3408" w:type="dxa"/>
          </w:tcPr>
          <w:p w14:paraId="4DE9F419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408" w:type="dxa"/>
          </w:tcPr>
          <w:p w14:paraId="23462F10" w14:textId="77777777" w:rsidR="00A52BC0" w:rsidRPr="00EB2A13" w:rsidRDefault="00A52BC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52BC0" w:rsidRPr="00EB2A13" w14:paraId="1CA151CD" w14:textId="77777777">
        <w:trPr>
          <w:jc w:val="center"/>
        </w:trPr>
        <w:tc>
          <w:tcPr>
            <w:tcW w:w="3408" w:type="dxa"/>
          </w:tcPr>
          <w:p w14:paraId="42261866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TOTAL</w:t>
            </w:r>
          </w:p>
        </w:tc>
        <w:tc>
          <w:tcPr>
            <w:tcW w:w="3408" w:type="dxa"/>
          </w:tcPr>
          <w:p w14:paraId="4A82D6B3" w14:textId="77777777" w:rsidR="00A52BC0" w:rsidRPr="00EB2A13" w:rsidRDefault="00000000">
            <w:pPr>
              <w:rPr>
                <w:rFonts w:ascii="Times New Roman" w:hAnsi="Times New Roman" w:cs="Times New Roman"/>
                <w:bCs/>
              </w:rPr>
            </w:pPr>
            <w:r w:rsidRPr="00EB2A13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3408" w:type="dxa"/>
          </w:tcPr>
          <w:p w14:paraId="18735C1C" w14:textId="77777777" w:rsidR="00A52BC0" w:rsidRPr="00EB2A13" w:rsidRDefault="00A52BC0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73CBDEB7" w14:textId="77777777" w:rsidR="00A52BC0" w:rsidRPr="00EB2A13" w:rsidRDefault="00000000">
      <w:pPr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br w:type="page"/>
      </w:r>
    </w:p>
    <w:p w14:paraId="6F2C09FD" w14:textId="77777777" w:rsidR="00A52BC0" w:rsidRPr="00EB2A13" w:rsidRDefault="00000000">
      <w:pPr>
        <w:jc w:val="center"/>
        <w:rPr>
          <w:rFonts w:ascii="Times New Roman" w:hAnsi="Times New Roman" w:cs="Times New Roman"/>
          <w:b/>
        </w:rPr>
      </w:pPr>
      <w:r w:rsidRPr="00EB2A13">
        <w:rPr>
          <w:rFonts w:ascii="Times New Roman" w:hAnsi="Times New Roman" w:cs="Times New Roman"/>
          <w:b/>
          <w:sz w:val="26"/>
        </w:rPr>
        <w:lastRenderedPageBreak/>
        <w:t>SECTION A (25 MARKS)</w:t>
      </w:r>
    </w:p>
    <w:p w14:paraId="7A944341" w14:textId="77E20005" w:rsidR="00A52BC0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 xml:space="preserve">1. </w:t>
      </w:r>
      <w:r w:rsidR="00EB2A13" w:rsidRPr="00EB2A13">
        <w:rPr>
          <w:rFonts w:ascii="Times New Roman" w:hAnsi="Times New Roman" w:cs="Times New Roman"/>
          <w:bCs/>
        </w:rPr>
        <w:t>The f</w:t>
      </w:r>
      <w:r w:rsidRPr="00EB2A13">
        <w:rPr>
          <w:rFonts w:ascii="Times New Roman" w:hAnsi="Times New Roman" w:cs="Times New Roman"/>
          <w:bCs/>
        </w:rPr>
        <w:t xml:space="preserve">igure </w:t>
      </w:r>
      <w:r w:rsidR="00EB2A13" w:rsidRPr="00EB2A13">
        <w:rPr>
          <w:rFonts w:ascii="Times New Roman" w:hAnsi="Times New Roman" w:cs="Times New Roman"/>
          <w:bCs/>
        </w:rPr>
        <w:t>below</w:t>
      </w:r>
      <w:r w:rsidRPr="00EB2A13">
        <w:rPr>
          <w:rFonts w:ascii="Times New Roman" w:hAnsi="Times New Roman" w:cs="Times New Roman"/>
          <w:bCs/>
        </w:rPr>
        <w:t xml:space="preserve"> shows the reading on a burette after 55 drops of a liquid have been used. If the initial reading was at the zero mark, determine the volume of one drop.  (2 marks)</w:t>
      </w:r>
    </w:p>
    <w:p w14:paraId="73D3336D" w14:textId="1B826708" w:rsidR="00EB2A13" w:rsidRPr="00EB2A13" w:rsidRDefault="00EB2A13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74B75ABF" wp14:editId="01EC33B3">
            <wp:extent cx="2340603" cy="1997938"/>
            <wp:effectExtent l="0" t="0" r="3175" b="2540"/>
            <wp:docPr id="571995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995592" name="Picture 5719955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5499" cy="201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51BDC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46A9B8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8DCF391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2. State one factor that affects the surface tension of a liquid.  (1 marks)</w:t>
      </w:r>
    </w:p>
    <w:p w14:paraId="1F78C8A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7B5C936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3F51F12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3. Some water in a tin can was boiled for some time. The can was then sealed and cooled. After some time it collapsed. Explain this observation.  (2 marks)</w:t>
      </w:r>
    </w:p>
    <w:p w14:paraId="3DB5B22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E80805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2C8ABAD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76EE17F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4. A solid weighs 18.2 N on the surface of a moon where the gravitational field strength is 1.4 N/kg. Determine the mass of the solid.  (2 marks)</w:t>
      </w:r>
    </w:p>
    <w:p w14:paraId="43CD69DA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A62AA2F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B1886B8" w14:textId="72505A71" w:rsidR="00A52BC0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 xml:space="preserve">5. A paper windmill with a horizontal axis is placed above a candle as shown in </w:t>
      </w:r>
      <w:r w:rsidR="00EB2A13">
        <w:rPr>
          <w:rFonts w:ascii="Times New Roman" w:hAnsi="Times New Roman" w:cs="Times New Roman"/>
          <w:bCs/>
        </w:rPr>
        <w:t>the figure below</w:t>
      </w:r>
      <w:r w:rsidRPr="00EB2A13">
        <w:rPr>
          <w:rFonts w:ascii="Times New Roman" w:hAnsi="Times New Roman" w:cs="Times New Roman"/>
          <w:bCs/>
        </w:rPr>
        <w:t>. When the candle is lit, the paper windmill begins to rotate. Explain this observation.  (2 marks)</w:t>
      </w:r>
    </w:p>
    <w:p w14:paraId="54CE69AD" w14:textId="0B1F6623" w:rsidR="000731A1" w:rsidRPr="00EB2A13" w:rsidRDefault="000731A1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4E9E0B34" wp14:editId="683BAC2A">
            <wp:extent cx="2140648" cy="2388870"/>
            <wp:effectExtent l="0" t="0" r="0" b="0"/>
            <wp:docPr id="11138894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889476" name="Picture 11138894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0984" cy="240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53642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82F4DB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9C5CAE9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4062D86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lastRenderedPageBreak/>
        <w:t>6. When a liquid is heated in a glass flask, its level at first falls and then rises. Explain this observation.  (2 marks)</w:t>
      </w:r>
    </w:p>
    <w:p w14:paraId="2C0D689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97131F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6964F1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5253703" w14:textId="30D0BF05" w:rsidR="00A52BC0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 xml:space="preserve">7. </w:t>
      </w:r>
      <w:r w:rsidR="00334BC9">
        <w:rPr>
          <w:rFonts w:ascii="Times New Roman" w:hAnsi="Times New Roman" w:cs="Times New Roman"/>
          <w:bCs/>
        </w:rPr>
        <w:t xml:space="preserve">The figure below </w:t>
      </w:r>
      <w:r w:rsidRPr="00EB2A13">
        <w:rPr>
          <w:rFonts w:ascii="Times New Roman" w:hAnsi="Times New Roman" w:cs="Times New Roman"/>
          <w:bCs/>
        </w:rPr>
        <w:t>shows a uniform cardboard in the shape of a parallelogram. Locate its centre of gravity.  (1 marks)</w:t>
      </w:r>
    </w:p>
    <w:p w14:paraId="645F7A17" w14:textId="31C022C1" w:rsidR="00334BC9" w:rsidRPr="00EB2A13" w:rsidRDefault="00334BC9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33020EF2" wp14:editId="14C5AF0A">
            <wp:extent cx="2715426" cy="1775460"/>
            <wp:effectExtent l="0" t="0" r="8890" b="0"/>
            <wp:docPr id="16962795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279501" name="Picture 169627950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9112" cy="178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C18DF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E131859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70793BA" w14:textId="77777777" w:rsidR="00A52BC0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8. On the axes provided, sketch the density-temperature graph when water is heated from 0 °C to 10 °C.  (1 marks)</w:t>
      </w:r>
    </w:p>
    <w:p w14:paraId="4D4DE305" w14:textId="03CA0BDD" w:rsidR="0041647C" w:rsidRPr="00EB2A13" w:rsidRDefault="0041647C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7935C25F" wp14:editId="4DB36712">
            <wp:extent cx="3890165" cy="2695575"/>
            <wp:effectExtent l="0" t="0" r="0" b="0"/>
            <wp:docPr id="16497361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736143" name="Picture 164973614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6340" cy="269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E7638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9. (a) An aeroplane is moving horizontally through still air at a uniform speed. It is observed that when the speed of the plane is increased, its height above the ground increases. State the reason for this observation.  (1 marks)</w:t>
      </w:r>
    </w:p>
    <w:p w14:paraId="4BE9FCF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A995EAC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8D1E45F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(b)(i) Name one other force, other than weight and upthrust, acting on an object falling through a liquid.  (1 marks)</w:t>
      </w:r>
    </w:p>
    <w:p w14:paraId="4732DBF7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52D6934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(b)(ii) State two ways in which friction can be minimized.  (1 marks)</w:t>
      </w:r>
    </w:p>
    <w:p w14:paraId="3A29948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833F86D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212D44B" w14:textId="7F1AE899" w:rsidR="00A52BC0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 xml:space="preserve">10. (i) </w:t>
      </w:r>
      <w:r w:rsidR="0041647C">
        <w:rPr>
          <w:rFonts w:ascii="Times New Roman" w:hAnsi="Times New Roman" w:cs="Times New Roman"/>
          <w:bCs/>
        </w:rPr>
        <w:t>The f</w:t>
      </w:r>
      <w:r w:rsidRPr="00EB2A13">
        <w:rPr>
          <w:rFonts w:ascii="Times New Roman" w:hAnsi="Times New Roman" w:cs="Times New Roman"/>
          <w:bCs/>
        </w:rPr>
        <w:t xml:space="preserve">igure </w:t>
      </w:r>
      <w:r w:rsidR="0041647C">
        <w:rPr>
          <w:rFonts w:ascii="Times New Roman" w:hAnsi="Times New Roman" w:cs="Times New Roman"/>
          <w:bCs/>
        </w:rPr>
        <w:t>below</w:t>
      </w:r>
      <w:r w:rsidRPr="00EB2A13">
        <w:rPr>
          <w:rFonts w:ascii="Times New Roman" w:hAnsi="Times New Roman" w:cs="Times New Roman"/>
          <w:bCs/>
        </w:rPr>
        <w:t xml:space="preserve"> shows water sprinkling from a pipe. Explain why the pipe rotates.  (2 marks)</w:t>
      </w:r>
    </w:p>
    <w:p w14:paraId="29324F4B" w14:textId="73780663" w:rsidR="00951277" w:rsidRPr="00EB2A13" w:rsidRDefault="00951277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5E99F3D5" wp14:editId="68FADE39">
            <wp:extent cx="2373212" cy="1854835"/>
            <wp:effectExtent l="0" t="0" r="8255" b="0"/>
            <wp:docPr id="15196140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614051" name="Picture 151961405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412" cy="186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6ED6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2AD7B8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469D4D9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B174FA4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10(ii). A fisherman jumping ashore from a boat may fall into the water even if the boat is very close to the shore. Explain.  (2 marks)</w:t>
      </w:r>
    </w:p>
    <w:p w14:paraId="3857130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F80F1B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0C4F576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F09618B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11. A drop of blue ink is introduced at the bottom of a beaker containing water. After some time, all the water in the beaker turns blue. Name the process that takes place.  (1 marks)</w:t>
      </w:r>
    </w:p>
    <w:p w14:paraId="55EFFBB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29997BD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95F2733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12. An astronaut climbing a very high mountain is likely to experience nose bleeding. Explain why this may happen.  (1 marks)</w:t>
      </w:r>
    </w:p>
    <w:p w14:paraId="226F749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8D9A7D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D4A6BB1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13. (a) State the SI unit of a spring constant.  (1 marks)</w:t>
      </w:r>
    </w:p>
    <w:p w14:paraId="1B1222A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1C8CAE5" w14:textId="0A55DA4F" w:rsidR="00A52BC0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 xml:space="preserve">(b) Two identical springs, each of spring constant 4 N/cm, are used to support a load of 36 N as shown in </w:t>
      </w:r>
      <w:r w:rsidR="00951277">
        <w:rPr>
          <w:rFonts w:ascii="Times New Roman" w:hAnsi="Times New Roman" w:cs="Times New Roman"/>
          <w:bCs/>
        </w:rPr>
        <w:t>the figure below</w:t>
      </w:r>
      <w:r w:rsidRPr="00EB2A13">
        <w:rPr>
          <w:rFonts w:ascii="Times New Roman" w:hAnsi="Times New Roman" w:cs="Times New Roman"/>
          <w:bCs/>
        </w:rPr>
        <w:t>. Determine the extension of each spring.  (2 marks)</w:t>
      </w:r>
    </w:p>
    <w:p w14:paraId="437F2339" w14:textId="14D93905" w:rsidR="00063008" w:rsidRPr="00EB2A13" w:rsidRDefault="00063008">
      <w:pPr>
        <w:ind w:left="25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6C6D3ADF" wp14:editId="5D4B0DE5">
            <wp:extent cx="2352070" cy="1727562"/>
            <wp:effectExtent l="0" t="0" r="0" b="6350"/>
            <wp:docPr id="4844554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55458" name="Picture 48445545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5153" cy="173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C85B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4418A4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161A6E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A4B88F5" w14:textId="77777777" w:rsidR="00A52BC0" w:rsidRPr="00EB2A13" w:rsidRDefault="00000000">
      <w:pPr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br w:type="page"/>
      </w:r>
    </w:p>
    <w:p w14:paraId="6ED217F0" w14:textId="77777777" w:rsidR="00A52BC0" w:rsidRPr="00EB2A13" w:rsidRDefault="00000000">
      <w:pPr>
        <w:jc w:val="center"/>
        <w:rPr>
          <w:rFonts w:ascii="Times New Roman" w:hAnsi="Times New Roman" w:cs="Times New Roman"/>
          <w:b/>
        </w:rPr>
      </w:pPr>
      <w:r w:rsidRPr="00EB2A13">
        <w:rPr>
          <w:rFonts w:ascii="Times New Roman" w:hAnsi="Times New Roman" w:cs="Times New Roman"/>
          <w:b/>
          <w:sz w:val="26"/>
        </w:rPr>
        <w:lastRenderedPageBreak/>
        <w:t>SECTION B (55 MARKS)</w:t>
      </w:r>
    </w:p>
    <w:p w14:paraId="0CED3279" w14:textId="77777777" w:rsidR="00A52BC0" w:rsidRPr="00EB2A13" w:rsidRDefault="00000000">
      <w:pPr>
        <w:rPr>
          <w:rFonts w:ascii="Times New Roman" w:hAnsi="Times New Roman" w:cs="Times New Roman"/>
          <w:b/>
        </w:rPr>
      </w:pPr>
      <w:r w:rsidRPr="00EB2A13">
        <w:rPr>
          <w:rFonts w:ascii="Times New Roman" w:hAnsi="Times New Roman" w:cs="Times New Roman"/>
          <w:b/>
        </w:rPr>
        <w:t>Answer ALL the questions in this section.</w:t>
      </w:r>
    </w:p>
    <w:p w14:paraId="1D70BBD7" w14:textId="553A8E84" w:rsidR="00A52BC0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 xml:space="preserve">14. (a) </w:t>
      </w:r>
      <w:r w:rsidR="00063008">
        <w:rPr>
          <w:rFonts w:ascii="Times New Roman" w:hAnsi="Times New Roman" w:cs="Times New Roman"/>
          <w:bCs/>
        </w:rPr>
        <w:t>The figure below</w:t>
      </w:r>
      <w:r w:rsidRPr="00EB2A13">
        <w:rPr>
          <w:rFonts w:ascii="Times New Roman" w:hAnsi="Times New Roman" w:cs="Times New Roman"/>
          <w:bCs/>
        </w:rPr>
        <w:t xml:space="preserve"> shows a velocity-time graph for the motion of a certain body. Describe the motion in the regions:</w:t>
      </w:r>
    </w:p>
    <w:p w14:paraId="28328C6A" w14:textId="08E994C6" w:rsidR="00063008" w:rsidRPr="00EB2A13" w:rsidRDefault="00063008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03FD1C5E" wp14:editId="77BCFA62">
            <wp:extent cx="3345753" cy="2198370"/>
            <wp:effectExtent l="0" t="0" r="7620" b="0"/>
            <wp:docPr id="3426507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650701" name="Picture 34265070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58541" cy="220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2EB12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(i) OA.  (1 marks)</w:t>
      </w:r>
    </w:p>
    <w:p w14:paraId="0460D25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172A51C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AB.  (1 marks)</w:t>
      </w:r>
    </w:p>
    <w:p w14:paraId="7634D18D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357F8C5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(iii) BC.  (1 marks)</w:t>
      </w:r>
    </w:p>
    <w:p w14:paraId="40EF82C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F798ECC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14(b). A car moving initially at 12 m/s decelerates uniformly at 3 m/s². Determine:</w:t>
      </w:r>
    </w:p>
    <w:p w14:paraId="3567F4E9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(i) its velocity after 1.5 s.  (2 marks)</w:t>
      </w:r>
    </w:p>
    <w:p w14:paraId="702B6F7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D5F82B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4259A23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the distance travelled in 1.5 s.  (2 marks)</w:t>
      </w:r>
    </w:p>
    <w:p w14:paraId="119728C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F03272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7015E4D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(iii) the time taken by the car to stop.  (2 marks)</w:t>
      </w:r>
    </w:p>
    <w:p w14:paraId="3A8BA217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9D61856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57055C3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(iv) Sketch the velocity-time graph for the motion of the car up to the time it stops.  (1 marks)</w:t>
      </w:r>
    </w:p>
    <w:p w14:paraId="0196EE5D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643151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68BF842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2BFBB1A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079C2B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A2F44EB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(v) From the graph, determine the distance covered by the car before it stopped.  (2 marks)</w:t>
      </w:r>
    </w:p>
    <w:p w14:paraId="52739076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679D556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AFA0F3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627B6E8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15. (a) On a certain planet, a simple pendulum of length 0.64 m oscillates with a frequency of 0.30 Hz. If the mass of the body suspended is 40 g, determine:</w:t>
      </w:r>
    </w:p>
    <w:p w14:paraId="1CA0C603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lastRenderedPageBreak/>
        <w:t>(i) the acceleration due to gravity on the planet. Take π = 3.142.  (2 marks)</w:t>
      </w:r>
    </w:p>
    <w:p w14:paraId="5ED931DC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D5ABDC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D2F7AF9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the weight of the body on the planet.  (2 marks)</w:t>
      </w:r>
    </w:p>
    <w:p w14:paraId="118D69B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91D615A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7C256E1" w14:textId="77777777" w:rsidR="00A52BC0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(b) The figure shows a smooth card placed over the open end of a container. A coin is placed on the card. When the card is pulled horizontally away suddenly, the coin drops into the container. Explain this observation.  (2 marks)</w:t>
      </w:r>
    </w:p>
    <w:p w14:paraId="460B7771" w14:textId="21B3FAAC" w:rsidR="00063008" w:rsidRPr="00EB2A13" w:rsidRDefault="00063008">
      <w:pPr>
        <w:ind w:left="25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10A459E6" wp14:editId="67E12B55">
            <wp:extent cx="2235788" cy="1706880"/>
            <wp:effectExtent l="0" t="0" r="0" b="7620"/>
            <wp:docPr id="20676460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646027" name="Picture 206764602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45594" cy="171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B992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780505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0967F7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8A47649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15(c). A person of mass 75 kg is standing in a lift. What force does the person exert on the floor when the lift is:</w:t>
      </w:r>
    </w:p>
    <w:p w14:paraId="785A8CA2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(i) at rest? Take g = 10 N/kg.  (1 marks)</w:t>
      </w:r>
    </w:p>
    <w:p w14:paraId="44D212F2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A2D9D90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accelerating upwards at 3 m/s².  (2 marks)</w:t>
      </w:r>
    </w:p>
    <w:p w14:paraId="53027A5F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11D7F4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3A8AECC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(iii) moving downwards with an acceleration of 2 m/s².  (2 marks)</w:t>
      </w:r>
    </w:p>
    <w:p w14:paraId="79468014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0AC736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2D4253D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(iv) moving upwards with a constant velocity of 5 m/s.  (1 marks)</w:t>
      </w:r>
    </w:p>
    <w:p w14:paraId="6FA5616F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C2B642A" w14:textId="77777777" w:rsidR="00063008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 xml:space="preserve">16. (a) A person pulls a box of weight 800 N up an inclined plane 7.5 m long using a force of 500 N parallel to the plane as shown in </w:t>
      </w:r>
      <w:r w:rsidR="00063008">
        <w:rPr>
          <w:rFonts w:ascii="Times New Roman" w:hAnsi="Times New Roman" w:cs="Times New Roman"/>
          <w:bCs/>
        </w:rPr>
        <w:t>the figure below</w:t>
      </w:r>
      <w:r w:rsidRPr="00EB2A13">
        <w:rPr>
          <w:rFonts w:ascii="Times New Roman" w:hAnsi="Times New Roman" w:cs="Times New Roman"/>
          <w:bCs/>
        </w:rPr>
        <w:t>.</w:t>
      </w:r>
    </w:p>
    <w:p w14:paraId="43992244" w14:textId="629E27AC" w:rsidR="00063008" w:rsidRDefault="00503709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6864E89E" wp14:editId="0EC78EA4">
            <wp:extent cx="3546604" cy="1913255"/>
            <wp:effectExtent l="0" t="0" r="0" b="0"/>
            <wp:docPr id="4297755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75540" name="Picture 42977554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9524" cy="192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D5BC" w14:textId="77AE52E1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lastRenderedPageBreak/>
        <w:t>Calculate:</w:t>
      </w:r>
    </w:p>
    <w:p w14:paraId="6B2E91C5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(i) the velocity ratio (VR).  (1 marks)</w:t>
      </w:r>
    </w:p>
    <w:p w14:paraId="749B11CC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C06BA37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the vertical height h.  (2 marks)</w:t>
      </w:r>
    </w:p>
    <w:p w14:paraId="2922BA9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45D921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4B97424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(iii) the work done by the effort.  (2 marks)</w:t>
      </w:r>
    </w:p>
    <w:p w14:paraId="59A9340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B3D340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600C6D6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(iv) the useful work done.  (2 marks)</w:t>
      </w:r>
    </w:p>
    <w:p w14:paraId="66D8A342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FFBF89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07B8122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(v) the efficiency of the plane.  (2 marks)</w:t>
      </w:r>
    </w:p>
    <w:p w14:paraId="3D15C08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686F5D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C6E27D1" w14:textId="77777777" w:rsidR="00A52BC0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16(b). The figure shows a simple pendulum of length 60 cm. The pendulum bob has a mass of 100 g and oscillates between A and C through the rest position B.</w:t>
      </w:r>
    </w:p>
    <w:p w14:paraId="7B582F96" w14:textId="3F3935DC" w:rsidR="00503709" w:rsidRPr="00EB2A13" w:rsidRDefault="00503709">
      <w:pPr>
        <w:spacing w:after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10D40E32" wp14:editId="4117A87A">
            <wp:extent cx="3102610" cy="1955654"/>
            <wp:effectExtent l="0" t="0" r="2540" b="6985"/>
            <wp:docPr id="13713404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340412" name="Picture 13713404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09948" cy="196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A4861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(i) Indicate with an arrow on path ABC the direction of greatest velocity as the bob moves from A to C.  (1 marks)</w:t>
      </w:r>
    </w:p>
    <w:p w14:paraId="44B79EB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53506E0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F9AE2EE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State the form of energy possessed by the pendulum bob at A.  (1 marks)</w:t>
      </w:r>
    </w:p>
    <w:p w14:paraId="0400A81F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83E50B4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(iii) Determine the velocity of the bob at B if the vertical height through which it falls from A to B is 0.15 m. Take g = 10 m/s².  (2 marks)</w:t>
      </w:r>
    </w:p>
    <w:p w14:paraId="79AAE00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B6085A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0F4BBFA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7DC2AE8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17. (a) A metal pail feels colder to touch than a plastic pail on a cold morning even though both have the same temperature. Explain this observation.  (1 marks)</w:t>
      </w:r>
    </w:p>
    <w:p w14:paraId="1466CBE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6A8B9DA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E583D75" w14:textId="77777777" w:rsidR="00A52BC0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(b) The diagram below shows a vacuum flask.</w:t>
      </w:r>
    </w:p>
    <w:p w14:paraId="55F00892" w14:textId="4850062F" w:rsidR="00503709" w:rsidRPr="00EB2A13" w:rsidRDefault="00503709">
      <w:pPr>
        <w:ind w:left="25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410A07D3" wp14:editId="0E2E1A14">
            <wp:extent cx="1781231" cy="1886585"/>
            <wp:effectExtent l="0" t="0" r="9525" b="0"/>
            <wp:docPr id="19281432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143289" name="Picture 1928143289"/>
                    <pic:cNvPicPr/>
                  </pic:nvPicPr>
                  <pic:blipFill rotWithShape="1">
                    <a:blip r:embed="rId18"/>
                    <a:srcRect b="15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479" cy="1896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A9B61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(i) Name the parts labelled X and Z.  (2 marks)</w:t>
      </w:r>
    </w:p>
    <w:p w14:paraId="2567A4F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430719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181BFB7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Name the material the part labelled Y is made of.  (1 marks)</w:t>
      </w:r>
    </w:p>
    <w:p w14:paraId="09A4828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72F8375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(iii) State how the thermos flask minimizes heat loss.  (2 marks)</w:t>
      </w:r>
    </w:p>
    <w:p w14:paraId="44D2C4E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4D8512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59AEBF81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A17613F" w14:textId="77777777" w:rsidR="00A52BC0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(c) The figure below shows a clinical thermometer which is not graduated.</w:t>
      </w:r>
    </w:p>
    <w:p w14:paraId="3A66999D" w14:textId="1F75D50C" w:rsidR="00503709" w:rsidRPr="00EB2A13" w:rsidRDefault="00503709">
      <w:pPr>
        <w:ind w:left="25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067AF512" wp14:editId="005CCDC6">
            <wp:extent cx="3012763" cy="1654175"/>
            <wp:effectExtent l="0" t="0" r="0" b="3175"/>
            <wp:docPr id="13320916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91620" name="Picture 133209162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24060" cy="166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A78F7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(i) Name the parts indicated by X and Y.  (2 marks)</w:t>
      </w:r>
    </w:p>
    <w:p w14:paraId="6CFF75B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F53F374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72AF7A49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(ii) What is the function of the part labelled Y?  (1 marks)</w:t>
      </w:r>
    </w:p>
    <w:p w14:paraId="50F337DB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DB2B7C9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(iii) State the appropriate scale range in degrees Celsius for a clinical thermometer.  (1 marks)</w:t>
      </w:r>
    </w:p>
    <w:p w14:paraId="6C414AB8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FDC7799" w14:textId="77777777" w:rsidR="00A52BC0" w:rsidRPr="00EB2A13" w:rsidRDefault="00000000">
      <w:pPr>
        <w:spacing w:after="6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18. (a) In opening a door, the moment exerted about the hinges is 18 N m. If the pushing force is 30 N and perpendicular to the door, what is the distance of the force from the hinges?  (2 marks)</w:t>
      </w:r>
    </w:p>
    <w:p w14:paraId="67E4DAB5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839F59F" w14:textId="323D810C" w:rsidR="00A52BC0" w:rsidRPr="00EB2A13" w:rsidRDefault="00000000" w:rsidP="00503709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02909C3F" w14:textId="77777777" w:rsidR="00A52BC0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(b) A uniform plank of wood is balanced 35 cm from one end when a lead of 0.10 kg is hung at one end as shown. Calculate the weight of the plank. Take g = 10 N/kg.  (2 marks)</w:t>
      </w:r>
    </w:p>
    <w:p w14:paraId="3672431D" w14:textId="13B5136A" w:rsidR="00503709" w:rsidRPr="00EB2A13" w:rsidRDefault="00503709">
      <w:pPr>
        <w:ind w:left="25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24B68F1E" wp14:editId="4F8470A5">
            <wp:extent cx="3747135" cy="2019080"/>
            <wp:effectExtent l="0" t="0" r="5715" b="635"/>
            <wp:docPr id="150435472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354721" name="Picture 150435472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59850" cy="2025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6DB4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7D7FE93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644E49ED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A76F1D9" w14:textId="77777777" w:rsidR="00A52BC0" w:rsidRPr="00EB2A13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(c) State two factors that affect the position of the centre of gravity.  (2 marks)</w:t>
      </w:r>
    </w:p>
    <w:p w14:paraId="3028E920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2C843B8E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1DB98F11" w14:textId="77777777" w:rsidR="00A52BC0" w:rsidRDefault="00000000">
      <w:pPr>
        <w:ind w:left="259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(d) The figure shows an oil patch formed on a water surface laced with lycopodium powder. Given that the patch came from one drop of oil whose volume was 39.27 mm³, determine the size of one molecule of the oil.  (2 marks)</w:t>
      </w:r>
    </w:p>
    <w:p w14:paraId="532F5FC5" w14:textId="701A487E" w:rsidR="00503709" w:rsidRPr="00EB2A13" w:rsidRDefault="00503709">
      <w:pPr>
        <w:ind w:left="25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3B5BED6E" wp14:editId="592A207C">
            <wp:extent cx="1823515" cy="1553845"/>
            <wp:effectExtent l="0" t="0" r="5715" b="8255"/>
            <wp:docPr id="118394240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942402" name="Picture 118394240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3906" cy="15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24F92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3DA3906C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p w14:paraId="46E846CA" w14:textId="77777777" w:rsidR="00A52BC0" w:rsidRPr="00EB2A13" w:rsidRDefault="00000000">
      <w:pPr>
        <w:spacing w:after="0"/>
        <w:rPr>
          <w:rFonts w:ascii="Times New Roman" w:hAnsi="Times New Roman" w:cs="Times New Roman"/>
          <w:bCs/>
        </w:rPr>
      </w:pPr>
      <w:r w:rsidRPr="00EB2A13">
        <w:rPr>
          <w:rFonts w:ascii="Times New Roman" w:hAnsi="Times New Roman" w:cs="Times New Roman"/>
          <w:bCs/>
        </w:rPr>
        <w:t>________________________________________________________________________________</w:t>
      </w:r>
    </w:p>
    <w:sectPr w:rsidR="00A52BC0" w:rsidRPr="00EB2A13" w:rsidSect="00034616">
      <w:footerReference w:type="default" r:id="rId22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6C707" w14:textId="77777777" w:rsidR="001A0DB6" w:rsidRDefault="001A0DB6">
      <w:pPr>
        <w:spacing w:after="0" w:line="240" w:lineRule="auto"/>
      </w:pPr>
      <w:r>
        <w:separator/>
      </w:r>
    </w:p>
  </w:endnote>
  <w:endnote w:type="continuationSeparator" w:id="0">
    <w:p w14:paraId="5762AC7A" w14:textId="77777777" w:rsidR="001A0DB6" w:rsidRDefault="001A0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7223" w14:textId="77777777" w:rsidR="00A52BC0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1B124" w14:textId="77777777" w:rsidR="001A0DB6" w:rsidRDefault="001A0DB6">
      <w:pPr>
        <w:spacing w:after="0" w:line="240" w:lineRule="auto"/>
      </w:pPr>
      <w:r>
        <w:separator/>
      </w:r>
    </w:p>
  </w:footnote>
  <w:footnote w:type="continuationSeparator" w:id="0">
    <w:p w14:paraId="33C94BDE" w14:textId="77777777" w:rsidR="001A0DB6" w:rsidRDefault="001A0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087486">
    <w:abstractNumId w:val="8"/>
  </w:num>
  <w:num w:numId="2" w16cid:durableId="1279753453">
    <w:abstractNumId w:val="6"/>
  </w:num>
  <w:num w:numId="3" w16cid:durableId="854077399">
    <w:abstractNumId w:val="5"/>
  </w:num>
  <w:num w:numId="4" w16cid:durableId="576673894">
    <w:abstractNumId w:val="4"/>
  </w:num>
  <w:num w:numId="5" w16cid:durableId="855390724">
    <w:abstractNumId w:val="7"/>
  </w:num>
  <w:num w:numId="6" w16cid:durableId="1448887165">
    <w:abstractNumId w:val="3"/>
  </w:num>
  <w:num w:numId="7" w16cid:durableId="1707214388">
    <w:abstractNumId w:val="2"/>
  </w:num>
  <w:num w:numId="8" w16cid:durableId="887685326">
    <w:abstractNumId w:val="1"/>
  </w:num>
  <w:num w:numId="9" w16cid:durableId="128826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A6A"/>
    <w:rsid w:val="0006063C"/>
    <w:rsid w:val="00063008"/>
    <w:rsid w:val="000731A1"/>
    <w:rsid w:val="00106F97"/>
    <w:rsid w:val="0015074B"/>
    <w:rsid w:val="001A0DB6"/>
    <w:rsid w:val="001A270B"/>
    <w:rsid w:val="0029639D"/>
    <w:rsid w:val="00326F90"/>
    <w:rsid w:val="00334BC9"/>
    <w:rsid w:val="0041647C"/>
    <w:rsid w:val="00503709"/>
    <w:rsid w:val="00596938"/>
    <w:rsid w:val="00951277"/>
    <w:rsid w:val="00A52BC0"/>
    <w:rsid w:val="00AA1D8D"/>
    <w:rsid w:val="00B47730"/>
    <w:rsid w:val="00CB0664"/>
    <w:rsid w:val="00D74DB2"/>
    <w:rsid w:val="00E674C9"/>
    <w:rsid w:val="00EB2A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EFE591"/>
  <w14:defaultImageDpi w14:val="300"/>
  <w15:docId w15:val="{EDBA86C9-3767-4235-A60E-CFFB3E15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2321</Words>
  <Characters>13235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11</cp:revision>
  <dcterms:created xsi:type="dcterms:W3CDTF">2013-12-23T23:15:00Z</dcterms:created>
  <dcterms:modified xsi:type="dcterms:W3CDTF">2026-09-22T08:33:00Z</dcterms:modified>
  <cp:category/>
</cp:coreProperties>
</file>