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6"/>
        </w:rPr>
        <w:t>END TERM 3 2026 — MARKING SCHEME</w:t>
      </w:r>
    </w:p>
    <w:p>
      <w:pPr>
        <w:jc w:val="center"/>
      </w:pPr>
      <w:r>
        <w:rPr>
          <w:b/>
          <w:sz w:val="24"/>
        </w:rPr>
        <w:t>KIDATO CHA TATU — KISWAHILI KARATASI YA TATU</w:t>
      </w:r>
    </w:p>
    <w:p>
      <w:r>
        <w:t>Muundo wa chanzo umehifadhiwa: muda wa saa 2½, maswali manne ya jumla, huku swali la 1, 3 na 4 likiwa la lazima na mwanafunzi akichagua swali moja kati ya 2A na 2B. Chanzo kiligawa kila swali kuwa alama 20, kwa jumla ya alama 80. fileciteturn6file0L3-L8</w:t>
      </w:r>
    </w:p>
    <w:p>
      <w:r>
        <w:t>Kanuni ya utoaji alama: C = maudhui/hoja sahihi, A = usahihi wa lugha/maelezo inapohitajika, M = mbinu pale swali linapotaka uchanganuzi au ushahidi. Usimpe mwanafunzi alama ya hoja ambayo haijaelezwa ipasavyo isipokuwa swali liruhusu kutaja tu.</w:t>
      </w:r>
    </w:p>
    <w:p>
      <w:r>
        <w:rPr>
          <w:b/>
        </w:rPr>
        <w:t xml:space="preserve">1. </w:t>
      </w:r>
      <w:r>
        <w:rPr>
          <w:b/>
        </w:rPr>
        <w:t>NGUU ZA JADI</w:t>
      </w:r>
      <w:r>
        <w:rPr>
          <w:b/>
        </w:rPr>
        <w:t xml:space="preserve">  (20 alama)</w:t>
      </w:r>
    </w:p>
    <w:p>
      <w:r>
        <w:rPr>
          <w:b/>
        </w:rPr>
        <w:t xml:space="preserve">a) </w:t>
      </w:r>
      <w:r>
        <w:t>Maudhui manne × 2½ = 10. Kubali maudhui yoyote manne yanayothibitishwa kwa mifano sahihi kutoka katika kazi. Mifano ya maeneo yanayoweza kujadiliwa: vikwazo vya maendeleo, uongozi, migogoro ya kijamii, nafasi ya mwanamke, mila na mabadiliko, elimu, au masuala mengine yanayojitokeza katika kazi. Kila hoja: kutaja 1 + maelezo/ushahidi 1½.</w:t>
      </w:r>
    </w:p>
    <w:p>
      <w:r>
        <w:rPr>
          <w:b/>
        </w:rPr>
        <w:t xml:space="preserve">b) </w:t>
      </w:r>
      <w:r>
        <w:t>Mangwasha — sifa tano × 1 = 5. Chifu Mshabaha — sifa tano × 1 = 5. Kwa kila sifa, alama itolewe kwa sifa inayofaa na maelezo/ushahidi unaoonyesha jinsi inavyojitokeza. Kubali sifa mbadala zinazothibitishwa na matukio ya kazi.</w:t>
      </w:r>
    </w:p>
    <w:p>
      <w:r>
        <w:rPr>
          <w:b/>
        </w:rPr>
        <w:t xml:space="preserve">2. </w:t>
      </w:r>
      <w:r>
        <w:rPr>
          <w:b/>
        </w:rPr>
        <w:t>BEMBEA YA MAISHA — CHAGUA A AU B</w:t>
      </w:r>
      <w:r>
        <w:rPr>
          <w:b/>
        </w:rPr>
        <w:t xml:space="preserve">  (20 alama)</w:t>
      </w:r>
    </w:p>
    <w:p>
      <w:r>
        <w:rPr>
          <w:b/>
        </w:rPr>
        <w:t xml:space="preserve">A) </w:t>
      </w:r>
      <w:r>
        <w:t>Hoja tano × 2 = 10. Kila hoja: 1 alama kwa kutaja mchango wa familia + 1 kwa ufafanuzi/ushahidi. Kubali hoja kama vile familia kama chanzo cha malezi, msaada wa kihisia, uwajibikaji, migogoro, majuto, au marekebisho ya maisha, mradi zihusishwe kwa usahihi na kazi.</w:t>
      </w:r>
    </w:p>
    <w:p>
      <w:r>
        <w:rPr>
          <w:b/>
        </w:rPr>
        <w:t xml:space="preserve">B(i) </w:t>
      </w:r>
      <w:r>
        <w:t>Muktadha — alama 4. Alama 1 kwa kubainisha msemaji; 1 kwa kubainisha anayerejelewa/mazingira ya familia; 1 kwa kueleza hali iliyosababisha kauli; 1 kwa kuhusisha kauli na mgogoro au mabadiliko ya maisha katika kazi.</w:t>
      </w:r>
    </w:p>
    <w:p>
      <w:r>
        <w:rPr>
          <w:b/>
        </w:rPr>
        <w:t xml:space="preserve">B(ii) </w:t>
      </w:r>
      <w:r>
        <w:t>Sifa tatu × 1 = 3. Kubali: mwenye majuto, mwenye kujitafakari, mwenye kutambua makosa, mwenye kuwajibika, mwenye kujali familia, au sifa nyingine yenye ushahidi kutoka dondoo/kazi.</w:t>
      </w:r>
    </w:p>
    <w:p>
      <w:r>
        <w:rPr>
          <w:b/>
        </w:rPr>
        <w:t xml:space="preserve">B(iii) </w:t>
      </w:r>
      <w:r>
        <w:t>Mambo matatu × 1 = 3. Kubali: kupuuzia majukumu ya familia, kuahirisha marekebisho ya maisha, kutawaliwa na starehe/pombe, kupoteza muda wa familia, au athari nyingine inayoungwa mkono na kazi.</w:t>
      </w:r>
    </w:p>
    <w:p>
      <w:r>
        <w:rPr>
          <w:b/>
        </w:rPr>
        <w:t xml:space="preserve">3. </w:t>
      </w:r>
      <w:r>
        <w:rPr>
          <w:b/>
        </w:rPr>
        <w:t>USHAIRI</w:t>
      </w:r>
      <w:r>
        <w:rPr>
          <w:b/>
        </w:rPr>
        <w:t xml:space="preserve">  (20 alama)</w:t>
      </w:r>
    </w:p>
    <w:p>
      <w:r>
        <w:rPr>
          <w:b/>
        </w:rPr>
        <w:t xml:space="preserve">a) </w:t>
      </w:r>
      <w:r>
        <w:t>Dhamira — 2. Mshairi anasisitiza kuwa maendeleo halisi yanapaswa kuwafikia wananchi kwa haki, huduma bora, usawa, ushirikishwaji na utu.</w:t>
      </w:r>
    </w:p>
    <w:p>
      <w:r>
        <w:rPr>
          <w:b/>
        </w:rPr>
        <w:t xml:space="preserve">b) </w:t>
      </w:r>
      <w:r>
        <w:t>Usambamba — 2. Kurudiwa kwa muundo wa 'Maendeleo ya kweli' kunasisitiza ujumbe na kuweka msisitizo wa kimawazo; pia huleta urari/mtiririko wa kishairi.</w:t>
      </w:r>
    </w:p>
    <w:p>
      <w:r>
        <w:rPr>
          <w:b/>
        </w:rPr>
        <w:t xml:space="preserve">c) </w:t>
      </w:r>
      <w:r>
        <w:t>Kinaya — 2. Mshairi anatofautisha mwonekano wa maendeleo, kama majengo na vitu vingi, na hali ambayo watu bado hawapati mahitaji/huduma; hivyo maendeleo ya nje hayatoshi.</w:t>
      </w:r>
    </w:p>
    <w:p>
      <w:r>
        <w:rPr>
          <w:b/>
        </w:rPr>
        <w:t xml:space="preserve">d) </w:t>
      </w:r>
      <w:r>
        <w:t>Mambo manne × 1 = 4: haki kwa raia; bei zinazowafikia wananchi; huduma bora; elimu; afya; kazi yenye utu; mazingira salama; uwajibikaji wa viongozi; ushirikishwaji wa wananchi. Kubali manne yenye maelezo mafupi.</w:t>
      </w:r>
    </w:p>
    <w:p>
      <w:r>
        <w:rPr>
          <w:b/>
        </w:rPr>
        <w:t xml:space="preserve">e) </w:t>
      </w:r>
      <w:r>
        <w:t>Mistari mishata — 2. Alama 1 kwa kutambua kuvunjwa/kukatizwa kwa wazo katika mstari mmoja na kuendelezwa katika mstari unaofuata; alama 1 kwa mifano miwili sahihi kutoka shairi.</w:t>
      </w:r>
    </w:p>
    <w:p>
      <w:r>
        <w:rPr>
          <w:b/>
        </w:rPr>
        <w:t xml:space="preserve">f) </w:t>
      </w:r>
      <w:r>
        <w:t>Nafsineni — 2. Mshairi/mtunzi ndiye anayetoa maoni kuhusu maana ya maendeleo na anawaelekeza wasomaji/wananchi kuhusu maendeleo halisi.</w:t>
      </w:r>
    </w:p>
    <w:p>
      <w:r>
        <w:rPr>
          <w:b/>
        </w:rPr>
        <w:t xml:space="preserve">g) </w:t>
      </w:r>
      <w:r>
        <w:t>Toni — 2. Ya kukosoa, kuonya na kusisitiza mabadiliko; maelezo yoyote mawili yenye ushahidi wa shairi.</w:t>
      </w:r>
    </w:p>
    <w:p>
      <w:r>
        <w:rPr>
          <w:b/>
        </w:rPr>
        <w:t xml:space="preserve">h) </w:t>
      </w:r>
      <w:r>
        <w:t>Ubeti wa tatu kwa nathari — 4. Hoja kuu: maendeleo ya kweli yanahusisha elimu kwa kila mtoto, hospitali zilizo karibu, kazi yenye utu na mazingira salama. Alama 1 kwa kila wazo kuu lililohawilishwa kwa usahihi.</w:t>
      </w:r>
    </w:p>
    <w:p>
      <w:r>
        <w:rPr>
          <w:b/>
        </w:rPr>
        <w:t xml:space="preserve">4. </w:t>
      </w:r>
      <w:r>
        <w:rPr>
          <w:b/>
        </w:rPr>
        <w:t>FASIHI SIMULIZI</w:t>
      </w:r>
      <w:r>
        <w:rPr>
          <w:b/>
        </w:rPr>
        <w:t xml:space="preserve">  (20 alama)</w:t>
      </w:r>
    </w:p>
    <w:p>
      <w:r>
        <w:rPr>
          <w:b/>
        </w:rPr>
        <w:t xml:space="preserve">a) </w:t>
      </w:r>
      <w:r>
        <w:t>Aina ya wimbo — 2. Kubali wimbo wa mapenzi/kimapenzi au wa nasaha za kijamii, mradi mwanafunzi athibitishe kwa maudhui ya kumshawishi msichana kuhusu ndoa/mahusiano na matumizi ya uimbaji.</w:t>
      </w:r>
    </w:p>
    <w:p>
      <w:r>
        <w:rPr>
          <w:b/>
        </w:rPr>
        <w:t xml:space="preserve">b) </w:t>
      </w:r>
      <w:r>
        <w:t>Shughuli mbili × 1 = 2. Mfano: uchumba/mahaba na ushauri wa kijamii. Kubali shughuli nyingine zinazoelezeka kutokana na utungo.</w:t>
      </w:r>
    </w:p>
    <w:p>
      <w:r>
        <w:rPr>
          <w:b/>
        </w:rPr>
        <w:t xml:space="preserve">c) </w:t>
      </w:r>
      <w:r>
        <w:t>Toni — 1. Ya ushawishi/nasaha; kubali 'ya kimahaba' ikiwa imeelezwa kwa usahihi.</w:t>
      </w:r>
    </w:p>
    <w:p>
      <w:r>
        <w:rPr>
          <w:b/>
        </w:rPr>
        <w:t xml:space="preserve">d) </w:t>
      </w:r>
      <w:r>
        <w:t>Mbinu tano × 1 = 5. Kubali: kutumia sauti na kiimbo, ishara za mwili, sura/uso, marudio, mdundo, mwitikio wa hadhira, matumizi ya vifaa vya muziki, kubadilisha sauti kulingana na sehemu, au mbinu nyingine inayofaa.</w:t>
      </w:r>
    </w:p>
    <w:p>
      <w:r>
        <w:rPr>
          <w:b/>
        </w:rPr>
        <w:t xml:space="preserve">e) </w:t>
      </w:r>
      <w:r>
        <w:t>Sababu tano × 1 = 5. Kubali: mwitikio wa hadhira, mazingira ya uwasilishaji, muda, kusisitiza ujumbe, kusahihisha/kuboresha mtiririko, kuongeza mvuto, kusahau sehemu, au kuendana na tukio. Kila sababu lazima ielezwe.</w:t>
      </w:r>
    </w:p>
    <w:p>
      <w:r>
        <w:rPr>
          <w:b/>
        </w:rPr>
        <w:t xml:space="preserve">f) </w:t>
      </w:r>
      <w:r>
        <w:t>Udhaifu wa maandishi — 5. Hoja moja moja: hupunguza uhai wa utendaji wa ana kwa ana; huhifadhi maneno lakini si kikamilifu sauti/ishara/uso; inaweza kupoteza mwingiliano wa hadhira; muktadha wa uwasilishaji unaweza kutokuwepo; maana au lafudhi inaweza kupotoshwa; na inaweza kufanya utungo uonekane tuli. Alama 1 kwa kila hoja iliyofafanuliwa.</w:t>
      </w:r>
    </w:p>
    <w:p>
      <w:r>
        <w:rPr>
          <w:b/>
        </w:rPr>
        <w:t>JUMLA: 80 ALAMA</w:t>
      </w:r>
    </w:p>
    <w:p>
      <w:r>
        <w:t>Mwongozo wa jumla: Kwa maswali ya fasihi, toa alama kwa hoja zinazohusishwa wazi na kazi husika. Usimlazimishe mwanafunzi kutumia maneno yaliyoko kwenye mwongozo ikiwa maana yake ni sahihi. Katika swali la 2, mwanafunzi anapaswa kupata alama kutoka 2A AU 2B pekee.</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kcserevision.com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