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A1708" w14:textId="77777777" w:rsidR="009436E4" w:rsidRPr="00727671" w:rsidRDefault="00000000">
      <w:pPr>
        <w:jc w:val="center"/>
        <w:rPr>
          <w:rFonts w:ascii="Times New Roman" w:hAnsi="Times New Roman" w:cs="Times New Roman"/>
        </w:rPr>
      </w:pPr>
      <w:r w:rsidRPr="00727671">
        <w:rPr>
          <w:rFonts w:ascii="Times New Roman" w:hAnsi="Times New Roman" w:cs="Times New Roman"/>
          <w:b/>
          <w:sz w:val="28"/>
        </w:rPr>
        <w:t>TERM 3 HOLIDAY ASSIGNMENT 2026</w:t>
      </w:r>
    </w:p>
    <w:p w14:paraId="45D2790E" w14:textId="77777777" w:rsidR="009436E4" w:rsidRPr="00727671" w:rsidRDefault="00000000">
      <w:pPr>
        <w:jc w:val="center"/>
        <w:rPr>
          <w:rFonts w:ascii="Times New Roman" w:hAnsi="Times New Roman" w:cs="Times New Roman"/>
        </w:rPr>
      </w:pPr>
      <w:r w:rsidRPr="00727671">
        <w:rPr>
          <w:rFonts w:ascii="Times New Roman" w:hAnsi="Times New Roman" w:cs="Times New Roman"/>
          <w:b/>
          <w:sz w:val="32"/>
        </w:rPr>
        <w:t>ENGLISH FORM 3 PAPER 2</w:t>
      </w:r>
    </w:p>
    <w:tbl>
      <w:tblPr>
        <w:tblStyle w:val="TableGrid"/>
        <w:tblW w:w="0" w:type="auto"/>
        <w:jc w:val="center"/>
        <w:tblLook w:val="04A0" w:firstRow="1" w:lastRow="0" w:firstColumn="1" w:lastColumn="0" w:noHBand="0" w:noVBand="1"/>
      </w:tblPr>
      <w:tblGrid>
        <w:gridCol w:w="5112"/>
        <w:gridCol w:w="5112"/>
      </w:tblGrid>
      <w:tr w:rsidR="009436E4" w:rsidRPr="00727671" w14:paraId="09F3D147" w14:textId="77777777">
        <w:trPr>
          <w:jc w:val="center"/>
        </w:trPr>
        <w:tc>
          <w:tcPr>
            <w:tcW w:w="5112" w:type="dxa"/>
            <w:shd w:val="clear" w:color="auto" w:fill="E7F4F5"/>
          </w:tcPr>
          <w:p w14:paraId="22B05153" w14:textId="77777777" w:rsidR="009436E4" w:rsidRPr="00727671" w:rsidRDefault="00000000">
            <w:pPr>
              <w:rPr>
                <w:rFonts w:ascii="Times New Roman" w:hAnsi="Times New Roman" w:cs="Times New Roman"/>
              </w:rPr>
            </w:pPr>
            <w:r w:rsidRPr="00727671">
              <w:rPr>
                <w:rFonts w:ascii="Times New Roman" w:hAnsi="Times New Roman" w:cs="Times New Roman"/>
                <w:b/>
              </w:rPr>
              <w:t>NAME</w:t>
            </w:r>
          </w:p>
        </w:tc>
        <w:tc>
          <w:tcPr>
            <w:tcW w:w="5112" w:type="dxa"/>
          </w:tcPr>
          <w:p w14:paraId="612CACF3" w14:textId="77777777" w:rsidR="009436E4" w:rsidRPr="00727671" w:rsidRDefault="00000000">
            <w:pPr>
              <w:rPr>
                <w:rFonts w:ascii="Times New Roman" w:hAnsi="Times New Roman" w:cs="Times New Roman"/>
              </w:rPr>
            </w:pPr>
            <w:r w:rsidRPr="00727671">
              <w:rPr>
                <w:rFonts w:ascii="Times New Roman" w:hAnsi="Times New Roman" w:cs="Times New Roman"/>
              </w:rPr>
              <w:t>________________________________________</w:t>
            </w:r>
          </w:p>
        </w:tc>
      </w:tr>
      <w:tr w:rsidR="009436E4" w:rsidRPr="00727671" w14:paraId="2A052A9F" w14:textId="77777777">
        <w:trPr>
          <w:jc w:val="center"/>
        </w:trPr>
        <w:tc>
          <w:tcPr>
            <w:tcW w:w="5112" w:type="dxa"/>
            <w:shd w:val="clear" w:color="auto" w:fill="E7F4F5"/>
          </w:tcPr>
          <w:p w14:paraId="69B052F4" w14:textId="77777777" w:rsidR="009436E4" w:rsidRPr="00727671" w:rsidRDefault="00000000">
            <w:pPr>
              <w:rPr>
                <w:rFonts w:ascii="Times New Roman" w:hAnsi="Times New Roman" w:cs="Times New Roman"/>
              </w:rPr>
            </w:pPr>
            <w:r w:rsidRPr="00727671">
              <w:rPr>
                <w:rFonts w:ascii="Times New Roman" w:hAnsi="Times New Roman" w:cs="Times New Roman"/>
                <w:b/>
              </w:rPr>
              <w:t>ADM NO.</w:t>
            </w:r>
          </w:p>
        </w:tc>
        <w:tc>
          <w:tcPr>
            <w:tcW w:w="5112" w:type="dxa"/>
          </w:tcPr>
          <w:p w14:paraId="2C6B4364" w14:textId="77777777" w:rsidR="009436E4" w:rsidRPr="00727671" w:rsidRDefault="00000000">
            <w:pPr>
              <w:rPr>
                <w:rFonts w:ascii="Times New Roman" w:hAnsi="Times New Roman" w:cs="Times New Roman"/>
              </w:rPr>
            </w:pPr>
            <w:r w:rsidRPr="00727671">
              <w:rPr>
                <w:rFonts w:ascii="Times New Roman" w:hAnsi="Times New Roman" w:cs="Times New Roman"/>
              </w:rPr>
              <w:t>____________________</w:t>
            </w:r>
          </w:p>
        </w:tc>
      </w:tr>
      <w:tr w:rsidR="009436E4" w:rsidRPr="00727671" w14:paraId="01DF0E8D" w14:textId="77777777">
        <w:trPr>
          <w:jc w:val="center"/>
        </w:trPr>
        <w:tc>
          <w:tcPr>
            <w:tcW w:w="5112" w:type="dxa"/>
            <w:shd w:val="clear" w:color="auto" w:fill="E7F4F5"/>
          </w:tcPr>
          <w:p w14:paraId="2340E0B1" w14:textId="77777777" w:rsidR="009436E4" w:rsidRPr="00727671" w:rsidRDefault="00000000">
            <w:pPr>
              <w:rPr>
                <w:rFonts w:ascii="Times New Roman" w:hAnsi="Times New Roman" w:cs="Times New Roman"/>
              </w:rPr>
            </w:pPr>
            <w:r w:rsidRPr="00727671">
              <w:rPr>
                <w:rFonts w:ascii="Times New Roman" w:hAnsi="Times New Roman" w:cs="Times New Roman"/>
                <w:b/>
              </w:rPr>
              <w:t>CLASS</w:t>
            </w:r>
          </w:p>
        </w:tc>
        <w:tc>
          <w:tcPr>
            <w:tcW w:w="5112" w:type="dxa"/>
          </w:tcPr>
          <w:p w14:paraId="0AF8B25B" w14:textId="77777777" w:rsidR="009436E4" w:rsidRPr="00727671" w:rsidRDefault="00000000">
            <w:pPr>
              <w:rPr>
                <w:rFonts w:ascii="Times New Roman" w:hAnsi="Times New Roman" w:cs="Times New Roman"/>
              </w:rPr>
            </w:pPr>
            <w:r w:rsidRPr="00727671">
              <w:rPr>
                <w:rFonts w:ascii="Times New Roman" w:hAnsi="Times New Roman" w:cs="Times New Roman"/>
              </w:rPr>
              <w:t>____________________</w:t>
            </w:r>
          </w:p>
        </w:tc>
      </w:tr>
      <w:tr w:rsidR="009436E4" w:rsidRPr="00727671" w14:paraId="5D9CF332" w14:textId="77777777">
        <w:trPr>
          <w:jc w:val="center"/>
        </w:trPr>
        <w:tc>
          <w:tcPr>
            <w:tcW w:w="5112" w:type="dxa"/>
            <w:shd w:val="clear" w:color="auto" w:fill="E7F4F5"/>
          </w:tcPr>
          <w:p w14:paraId="653DE141" w14:textId="77777777" w:rsidR="009436E4" w:rsidRPr="00727671" w:rsidRDefault="00000000">
            <w:pPr>
              <w:rPr>
                <w:rFonts w:ascii="Times New Roman" w:hAnsi="Times New Roman" w:cs="Times New Roman"/>
              </w:rPr>
            </w:pPr>
            <w:r w:rsidRPr="00727671">
              <w:rPr>
                <w:rFonts w:ascii="Times New Roman" w:hAnsi="Times New Roman" w:cs="Times New Roman"/>
                <w:b/>
              </w:rPr>
              <w:t>DATE / SIGN</w:t>
            </w:r>
          </w:p>
        </w:tc>
        <w:tc>
          <w:tcPr>
            <w:tcW w:w="5112" w:type="dxa"/>
          </w:tcPr>
          <w:p w14:paraId="11F77700" w14:textId="77777777" w:rsidR="009436E4" w:rsidRPr="00727671" w:rsidRDefault="00000000">
            <w:pPr>
              <w:rPr>
                <w:rFonts w:ascii="Times New Roman" w:hAnsi="Times New Roman" w:cs="Times New Roman"/>
              </w:rPr>
            </w:pPr>
            <w:r w:rsidRPr="00727671">
              <w:rPr>
                <w:rFonts w:ascii="Times New Roman" w:hAnsi="Times New Roman" w:cs="Times New Roman"/>
              </w:rPr>
              <w:t>________________________________________</w:t>
            </w:r>
          </w:p>
        </w:tc>
      </w:tr>
    </w:tbl>
    <w:p w14:paraId="5AE2F0C2" w14:textId="77777777" w:rsidR="009436E4" w:rsidRPr="00727671" w:rsidRDefault="00000000">
      <w:pPr>
        <w:rPr>
          <w:rFonts w:ascii="Times New Roman" w:hAnsi="Times New Roman" w:cs="Times New Roman"/>
        </w:rPr>
      </w:pPr>
      <w:r w:rsidRPr="00727671">
        <w:rPr>
          <w:rFonts w:ascii="Times New Roman" w:hAnsi="Times New Roman" w:cs="Times New Roman"/>
          <w:b/>
        </w:rPr>
        <w:t>1. COMPREHENSION (25 marks)</w:t>
      </w:r>
    </w:p>
    <w:p w14:paraId="4F3B168C" w14:textId="77777777" w:rsidR="009436E4" w:rsidRPr="00727671" w:rsidRDefault="00000000">
      <w:pPr>
        <w:rPr>
          <w:rFonts w:ascii="Times New Roman" w:hAnsi="Times New Roman" w:cs="Times New Roman"/>
        </w:rPr>
      </w:pPr>
      <w:r w:rsidRPr="00727671">
        <w:rPr>
          <w:rFonts w:ascii="Times New Roman" w:hAnsi="Times New Roman" w:cs="Times New Roman"/>
        </w:rPr>
        <w:t>Read the following passage and then answer the questions that follow.</w:t>
      </w:r>
    </w:p>
    <w:p w14:paraId="28DCCB0F" w14:textId="77777777" w:rsidR="009436E4" w:rsidRPr="00727671" w:rsidRDefault="00000000">
      <w:pPr>
        <w:rPr>
          <w:rFonts w:ascii="Times New Roman" w:hAnsi="Times New Roman" w:cs="Times New Roman"/>
        </w:rPr>
      </w:pPr>
      <w:r w:rsidRPr="00727671">
        <w:rPr>
          <w:rFonts w:ascii="Times New Roman" w:hAnsi="Times New Roman" w:cs="Times New Roman"/>
        </w:rPr>
        <w:t>Kwesi Mensah had made up his mind, but as he watched Adjoa folding the clothes beside the window, he felt an unusual hesitation. He had asked her to come to the sitting room because he wanted to discuss something important. For fifteen years she had managed their home, cared for their children and supported him through the difficult years.</w:t>
      </w:r>
      <w:r w:rsidRPr="00727671">
        <w:rPr>
          <w:rFonts w:ascii="Times New Roman" w:hAnsi="Times New Roman" w:cs="Times New Roman"/>
        </w:rPr>
        <w:br/>
      </w:r>
      <w:r w:rsidRPr="00727671">
        <w:rPr>
          <w:rFonts w:ascii="Times New Roman" w:hAnsi="Times New Roman" w:cs="Times New Roman"/>
        </w:rPr>
        <w:br/>
        <w:t>“Adjoa, I have been thinking. I could give you some money to open a small shop of your own—perhaps one selling cosmetics or fabrics.”</w:t>
      </w:r>
      <w:r w:rsidRPr="00727671">
        <w:rPr>
          <w:rFonts w:ascii="Times New Roman" w:hAnsi="Times New Roman" w:cs="Times New Roman"/>
        </w:rPr>
        <w:br/>
      </w:r>
      <w:r w:rsidRPr="00727671">
        <w:rPr>
          <w:rFonts w:ascii="Times New Roman" w:hAnsi="Times New Roman" w:cs="Times New Roman"/>
        </w:rPr>
        <w:br/>
        <w:t>Adjoa looked at him carefully. His sudden generosity made her uneasy. In recent months Kwesi had become increasingly concerned about his new position and the company of wealthy friends. He had recently completed a large house and had begun attending meetings where people discussed local leadership.</w:t>
      </w:r>
      <w:r w:rsidRPr="00727671">
        <w:rPr>
          <w:rFonts w:ascii="Times New Roman" w:hAnsi="Times New Roman" w:cs="Times New Roman"/>
        </w:rPr>
        <w:br/>
      </w:r>
      <w:r w:rsidRPr="00727671">
        <w:rPr>
          <w:rFonts w:ascii="Times New Roman" w:hAnsi="Times New Roman" w:cs="Times New Roman"/>
        </w:rPr>
        <w:br/>
        <w:t>“I have not forgotten the years we have spent together,” he continued. “But things have changed. I want to marry again.”</w:t>
      </w:r>
      <w:r w:rsidRPr="00727671">
        <w:rPr>
          <w:rFonts w:ascii="Times New Roman" w:hAnsi="Times New Roman" w:cs="Times New Roman"/>
        </w:rPr>
        <w:br/>
      </w:r>
      <w:r w:rsidRPr="00727671">
        <w:rPr>
          <w:rFonts w:ascii="Times New Roman" w:hAnsi="Times New Roman" w:cs="Times New Roman"/>
        </w:rPr>
        <w:br/>
        <w:t>Adjoa remained silent for a moment. “Did you ask these new friends of yours whether I was good enough when you married me?”</w:t>
      </w:r>
      <w:r w:rsidRPr="00727671">
        <w:rPr>
          <w:rFonts w:ascii="Times New Roman" w:hAnsi="Times New Roman" w:cs="Times New Roman"/>
        </w:rPr>
        <w:br/>
      </w:r>
      <w:r w:rsidRPr="00727671">
        <w:rPr>
          <w:rFonts w:ascii="Times New Roman" w:hAnsi="Times New Roman" w:cs="Times New Roman"/>
        </w:rPr>
        <w:br/>
        <w:t>Kwesi frowned. “You are making this unnecessarily difficult. I am offering you money so that you can start again. You should be grateful.”</w:t>
      </w:r>
      <w:r w:rsidRPr="00727671">
        <w:rPr>
          <w:rFonts w:ascii="Times New Roman" w:hAnsi="Times New Roman" w:cs="Times New Roman"/>
        </w:rPr>
        <w:br/>
      </w:r>
      <w:r w:rsidRPr="00727671">
        <w:rPr>
          <w:rFonts w:ascii="Times New Roman" w:hAnsi="Times New Roman" w:cs="Times New Roman"/>
        </w:rPr>
        <w:br/>
        <w:t>“Grateful?” Adjoa asked quietly. “For being sent away after giving you the best years of my life?”</w:t>
      </w:r>
      <w:r w:rsidRPr="00727671">
        <w:rPr>
          <w:rFonts w:ascii="Times New Roman" w:hAnsi="Times New Roman" w:cs="Times New Roman"/>
        </w:rPr>
        <w:br/>
      </w:r>
      <w:r w:rsidRPr="00727671">
        <w:rPr>
          <w:rFonts w:ascii="Times New Roman" w:hAnsi="Times New Roman" w:cs="Times New Roman"/>
        </w:rPr>
        <w:br/>
        <w:t>He reminded her that their customary marriage gave him certain rights and warned that leaving the house without his permission would cause trouble. Adjoa stood up.</w:t>
      </w:r>
      <w:r w:rsidRPr="00727671">
        <w:rPr>
          <w:rFonts w:ascii="Times New Roman" w:hAnsi="Times New Roman" w:cs="Times New Roman"/>
        </w:rPr>
        <w:br/>
      </w:r>
      <w:r w:rsidRPr="00727671">
        <w:rPr>
          <w:rFonts w:ascii="Times New Roman" w:hAnsi="Times New Roman" w:cs="Times New Roman"/>
        </w:rPr>
        <w:br/>
        <w:t>“I may not have your new title or your expensive clothes,” she said, “but I know the value of a promise. You cannot buy my dignity with money.”</w:t>
      </w:r>
      <w:r w:rsidRPr="00727671">
        <w:rPr>
          <w:rFonts w:ascii="Times New Roman" w:hAnsi="Times New Roman" w:cs="Times New Roman"/>
        </w:rPr>
        <w:br/>
      </w:r>
      <w:r w:rsidRPr="00727671">
        <w:rPr>
          <w:rFonts w:ascii="Times New Roman" w:hAnsi="Times New Roman" w:cs="Times New Roman"/>
        </w:rPr>
        <w:br/>
        <w:t>Kwesi walked to the window. He had imagined that the conversation would be easy. He had not expected the calmness in her voice to make him feel so ashamed.</w:t>
      </w:r>
    </w:p>
    <w:p w14:paraId="3966BBE4" w14:textId="77777777" w:rsidR="009436E4" w:rsidRPr="00727671" w:rsidRDefault="00000000">
      <w:pPr>
        <w:ind w:left="259"/>
        <w:rPr>
          <w:rFonts w:ascii="Times New Roman" w:hAnsi="Times New Roman" w:cs="Times New Roman"/>
        </w:rPr>
      </w:pPr>
      <w:r w:rsidRPr="00727671">
        <w:rPr>
          <w:rFonts w:ascii="Times New Roman" w:hAnsi="Times New Roman" w:cs="Times New Roman"/>
          <w:b/>
        </w:rPr>
        <w:t xml:space="preserve">(i) </w:t>
      </w:r>
      <w:r w:rsidRPr="00727671">
        <w:rPr>
          <w:rFonts w:ascii="Times New Roman" w:hAnsi="Times New Roman" w:cs="Times New Roman"/>
        </w:rPr>
        <w:t>Why does Adjoa feel uneasy when Kwesi offers her money to start a business?</w:t>
      </w:r>
      <w:r w:rsidRPr="00727671">
        <w:rPr>
          <w:rFonts w:ascii="Times New Roman" w:hAnsi="Times New Roman" w:cs="Times New Roman"/>
          <w:b/>
        </w:rPr>
        <w:t xml:space="preserve"> (2 marks)</w:t>
      </w:r>
    </w:p>
    <w:p w14:paraId="3542F192" w14:textId="77777777" w:rsidR="009436E4" w:rsidRPr="00727671" w:rsidRDefault="00000000">
      <w:pPr>
        <w:ind w:left="259"/>
        <w:rPr>
          <w:rFonts w:ascii="Times New Roman" w:hAnsi="Times New Roman" w:cs="Times New Roman"/>
        </w:rPr>
      </w:pPr>
      <w:r w:rsidRPr="00727671">
        <w:rPr>
          <w:rFonts w:ascii="Times New Roman" w:hAnsi="Times New Roman" w:cs="Times New Roman"/>
          <w:b/>
        </w:rPr>
        <w:lastRenderedPageBreak/>
        <w:t xml:space="preserve">(ii) </w:t>
      </w:r>
      <w:r w:rsidRPr="00727671">
        <w:rPr>
          <w:rFonts w:ascii="Times New Roman" w:hAnsi="Times New Roman" w:cs="Times New Roman"/>
        </w:rPr>
        <w:t>Explain the effect of Adjoa's silence on Kwesi.</w:t>
      </w:r>
      <w:r w:rsidRPr="00727671">
        <w:rPr>
          <w:rFonts w:ascii="Times New Roman" w:hAnsi="Times New Roman" w:cs="Times New Roman"/>
          <w:b/>
        </w:rPr>
        <w:t xml:space="preserve"> (2 marks)</w:t>
      </w:r>
    </w:p>
    <w:p w14:paraId="643A3C6A" w14:textId="77777777" w:rsidR="009436E4" w:rsidRPr="00727671" w:rsidRDefault="00000000">
      <w:pPr>
        <w:ind w:left="259"/>
        <w:rPr>
          <w:rFonts w:ascii="Times New Roman" w:hAnsi="Times New Roman" w:cs="Times New Roman"/>
        </w:rPr>
      </w:pPr>
      <w:r w:rsidRPr="00727671">
        <w:rPr>
          <w:rFonts w:ascii="Times New Roman" w:hAnsi="Times New Roman" w:cs="Times New Roman"/>
          <w:b/>
        </w:rPr>
        <w:t xml:space="preserve">(iii) </w:t>
      </w:r>
      <w:r w:rsidRPr="00727671">
        <w:rPr>
          <w:rFonts w:ascii="Times New Roman" w:hAnsi="Times New Roman" w:cs="Times New Roman"/>
        </w:rPr>
        <w:t>In not more than 60 words, summarise the reasons for Kwesi's decision to marry another woman.</w:t>
      </w:r>
      <w:r w:rsidRPr="00727671">
        <w:rPr>
          <w:rFonts w:ascii="Times New Roman" w:hAnsi="Times New Roman" w:cs="Times New Roman"/>
          <w:b/>
        </w:rPr>
        <w:t xml:space="preserve"> (4 marks)</w:t>
      </w:r>
    </w:p>
    <w:p w14:paraId="292C8833" w14:textId="77777777" w:rsidR="009436E4" w:rsidRPr="00727671" w:rsidRDefault="00000000">
      <w:pPr>
        <w:ind w:left="259"/>
        <w:rPr>
          <w:rFonts w:ascii="Times New Roman" w:hAnsi="Times New Roman" w:cs="Times New Roman"/>
        </w:rPr>
      </w:pPr>
      <w:r w:rsidRPr="00727671">
        <w:rPr>
          <w:rFonts w:ascii="Times New Roman" w:hAnsi="Times New Roman" w:cs="Times New Roman"/>
          <w:b/>
        </w:rPr>
        <w:t xml:space="preserve">(iv) </w:t>
      </w:r>
      <w:r w:rsidRPr="00727671">
        <w:rPr>
          <w:rFonts w:ascii="Times New Roman" w:hAnsi="Times New Roman" w:cs="Times New Roman"/>
        </w:rPr>
        <w:t>Identify a statement from the passage which shows that Kwesi feels ashamed of what he is about to do.</w:t>
      </w:r>
      <w:r w:rsidRPr="00727671">
        <w:rPr>
          <w:rFonts w:ascii="Times New Roman" w:hAnsi="Times New Roman" w:cs="Times New Roman"/>
          <w:b/>
        </w:rPr>
        <w:t xml:space="preserve"> (1 mark)</w:t>
      </w:r>
    </w:p>
    <w:p w14:paraId="2C71D044" w14:textId="77777777" w:rsidR="009436E4" w:rsidRPr="00727671" w:rsidRDefault="00000000">
      <w:pPr>
        <w:ind w:left="259"/>
        <w:rPr>
          <w:rFonts w:ascii="Times New Roman" w:hAnsi="Times New Roman" w:cs="Times New Roman"/>
        </w:rPr>
      </w:pPr>
      <w:r w:rsidRPr="00727671">
        <w:rPr>
          <w:rFonts w:ascii="Times New Roman" w:hAnsi="Times New Roman" w:cs="Times New Roman"/>
          <w:b/>
        </w:rPr>
        <w:t xml:space="preserve">(v) </w:t>
      </w:r>
      <w:r w:rsidRPr="00727671">
        <w:rPr>
          <w:rFonts w:ascii="Times New Roman" w:hAnsi="Times New Roman" w:cs="Times New Roman"/>
        </w:rPr>
        <w:t>What has become one of Kwesi's major ambitions?</w:t>
      </w:r>
      <w:r w:rsidRPr="00727671">
        <w:rPr>
          <w:rFonts w:ascii="Times New Roman" w:hAnsi="Times New Roman" w:cs="Times New Roman"/>
          <w:b/>
        </w:rPr>
        <w:t xml:space="preserve"> (1 mark)</w:t>
      </w:r>
    </w:p>
    <w:p w14:paraId="254F7BF9" w14:textId="77777777" w:rsidR="009436E4" w:rsidRPr="00727671" w:rsidRDefault="00000000">
      <w:pPr>
        <w:ind w:left="259"/>
        <w:rPr>
          <w:rFonts w:ascii="Times New Roman" w:hAnsi="Times New Roman" w:cs="Times New Roman"/>
        </w:rPr>
      </w:pPr>
      <w:r w:rsidRPr="00727671">
        <w:rPr>
          <w:rFonts w:ascii="Times New Roman" w:hAnsi="Times New Roman" w:cs="Times New Roman"/>
          <w:b/>
        </w:rPr>
        <w:t xml:space="preserve">(vi) </w:t>
      </w:r>
      <w:r w:rsidRPr="00727671">
        <w:rPr>
          <w:rFonts w:ascii="Times New Roman" w:hAnsi="Times New Roman" w:cs="Times New Roman"/>
        </w:rPr>
        <w:t>Rewrite in reported speech: “Did you ask these new friends of yours whether I was good enough when you married me?” Adjoa asked Kwesi.</w:t>
      </w:r>
      <w:r w:rsidRPr="00727671">
        <w:rPr>
          <w:rFonts w:ascii="Times New Roman" w:hAnsi="Times New Roman" w:cs="Times New Roman"/>
          <w:b/>
        </w:rPr>
        <w:t xml:space="preserve"> (1 mark)</w:t>
      </w:r>
    </w:p>
    <w:p w14:paraId="7553CCEE" w14:textId="77777777" w:rsidR="009436E4" w:rsidRPr="00727671" w:rsidRDefault="00000000">
      <w:pPr>
        <w:ind w:left="259"/>
        <w:rPr>
          <w:rFonts w:ascii="Times New Roman" w:hAnsi="Times New Roman" w:cs="Times New Roman"/>
        </w:rPr>
      </w:pPr>
      <w:r w:rsidRPr="00727671">
        <w:rPr>
          <w:rFonts w:ascii="Times New Roman" w:hAnsi="Times New Roman" w:cs="Times New Roman"/>
          <w:b/>
        </w:rPr>
        <w:t xml:space="preserve">(vii) </w:t>
      </w:r>
      <w:r w:rsidRPr="00727671">
        <w:rPr>
          <w:rFonts w:ascii="Times New Roman" w:hAnsi="Times New Roman" w:cs="Times New Roman"/>
        </w:rPr>
        <w:t>Give an instance of irony in the passage.</w:t>
      </w:r>
      <w:r w:rsidRPr="00727671">
        <w:rPr>
          <w:rFonts w:ascii="Times New Roman" w:hAnsi="Times New Roman" w:cs="Times New Roman"/>
          <w:b/>
        </w:rPr>
        <w:t xml:space="preserve"> (2 marks)</w:t>
      </w:r>
    </w:p>
    <w:p w14:paraId="2AE9BF9F" w14:textId="77777777" w:rsidR="009436E4" w:rsidRPr="00727671" w:rsidRDefault="00000000">
      <w:pPr>
        <w:ind w:left="259"/>
        <w:rPr>
          <w:rFonts w:ascii="Times New Roman" w:hAnsi="Times New Roman" w:cs="Times New Roman"/>
        </w:rPr>
      </w:pPr>
      <w:r w:rsidRPr="00727671">
        <w:rPr>
          <w:rFonts w:ascii="Times New Roman" w:hAnsi="Times New Roman" w:cs="Times New Roman"/>
          <w:b/>
        </w:rPr>
        <w:t xml:space="preserve">(viii) </w:t>
      </w:r>
      <w:r w:rsidRPr="00727671">
        <w:rPr>
          <w:rFonts w:ascii="Times New Roman" w:hAnsi="Times New Roman" w:cs="Times New Roman"/>
        </w:rPr>
        <w:t>Explain the meaning of: “You cannot buy my dignity with money.”</w:t>
      </w:r>
      <w:r w:rsidRPr="00727671">
        <w:rPr>
          <w:rFonts w:ascii="Times New Roman" w:hAnsi="Times New Roman" w:cs="Times New Roman"/>
          <w:b/>
        </w:rPr>
        <w:t xml:space="preserve"> (2 marks)</w:t>
      </w:r>
    </w:p>
    <w:p w14:paraId="646905A9" w14:textId="77777777" w:rsidR="009436E4" w:rsidRPr="00727671" w:rsidRDefault="00000000">
      <w:pPr>
        <w:ind w:left="259"/>
        <w:rPr>
          <w:rFonts w:ascii="Times New Roman" w:hAnsi="Times New Roman" w:cs="Times New Roman"/>
        </w:rPr>
      </w:pPr>
      <w:r w:rsidRPr="00727671">
        <w:rPr>
          <w:rFonts w:ascii="Times New Roman" w:hAnsi="Times New Roman" w:cs="Times New Roman"/>
          <w:b/>
        </w:rPr>
        <w:t xml:space="preserve">(ix) </w:t>
      </w:r>
      <w:r w:rsidRPr="00727671">
        <w:rPr>
          <w:rFonts w:ascii="Times New Roman" w:hAnsi="Times New Roman" w:cs="Times New Roman"/>
        </w:rPr>
        <w:t>What is Kwesi's attitude towards Adjoa?</w:t>
      </w:r>
      <w:r w:rsidRPr="00727671">
        <w:rPr>
          <w:rFonts w:ascii="Times New Roman" w:hAnsi="Times New Roman" w:cs="Times New Roman"/>
          <w:b/>
        </w:rPr>
        <w:t xml:space="preserve"> (2 marks)</w:t>
      </w:r>
    </w:p>
    <w:p w14:paraId="2C0B0880" w14:textId="77777777" w:rsidR="009436E4" w:rsidRPr="00727671" w:rsidRDefault="00000000">
      <w:pPr>
        <w:ind w:left="259"/>
        <w:rPr>
          <w:rFonts w:ascii="Times New Roman" w:hAnsi="Times New Roman" w:cs="Times New Roman"/>
        </w:rPr>
      </w:pPr>
      <w:r w:rsidRPr="00727671">
        <w:rPr>
          <w:rFonts w:ascii="Times New Roman" w:hAnsi="Times New Roman" w:cs="Times New Roman"/>
          <w:b/>
        </w:rPr>
        <w:t xml:space="preserve">(x) </w:t>
      </w:r>
      <w:r w:rsidRPr="00727671">
        <w:rPr>
          <w:rFonts w:ascii="Times New Roman" w:hAnsi="Times New Roman" w:cs="Times New Roman"/>
        </w:rPr>
        <w:t>Explain the meaning of the following as used in the passage: (a) hesitation (b) frown (c) dignity.</w:t>
      </w:r>
      <w:r w:rsidRPr="00727671">
        <w:rPr>
          <w:rFonts w:ascii="Times New Roman" w:hAnsi="Times New Roman" w:cs="Times New Roman"/>
          <w:b/>
        </w:rPr>
        <w:t xml:space="preserve"> (3 marks)</w:t>
      </w:r>
    </w:p>
    <w:p w14:paraId="3E51E3C0" w14:textId="77777777" w:rsidR="009436E4" w:rsidRPr="00727671" w:rsidRDefault="00000000">
      <w:pPr>
        <w:rPr>
          <w:rFonts w:ascii="Times New Roman" w:hAnsi="Times New Roman" w:cs="Times New Roman"/>
        </w:rPr>
      </w:pPr>
      <w:r w:rsidRPr="00727671">
        <w:rPr>
          <w:rFonts w:ascii="Times New Roman" w:hAnsi="Times New Roman" w:cs="Times New Roman"/>
          <w:b/>
        </w:rPr>
        <w:t>2. EXCERPT (25 marks)</w:t>
      </w:r>
    </w:p>
    <w:p w14:paraId="669B2101" w14:textId="77777777" w:rsidR="009436E4" w:rsidRPr="00727671" w:rsidRDefault="00000000">
      <w:pPr>
        <w:rPr>
          <w:rFonts w:ascii="Times New Roman" w:hAnsi="Times New Roman" w:cs="Times New Roman"/>
        </w:rPr>
      </w:pPr>
      <w:r w:rsidRPr="00727671">
        <w:rPr>
          <w:rFonts w:ascii="Times New Roman" w:hAnsi="Times New Roman" w:cs="Times New Roman"/>
        </w:rPr>
        <w:t>Read the excerpt below and answer the questions that follow.</w:t>
      </w:r>
    </w:p>
    <w:p w14:paraId="684DFE8D" w14:textId="77777777" w:rsidR="009436E4" w:rsidRPr="00727671" w:rsidRDefault="00000000">
      <w:pPr>
        <w:rPr>
          <w:rFonts w:ascii="Times New Roman" w:hAnsi="Times New Roman" w:cs="Times New Roman"/>
        </w:rPr>
      </w:pPr>
      <w:r w:rsidRPr="00727671">
        <w:rPr>
          <w:rFonts w:ascii="Times New Roman" w:hAnsi="Times New Roman" w:cs="Times New Roman"/>
        </w:rPr>
        <w:t>“I am leaving,” Miriam said. The old chair scraped against the floor.</w:t>
      </w:r>
      <w:r w:rsidRPr="00727671">
        <w:rPr>
          <w:rFonts w:ascii="Times New Roman" w:hAnsi="Times New Roman" w:cs="Times New Roman"/>
        </w:rPr>
        <w:br/>
      </w:r>
      <w:r w:rsidRPr="00727671">
        <w:rPr>
          <w:rFonts w:ascii="Times New Roman" w:hAnsi="Times New Roman" w:cs="Times New Roman"/>
        </w:rPr>
        <w:br/>
        <w:t>“What do you mean you are leaving?” Daniel asked. He already knew that she no longer wanted to remain with him.</w:t>
      </w:r>
      <w:r w:rsidRPr="00727671">
        <w:rPr>
          <w:rFonts w:ascii="Times New Roman" w:hAnsi="Times New Roman" w:cs="Times New Roman"/>
        </w:rPr>
        <w:br/>
      </w:r>
      <w:r w:rsidRPr="00727671">
        <w:rPr>
          <w:rFonts w:ascii="Times New Roman" w:hAnsi="Times New Roman" w:cs="Times New Roman"/>
        </w:rPr>
        <w:br/>
        <w:t>“Samuel has asked me to marry him,” she said.</w:t>
      </w:r>
      <w:r w:rsidRPr="00727671">
        <w:rPr>
          <w:rFonts w:ascii="Times New Roman" w:hAnsi="Times New Roman" w:cs="Times New Roman"/>
        </w:rPr>
        <w:br/>
      </w:r>
      <w:r w:rsidRPr="00727671">
        <w:rPr>
          <w:rFonts w:ascii="Times New Roman" w:hAnsi="Times New Roman" w:cs="Times New Roman"/>
        </w:rPr>
        <w:br/>
        <w:t>Daniel stared at her. “Samuel Otieno? Is this about his money?”</w:t>
      </w:r>
      <w:r w:rsidRPr="00727671">
        <w:rPr>
          <w:rFonts w:ascii="Times New Roman" w:hAnsi="Times New Roman" w:cs="Times New Roman"/>
        </w:rPr>
        <w:br/>
      </w:r>
      <w:r w:rsidRPr="00727671">
        <w:rPr>
          <w:rFonts w:ascii="Times New Roman" w:hAnsi="Times New Roman" w:cs="Times New Roman"/>
        </w:rPr>
        <w:br/>
        <w:t>“How dare you say that!” Miriam replied. “For twenty-five years I have lived with little while you promised that things would improve.”</w:t>
      </w:r>
      <w:r w:rsidRPr="00727671">
        <w:rPr>
          <w:rFonts w:ascii="Times New Roman" w:hAnsi="Times New Roman" w:cs="Times New Roman"/>
        </w:rPr>
        <w:br/>
      </w:r>
      <w:r w:rsidRPr="00727671">
        <w:rPr>
          <w:rFonts w:ascii="Times New Roman" w:hAnsi="Times New Roman" w:cs="Times New Roman"/>
        </w:rPr>
        <w:br/>
        <w:t>“Money does not guarantee happiness,” Daniel said.</w:t>
      </w:r>
      <w:r w:rsidRPr="00727671">
        <w:rPr>
          <w:rFonts w:ascii="Times New Roman" w:hAnsi="Times New Roman" w:cs="Times New Roman"/>
        </w:rPr>
        <w:br/>
      </w:r>
      <w:r w:rsidRPr="00727671">
        <w:rPr>
          <w:rFonts w:ascii="Times New Roman" w:hAnsi="Times New Roman" w:cs="Times New Roman"/>
        </w:rPr>
        <w:br/>
        <w:t>She laughed bitterly. “How would you know? You have never had enough of it to find out.”</w:t>
      </w:r>
      <w:r w:rsidRPr="00727671">
        <w:rPr>
          <w:rFonts w:ascii="Times New Roman" w:hAnsi="Times New Roman" w:cs="Times New Roman"/>
        </w:rPr>
        <w:br/>
      </w:r>
      <w:r w:rsidRPr="00727671">
        <w:rPr>
          <w:rFonts w:ascii="Times New Roman" w:hAnsi="Times New Roman" w:cs="Times New Roman"/>
        </w:rPr>
        <w:br/>
        <w:t>Daniel changed his approach. “Is this really the right time? We have only just buried our daughter, Achieng.”</w:t>
      </w:r>
      <w:r w:rsidRPr="00727671">
        <w:rPr>
          <w:rFonts w:ascii="Times New Roman" w:hAnsi="Times New Roman" w:cs="Times New Roman"/>
        </w:rPr>
        <w:br/>
      </w:r>
      <w:r w:rsidRPr="00727671">
        <w:rPr>
          <w:rFonts w:ascii="Times New Roman" w:hAnsi="Times New Roman" w:cs="Times New Roman"/>
        </w:rPr>
        <w:br/>
        <w:t>“Leave Achieng out of this,” Miriam said. “If you had taken her illness seriously, she might still be alive.”</w:t>
      </w:r>
      <w:r w:rsidRPr="00727671">
        <w:rPr>
          <w:rFonts w:ascii="Times New Roman" w:hAnsi="Times New Roman" w:cs="Times New Roman"/>
        </w:rPr>
        <w:br/>
      </w:r>
      <w:r w:rsidRPr="00727671">
        <w:rPr>
          <w:rFonts w:ascii="Times New Roman" w:hAnsi="Times New Roman" w:cs="Times New Roman"/>
        </w:rPr>
        <w:br/>
        <w:t>The words silenced him.</w:t>
      </w:r>
      <w:r w:rsidRPr="00727671">
        <w:rPr>
          <w:rFonts w:ascii="Times New Roman" w:hAnsi="Times New Roman" w:cs="Times New Roman"/>
        </w:rPr>
        <w:br/>
      </w:r>
      <w:r w:rsidRPr="00727671">
        <w:rPr>
          <w:rFonts w:ascii="Times New Roman" w:hAnsi="Times New Roman" w:cs="Times New Roman"/>
        </w:rPr>
        <w:br/>
        <w:t>After a long pause, Daniel asked, “At our age, should we not grow old together?”</w:t>
      </w:r>
      <w:r w:rsidRPr="00727671">
        <w:rPr>
          <w:rFonts w:ascii="Times New Roman" w:hAnsi="Times New Roman" w:cs="Times New Roman"/>
        </w:rPr>
        <w:br/>
      </w:r>
      <w:r w:rsidRPr="00727671">
        <w:rPr>
          <w:rFonts w:ascii="Times New Roman" w:hAnsi="Times New Roman" w:cs="Times New Roman"/>
        </w:rPr>
        <w:br/>
        <w:t>Miriam shook her head. “Staying yesterday does not mean I must stay tomorrow.”</w:t>
      </w:r>
      <w:r w:rsidRPr="00727671">
        <w:rPr>
          <w:rFonts w:ascii="Times New Roman" w:hAnsi="Times New Roman" w:cs="Times New Roman"/>
        </w:rPr>
        <w:br/>
      </w:r>
      <w:r w:rsidRPr="00727671">
        <w:rPr>
          <w:rFonts w:ascii="Times New Roman" w:hAnsi="Times New Roman" w:cs="Times New Roman"/>
        </w:rPr>
        <w:br/>
        <w:t>The following morning she packed her clothes and left.</w:t>
      </w:r>
    </w:p>
    <w:p w14:paraId="132B433D" w14:textId="77777777" w:rsidR="009436E4" w:rsidRPr="00727671" w:rsidRDefault="00000000">
      <w:pPr>
        <w:ind w:left="216"/>
        <w:rPr>
          <w:rFonts w:ascii="Times New Roman" w:hAnsi="Times New Roman" w:cs="Times New Roman"/>
        </w:rPr>
      </w:pPr>
      <w:r w:rsidRPr="00727671">
        <w:rPr>
          <w:rFonts w:ascii="Times New Roman" w:hAnsi="Times New Roman" w:cs="Times New Roman"/>
          <w:b/>
        </w:rPr>
        <w:t xml:space="preserve">a) </w:t>
      </w:r>
      <w:r w:rsidRPr="00727671">
        <w:rPr>
          <w:rFonts w:ascii="Times New Roman" w:hAnsi="Times New Roman" w:cs="Times New Roman"/>
        </w:rPr>
        <w:t>Place the excerpt in its immediate context.</w:t>
      </w:r>
      <w:r w:rsidRPr="00727671">
        <w:rPr>
          <w:rFonts w:ascii="Times New Roman" w:hAnsi="Times New Roman" w:cs="Times New Roman"/>
          <w:b/>
        </w:rPr>
        <w:t xml:space="preserve"> (4 marks)</w:t>
      </w:r>
    </w:p>
    <w:p w14:paraId="7DBF30BB" w14:textId="77777777" w:rsidR="009436E4" w:rsidRPr="00727671" w:rsidRDefault="00000000">
      <w:pPr>
        <w:ind w:left="216"/>
        <w:rPr>
          <w:rFonts w:ascii="Times New Roman" w:hAnsi="Times New Roman" w:cs="Times New Roman"/>
        </w:rPr>
      </w:pPr>
      <w:r w:rsidRPr="00727671">
        <w:rPr>
          <w:rFonts w:ascii="Times New Roman" w:hAnsi="Times New Roman" w:cs="Times New Roman"/>
          <w:b/>
        </w:rPr>
        <w:t xml:space="preserve">b) </w:t>
      </w:r>
      <w:r w:rsidRPr="00727671">
        <w:rPr>
          <w:rFonts w:ascii="Times New Roman" w:hAnsi="Times New Roman" w:cs="Times New Roman"/>
        </w:rPr>
        <w:t>Describe the cause of Achieng's death.</w:t>
      </w:r>
      <w:r w:rsidRPr="00727671">
        <w:rPr>
          <w:rFonts w:ascii="Times New Roman" w:hAnsi="Times New Roman" w:cs="Times New Roman"/>
          <w:b/>
        </w:rPr>
        <w:t xml:space="preserve"> (4 marks)</w:t>
      </w:r>
    </w:p>
    <w:p w14:paraId="2ABD7144" w14:textId="77777777" w:rsidR="009436E4" w:rsidRPr="00727671" w:rsidRDefault="00000000">
      <w:pPr>
        <w:ind w:left="216"/>
        <w:rPr>
          <w:rFonts w:ascii="Times New Roman" w:hAnsi="Times New Roman" w:cs="Times New Roman"/>
        </w:rPr>
      </w:pPr>
      <w:r w:rsidRPr="00727671">
        <w:rPr>
          <w:rFonts w:ascii="Times New Roman" w:hAnsi="Times New Roman" w:cs="Times New Roman"/>
          <w:b/>
        </w:rPr>
        <w:lastRenderedPageBreak/>
        <w:t xml:space="preserve">c) </w:t>
      </w:r>
      <w:r w:rsidRPr="00727671">
        <w:rPr>
          <w:rFonts w:ascii="Times New Roman" w:hAnsi="Times New Roman" w:cs="Times New Roman"/>
        </w:rPr>
        <w:t>Discuss one thematic concern evident in the excerpt.</w:t>
      </w:r>
      <w:r w:rsidRPr="00727671">
        <w:rPr>
          <w:rFonts w:ascii="Times New Roman" w:hAnsi="Times New Roman" w:cs="Times New Roman"/>
          <w:b/>
        </w:rPr>
        <w:t xml:space="preserve"> (2 marks)</w:t>
      </w:r>
    </w:p>
    <w:p w14:paraId="40AF16F1" w14:textId="77777777" w:rsidR="009436E4" w:rsidRPr="00727671" w:rsidRDefault="00000000">
      <w:pPr>
        <w:ind w:left="216"/>
        <w:rPr>
          <w:rFonts w:ascii="Times New Roman" w:hAnsi="Times New Roman" w:cs="Times New Roman"/>
        </w:rPr>
      </w:pPr>
      <w:r w:rsidRPr="00727671">
        <w:rPr>
          <w:rFonts w:ascii="Times New Roman" w:hAnsi="Times New Roman" w:cs="Times New Roman"/>
          <w:b/>
        </w:rPr>
        <w:t xml:space="preserve">d) </w:t>
      </w:r>
      <w:r w:rsidRPr="00727671">
        <w:rPr>
          <w:rFonts w:ascii="Times New Roman" w:hAnsi="Times New Roman" w:cs="Times New Roman"/>
        </w:rPr>
        <w:t>Who is Samuel Otieno?</w:t>
      </w:r>
      <w:r w:rsidRPr="00727671">
        <w:rPr>
          <w:rFonts w:ascii="Times New Roman" w:hAnsi="Times New Roman" w:cs="Times New Roman"/>
          <w:b/>
        </w:rPr>
        <w:t xml:space="preserve"> (2 marks)</w:t>
      </w:r>
    </w:p>
    <w:p w14:paraId="18100235" w14:textId="77777777" w:rsidR="009436E4" w:rsidRPr="00727671" w:rsidRDefault="00000000">
      <w:pPr>
        <w:ind w:left="216"/>
        <w:rPr>
          <w:rFonts w:ascii="Times New Roman" w:hAnsi="Times New Roman" w:cs="Times New Roman"/>
        </w:rPr>
      </w:pPr>
      <w:r w:rsidRPr="00727671">
        <w:rPr>
          <w:rFonts w:ascii="Times New Roman" w:hAnsi="Times New Roman" w:cs="Times New Roman"/>
          <w:b/>
        </w:rPr>
        <w:t xml:space="preserve">e) </w:t>
      </w:r>
      <w:r w:rsidRPr="00727671">
        <w:rPr>
          <w:rFonts w:ascii="Times New Roman" w:hAnsi="Times New Roman" w:cs="Times New Roman"/>
        </w:rPr>
        <w:t>Identify and illustrate three styles used in the excerpt.</w:t>
      </w:r>
      <w:r w:rsidRPr="00727671">
        <w:rPr>
          <w:rFonts w:ascii="Times New Roman" w:hAnsi="Times New Roman" w:cs="Times New Roman"/>
          <w:b/>
        </w:rPr>
        <w:t xml:space="preserve"> (6 marks)</w:t>
      </w:r>
    </w:p>
    <w:p w14:paraId="393158E3" w14:textId="77777777" w:rsidR="009436E4" w:rsidRPr="00727671" w:rsidRDefault="00000000">
      <w:pPr>
        <w:ind w:left="216"/>
        <w:rPr>
          <w:rFonts w:ascii="Times New Roman" w:hAnsi="Times New Roman" w:cs="Times New Roman"/>
        </w:rPr>
      </w:pPr>
      <w:r w:rsidRPr="00727671">
        <w:rPr>
          <w:rFonts w:ascii="Times New Roman" w:hAnsi="Times New Roman" w:cs="Times New Roman"/>
          <w:b/>
        </w:rPr>
        <w:t xml:space="preserve">f) </w:t>
      </w:r>
      <w:r w:rsidRPr="00727671">
        <w:rPr>
          <w:rFonts w:ascii="Times New Roman" w:hAnsi="Times New Roman" w:cs="Times New Roman"/>
        </w:rPr>
        <w:t>How has Miriam been portrayed in this excerpt?</w:t>
      </w:r>
      <w:r w:rsidRPr="00727671">
        <w:rPr>
          <w:rFonts w:ascii="Times New Roman" w:hAnsi="Times New Roman" w:cs="Times New Roman"/>
          <w:b/>
        </w:rPr>
        <w:t xml:space="preserve"> (4 marks)</w:t>
      </w:r>
    </w:p>
    <w:p w14:paraId="352BC7B2" w14:textId="77777777" w:rsidR="009436E4" w:rsidRPr="00727671" w:rsidRDefault="00000000">
      <w:pPr>
        <w:ind w:left="216"/>
        <w:rPr>
          <w:rFonts w:ascii="Times New Roman" w:hAnsi="Times New Roman" w:cs="Times New Roman"/>
        </w:rPr>
      </w:pPr>
      <w:r w:rsidRPr="00727671">
        <w:rPr>
          <w:rFonts w:ascii="Times New Roman" w:hAnsi="Times New Roman" w:cs="Times New Roman"/>
          <w:b/>
        </w:rPr>
        <w:t xml:space="preserve">g) </w:t>
      </w:r>
      <w:r w:rsidRPr="00727671">
        <w:rPr>
          <w:rFonts w:ascii="Times New Roman" w:hAnsi="Times New Roman" w:cs="Times New Roman"/>
        </w:rPr>
        <w:t>“Money does not guarantee happiness.” Why is this statement ironical coming from Daniel?</w:t>
      </w:r>
      <w:r w:rsidRPr="00727671">
        <w:rPr>
          <w:rFonts w:ascii="Times New Roman" w:hAnsi="Times New Roman" w:cs="Times New Roman"/>
          <w:b/>
        </w:rPr>
        <w:t xml:space="preserve"> (2 marks)</w:t>
      </w:r>
    </w:p>
    <w:p w14:paraId="6B98B939" w14:textId="77777777" w:rsidR="009436E4" w:rsidRPr="00727671" w:rsidRDefault="00000000">
      <w:pPr>
        <w:ind w:left="216"/>
        <w:rPr>
          <w:rFonts w:ascii="Times New Roman" w:hAnsi="Times New Roman" w:cs="Times New Roman"/>
        </w:rPr>
      </w:pPr>
      <w:r w:rsidRPr="00727671">
        <w:rPr>
          <w:rFonts w:ascii="Times New Roman" w:hAnsi="Times New Roman" w:cs="Times New Roman"/>
          <w:b/>
        </w:rPr>
        <w:t xml:space="preserve">h) </w:t>
      </w:r>
      <w:r w:rsidRPr="00727671">
        <w:rPr>
          <w:rFonts w:ascii="Times New Roman" w:hAnsi="Times New Roman" w:cs="Times New Roman"/>
        </w:rPr>
        <w:t>Provide a question tag: He already knew that she no longer wanted to remain with him, __________?</w:t>
      </w:r>
      <w:r w:rsidRPr="00727671">
        <w:rPr>
          <w:rFonts w:ascii="Times New Roman" w:hAnsi="Times New Roman" w:cs="Times New Roman"/>
          <w:b/>
        </w:rPr>
        <w:t xml:space="preserve"> (1 mark)</w:t>
      </w:r>
    </w:p>
    <w:p w14:paraId="5D06BD6F" w14:textId="77777777" w:rsidR="009436E4" w:rsidRPr="00727671" w:rsidRDefault="00000000">
      <w:pPr>
        <w:rPr>
          <w:rFonts w:ascii="Times New Roman" w:hAnsi="Times New Roman" w:cs="Times New Roman"/>
        </w:rPr>
      </w:pPr>
      <w:r w:rsidRPr="00727671">
        <w:rPr>
          <w:rFonts w:ascii="Times New Roman" w:hAnsi="Times New Roman" w:cs="Times New Roman"/>
          <w:b/>
        </w:rPr>
        <w:t>3. POETRY (18 marks)</w:t>
      </w:r>
    </w:p>
    <w:p w14:paraId="669E43BB" w14:textId="77777777" w:rsidR="009436E4" w:rsidRPr="00727671" w:rsidRDefault="00000000">
      <w:pPr>
        <w:rPr>
          <w:rFonts w:ascii="Times New Roman" w:hAnsi="Times New Roman" w:cs="Times New Roman"/>
        </w:rPr>
      </w:pPr>
      <w:r w:rsidRPr="00727671">
        <w:rPr>
          <w:rFonts w:ascii="Times New Roman" w:hAnsi="Times New Roman" w:cs="Times New Roman"/>
        </w:rPr>
        <w:t>Read the poem below and then answer the questions that follow.</w:t>
      </w:r>
    </w:p>
    <w:p w14:paraId="6099592A" w14:textId="77777777" w:rsidR="009436E4" w:rsidRPr="00727671" w:rsidRDefault="00000000">
      <w:pPr>
        <w:rPr>
          <w:rFonts w:ascii="Times New Roman" w:hAnsi="Times New Roman" w:cs="Times New Roman"/>
        </w:rPr>
      </w:pPr>
      <w:r w:rsidRPr="00727671">
        <w:rPr>
          <w:rFonts w:ascii="Times New Roman" w:hAnsi="Times New Roman" w:cs="Times New Roman"/>
        </w:rPr>
        <w:t>THE EMPTY CHAIR</w:t>
      </w:r>
      <w:r w:rsidRPr="00727671">
        <w:rPr>
          <w:rFonts w:ascii="Times New Roman" w:hAnsi="Times New Roman" w:cs="Times New Roman"/>
        </w:rPr>
        <w:br/>
      </w:r>
      <w:r w:rsidRPr="00727671">
        <w:rPr>
          <w:rFonts w:ascii="Times New Roman" w:hAnsi="Times New Roman" w:cs="Times New Roman"/>
        </w:rPr>
        <w:br/>
        <w:t>When the old woman lay in pain,</w:t>
      </w:r>
      <w:r w:rsidRPr="00727671">
        <w:rPr>
          <w:rFonts w:ascii="Times New Roman" w:hAnsi="Times New Roman" w:cs="Times New Roman"/>
        </w:rPr>
        <w:br/>
        <w:t>The hospital became her home;</w:t>
      </w:r>
      <w:r w:rsidRPr="00727671">
        <w:rPr>
          <w:rFonts w:ascii="Times New Roman" w:hAnsi="Times New Roman" w:cs="Times New Roman"/>
        </w:rPr>
        <w:br/>
        <w:t>Five long months beneath the rain,</w:t>
      </w:r>
      <w:r w:rsidRPr="00727671">
        <w:rPr>
          <w:rFonts w:ascii="Times New Roman" w:hAnsi="Times New Roman" w:cs="Times New Roman"/>
        </w:rPr>
        <w:br/>
        <w:t>She waited there, afraid and alone.</w:t>
      </w:r>
      <w:r w:rsidRPr="00727671">
        <w:rPr>
          <w:rFonts w:ascii="Times New Roman" w:hAnsi="Times New Roman" w:cs="Times New Roman"/>
        </w:rPr>
        <w:br/>
      </w:r>
      <w:r w:rsidRPr="00727671">
        <w:rPr>
          <w:rFonts w:ascii="Times New Roman" w:hAnsi="Times New Roman" w:cs="Times New Roman"/>
        </w:rPr>
        <w:br/>
        <w:t>Her son was away on duty,</w:t>
      </w:r>
      <w:r w:rsidRPr="00727671">
        <w:rPr>
          <w:rFonts w:ascii="Times New Roman" w:hAnsi="Times New Roman" w:cs="Times New Roman"/>
        </w:rPr>
        <w:br/>
        <w:t>Her daughter sat beside her bed;</w:t>
      </w:r>
      <w:r w:rsidRPr="00727671">
        <w:rPr>
          <w:rFonts w:ascii="Times New Roman" w:hAnsi="Times New Roman" w:cs="Times New Roman"/>
        </w:rPr>
        <w:br/>
        <w:t>The nurses spoke of medicine and beauty,</w:t>
      </w:r>
      <w:r w:rsidRPr="00727671">
        <w:rPr>
          <w:rFonts w:ascii="Times New Roman" w:hAnsi="Times New Roman" w:cs="Times New Roman"/>
        </w:rPr>
        <w:br/>
        <w:t>While fear filled every word she said.</w:t>
      </w:r>
      <w:r w:rsidRPr="00727671">
        <w:rPr>
          <w:rFonts w:ascii="Times New Roman" w:hAnsi="Times New Roman" w:cs="Times New Roman"/>
        </w:rPr>
        <w:br/>
      </w:r>
      <w:r w:rsidRPr="00727671">
        <w:rPr>
          <w:rFonts w:ascii="Times New Roman" w:hAnsi="Times New Roman" w:cs="Times New Roman"/>
        </w:rPr>
        <w:br/>
        <w:t>Her friends remembered her kindness,</w:t>
      </w:r>
      <w:r w:rsidRPr="00727671">
        <w:rPr>
          <w:rFonts w:ascii="Times New Roman" w:hAnsi="Times New Roman" w:cs="Times New Roman"/>
        </w:rPr>
        <w:br/>
        <w:t>They promised to visit one day;</w:t>
      </w:r>
      <w:r w:rsidRPr="00727671">
        <w:rPr>
          <w:rFonts w:ascii="Times New Roman" w:hAnsi="Times New Roman" w:cs="Times New Roman"/>
        </w:rPr>
        <w:br/>
        <w:t>But work and money and busy-ness</w:t>
      </w:r>
      <w:r w:rsidRPr="00727671">
        <w:rPr>
          <w:rFonts w:ascii="Times New Roman" w:hAnsi="Times New Roman" w:cs="Times New Roman"/>
        </w:rPr>
        <w:br/>
        <w:t>Kept each visitor far away.</w:t>
      </w:r>
      <w:r w:rsidRPr="00727671">
        <w:rPr>
          <w:rFonts w:ascii="Times New Roman" w:hAnsi="Times New Roman" w:cs="Times New Roman"/>
        </w:rPr>
        <w:br/>
      </w:r>
      <w:r w:rsidRPr="00727671">
        <w:rPr>
          <w:rFonts w:ascii="Times New Roman" w:hAnsi="Times New Roman" w:cs="Times New Roman"/>
        </w:rPr>
        <w:br/>
        <w:t>When finally the old woman died,</w:t>
      </w:r>
      <w:r w:rsidRPr="00727671">
        <w:rPr>
          <w:rFonts w:ascii="Times New Roman" w:hAnsi="Times New Roman" w:cs="Times New Roman"/>
        </w:rPr>
        <w:br/>
        <w:t>The compound filled with mourners' cries;</w:t>
      </w:r>
      <w:r w:rsidRPr="00727671">
        <w:rPr>
          <w:rFonts w:ascii="Times New Roman" w:hAnsi="Times New Roman" w:cs="Times New Roman"/>
        </w:rPr>
        <w:br/>
        <w:t>They spoke of the good woman with pride,</w:t>
      </w:r>
      <w:r w:rsidRPr="00727671">
        <w:rPr>
          <w:rFonts w:ascii="Times New Roman" w:hAnsi="Times New Roman" w:cs="Times New Roman"/>
        </w:rPr>
        <w:br/>
        <w:t>And tears appeared in many eyes.</w:t>
      </w:r>
      <w:r w:rsidRPr="00727671">
        <w:rPr>
          <w:rFonts w:ascii="Times New Roman" w:hAnsi="Times New Roman" w:cs="Times New Roman"/>
        </w:rPr>
        <w:br/>
      </w:r>
      <w:r w:rsidRPr="00727671">
        <w:rPr>
          <w:rFonts w:ascii="Times New Roman" w:hAnsi="Times New Roman" w:cs="Times New Roman"/>
        </w:rPr>
        <w:br/>
        <w:t>Her daughter watched them without a word,</w:t>
      </w:r>
      <w:r w:rsidRPr="00727671">
        <w:rPr>
          <w:rFonts w:ascii="Times New Roman" w:hAnsi="Times New Roman" w:cs="Times New Roman"/>
        </w:rPr>
        <w:br/>
        <w:t>For all their sorrow came too late;</w:t>
      </w:r>
      <w:r w:rsidRPr="00727671">
        <w:rPr>
          <w:rFonts w:ascii="Times New Roman" w:hAnsi="Times New Roman" w:cs="Times New Roman"/>
        </w:rPr>
        <w:br/>
        <w:t>She remembered every promise heard,</w:t>
      </w:r>
      <w:r w:rsidRPr="00727671">
        <w:rPr>
          <w:rFonts w:ascii="Times New Roman" w:hAnsi="Times New Roman" w:cs="Times New Roman"/>
        </w:rPr>
        <w:br/>
        <w:t>And understood the meaning of fate.</w:t>
      </w:r>
    </w:p>
    <w:p w14:paraId="75FE803D" w14:textId="77777777" w:rsidR="009436E4" w:rsidRPr="00727671" w:rsidRDefault="00000000">
      <w:pPr>
        <w:ind w:left="216"/>
        <w:rPr>
          <w:rFonts w:ascii="Times New Roman" w:hAnsi="Times New Roman" w:cs="Times New Roman"/>
        </w:rPr>
      </w:pPr>
      <w:r w:rsidRPr="00727671">
        <w:rPr>
          <w:rFonts w:ascii="Times New Roman" w:hAnsi="Times New Roman" w:cs="Times New Roman"/>
          <w:b/>
        </w:rPr>
        <w:t xml:space="preserve">a) </w:t>
      </w:r>
      <w:r w:rsidRPr="00727671">
        <w:rPr>
          <w:rFonts w:ascii="Times New Roman" w:hAnsi="Times New Roman" w:cs="Times New Roman"/>
        </w:rPr>
        <w:t>Who is the persona in the poem?</w:t>
      </w:r>
      <w:r w:rsidRPr="00727671">
        <w:rPr>
          <w:rFonts w:ascii="Times New Roman" w:hAnsi="Times New Roman" w:cs="Times New Roman"/>
          <w:b/>
        </w:rPr>
        <w:t xml:space="preserve"> (2 marks)</w:t>
      </w:r>
    </w:p>
    <w:p w14:paraId="3F8A9826" w14:textId="77777777" w:rsidR="009436E4" w:rsidRPr="00727671" w:rsidRDefault="00000000">
      <w:pPr>
        <w:ind w:left="216"/>
        <w:rPr>
          <w:rFonts w:ascii="Times New Roman" w:hAnsi="Times New Roman" w:cs="Times New Roman"/>
        </w:rPr>
      </w:pPr>
      <w:r w:rsidRPr="00727671">
        <w:rPr>
          <w:rFonts w:ascii="Times New Roman" w:hAnsi="Times New Roman" w:cs="Times New Roman"/>
          <w:b/>
        </w:rPr>
        <w:t xml:space="preserve">b) </w:t>
      </w:r>
      <w:r w:rsidRPr="00727671">
        <w:rPr>
          <w:rFonts w:ascii="Times New Roman" w:hAnsi="Times New Roman" w:cs="Times New Roman"/>
        </w:rPr>
        <w:t>Explain what the poem is about.</w:t>
      </w:r>
      <w:r w:rsidRPr="00727671">
        <w:rPr>
          <w:rFonts w:ascii="Times New Roman" w:hAnsi="Times New Roman" w:cs="Times New Roman"/>
          <w:b/>
        </w:rPr>
        <w:t xml:space="preserve"> (3 marks)</w:t>
      </w:r>
    </w:p>
    <w:p w14:paraId="42FBCA8A" w14:textId="77777777" w:rsidR="009436E4" w:rsidRPr="00727671" w:rsidRDefault="00000000">
      <w:pPr>
        <w:ind w:left="216"/>
        <w:rPr>
          <w:rFonts w:ascii="Times New Roman" w:hAnsi="Times New Roman" w:cs="Times New Roman"/>
        </w:rPr>
      </w:pPr>
      <w:r w:rsidRPr="00727671">
        <w:rPr>
          <w:rFonts w:ascii="Times New Roman" w:hAnsi="Times New Roman" w:cs="Times New Roman"/>
          <w:b/>
        </w:rPr>
        <w:t xml:space="preserve">d) </w:t>
      </w:r>
      <w:r w:rsidRPr="00727671">
        <w:rPr>
          <w:rFonts w:ascii="Times New Roman" w:hAnsi="Times New Roman" w:cs="Times New Roman"/>
        </w:rPr>
        <w:t>Comment on the effectiveness of the title of the poem.</w:t>
      </w:r>
      <w:r w:rsidRPr="00727671">
        <w:rPr>
          <w:rFonts w:ascii="Times New Roman" w:hAnsi="Times New Roman" w:cs="Times New Roman"/>
          <w:b/>
        </w:rPr>
        <w:t xml:space="preserve"> (3 marks)</w:t>
      </w:r>
    </w:p>
    <w:p w14:paraId="5095D6B7" w14:textId="77777777" w:rsidR="009436E4" w:rsidRPr="00727671" w:rsidRDefault="00000000">
      <w:pPr>
        <w:ind w:left="216"/>
        <w:rPr>
          <w:rFonts w:ascii="Times New Roman" w:hAnsi="Times New Roman" w:cs="Times New Roman"/>
        </w:rPr>
      </w:pPr>
      <w:r w:rsidRPr="00727671">
        <w:rPr>
          <w:rFonts w:ascii="Times New Roman" w:hAnsi="Times New Roman" w:cs="Times New Roman"/>
          <w:b/>
        </w:rPr>
        <w:t xml:space="preserve">e) </w:t>
      </w:r>
      <w:r w:rsidRPr="00727671">
        <w:rPr>
          <w:rFonts w:ascii="Times New Roman" w:hAnsi="Times New Roman" w:cs="Times New Roman"/>
        </w:rPr>
        <w:t>Identify one character trait of the daughter.</w:t>
      </w:r>
      <w:r w:rsidRPr="00727671">
        <w:rPr>
          <w:rFonts w:ascii="Times New Roman" w:hAnsi="Times New Roman" w:cs="Times New Roman"/>
          <w:b/>
        </w:rPr>
        <w:t xml:space="preserve"> (2 marks)</w:t>
      </w:r>
    </w:p>
    <w:p w14:paraId="1F5B085E" w14:textId="77777777" w:rsidR="009436E4" w:rsidRPr="00727671" w:rsidRDefault="00000000">
      <w:pPr>
        <w:ind w:left="216"/>
        <w:rPr>
          <w:rFonts w:ascii="Times New Roman" w:hAnsi="Times New Roman" w:cs="Times New Roman"/>
        </w:rPr>
      </w:pPr>
      <w:r w:rsidRPr="00727671">
        <w:rPr>
          <w:rFonts w:ascii="Times New Roman" w:hAnsi="Times New Roman" w:cs="Times New Roman"/>
          <w:b/>
        </w:rPr>
        <w:t xml:space="preserve">f) </w:t>
      </w:r>
      <w:r w:rsidRPr="00727671">
        <w:rPr>
          <w:rFonts w:ascii="Times New Roman" w:hAnsi="Times New Roman" w:cs="Times New Roman"/>
        </w:rPr>
        <w:t>Identify and illustrate any two stylistic devices used in the poem.</w:t>
      </w:r>
      <w:r w:rsidRPr="00727671">
        <w:rPr>
          <w:rFonts w:ascii="Times New Roman" w:hAnsi="Times New Roman" w:cs="Times New Roman"/>
          <w:b/>
        </w:rPr>
        <w:t xml:space="preserve"> (4 marks)</w:t>
      </w:r>
    </w:p>
    <w:p w14:paraId="025CC87B" w14:textId="77777777" w:rsidR="009436E4" w:rsidRPr="00727671" w:rsidRDefault="00000000">
      <w:pPr>
        <w:ind w:left="216"/>
        <w:rPr>
          <w:rFonts w:ascii="Times New Roman" w:hAnsi="Times New Roman" w:cs="Times New Roman"/>
        </w:rPr>
      </w:pPr>
      <w:r w:rsidRPr="00727671">
        <w:rPr>
          <w:rFonts w:ascii="Times New Roman" w:hAnsi="Times New Roman" w:cs="Times New Roman"/>
          <w:b/>
        </w:rPr>
        <w:t xml:space="preserve">g) </w:t>
      </w:r>
      <w:r w:rsidRPr="00727671">
        <w:rPr>
          <w:rFonts w:ascii="Times New Roman" w:hAnsi="Times New Roman" w:cs="Times New Roman"/>
        </w:rPr>
        <w:t>Describe the mood of the poem.</w:t>
      </w:r>
      <w:r w:rsidRPr="00727671">
        <w:rPr>
          <w:rFonts w:ascii="Times New Roman" w:hAnsi="Times New Roman" w:cs="Times New Roman"/>
          <w:b/>
        </w:rPr>
        <w:t xml:space="preserve"> (2 marks)</w:t>
      </w:r>
    </w:p>
    <w:p w14:paraId="3C83D15A" w14:textId="77777777" w:rsidR="009436E4" w:rsidRPr="00727671" w:rsidRDefault="00000000">
      <w:pPr>
        <w:ind w:left="216"/>
        <w:rPr>
          <w:rFonts w:ascii="Times New Roman" w:hAnsi="Times New Roman" w:cs="Times New Roman"/>
        </w:rPr>
      </w:pPr>
      <w:r w:rsidRPr="00727671">
        <w:rPr>
          <w:rFonts w:ascii="Times New Roman" w:hAnsi="Times New Roman" w:cs="Times New Roman"/>
          <w:b/>
        </w:rPr>
        <w:lastRenderedPageBreak/>
        <w:t xml:space="preserve">h) </w:t>
      </w:r>
      <w:r w:rsidRPr="00727671">
        <w:rPr>
          <w:rFonts w:ascii="Times New Roman" w:hAnsi="Times New Roman" w:cs="Times New Roman"/>
        </w:rPr>
        <w:t>Explain the following lines as used in the poem: (i) “The compound filled with mourners' cries.” (ii) “Her daughter watched them without a word.”</w:t>
      </w:r>
      <w:r w:rsidRPr="00727671">
        <w:rPr>
          <w:rFonts w:ascii="Times New Roman" w:hAnsi="Times New Roman" w:cs="Times New Roman"/>
          <w:b/>
        </w:rPr>
        <w:t xml:space="preserve"> (2 marks)</w:t>
      </w:r>
    </w:p>
    <w:p w14:paraId="28034C28" w14:textId="77777777" w:rsidR="009436E4" w:rsidRPr="00727671" w:rsidRDefault="00000000">
      <w:pPr>
        <w:rPr>
          <w:rFonts w:ascii="Times New Roman" w:hAnsi="Times New Roman" w:cs="Times New Roman"/>
        </w:rPr>
      </w:pPr>
      <w:r w:rsidRPr="00727671">
        <w:rPr>
          <w:rFonts w:ascii="Times New Roman" w:hAnsi="Times New Roman" w:cs="Times New Roman"/>
          <w:b/>
        </w:rPr>
        <w:t>4. GRAMMAR, VOCABULARY AND LANGUAGE USE (15 marks)</w:t>
      </w:r>
    </w:p>
    <w:p w14:paraId="218D5893" w14:textId="77777777" w:rsidR="009436E4" w:rsidRPr="00727671" w:rsidRDefault="00000000">
      <w:pPr>
        <w:rPr>
          <w:rFonts w:ascii="Times New Roman" w:hAnsi="Times New Roman" w:cs="Times New Roman"/>
        </w:rPr>
      </w:pPr>
      <w:r w:rsidRPr="00727671">
        <w:rPr>
          <w:rFonts w:ascii="Times New Roman" w:hAnsi="Times New Roman" w:cs="Times New Roman"/>
          <w:b/>
        </w:rPr>
        <w:t>a) Rewrite the following sentences according to the instructions given. (4 marks)</w:t>
      </w:r>
    </w:p>
    <w:p w14:paraId="468BC22A" w14:textId="77777777" w:rsidR="009436E4" w:rsidRPr="00727671" w:rsidRDefault="00000000">
      <w:pPr>
        <w:rPr>
          <w:rFonts w:ascii="Times New Roman" w:hAnsi="Times New Roman" w:cs="Times New Roman"/>
        </w:rPr>
      </w:pPr>
      <w:r w:rsidRPr="00727671">
        <w:rPr>
          <w:rFonts w:ascii="Times New Roman" w:hAnsi="Times New Roman" w:cs="Times New Roman"/>
        </w:rPr>
        <w:t>i) If you attend the cultural festival, you will see the traditional dancers. (Rewrite using “unless”.)</w:t>
      </w:r>
    </w:p>
    <w:p w14:paraId="7AA49906" w14:textId="77777777" w:rsidR="009436E4" w:rsidRPr="00727671" w:rsidRDefault="00000000">
      <w:pPr>
        <w:rPr>
          <w:rFonts w:ascii="Times New Roman" w:hAnsi="Times New Roman" w:cs="Times New Roman"/>
        </w:rPr>
      </w:pPr>
      <w:r w:rsidRPr="00727671">
        <w:rPr>
          <w:rFonts w:ascii="Times New Roman" w:hAnsi="Times New Roman" w:cs="Times New Roman"/>
        </w:rPr>
        <w:t>ii) Very few students in the class are above eighteen years old. (Rewrite as one sentence using “hardly”.)</w:t>
      </w:r>
    </w:p>
    <w:p w14:paraId="178F7E3B" w14:textId="77777777" w:rsidR="009436E4" w:rsidRPr="00727671" w:rsidRDefault="00000000">
      <w:pPr>
        <w:rPr>
          <w:rFonts w:ascii="Times New Roman" w:hAnsi="Times New Roman" w:cs="Times New Roman"/>
        </w:rPr>
      </w:pPr>
      <w:r w:rsidRPr="00727671">
        <w:rPr>
          <w:rFonts w:ascii="Times New Roman" w:hAnsi="Times New Roman" w:cs="Times New Roman"/>
        </w:rPr>
        <w:t>iii) He had never known that the street boy had gone without food. He was unsympathetic towards him. (Begin: “Never …”)</w:t>
      </w:r>
    </w:p>
    <w:p w14:paraId="76EA6B6E" w14:textId="77777777" w:rsidR="009436E4" w:rsidRPr="00727671" w:rsidRDefault="00000000">
      <w:pPr>
        <w:rPr>
          <w:rFonts w:ascii="Times New Roman" w:hAnsi="Times New Roman" w:cs="Times New Roman"/>
        </w:rPr>
      </w:pPr>
      <w:r w:rsidRPr="00727671">
        <w:rPr>
          <w:rFonts w:ascii="Times New Roman" w:hAnsi="Times New Roman" w:cs="Times New Roman"/>
        </w:rPr>
        <w:t>iv) My family owns a holiday home; that is why we always spend December there. (Begin: “If …”)</w:t>
      </w:r>
    </w:p>
    <w:p w14:paraId="1A285E8A" w14:textId="77777777" w:rsidR="009436E4" w:rsidRPr="00727671" w:rsidRDefault="00000000">
      <w:pPr>
        <w:rPr>
          <w:rFonts w:ascii="Times New Roman" w:hAnsi="Times New Roman" w:cs="Times New Roman"/>
        </w:rPr>
      </w:pPr>
      <w:r w:rsidRPr="00727671">
        <w:rPr>
          <w:rFonts w:ascii="Times New Roman" w:hAnsi="Times New Roman" w:cs="Times New Roman"/>
          <w:b/>
        </w:rPr>
        <w:t>b) Replace the underlined words with appropriate phrasal verbs. (2 marks)</w:t>
      </w:r>
    </w:p>
    <w:p w14:paraId="19BF861D" w14:textId="77777777" w:rsidR="009436E4" w:rsidRPr="00727671" w:rsidRDefault="00000000">
      <w:pPr>
        <w:rPr>
          <w:rFonts w:ascii="Times New Roman" w:hAnsi="Times New Roman" w:cs="Times New Roman"/>
        </w:rPr>
      </w:pPr>
      <w:r w:rsidRPr="00727671">
        <w:rPr>
          <w:rFonts w:ascii="Times New Roman" w:hAnsi="Times New Roman" w:cs="Times New Roman"/>
        </w:rPr>
        <w:t>i) The company produced many useful products this year.</w:t>
      </w:r>
    </w:p>
    <w:p w14:paraId="6388BFEE" w14:textId="77777777" w:rsidR="009436E4" w:rsidRPr="00727671" w:rsidRDefault="00000000">
      <w:pPr>
        <w:rPr>
          <w:rFonts w:ascii="Times New Roman" w:hAnsi="Times New Roman" w:cs="Times New Roman"/>
        </w:rPr>
      </w:pPr>
      <w:r w:rsidRPr="00727671">
        <w:rPr>
          <w:rFonts w:ascii="Times New Roman" w:hAnsi="Times New Roman" w:cs="Times New Roman"/>
        </w:rPr>
        <w:t>ii) I accidentally met my former classmate in town.</w:t>
      </w:r>
    </w:p>
    <w:p w14:paraId="1037EC8C" w14:textId="77777777" w:rsidR="009436E4" w:rsidRPr="00727671" w:rsidRDefault="00000000">
      <w:pPr>
        <w:rPr>
          <w:rFonts w:ascii="Times New Roman" w:hAnsi="Times New Roman" w:cs="Times New Roman"/>
        </w:rPr>
      </w:pPr>
      <w:r w:rsidRPr="00727671">
        <w:rPr>
          <w:rFonts w:ascii="Times New Roman" w:hAnsi="Times New Roman" w:cs="Times New Roman"/>
          <w:b/>
        </w:rPr>
        <w:t>c) Explain the meaning of the following idioms. (2 marks)</w:t>
      </w:r>
    </w:p>
    <w:p w14:paraId="4C7A7D97" w14:textId="77777777" w:rsidR="009436E4" w:rsidRPr="00727671" w:rsidRDefault="00000000">
      <w:pPr>
        <w:rPr>
          <w:rFonts w:ascii="Times New Roman" w:hAnsi="Times New Roman" w:cs="Times New Roman"/>
        </w:rPr>
      </w:pPr>
      <w:r w:rsidRPr="00727671">
        <w:rPr>
          <w:rFonts w:ascii="Times New Roman" w:hAnsi="Times New Roman" w:cs="Times New Roman"/>
        </w:rPr>
        <w:t>i) To hit the jackpot</w:t>
      </w:r>
    </w:p>
    <w:p w14:paraId="1230F5AE" w14:textId="77777777" w:rsidR="009436E4" w:rsidRPr="00727671" w:rsidRDefault="00000000">
      <w:pPr>
        <w:rPr>
          <w:rFonts w:ascii="Times New Roman" w:hAnsi="Times New Roman" w:cs="Times New Roman"/>
        </w:rPr>
      </w:pPr>
      <w:r w:rsidRPr="00727671">
        <w:rPr>
          <w:rFonts w:ascii="Times New Roman" w:hAnsi="Times New Roman" w:cs="Times New Roman"/>
        </w:rPr>
        <w:t>ii) A lame duck</w:t>
      </w:r>
    </w:p>
    <w:p w14:paraId="7B4DD64B" w14:textId="77777777" w:rsidR="009436E4" w:rsidRPr="00727671" w:rsidRDefault="00000000">
      <w:pPr>
        <w:rPr>
          <w:rFonts w:ascii="Times New Roman" w:hAnsi="Times New Roman" w:cs="Times New Roman"/>
        </w:rPr>
      </w:pPr>
      <w:r w:rsidRPr="00727671">
        <w:rPr>
          <w:rFonts w:ascii="Times New Roman" w:hAnsi="Times New Roman" w:cs="Times New Roman"/>
          <w:b/>
        </w:rPr>
        <w:t>d) Fill in the gaps with the most appropriate prepositions. (3 marks)</w:t>
      </w:r>
    </w:p>
    <w:p w14:paraId="74230363" w14:textId="77777777" w:rsidR="009436E4" w:rsidRPr="00727671" w:rsidRDefault="00000000">
      <w:pPr>
        <w:rPr>
          <w:rFonts w:ascii="Times New Roman" w:hAnsi="Times New Roman" w:cs="Times New Roman"/>
        </w:rPr>
      </w:pPr>
      <w:r w:rsidRPr="00727671">
        <w:rPr>
          <w:rFonts w:ascii="Times New Roman" w:hAnsi="Times New Roman" w:cs="Times New Roman"/>
        </w:rPr>
        <w:t>i) The new students are very good __________________ languages.</w:t>
      </w:r>
    </w:p>
    <w:p w14:paraId="7E45EED0" w14:textId="77777777" w:rsidR="009436E4" w:rsidRPr="00727671" w:rsidRDefault="00000000">
      <w:pPr>
        <w:rPr>
          <w:rFonts w:ascii="Times New Roman" w:hAnsi="Times New Roman" w:cs="Times New Roman"/>
        </w:rPr>
      </w:pPr>
      <w:r w:rsidRPr="00727671">
        <w:rPr>
          <w:rFonts w:ascii="Times New Roman" w:hAnsi="Times New Roman" w:cs="Times New Roman"/>
        </w:rPr>
        <w:t>ii) The manager gave us information __________________ the new project.</w:t>
      </w:r>
    </w:p>
    <w:p w14:paraId="5BE79985" w14:textId="77777777" w:rsidR="009436E4" w:rsidRPr="00727671" w:rsidRDefault="00000000">
      <w:pPr>
        <w:rPr>
          <w:rFonts w:ascii="Times New Roman" w:hAnsi="Times New Roman" w:cs="Times New Roman"/>
        </w:rPr>
      </w:pPr>
      <w:r w:rsidRPr="00727671">
        <w:rPr>
          <w:rFonts w:ascii="Times New Roman" w:hAnsi="Times New Roman" w:cs="Times New Roman"/>
        </w:rPr>
        <w:t>iii) The witness provided proof __________________ his explanation.</w:t>
      </w:r>
    </w:p>
    <w:p w14:paraId="5EF97C2D" w14:textId="77777777" w:rsidR="009436E4" w:rsidRPr="00727671" w:rsidRDefault="00000000">
      <w:pPr>
        <w:rPr>
          <w:rFonts w:ascii="Times New Roman" w:hAnsi="Times New Roman" w:cs="Times New Roman"/>
        </w:rPr>
      </w:pPr>
      <w:r w:rsidRPr="00727671">
        <w:rPr>
          <w:rFonts w:ascii="Times New Roman" w:hAnsi="Times New Roman" w:cs="Times New Roman"/>
          <w:b/>
        </w:rPr>
        <w:t>e) Choose the most appropriate word. (2 marks)</w:t>
      </w:r>
    </w:p>
    <w:p w14:paraId="241DA3AA" w14:textId="77777777" w:rsidR="009436E4" w:rsidRPr="00727671" w:rsidRDefault="00000000">
      <w:pPr>
        <w:rPr>
          <w:rFonts w:ascii="Times New Roman" w:hAnsi="Times New Roman" w:cs="Times New Roman"/>
        </w:rPr>
      </w:pPr>
      <w:r w:rsidRPr="00727671">
        <w:rPr>
          <w:rFonts w:ascii="Times New Roman" w:hAnsi="Times New Roman" w:cs="Times New Roman"/>
        </w:rPr>
        <w:t>i) If a person is careless, he may __________________ his reputation. (lose / loose / loss)</w:t>
      </w:r>
    </w:p>
    <w:p w14:paraId="201C7804" w14:textId="77777777" w:rsidR="009436E4" w:rsidRPr="00727671" w:rsidRDefault="00000000">
      <w:pPr>
        <w:rPr>
          <w:rFonts w:ascii="Times New Roman" w:hAnsi="Times New Roman" w:cs="Times New Roman"/>
        </w:rPr>
      </w:pPr>
      <w:r w:rsidRPr="00727671">
        <w:rPr>
          <w:rFonts w:ascii="Times New Roman" w:hAnsi="Times New Roman" w:cs="Times New Roman"/>
        </w:rPr>
        <w:t>ii) The patient had __________________ on the bed for two hours. (lain / laid / lied / lay)</w:t>
      </w:r>
    </w:p>
    <w:p w14:paraId="7F350153" w14:textId="77777777" w:rsidR="009436E4" w:rsidRPr="00727671" w:rsidRDefault="00000000">
      <w:pPr>
        <w:rPr>
          <w:rFonts w:ascii="Times New Roman" w:hAnsi="Times New Roman" w:cs="Times New Roman"/>
        </w:rPr>
      </w:pPr>
      <w:r w:rsidRPr="00727671">
        <w:rPr>
          <w:rFonts w:ascii="Times New Roman" w:hAnsi="Times New Roman" w:cs="Times New Roman"/>
          <w:b/>
        </w:rPr>
        <w:t>f) Explain the difference in meaning between the following sentences. (2 marks)</w:t>
      </w:r>
    </w:p>
    <w:p w14:paraId="2F80BF1F" w14:textId="77777777" w:rsidR="009436E4" w:rsidRPr="00727671" w:rsidRDefault="00000000">
      <w:pPr>
        <w:rPr>
          <w:rFonts w:ascii="Times New Roman" w:hAnsi="Times New Roman" w:cs="Times New Roman"/>
        </w:rPr>
      </w:pPr>
      <w:r w:rsidRPr="00727671">
        <w:rPr>
          <w:rFonts w:ascii="Times New Roman" w:hAnsi="Times New Roman" w:cs="Times New Roman"/>
        </w:rPr>
        <w:t>i) Jane even learnt how to swim.</w:t>
      </w:r>
    </w:p>
    <w:p w14:paraId="7930C660" w14:textId="77777777" w:rsidR="009436E4" w:rsidRPr="00727671" w:rsidRDefault="00000000">
      <w:pPr>
        <w:rPr>
          <w:rFonts w:ascii="Times New Roman" w:hAnsi="Times New Roman" w:cs="Times New Roman"/>
        </w:rPr>
      </w:pPr>
      <w:r w:rsidRPr="00727671">
        <w:rPr>
          <w:rFonts w:ascii="Times New Roman" w:hAnsi="Times New Roman" w:cs="Times New Roman"/>
        </w:rPr>
        <w:t>ii) Even Jane learnt how to swim.</w:t>
      </w:r>
    </w:p>
    <w:sectPr w:rsidR="009436E4" w:rsidRPr="00727671" w:rsidSect="00034616">
      <w:footerReference w:type="default" r:id="rId8"/>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D4A45" w14:textId="77777777" w:rsidR="00A55A30" w:rsidRDefault="00A55A30">
      <w:pPr>
        <w:spacing w:after="0" w:line="240" w:lineRule="auto"/>
      </w:pPr>
      <w:r>
        <w:separator/>
      </w:r>
    </w:p>
  </w:endnote>
  <w:endnote w:type="continuationSeparator" w:id="0">
    <w:p w14:paraId="07126538" w14:textId="77777777" w:rsidR="00A55A30" w:rsidRDefault="00A55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8113B" w14:textId="77777777" w:rsidR="009436E4" w:rsidRDefault="00000000">
    <w:pPr>
      <w:pStyle w:val="Footer"/>
      <w:jc w:val="center"/>
    </w:pPr>
    <w:r>
      <w:rPr>
        <w:sz w:val="18"/>
      </w:rPr>
      <w:t>kcserevision.com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A583C" w14:textId="77777777" w:rsidR="00A55A30" w:rsidRDefault="00A55A30">
      <w:pPr>
        <w:spacing w:after="0" w:line="240" w:lineRule="auto"/>
      </w:pPr>
      <w:r>
        <w:separator/>
      </w:r>
    </w:p>
  </w:footnote>
  <w:footnote w:type="continuationSeparator" w:id="0">
    <w:p w14:paraId="7A5BA9C1" w14:textId="77777777" w:rsidR="00A55A30" w:rsidRDefault="00A55A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2777719">
    <w:abstractNumId w:val="8"/>
  </w:num>
  <w:num w:numId="2" w16cid:durableId="1605069032">
    <w:abstractNumId w:val="6"/>
  </w:num>
  <w:num w:numId="3" w16cid:durableId="1626739586">
    <w:abstractNumId w:val="5"/>
  </w:num>
  <w:num w:numId="4" w16cid:durableId="725570950">
    <w:abstractNumId w:val="4"/>
  </w:num>
  <w:num w:numId="5" w16cid:durableId="1993633056">
    <w:abstractNumId w:val="7"/>
  </w:num>
  <w:num w:numId="6" w16cid:durableId="2139489857">
    <w:abstractNumId w:val="3"/>
  </w:num>
  <w:num w:numId="7" w16cid:durableId="1758363322">
    <w:abstractNumId w:val="2"/>
  </w:num>
  <w:num w:numId="8" w16cid:durableId="896090130">
    <w:abstractNumId w:val="1"/>
  </w:num>
  <w:num w:numId="9" w16cid:durableId="985622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27671"/>
    <w:rsid w:val="009436E4"/>
    <w:rsid w:val="00A55A30"/>
    <w:rsid w:val="00AA1D8D"/>
    <w:rsid w:val="00B47730"/>
    <w:rsid w:val="00CB0664"/>
    <w:rsid w:val="00E20CE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5DC92D"/>
  <w14:defaultImageDpi w14:val="300"/>
  <w15:docId w15:val="{254DB9FF-FD8B-45E9-8FF9-54D1BDF9D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1121</Words>
  <Characters>6391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3</cp:revision>
  <dcterms:created xsi:type="dcterms:W3CDTF">2013-12-23T23:15:00Z</dcterms:created>
  <dcterms:modified xsi:type="dcterms:W3CDTF">2026-09-22T00:24:00Z</dcterms:modified>
  <cp:category/>
</cp:coreProperties>
</file>