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255CF" w14:textId="77777777" w:rsidR="004F19FF" w:rsidRPr="00DB61A9" w:rsidRDefault="00000000">
      <w:pPr>
        <w:jc w:val="center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  <w:b/>
          <w:sz w:val="28"/>
        </w:rPr>
        <w:t>TERM 3 HOLIDAY ASSIGNMENT 2026</w:t>
      </w:r>
    </w:p>
    <w:p w14:paraId="28C2A7B0" w14:textId="77777777" w:rsidR="004F19FF" w:rsidRPr="00DB61A9" w:rsidRDefault="00000000">
      <w:pPr>
        <w:jc w:val="center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  <w:b/>
          <w:sz w:val="32"/>
        </w:rPr>
        <w:t>ENGLISH PAPER 1 (101/1)</w:t>
      </w:r>
    </w:p>
    <w:p w14:paraId="4EA7DB56" w14:textId="77777777" w:rsidR="004F19FF" w:rsidRPr="00DB61A9" w:rsidRDefault="00000000">
      <w:pPr>
        <w:jc w:val="center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  <w:b/>
          <w:sz w:val="26"/>
        </w:rPr>
        <w:t>FORM 3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4F19FF" w:rsidRPr="00DB61A9" w14:paraId="3A2C53EB" w14:textId="77777777">
        <w:trPr>
          <w:jc w:val="center"/>
        </w:trPr>
        <w:tc>
          <w:tcPr>
            <w:tcW w:w="5112" w:type="dxa"/>
            <w:shd w:val="clear" w:color="auto" w:fill="E7F4F5"/>
          </w:tcPr>
          <w:p w14:paraId="5BD17231" w14:textId="77777777" w:rsidR="004F19FF" w:rsidRPr="00DB61A9" w:rsidRDefault="00000000">
            <w:pPr>
              <w:rPr>
                <w:rFonts w:ascii="Times New Roman" w:hAnsi="Times New Roman" w:cs="Times New Roman"/>
              </w:rPr>
            </w:pPr>
            <w:r w:rsidRPr="00DB61A9">
              <w:rPr>
                <w:rFonts w:ascii="Times New Roman" w:hAnsi="Times New Roman" w:cs="Times New Roman"/>
                <w:b/>
              </w:rPr>
              <w:t>NAME</w:t>
            </w:r>
          </w:p>
        </w:tc>
        <w:tc>
          <w:tcPr>
            <w:tcW w:w="5112" w:type="dxa"/>
          </w:tcPr>
          <w:p w14:paraId="0D16AE60" w14:textId="77777777" w:rsidR="004F19FF" w:rsidRPr="00DB61A9" w:rsidRDefault="00000000">
            <w:pPr>
              <w:rPr>
                <w:rFonts w:ascii="Times New Roman" w:hAnsi="Times New Roman" w:cs="Times New Roman"/>
              </w:rPr>
            </w:pPr>
            <w:r w:rsidRPr="00DB61A9">
              <w:rPr>
                <w:rFonts w:ascii="Times New Roman" w:hAnsi="Times New Roman" w:cs="Times New Roman"/>
              </w:rPr>
              <w:t>____________________________________________</w:t>
            </w:r>
          </w:p>
        </w:tc>
      </w:tr>
      <w:tr w:rsidR="004F19FF" w:rsidRPr="00DB61A9" w14:paraId="07FAADD7" w14:textId="77777777">
        <w:trPr>
          <w:jc w:val="center"/>
        </w:trPr>
        <w:tc>
          <w:tcPr>
            <w:tcW w:w="5112" w:type="dxa"/>
            <w:shd w:val="clear" w:color="auto" w:fill="E7F4F5"/>
          </w:tcPr>
          <w:p w14:paraId="519C3D4E" w14:textId="77777777" w:rsidR="004F19FF" w:rsidRPr="00DB61A9" w:rsidRDefault="00000000">
            <w:pPr>
              <w:rPr>
                <w:rFonts w:ascii="Times New Roman" w:hAnsi="Times New Roman" w:cs="Times New Roman"/>
              </w:rPr>
            </w:pPr>
            <w:r w:rsidRPr="00DB61A9">
              <w:rPr>
                <w:rFonts w:ascii="Times New Roman" w:hAnsi="Times New Roman" w:cs="Times New Roman"/>
                <w:b/>
              </w:rPr>
              <w:t>ADM NO.</w:t>
            </w:r>
          </w:p>
        </w:tc>
        <w:tc>
          <w:tcPr>
            <w:tcW w:w="5112" w:type="dxa"/>
          </w:tcPr>
          <w:p w14:paraId="71E8B87E" w14:textId="77777777" w:rsidR="004F19FF" w:rsidRPr="00DB61A9" w:rsidRDefault="00000000">
            <w:pPr>
              <w:rPr>
                <w:rFonts w:ascii="Times New Roman" w:hAnsi="Times New Roman" w:cs="Times New Roman"/>
              </w:rPr>
            </w:pPr>
            <w:r w:rsidRPr="00DB61A9">
              <w:rPr>
                <w:rFonts w:ascii="Times New Roman" w:hAnsi="Times New Roman" w:cs="Times New Roman"/>
              </w:rPr>
              <w:t>________________________</w:t>
            </w:r>
          </w:p>
        </w:tc>
      </w:tr>
      <w:tr w:rsidR="004F19FF" w:rsidRPr="00DB61A9" w14:paraId="3867D687" w14:textId="77777777">
        <w:trPr>
          <w:jc w:val="center"/>
        </w:trPr>
        <w:tc>
          <w:tcPr>
            <w:tcW w:w="5112" w:type="dxa"/>
            <w:shd w:val="clear" w:color="auto" w:fill="E7F4F5"/>
          </w:tcPr>
          <w:p w14:paraId="36EBD285" w14:textId="77777777" w:rsidR="004F19FF" w:rsidRPr="00DB61A9" w:rsidRDefault="00000000">
            <w:pPr>
              <w:rPr>
                <w:rFonts w:ascii="Times New Roman" w:hAnsi="Times New Roman" w:cs="Times New Roman"/>
              </w:rPr>
            </w:pPr>
            <w:r w:rsidRPr="00DB61A9"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5112" w:type="dxa"/>
          </w:tcPr>
          <w:p w14:paraId="0FF801C0" w14:textId="77777777" w:rsidR="004F19FF" w:rsidRPr="00DB61A9" w:rsidRDefault="00000000">
            <w:pPr>
              <w:rPr>
                <w:rFonts w:ascii="Times New Roman" w:hAnsi="Times New Roman" w:cs="Times New Roman"/>
              </w:rPr>
            </w:pPr>
            <w:r w:rsidRPr="00DB61A9">
              <w:rPr>
                <w:rFonts w:ascii="Times New Roman" w:hAnsi="Times New Roman" w:cs="Times New Roman"/>
              </w:rPr>
              <w:t>________________________</w:t>
            </w:r>
          </w:p>
        </w:tc>
      </w:tr>
      <w:tr w:rsidR="004F19FF" w:rsidRPr="00DB61A9" w14:paraId="6690FB8B" w14:textId="77777777">
        <w:trPr>
          <w:jc w:val="center"/>
        </w:trPr>
        <w:tc>
          <w:tcPr>
            <w:tcW w:w="5112" w:type="dxa"/>
            <w:shd w:val="clear" w:color="auto" w:fill="E7F4F5"/>
          </w:tcPr>
          <w:p w14:paraId="029DC03B" w14:textId="77777777" w:rsidR="004F19FF" w:rsidRPr="00DB61A9" w:rsidRDefault="00000000">
            <w:pPr>
              <w:rPr>
                <w:rFonts w:ascii="Times New Roman" w:hAnsi="Times New Roman" w:cs="Times New Roman"/>
              </w:rPr>
            </w:pPr>
            <w:r w:rsidRPr="00DB61A9">
              <w:rPr>
                <w:rFonts w:ascii="Times New Roman" w:hAnsi="Times New Roman" w:cs="Times New Roman"/>
                <w:b/>
              </w:rPr>
              <w:t>DATE / SIGN</w:t>
            </w:r>
          </w:p>
        </w:tc>
        <w:tc>
          <w:tcPr>
            <w:tcW w:w="5112" w:type="dxa"/>
          </w:tcPr>
          <w:p w14:paraId="78E439F9" w14:textId="77777777" w:rsidR="004F19FF" w:rsidRPr="00DB61A9" w:rsidRDefault="00000000">
            <w:pPr>
              <w:rPr>
                <w:rFonts w:ascii="Times New Roman" w:hAnsi="Times New Roman" w:cs="Times New Roman"/>
              </w:rPr>
            </w:pPr>
            <w:r w:rsidRPr="00DB61A9">
              <w:rPr>
                <w:rFonts w:ascii="Times New Roman" w:hAnsi="Times New Roman" w:cs="Times New Roman"/>
              </w:rPr>
              <w:t>____________________________________________</w:t>
            </w:r>
          </w:p>
        </w:tc>
      </w:tr>
    </w:tbl>
    <w:p w14:paraId="29327ADA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  <w:b/>
        </w:rPr>
        <w:t>1. FUNCTIONAL WRITING (20 marks)</w:t>
      </w:r>
    </w:p>
    <w:p w14:paraId="109FD850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Imagine you have completed your KCSE examinations and are waiting to join university. You see an advertisement in the Daily Nation by Kenya Power for temporary customer-service assistants. The position will last for four months. Applicants should:</w:t>
      </w:r>
    </w:p>
    <w:p w14:paraId="5F3A23BE" w14:textId="77777777" w:rsidR="004F19FF" w:rsidRPr="00DB61A9" w:rsidRDefault="00000000">
      <w:pPr>
        <w:pStyle w:val="ListBullet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Be 18 years and above.</w:t>
      </w:r>
    </w:p>
    <w:p w14:paraId="547A1015" w14:textId="77777777" w:rsidR="004F19FF" w:rsidRPr="00DB61A9" w:rsidRDefault="00000000">
      <w:pPr>
        <w:pStyle w:val="ListBullet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Have attained C+ and above, with at least C+ in English and Mathematics.</w:t>
      </w:r>
    </w:p>
    <w:p w14:paraId="69C7CA39" w14:textId="77777777" w:rsidR="004F19FF" w:rsidRPr="00DB61A9" w:rsidRDefault="00000000">
      <w:pPr>
        <w:pStyle w:val="ListBullet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Be fluent in English and Kiswahili.</w:t>
      </w:r>
    </w:p>
    <w:p w14:paraId="30A5C952" w14:textId="77777777" w:rsidR="004F19FF" w:rsidRPr="00DB61A9" w:rsidRDefault="00000000">
      <w:pPr>
        <w:pStyle w:val="ListBullet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Be computer literate.</w:t>
      </w:r>
    </w:p>
    <w:p w14:paraId="632915BF" w14:textId="77777777" w:rsidR="004F19FF" w:rsidRPr="00DB61A9" w:rsidRDefault="00000000">
      <w:pPr>
        <w:pStyle w:val="ListBullet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Write an application letter for the position.</w:t>
      </w:r>
    </w:p>
    <w:p w14:paraId="3A341AC0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The application letter should be addressed to:</w:t>
      </w:r>
    </w:p>
    <w:p w14:paraId="7BF313D5" w14:textId="77777777" w:rsidR="004F19FF" w:rsidRPr="00DB61A9" w:rsidRDefault="00000000">
      <w:pPr>
        <w:ind w:left="360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  <w:b/>
        </w:rPr>
        <w:t>The Human Resource Manager,</w:t>
      </w:r>
    </w:p>
    <w:p w14:paraId="374CDBA6" w14:textId="77777777" w:rsidR="004F19FF" w:rsidRPr="00DB61A9" w:rsidRDefault="00000000">
      <w:pPr>
        <w:ind w:left="360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  <w:b/>
        </w:rPr>
        <w:t>Kenya Power,</w:t>
      </w:r>
    </w:p>
    <w:p w14:paraId="1A934028" w14:textId="77777777" w:rsidR="004F19FF" w:rsidRPr="00DB61A9" w:rsidRDefault="00000000">
      <w:pPr>
        <w:ind w:left="360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  <w:b/>
        </w:rPr>
        <w:t>P.O. Box 30099 – 00100,</w:t>
      </w:r>
    </w:p>
    <w:p w14:paraId="1E10F1A2" w14:textId="77777777" w:rsidR="004F19FF" w:rsidRPr="00DB61A9" w:rsidRDefault="00000000">
      <w:pPr>
        <w:ind w:left="360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  <w:b/>
        </w:rPr>
        <w:t>Nairobi.</w:t>
      </w:r>
    </w:p>
    <w:p w14:paraId="0B12A90C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________________________________________________________________________________</w:t>
      </w:r>
    </w:p>
    <w:p w14:paraId="65EBF8FD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________________________________________________________________________________</w:t>
      </w:r>
    </w:p>
    <w:p w14:paraId="28BBF4A1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________________________________________________________________________________</w:t>
      </w:r>
    </w:p>
    <w:p w14:paraId="4DA47B7C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________________________________________________________________________________</w:t>
      </w:r>
    </w:p>
    <w:p w14:paraId="3A222A53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________________________________________________________________________________</w:t>
      </w:r>
    </w:p>
    <w:p w14:paraId="4BBE89AB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________________________________________________________________________________</w:t>
      </w:r>
    </w:p>
    <w:p w14:paraId="67B444F4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________________________________________________________________________________</w:t>
      </w:r>
    </w:p>
    <w:p w14:paraId="09C62AB2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lastRenderedPageBreak/>
        <w:t>________________________________________________________________________________</w:t>
      </w:r>
    </w:p>
    <w:p w14:paraId="1260B147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________________________________________________________________________________</w:t>
      </w:r>
    </w:p>
    <w:p w14:paraId="227DB6A1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________________________________________________________________________________</w:t>
      </w:r>
    </w:p>
    <w:p w14:paraId="4BD3FD0E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________________________________________________________________________________</w:t>
      </w:r>
    </w:p>
    <w:p w14:paraId="1E9FCF44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________________________________________________________________________________</w:t>
      </w:r>
    </w:p>
    <w:p w14:paraId="73DF1A9F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________________________________________________________________________________</w:t>
      </w:r>
    </w:p>
    <w:p w14:paraId="510D4B6F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________________________________________________________________________________</w:t>
      </w:r>
    </w:p>
    <w:p w14:paraId="0613BCF7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________________________________________________________________________________</w:t>
      </w:r>
    </w:p>
    <w:p w14:paraId="3E4508D4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________________________________________________________________________________</w:t>
      </w:r>
    </w:p>
    <w:p w14:paraId="79707039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________________________________________________________________________________</w:t>
      </w:r>
    </w:p>
    <w:p w14:paraId="698E3849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  <w:b/>
        </w:rPr>
        <w:t>2. CLOZE TEST (10 marks)</w:t>
      </w:r>
    </w:p>
    <w:p w14:paraId="101232D9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Fill in each blank space in the passage below with the most appropriate word.</w:t>
      </w:r>
    </w:p>
    <w:p w14:paraId="253558A5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Residents of a village in Baringo County (i) __________ raised concern over a series of cattle thefts (ii) __________ the area. The local administration responded (iii) __________ organising a meeting with community leaders and security officers. During the meeting, residents were urged to remain alert and (iv) __________ any suspicious movement to the authorities. A joint patrol was later introduced, (v) __________ helped to improve security in the affected villages. Although the situation has (vi) __________, residents continue to cooperate with the police. The elders also appealed to young people to avoid activities that could (vii) __________ conflict. They encouraged families to work (viii) __________ with the administration and to provide information whenever necessary. By the end of the month, several stolen animals had been recovered and the community was (ix) __________ hopeful that peace would (x) __________ restored.</w:t>
      </w:r>
    </w:p>
    <w:p w14:paraId="0A96730F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  <w:b/>
        </w:rPr>
        <w:t>3. ORAL SKILLS (7 marks)</w:t>
      </w:r>
    </w:p>
    <w:p w14:paraId="48C8B401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a) Read the following poem then answer the questions that follow.</w:t>
      </w:r>
    </w:p>
    <w:p w14:paraId="56AE74FC" w14:textId="77777777" w:rsidR="004F19FF" w:rsidRPr="00DB61A9" w:rsidRDefault="00000000">
      <w:pPr>
        <w:ind w:left="504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The Little Seed</w:t>
      </w:r>
      <w:r w:rsidRPr="00DB61A9">
        <w:rPr>
          <w:rFonts w:ascii="Times New Roman" w:hAnsi="Times New Roman" w:cs="Times New Roman"/>
        </w:rPr>
        <w:br/>
      </w:r>
      <w:r w:rsidRPr="00DB61A9">
        <w:rPr>
          <w:rFonts w:ascii="Times New Roman" w:hAnsi="Times New Roman" w:cs="Times New Roman"/>
        </w:rPr>
        <w:br/>
        <w:t>A little seed lay in the ground,</w:t>
      </w:r>
      <w:r w:rsidRPr="00DB61A9">
        <w:rPr>
          <w:rFonts w:ascii="Times New Roman" w:hAnsi="Times New Roman" w:cs="Times New Roman"/>
        </w:rPr>
        <w:br/>
        <w:t>Hidden safely from the sun;</w:t>
      </w:r>
      <w:r w:rsidRPr="00DB61A9">
        <w:rPr>
          <w:rFonts w:ascii="Times New Roman" w:hAnsi="Times New Roman" w:cs="Times New Roman"/>
        </w:rPr>
        <w:br/>
        <w:t>Rain fell softly all around,</w:t>
      </w:r>
      <w:r w:rsidRPr="00DB61A9">
        <w:rPr>
          <w:rFonts w:ascii="Times New Roman" w:hAnsi="Times New Roman" w:cs="Times New Roman"/>
        </w:rPr>
        <w:br/>
        <w:t>And soon its growing had begun.</w:t>
      </w:r>
      <w:r w:rsidRPr="00DB61A9">
        <w:rPr>
          <w:rFonts w:ascii="Times New Roman" w:hAnsi="Times New Roman" w:cs="Times New Roman"/>
        </w:rPr>
        <w:br/>
      </w:r>
      <w:r w:rsidRPr="00DB61A9">
        <w:rPr>
          <w:rFonts w:ascii="Times New Roman" w:hAnsi="Times New Roman" w:cs="Times New Roman"/>
        </w:rPr>
        <w:br/>
        <w:t>It pushed its roots into the earth,</w:t>
      </w:r>
      <w:r w:rsidRPr="00DB61A9">
        <w:rPr>
          <w:rFonts w:ascii="Times New Roman" w:hAnsi="Times New Roman" w:cs="Times New Roman"/>
        </w:rPr>
        <w:br/>
        <w:t>And reached its leaves towards the sky;</w:t>
      </w:r>
      <w:r w:rsidRPr="00DB61A9">
        <w:rPr>
          <w:rFonts w:ascii="Times New Roman" w:hAnsi="Times New Roman" w:cs="Times New Roman"/>
        </w:rPr>
        <w:br/>
        <w:t>A tiny plant of humble birth,</w:t>
      </w:r>
      <w:r w:rsidRPr="00DB61A9">
        <w:rPr>
          <w:rFonts w:ascii="Times New Roman" w:hAnsi="Times New Roman" w:cs="Times New Roman"/>
        </w:rPr>
        <w:br/>
        <w:t>That taught me never to deny.</w:t>
      </w:r>
      <w:r w:rsidRPr="00DB61A9">
        <w:rPr>
          <w:rFonts w:ascii="Times New Roman" w:hAnsi="Times New Roman" w:cs="Times New Roman"/>
        </w:rPr>
        <w:br/>
      </w:r>
      <w:r w:rsidRPr="00DB61A9">
        <w:rPr>
          <w:rFonts w:ascii="Times New Roman" w:hAnsi="Times New Roman" w:cs="Times New Roman"/>
        </w:rPr>
        <w:br/>
        <w:t>With patience, care and gentle rain,</w:t>
      </w:r>
      <w:r w:rsidRPr="00DB61A9">
        <w:rPr>
          <w:rFonts w:ascii="Times New Roman" w:hAnsi="Times New Roman" w:cs="Times New Roman"/>
        </w:rPr>
        <w:br/>
        <w:t>The little plant grew strong and tall;</w:t>
      </w:r>
      <w:r w:rsidRPr="00DB61A9">
        <w:rPr>
          <w:rFonts w:ascii="Times New Roman" w:hAnsi="Times New Roman" w:cs="Times New Roman"/>
        </w:rPr>
        <w:br/>
        <w:t>Through sunshine, darkness, wind and pain,</w:t>
      </w:r>
      <w:r w:rsidRPr="00DB61A9">
        <w:rPr>
          <w:rFonts w:ascii="Times New Roman" w:hAnsi="Times New Roman" w:cs="Times New Roman"/>
        </w:rPr>
        <w:br/>
        <w:t>It learned to rise each time it fell.</w:t>
      </w:r>
    </w:p>
    <w:p w14:paraId="7DCAD397" w14:textId="77777777" w:rsidR="004F19FF" w:rsidRPr="00DB61A9" w:rsidRDefault="00000000">
      <w:pPr>
        <w:ind w:left="288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  <w:b/>
        </w:rPr>
        <w:lastRenderedPageBreak/>
        <w:t xml:space="preserve">i) </w:t>
      </w:r>
      <w:r w:rsidRPr="00DB61A9">
        <w:rPr>
          <w:rFonts w:ascii="Times New Roman" w:hAnsi="Times New Roman" w:cs="Times New Roman"/>
        </w:rPr>
        <w:t>Describe the rhyme scheme of the poem.</w:t>
      </w:r>
      <w:r w:rsidRPr="00DB61A9">
        <w:rPr>
          <w:rFonts w:ascii="Times New Roman" w:hAnsi="Times New Roman" w:cs="Times New Roman"/>
          <w:b/>
        </w:rPr>
        <w:t xml:space="preserve"> (3 marks)</w:t>
      </w:r>
    </w:p>
    <w:p w14:paraId="69244535" w14:textId="77777777" w:rsidR="004F19FF" w:rsidRPr="00DB61A9" w:rsidRDefault="00000000">
      <w:pPr>
        <w:ind w:left="288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  <w:b/>
        </w:rPr>
        <w:t xml:space="preserve">ii) </w:t>
      </w:r>
      <w:r w:rsidRPr="00DB61A9">
        <w:rPr>
          <w:rFonts w:ascii="Times New Roman" w:hAnsi="Times New Roman" w:cs="Times New Roman"/>
        </w:rPr>
        <w:t>Explain how you would perform the following line: “It learned to rise each time it fell.”</w:t>
      </w:r>
      <w:r w:rsidRPr="00DB61A9">
        <w:rPr>
          <w:rFonts w:ascii="Times New Roman" w:hAnsi="Times New Roman" w:cs="Times New Roman"/>
          <w:b/>
        </w:rPr>
        <w:t xml:space="preserve"> (2 marks)</w:t>
      </w:r>
    </w:p>
    <w:p w14:paraId="2F7FFE1D" w14:textId="77777777" w:rsidR="004F19FF" w:rsidRPr="00DB61A9" w:rsidRDefault="00000000">
      <w:pPr>
        <w:ind w:left="288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  <w:b/>
        </w:rPr>
        <w:t xml:space="preserve">iii) </w:t>
      </w:r>
      <w:r w:rsidRPr="00DB61A9">
        <w:rPr>
          <w:rFonts w:ascii="Times New Roman" w:hAnsi="Times New Roman" w:cs="Times New Roman"/>
        </w:rPr>
        <w:t>Describe the tone of voice you would use when reading the third stanza.</w:t>
      </w:r>
      <w:r w:rsidRPr="00DB61A9">
        <w:rPr>
          <w:rFonts w:ascii="Times New Roman" w:hAnsi="Times New Roman" w:cs="Times New Roman"/>
          <w:b/>
        </w:rPr>
        <w:t xml:space="preserve"> (2 marks)</w:t>
      </w:r>
    </w:p>
    <w:p w14:paraId="5C445BAD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  <w:b/>
        </w:rPr>
        <w:t>4. ETIQUETTE IN CONVERSATION (5 marks)</w:t>
      </w:r>
    </w:p>
    <w:p w14:paraId="457DDE14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Study the conversation below between a shopkeeper and a customer who is disturbed by the way the shopkeeper is addressing her.</w:t>
      </w:r>
    </w:p>
    <w:p w14:paraId="08BD8421" w14:textId="77777777" w:rsidR="004F19FF" w:rsidRPr="00DB61A9" w:rsidRDefault="00000000">
      <w:pPr>
        <w:ind w:left="360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Customer: Excuse me, madam. Could you please check whether you have the blue exercise books?</w:t>
      </w:r>
      <w:r w:rsidRPr="00DB61A9">
        <w:rPr>
          <w:rFonts w:ascii="Times New Roman" w:hAnsi="Times New Roman" w:cs="Times New Roman"/>
        </w:rPr>
        <w:br/>
        <w:t>Shopkeeper: (without looking up): Can't you see that I'm busy?</w:t>
      </w:r>
      <w:r w:rsidRPr="00DB61A9">
        <w:rPr>
          <w:rFonts w:ascii="Times New Roman" w:hAnsi="Times New Roman" w:cs="Times New Roman"/>
        </w:rPr>
        <w:br/>
        <w:t>Customer: I understand, but I only need to know whether they are available.</w:t>
      </w:r>
      <w:r w:rsidRPr="00DB61A9">
        <w:rPr>
          <w:rFonts w:ascii="Times New Roman" w:hAnsi="Times New Roman" w:cs="Times New Roman"/>
        </w:rPr>
        <w:br/>
        <w:t>Shopkeeper: If you are in a hurry, go and look somewhere else.</w:t>
      </w:r>
      <w:r w:rsidRPr="00DB61A9">
        <w:rPr>
          <w:rFonts w:ascii="Times New Roman" w:hAnsi="Times New Roman" w:cs="Times New Roman"/>
        </w:rPr>
        <w:br/>
        <w:t>Customer: I am sorry if I have disturbed you. I was only asking for assistance.</w:t>
      </w:r>
      <w:r w:rsidRPr="00DB61A9">
        <w:rPr>
          <w:rFonts w:ascii="Times New Roman" w:hAnsi="Times New Roman" w:cs="Times New Roman"/>
        </w:rPr>
        <w:br/>
        <w:t>Shopkeeper: Then wait until I finish serving these people.</w:t>
      </w:r>
    </w:p>
    <w:p w14:paraId="698297D0" w14:textId="77777777" w:rsidR="004F19FF" w:rsidRPr="00DB61A9" w:rsidRDefault="00000000">
      <w:pPr>
        <w:ind w:left="288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  <w:b/>
        </w:rPr>
        <w:t xml:space="preserve">i) </w:t>
      </w:r>
      <w:r w:rsidRPr="00DB61A9">
        <w:rPr>
          <w:rFonts w:ascii="Times New Roman" w:hAnsi="Times New Roman" w:cs="Times New Roman"/>
        </w:rPr>
        <w:t>Identify three instances of lack of etiquette on the part of the shopkeeper.</w:t>
      </w:r>
      <w:r w:rsidRPr="00DB61A9">
        <w:rPr>
          <w:rFonts w:ascii="Times New Roman" w:hAnsi="Times New Roman" w:cs="Times New Roman"/>
          <w:b/>
        </w:rPr>
        <w:t xml:space="preserve"> (3 marks)</w:t>
      </w:r>
    </w:p>
    <w:p w14:paraId="5206FEBF" w14:textId="77777777" w:rsidR="004F19FF" w:rsidRPr="00DB61A9" w:rsidRDefault="00000000">
      <w:pPr>
        <w:ind w:left="288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  <w:b/>
        </w:rPr>
        <w:t xml:space="preserve">ii) </w:t>
      </w:r>
      <w:r w:rsidRPr="00DB61A9">
        <w:rPr>
          <w:rFonts w:ascii="Times New Roman" w:hAnsi="Times New Roman" w:cs="Times New Roman"/>
        </w:rPr>
        <w:t>Identify two instances of etiquette characteristics of the customer.</w:t>
      </w:r>
      <w:r w:rsidRPr="00DB61A9">
        <w:rPr>
          <w:rFonts w:ascii="Times New Roman" w:hAnsi="Times New Roman" w:cs="Times New Roman"/>
          <w:b/>
        </w:rPr>
        <w:t xml:space="preserve"> (2 marks)</w:t>
      </w:r>
    </w:p>
    <w:p w14:paraId="7167CCB6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  <w:b/>
        </w:rPr>
        <w:t>5. STRESS (4 marks)</w:t>
      </w:r>
    </w:p>
    <w:p w14:paraId="36254E77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What difference would there be in meaning of the sentence if stress falls on each of the following words?</w:t>
      </w:r>
    </w:p>
    <w:p w14:paraId="503FF7E2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My brother travelled to the station.</w:t>
      </w:r>
    </w:p>
    <w:p w14:paraId="41156BF9" w14:textId="77777777" w:rsidR="004F19FF" w:rsidRPr="00DB61A9" w:rsidRDefault="00000000">
      <w:pPr>
        <w:ind w:left="360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i) My –</w:t>
      </w:r>
    </w:p>
    <w:p w14:paraId="6DDC053F" w14:textId="77777777" w:rsidR="004F19FF" w:rsidRPr="00DB61A9" w:rsidRDefault="00000000">
      <w:pPr>
        <w:ind w:left="360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ii) Brother –</w:t>
      </w:r>
    </w:p>
    <w:p w14:paraId="2CC24144" w14:textId="77777777" w:rsidR="004F19FF" w:rsidRPr="00DB61A9" w:rsidRDefault="00000000">
      <w:pPr>
        <w:ind w:left="360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iii) Travelled –</w:t>
      </w:r>
    </w:p>
    <w:p w14:paraId="334E9F73" w14:textId="77777777" w:rsidR="004F19FF" w:rsidRPr="00DB61A9" w:rsidRDefault="00000000">
      <w:pPr>
        <w:ind w:left="360"/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iv) Station –</w:t>
      </w:r>
    </w:p>
    <w:p w14:paraId="6A47DF22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  <w:b/>
        </w:rPr>
        <w:t>6. INTONATION (4 marks)</w:t>
      </w:r>
    </w:p>
    <w:p w14:paraId="62480BD1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Indicate the appropriate intonation pattern (rising or falling) for each of the following sentences.</w:t>
      </w:r>
    </w:p>
    <w:p w14:paraId="00FA436C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(1) How did you complete the assignment?</w:t>
      </w:r>
    </w:p>
    <w:p w14:paraId="1BF92854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(2) What an exciting performance!</w:t>
      </w:r>
    </w:p>
    <w:p w14:paraId="408CEACB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(3) Have you submitted your project?</w:t>
      </w:r>
    </w:p>
    <w:p w14:paraId="79184FA3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(4) Brian visits his grandmother every weekend.</w:t>
      </w:r>
    </w:p>
    <w:p w14:paraId="34B4194D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  <w:b/>
        </w:rPr>
        <w:t>7. SILENT LETTERS (3 marks)</w:t>
      </w:r>
    </w:p>
    <w:p w14:paraId="7C3B66D3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Underline the silent letters in the following words.</w:t>
      </w:r>
    </w:p>
    <w:p w14:paraId="0DE4B447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i) Knife</w:t>
      </w:r>
    </w:p>
    <w:p w14:paraId="19E4B294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ii) Psychology</w:t>
      </w:r>
    </w:p>
    <w:p w14:paraId="75A3A6BD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iii) Whistle</w:t>
      </w:r>
    </w:p>
    <w:p w14:paraId="22408BBC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  <w:b/>
        </w:rPr>
        <w:lastRenderedPageBreak/>
        <w:t>8. GROUP DISCUSSION (5 marks)</w:t>
      </w:r>
    </w:p>
    <w:p w14:paraId="213D7481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Imagine you are the chairperson of a group discussion in your class. How would you ensure that the group discussion is successful?</w:t>
      </w:r>
    </w:p>
    <w:p w14:paraId="4DAB3E19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  <w:b/>
        </w:rPr>
        <w:t>9. HOMOPHONES (2 marks)</w:t>
      </w:r>
    </w:p>
    <w:p w14:paraId="3D7A18A1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Provide another word pronounced the same as each of the following words.</w:t>
      </w:r>
    </w:p>
    <w:p w14:paraId="100FA046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i) Flour</w:t>
      </w:r>
    </w:p>
    <w:p w14:paraId="4284515B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ii) Sea</w:t>
      </w:r>
    </w:p>
    <w:p w14:paraId="6931E52D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iii) Son</w:t>
      </w:r>
    </w:p>
    <w:p w14:paraId="3A31D660" w14:textId="77777777" w:rsidR="004F19FF" w:rsidRPr="00DB61A9" w:rsidRDefault="00000000">
      <w:pPr>
        <w:rPr>
          <w:rFonts w:ascii="Times New Roman" w:hAnsi="Times New Roman" w:cs="Times New Roman"/>
        </w:rPr>
      </w:pPr>
      <w:r w:rsidRPr="00DB61A9">
        <w:rPr>
          <w:rFonts w:ascii="Times New Roman" w:hAnsi="Times New Roman" w:cs="Times New Roman"/>
        </w:rPr>
        <w:t>iv) Right</w:t>
      </w:r>
    </w:p>
    <w:sectPr w:rsidR="004F19FF" w:rsidRPr="00DB61A9" w:rsidSect="00034616">
      <w:footerReference w:type="default" r:id="rId8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37E49" w14:textId="77777777" w:rsidR="00CE3BEE" w:rsidRDefault="00CE3BEE">
      <w:pPr>
        <w:spacing w:after="0" w:line="240" w:lineRule="auto"/>
      </w:pPr>
      <w:r>
        <w:separator/>
      </w:r>
    </w:p>
  </w:endnote>
  <w:endnote w:type="continuationSeparator" w:id="0">
    <w:p w14:paraId="7B90B73F" w14:textId="77777777" w:rsidR="00CE3BEE" w:rsidRDefault="00CE3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73BC8" w14:textId="77777777" w:rsidR="004F19FF" w:rsidRDefault="00000000">
    <w:pPr>
      <w:pStyle w:val="Footer"/>
      <w:jc w:val="center"/>
    </w:pPr>
    <w:r>
      <w:rPr>
        <w:sz w:val="18"/>
      </w:rPr>
      <w:t>kcserevision.com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6A8A4" w14:textId="77777777" w:rsidR="00CE3BEE" w:rsidRDefault="00CE3BEE">
      <w:pPr>
        <w:spacing w:after="0" w:line="240" w:lineRule="auto"/>
      </w:pPr>
      <w:r>
        <w:separator/>
      </w:r>
    </w:p>
  </w:footnote>
  <w:footnote w:type="continuationSeparator" w:id="0">
    <w:p w14:paraId="693F9BCD" w14:textId="77777777" w:rsidR="00CE3BEE" w:rsidRDefault="00CE3B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6440113">
    <w:abstractNumId w:val="8"/>
  </w:num>
  <w:num w:numId="2" w16cid:durableId="868570525">
    <w:abstractNumId w:val="6"/>
  </w:num>
  <w:num w:numId="3" w16cid:durableId="2088112439">
    <w:abstractNumId w:val="5"/>
  </w:num>
  <w:num w:numId="4" w16cid:durableId="1656645887">
    <w:abstractNumId w:val="4"/>
  </w:num>
  <w:num w:numId="5" w16cid:durableId="471023830">
    <w:abstractNumId w:val="7"/>
  </w:num>
  <w:num w:numId="6" w16cid:durableId="837891803">
    <w:abstractNumId w:val="3"/>
  </w:num>
  <w:num w:numId="7" w16cid:durableId="564489877">
    <w:abstractNumId w:val="2"/>
  </w:num>
  <w:num w:numId="8" w16cid:durableId="275601213">
    <w:abstractNumId w:val="1"/>
  </w:num>
  <w:num w:numId="9" w16cid:durableId="1005085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215A"/>
    <w:rsid w:val="004F19FF"/>
    <w:rsid w:val="00AA1D8D"/>
    <w:rsid w:val="00B47730"/>
    <w:rsid w:val="00CB0664"/>
    <w:rsid w:val="00CE3BEE"/>
    <w:rsid w:val="00DB61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CB466D"/>
  <w14:defaultImageDpi w14:val="300"/>
  <w15:docId w15:val="{732D7362-51A9-4396-A3C0-9E03AD1EF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3</cp:revision>
  <dcterms:created xsi:type="dcterms:W3CDTF">2013-12-23T23:15:00Z</dcterms:created>
  <dcterms:modified xsi:type="dcterms:W3CDTF">2026-09-22T00:24:00Z</dcterms:modified>
  <cp:category/>
</cp:coreProperties>
</file>