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93D27" w14:textId="77777777" w:rsidR="003104E6" w:rsidRPr="005565E6" w:rsidRDefault="00000000">
      <w:pPr>
        <w:spacing w:after="20"/>
        <w:jc w:val="center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  <w:sz w:val="28"/>
        </w:rPr>
        <w:t>TERM 3 HOLIDAY ASSIGNMENT 2026</w:t>
      </w:r>
    </w:p>
    <w:p w14:paraId="744BE425" w14:textId="77777777" w:rsidR="003104E6" w:rsidRPr="005565E6" w:rsidRDefault="00000000">
      <w:pPr>
        <w:spacing w:after="20"/>
        <w:jc w:val="center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  <w:sz w:val="26"/>
        </w:rPr>
        <w:t>FORM THREE</w:t>
      </w:r>
    </w:p>
    <w:p w14:paraId="1E7C5D9F" w14:textId="77777777" w:rsidR="003104E6" w:rsidRPr="005565E6" w:rsidRDefault="00000000">
      <w:pPr>
        <w:spacing w:after="20"/>
        <w:jc w:val="center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  <w:sz w:val="26"/>
        </w:rPr>
        <w:t>COMPUTER STUDIES PAPER 2 (THEORY)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3104E6" w:rsidRPr="005565E6" w14:paraId="0645B9C3" w14:textId="77777777">
        <w:trPr>
          <w:jc w:val="center"/>
        </w:trPr>
        <w:tc>
          <w:tcPr>
            <w:tcW w:w="3456" w:type="dxa"/>
            <w:shd w:val="clear" w:color="auto" w:fill="D9EAF7"/>
          </w:tcPr>
          <w:p w14:paraId="097FDE3D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8"/>
              </w:rPr>
              <w:t>Question</w:t>
            </w:r>
          </w:p>
        </w:tc>
        <w:tc>
          <w:tcPr>
            <w:tcW w:w="3456" w:type="dxa"/>
            <w:shd w:val="clear" w:color="auto" w:fill="D9EAF7"/>
          </w:tcPr>
          <w:p w14:paraId="097D74CC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3456" w:type="dxa"/>
            <w:shd w:val="clear" w:color="auto" w:fill="D9EAF7"/>
          </w:tcPr>
          <w:p w14:paraId="2CF67726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3104E6" w:rsidRPr="005565E6" w14:paraId="7D472AEF" w14:textId="77777777">
        <w:trPr>
          <w:jc w:val="center"/>
        </w:trPr>
        <w:tc>
          <w:tcPr>
            <w:tcW w:w="3456" w:type="dxa"/>
          </w:tcPr>
          <w:p w14:paraId="3BF40FDC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3456" w:type="dxa"/>
          </w:tcPr>
          <w:p w14:paraId="1D11303C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8"/>
              </w:rPr>
              <w:t>50</w:t>
            </w:r>
          </w:p>
        </w:tc>
        <w:tc>
          <w:tcPr>
            <w:tcW w:w="3456" w:type="dxa"/>
          </w:tcPr>
          <w:p w14:paraId="377421F3" w14:textId="77777777" w:rsidR="003104E6" w:rsidRPr="005565E6" w:rsidRDefault="003104E6">
            <w:pPr>
              <w:rPr>
                <w:rFonts w:ascii="Times New Roman" w:hAnsi="Times New Roman" w:cs="Times New Roman"/>
              </w:rPr>
            </w:pPr>
          </w:p>
        </w:tc>
      </w:tr>
      <w:tr w:rsidR="003104E6" w:rsidRPr="005565E6" w14:paraId="480758E6" w14:textId="77777777">
        <w:trPr>
          <w:jc w:val="center"/>
        </w:trPr>
        <w:tc>
          <w:tcPr>
            <w:tcW w:w="3456" w:type="dxa"/>
          </w:tcPr>
          <w:p w14:paraId="2E4713DA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3456" w:type="dxa"/>
          </w:tcPr>
          <w:p w14:paraId="77D163F0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8"/>
              </w:rPr>
              <w:t>50</w:t>
            </w:r>
          </w:p>
        </w:tc>
        <w:tc>
          <w:tcPr>
            <w:tcW w:w="3456" w:type="dxa"/>
          </w:tcPr>
          <w:p w14:paraId="36F3F4E9" w14:textId="77777777" w:rsidR="003104E6" w:rsidRPr="005565E6" w:rsidRDefault="003104E6">
            <w:pPr>
              <w:rPr>
                <w:rFonts w:ascii="Times New Roman" w:hAnsi="Times New Roman" w:cs="Times New Roman"/>
              </w:rPr>
            </w:pPr>
          </w:p>
        </w:tc>
      </w:tr>
      <w:tr w:rsidR="003104E6" w:rsidRPr="005565E6" w14:paraId="743B832E" w14:textId="77777777">
        <w:trPr>
          <w:jc w:val="center"/>
        </w:trPr>
        <w:tc>
          <w:tcPr>
            <w:tcW w:w="3456" w:type="dxa"/>
          </w:tcPr>
          <w:p w14:paraId="5CEA499E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3456" w:type="dxa"/>
          </w:tcPr>
          <w:p w14:paraId="231718FA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8"/>
              </w:rPr>
              <w:t>100</w:t>
            </w:r>
          </w:p>
        </w:tc>
        <w:tc>
          <w:tcPr>
            <w:tcW w:w="3456" w:type="dxa"/>
          </w:tcPr>
          <w:p w14:paraId="4825FBD9" w14:textId="77777777" w:rsidR="003104E6" w:rsidRPr="005565E6" w:rsidRDefault="003104E6">
            <w:pPr>
              <w:rPr>
                <w:rFonts w:ascii="Times New Roman" w:hAnsi="Times New Roman" w:cs="Times New Roman"/>
              </w:rPr>
            </w:pPr>
          </w:p>
        </w:tc>
      </w:tr>
    </w:tbl>
    <w:p w14:paraId="2A246343" w14:textId="77777777" w:rsidR="003104E6" w:rsidRPr="005565E6" w:rsidRDefault="003104E6">
      <w:pPr>
        <w:rPr>
          <w:rFonts w:ascii="Times New Roman" w:hAnsi="Times New Roman" w:cs="Times New Roman"/>
        </w:rPr>
      </w:pPr>
    </w:p>
    <w:p w14:paraId="5100DC61" w14:textId="77777777" w:rsidR="003104E6" w:rsidRPr="005565E6" w:rsidRDefault="00000000">
      <w:pPr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</w:rPr>
        <w:br w:type="page"/>
      </w:r>
    </w:p>
    <w:p w14:paraId="29134351" w14:textId="77777777" w:rsidR="003104E6" w:rsidRPr="005565E6" w:rsidRDefault="00000000">
      <w:pPr>
        <w:spacing w:before="6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lastRenderedPageBreak/>
        <w:t xml:space="preserve">1. </w:t>
      </w:r>
      <w:r w:rsidRPr="005565E6">
        <w:rPr>
          <w:rFonts w:ascii="Times New Roman" w:hAnsi="Times New Roman" w:cs="Times New Roman"/>
        </w:rPr>
        <w:t>SUNRISE MOBILE ACCESSORIES is a company that sells the following mobile service packages: PesaLink, Zuku Mobile, Telkom and Safaricom. Sales representatives operate in different regions and submit monthly sales figures in Ksh.</w:t>
      </w:r>
      <w:r w:rsidRPr="005565E6">
        <w:rPr>
          <w:rFonts w:ascii="Times New Roman" w:hAnsi="Times New Roman" w:cs="Times New Roman"/>
          <w:b/>
        </w:rPr>
        <w:t xml:space="preserve"> (50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  <w:gridCol w:w="1728"/>
      </w:tblGrid>
      <w:tr w:rsidR="003104E6" w:rsidRPr="005565E6" w14:paraId="634FC91E" w14:textId="77777777">
        <w:trPr>
          <w:jc w:val="center"/>
        </w:trPr>
        <w:tc>
          <w:tcPr>
            <w:tcW w:w="1728" w:type="dxa"/>
            <w:shd w:val="clear" w:color="auto" w:fill="D9EAF7"/>
          </w:tcPr>
          <w:p w14:paraId="630A383D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6"/>
              </w:rPr>
              <w:t>Sales Rep.</w:t>
            </w:r>
          </w:p>
        </w:tc>
        <w:tc>
          <w:tcPr>
            <w:tcW w:w="1728" w:type="dxa"/>
            <w:shd w:val="clear" w:color="auto" w:fill="D9EAF7"/>
          </w:tcPr>
          <w:p w14:paraId="1A1C76BF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6"/>
              </w:rPr>
              <w:t>PesaLink</w:t>
            </w:r>
          </w:p>
        </w:tc>
        <w:tc>
          <w:tcPr>
            <w:tcW w:w="1728" w:type="dxa"/>
            <w:shd w:val="clear" w:color="auto" w:fill="D9EAF7"/>
          </w:tcPr>
          <w:p w14:paraId="51043728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6"/>
              </w:rPr>
              <w:t>Zuku Mobile</w:t>
            </w:r>
          </w:p>
        </w:tc>
        <w:tc>
          <w:tcPr>
            <w:tcW w:w="1728" w:type="dxa"/>
            <w:shd w:val="clear" w:color="auto" w:fill="D9EAF7"/>
          </w:tcPr>
          <w:p w14:paraId="29C4D518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6"/>
              </w:rPr>
              <w:t>Telkom</w:t>
            </w:r>
          </w:p>
        </w:tc>
        <w:tc>
          <w:tcPr>
            <w:tcW w:w="1728" w:type="dxa"/>
            <w:shd w:val="clear" w:color="auto" w:fill="D9EAF7"/>
          </w:tcPr>
          <w:p w14:paraId="7F2FD235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6"/>
              </w:rPr>
              <w:t>Safaricom</w:t>
            </w:r>
          </w:p>
        </w:tc>
        <w:tc>
          <w:tcPr>
            <w:tcW w:w="1728" w:type="dxa"/>
            <w:shd w:val="clear" w:color="auto" w:fill="D9EAF7"/>
          </w:tcPr>
          <w:p w14:paraId="68A028F2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6"/>
              </w:rPr>
              <w:t>Total Sales</w:t>
            </w:r>
          </w:p>
        </w:tc>
      </w:tr>
      <w:tr w:rsidR="003104E6" w:rsidRPr="005565E6" w14:paraId="42062905" w14:textId="77777777">
        <w:trPr>
          <w:jc w:val="center"/>
        </w:trPr>
        <w:tc>
          <w:tcPr>
            <w:tcW w:w="1728" w:type="dxa"/>
          </w:tcPr>
          <w:p w14:paraId="06E371BF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Amani</w:t>
            </w:r>
          </w:p>
        </w:tc>
        <w:tc>
          <w:tcPr>
            <w:tcW w:w="1728" w:type="dxa"/>
          </w:tcPr>
          <w:p w14:paraId="5E8F6ACD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26,000</w:t>
            </w:r>
          </w:p>
        </w:tc>
        <w:tc>
          <w:tcPr>
            <w:tcW w:w="1728" w:type="dxa"/>
          </w:tcPr>
          <w:p w14:paraId="3F012013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34,500</w:t>
            </w:r>
          </w:p>
        </w:tc>
        <w:tc>
          <w:tcPr>
            <w:tcW w:w="1728" w:type="dxa"/>
          </w:tcPr>
          <w:p w14:paraId="29385E6F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42,000</w:t>
            </w:r>
          </w:p>
        </w:tc>
        <w:tc>
          <w:tcPr>
            <w:tcW w:w="1728" w:type="dxa"/>
          </w:tcPr>
          <w:p w14:paraId="728B8085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51,500</w:t>
            </w:r>
          </w:p>
        </w:tc>
        <w:tc>
          <w:tcPr>
            <w:tcW w:w="1728" w:type="dxa"/>
          </w:tcPr>
          <w:p w14:paraId="6CCE50FF" w14:textId="77777777" w:rsidR="003104E6" w:rsidRPr="005565E6" w:rsidRDefault="003104E6">
            <w:pPr>
              <w:rPr>
                <w:rFonts w:ascii="Times New Roman" w:hAnsi="Times New Roman" w:cs="Times New Roman"/>
              </w:rPr>
            </w:pPr>
          </w:p>
        </w:tc>
      </w:tr>
      <w:tr w:rsidR="003104E6" w:rsidRPr="005565E6" w14:paraId="56BACE3B" w14:textId="77777777">
        <w:trPr>
          <w:jc w:val="center"/>
        </w:trPr>
        <w:tc>
          <w:tcPr>
            <w:tcW w:w="1728" w:type="dxa"/>
          </w:tcPr>
          <w:p w14:paraId="01606B54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Brian</w:t>
            </w:r>
          </w:p>
        </w:tc>
        <w:tc>
          <w:tcPr>
            <w:tcW w:w="1728" w:type="dxa"/>
          </w:tcPr>
          <w:p w14:paraId="6B022611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18,500</w:t>
            </w:r>
          </w:p>
        </w:tc>
        <w:tc>
          <w:tcPr>
            <w:tcW w:w="1728" w:type="dxa"/>
          </w:tcPr>
          <w:p w14:paraId="4C7B4EFD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27,000</w:t>
            </w:r>
          </w:p>
        </w:tc>
        <w:tc>
          <w:tcPr>
            <w:tcW w:w="1728" w:type="dxa"/>
          </w:tcPr>
          <w:p w14:paraId="31922C2F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24,500</w:t>
            </w:r>
          </w:p>
        </w:tc>
        <w:tc>
          <w:tcPr>
            <w:tcW w:w="1728" w:type="dxa"/>
          </w:tcPr>
          <w:p w14:paraId="4FB5CC9B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31,500</w:t>
            </w:r>
          </w:p>
        </w:tc>
        <w:tc>
          <w:tcPr>
            <w:tcW w:w="1728" w:type="dxa"/>
          </w:tcPr>
          <w:p w14:paraId="0C7745BB" w14:textId="77777777" w:rsidR="003104E6" w:rsidRPr="005565E6" w:rsidRDefault="003104E6">
            <w:pPr>
              <w:rPr>
                <w:rFonts w:ascii="Times New Roman" w:hAnsi="Times New Roman" w:cs="Times New Roman"/>
              </w:rPr>
            </w:pPr>
          </w:p>
        </w:tc>
      </w:tr>
      <w:tr w:rsidR="003104E6" w:rsidRPr="005565E6" w14:paraId="1558A21A" w14:textId="77777777">
        <w:trPr>
          <w:jc w:val="center"/>
        </w:trPr>
        <w:tc>
          <w:tcPr>
            <w:tcW w:w="1728" w:type="dxa"/>
          </w:tcPr>
          <w:p w14:paraId="57868938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Cynthia</w:t>
            </w:r>
          </w:p>
        </w:tc>
        <w:tc>
          <w:tcPr>
            <w:tcW w:w="1728" w:type="dxa"/>
          </w:tcPr>
          <w:p w14:paraId="5F4B16BD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7,500</w:t>
            </w:r>
          </w:p>
        </w:tc>
        <w:tc>
          <w:tcPr>
            <w:tcW w:w="1728" w:type="dxa"/>
          </w:tcPr>
          <w:p w14:paraId="5EB431FE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16,000</w:t>
            </w:r>
          </w:p>
        </w:tc>
        <w:tc>
          <w:tcPr>
            <w:tcW w:w="1728" w:type="dxa"/>
          </w:tcPr>
          <w:p w14:paraId="41EEB53D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5,500</w:t>
            </w:r>
          </w:p>
        </w:tc>
        <w:tc>
          <w:tcPr>
            <w:tcW w:w="1728" w:type="dxa"/>
          </w:tcPr>
          <w:p w14:paraId="7DABC870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18,000</w:t>
            </w:r>
          </w:p>
        </w:tc>
        <w:tc>
          <w:tcPr>
            <w:tcW w:w="1728" w:type="dxa"/>
          </w:tcPr>
          <w:p w14:paraId="42356461" w14:textId="77777777" w:rsidR="003104E6" w:rsidRPr="005565E6" w:rsidRDefault="003104E6">
            <w:pPr>
              <w:rPr>
                <w:rFonts w:ascii="Times New Roman" w:hAnsi="Times New Roman" w:cs="Times New Roman"/>
              </w:rPr>
            </w:pPr>
          </w:p>
        </w:tc>
      </w:tr>
      <w:tr w:rsidR="003104E6" w:rsidRPr="005565E6" w14:paraId="1F913B94" w14:textId="77777777">
        <w:trPr>
          <w:jc w:val="center"/>
        </w:trPr>
        <w:tc>
          <w:tcPr>
            <w:tcW w:w="1728" w:type="dxa"/>
          </w:tcPr>
          <w:p w14:paraId="044F7027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Dennis</w:t>
            </w:r>
          </w:p>
        </w:tc>
        <w:tc>
          <w:tcPr>
            <w:tcW w:w="1728" w:type="dxa"/>
          </w:tcPr>
          <w:p w14:paraId="768E3E30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9,000</w:t>
            </w:r>
          </w:p>
        </w:tc>
        <w:tc>
          <w:tcPr>
            <w:tcW w:w="1728" w:type="dxa"/>
          </w:tcPr>
          <w:p w14:paraId="49F4B637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21,500</w:t>
            </w:r>
          </w:p>
        </w:tc>
        <w:tc>
          <w:tcPr>
            <w:tcW w:w="1728" w:type="dxa"/>
          </w:tcPr>
          <w:p w14:paraId="4BFF42B5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16,000</w:t>
            </w:r>
          </w:p>
        </w:tc>
        <w:tc>
          <w:tcPr>
            <w:tcW w:w="1728" w:type="dxa"/>
          </w:tcPr>
          <w:p w14:paraId="1AAEF4B8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68,000</w:t>
            </w:r>
          </w:p>
        </w:tc>
        <w:tc>
          <w:tcPr>
            <w:tcW w:w="1728" w:type="dxa"/>
          </w:tcPr>
          <w:p w14:paraId="44EEFDF3" w14:textId="77777777" w:rsidR="003104E6" w:rsidRPr="005565E6" w:rsidRDefault="003104E6">
            <w:pPr>
              <w:rPr>
                <w:rFonts w:ascii="Times New Roman" w:hAnsi="Times New Roman" w:cs="Times New Roman"/>
              </w:rPr>
            </w:pPr>
          </w:p>
        </w:tc>
      </w:tr>
      <w:tr w:rsidR="003104E6" w:rsidRPr="005565E6" w14:paraId="31968107" w14:textId="77777777">
        <w:trPr>
          <w:jc w:val="center"/>
        </w:trPr>
        <w:tc>
          <w:tcPr>
            <w:tcW w:w="1728" w:type="dxa"/>
          </w:tcPr>
          <w:p w14:paraId="21A7709D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Esther</w:t>
            </w:r>
          </w:p>
        </w:tc>
        <w:tc>
          <w:tcPr>
            <w:tcW w:w="1728" w:type="dxa"/>
          </w:tcPr>
          <w:p w14:paraId="2F97F454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13,500</w:t>
            </w:r>
          </w:p>
        </w:tc>
        <w:tc>
          <w:tcPr>
            <w:tcW w:w="1728" w:type="dxa"/>
          </w:tcPr>
          <w:p w14:paraId="73850451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72,000</w:t>
            </w:r>
          </w:p>
        </w:tc>
        <w:tc>
          <w:tcPr>
            <w:tcW w:w="1728" w:type="dxa"/>
          </w:tcPr>
          <w:p w14:paraId="51039468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3,000</w:t>
            </w:r>
          </w:p>
        </w:tc>
        <w:tc>
          <w:tcPr>
            <w:tcW w:w="1728" w:type="dxa"/>
          </w:tcPr>
          <w:p w14:paraId="116132B9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57,500</w:t>
            </w:r>
          </w:p>
        </w:tc>
        <w:tc>
          <w:tcPr>
            <w:tcW w:w="1728" w:type="dxa"/>
          </w:tcPr>
          <w:p w14:paraId="58E3ADFC" w14:textId="77777777" w:rsidR="003104E6" w:rsidRPr="005565E6" w:rsidRDefault="003104E6">
            <w:pPr>
              <w:rPr>
                <w:rFonts w:ascii="Times New Roman" w:hAnsi="Times New Roman" w:cs="Times New Roman"/>
              </w:rPr>
            </w:pPr>
          </w:p>
        </w:tc>
      </w:tr>
      <w:tr w:rsidR="003104E6" w:rsidRPr="005565E6" w14:paraId="0FA332FB" w14:textId="77777777">
        <w:trPr>
          <w:jc w:val="center"/>
        </w:trPr>
        <w:tc>
          <w:tcPr>
            <w:tcW w:w="1728" w:type="dxa"/>
          </w:tcPr>
          <w:p w14:paraId="75E0B345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Farid</w:t>
            </w:r>
          </w:p>
        </w:tc>
        <w:tc>
          <w:tcPr>
            <w:tcW w:w="1728" w:type="dxa"/>
          </w:tcPr>
          <w:p w14:paraId="484A5414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36,000</w:t>
            </w:r>
          </w:p>
        </w:tc>
        <w:tc>
          <w:tcPr>
            <w:tcW w:w="1728" w:type="dxa"/>
          </w:tcPr>
          <w:p w14:paraId="66886066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14,500</w:t>
            </w:r>
          </w:p>
        </w:tc>
        <w:tc>
          <w:tcPr>
            <w:tcW w:w="1728" w:type="dxa"/>
          </w:tcPr>
          <w:p w14:paraId="18E720CB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17,500</w:t>
            </w:r>
          </w:p>
        </w:tc>
        <w:tc>
          <w:tcPr>
            <w:tcW w:w="1728" w:type="dxa"/>
          </w:tcPr>
          <w:p w14:paraId="75E1C942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26,000</w:t>
            </w:r>
          </w:p>
        </w:tc>
        <w:tc>
          <w:tcPr>
            <w:tcW w:w="1728" w:type="dxa"/>
          </w:tcPr>
          <w:p w14:paraId="71F2EE0C" w14:textId="77777777" w:rsidR="003104E6" w:rsidRPr="005565E6" w:rsidRDefault="003104E6">
            <w:pPr>
              <w:rPr>
                <w:rFonts w:ascii="Times New Roman" w:hAnsi="Times New Roman" w:cs="Times New Roman"/>
              </w:rPr>
            </w:pPr>
          </w:p>
        </w:tc>
      </w:tr>
      <w:tr w:rsidR="003104E6" w:rsidRPr="005565E6" w14:paraId="7E525392" w14:textId="77777777">
        <w:trPr>
          <w:jc w:val="center"/>
        </w:trPr>
        <w:tc>
          <w:tcPr>
            <w:tcW w:w="1728" w:type="dxa"/>
          </w:tcPr>
          <w:p w14:paraId="02E77AF7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Grace</w:t>
            </w:r>
          </w:p>
        </w:tc>
        <w:tc>
          <w:tcPr>
            <w:tcW w:w="1728" w:type="dxa"/>
          </w:tcPr>
          <w:p w14:paraId="0564F68E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17,500</w:t>
            </w:r>
          </w:p>
        </w:tc>
        <w:tc>
          <w:tcPr>
            <w:tcW w:w="1728" w:type="dxa"/>
          </w:tcPr>
          <w:p w14:paraId="0D534822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84,000</w:t>
            </w:r>
          </w:p>
        </w:tc>
        <w:tc>
          <w:tcPr>
            <w:tcW w:w="1728" w:type="dxa"/>
          </w:tcPr>
          <w:p w14:paraId="4F0300B4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19,000</w:t>
            </w:r>
          </w:p>
        </w:tc>
        <w:tc>
          <w:tcPr>
            <w:tcW w:w="1728" w:type="dxa"/>
          </w:tcPr>
          <w:p w14:paraId="413EEB76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28,500</w:t>
            </w:r>
          </w:p>
        </w:tc>
        <w:tc>
          <w:tcPr>
            <w:tcW w:w="1728" w:type="dxa"/>
          </w:tcPr>
          <w:p w14:paraId="25DBDA4C" w14:textId="77777777" w:rsidR="003104E6" w:rsidRPr="005565E6" w:rsidRDefault="003104E6">
            <w:pPr>
              <w:rPr>
                <w:rFonts w:ascii="Times New Roman" w:hAnsi="Times New Roman" w:cs="Times New Roman"/>
              </w:rPr>
            </w:pPr>
          </w:p>
        </w:tc>
      </w:tr>
    </w:tbl>
    <w:p w14:paraId="375D108F" w14:textId="77777777" w:rsidR="003104E6" w:rsidRPr="005565E6" w:rsidRDefault="003104E6">
      <w:pPr>
        <w:rPr>
          <w:rFonts w:ascii="Times New Roman" w:hAnsi="Times New Roman" w:cs="Times New Roman"/>
        </w:rPr>
      </w:pPr>
    </w:p>
    <w:p w14:paraId="085115FE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(a)(i) </w:t>
      </w:r>
      <w:r w:rsidRPr="005565E6">
        <w:rPr>
          <w:rFonts w:ascii="Times New Roman" w:hAnsi="Times New Roman" w:cs="Times New Roman"/>
        </w:rPr>
        <w:t>Using a spreadsheet package, enter the information above into a worksheet. Save the workbook as SUNRISEMOBILE and rename Sheet1 as Sales.</w:t>
      </w:r>
      <w:r w:rsidRPr="005565E6">
        <w:rPr>
          <w:rFonts w:ascii="Times New Roman" w:hAnsi="Times New Roman" w:cs="Times New Roman"/>
          <w:b/>
        </w:rPr>
        <w:t xml:space="preserve"> (20 marks)</w:t>
      </w:r>
    </w:p>
    <w:p w14:paraId="29C57529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172C6F1A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1EAEFDAE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(a)(ii) </w:t>
      </w:r>
      <w:r w:rsidRPr="005565E6">
        <w:rPr>
          <w:rFonts w:ascii="Times New Roman" w:hAnsi="Times New Roman" w:cs="Times New Roman"/>
        </w:rPr>
        <w:t>Validate all cells in the four Product Type columns to allow entry of numeric data from 0 to 90,000 only. Set an input/error message to display “Invalid data” whenever non-compliant data is entered.</w:t>
      </w:r>
      <w:r w:rsidRPr="005565E6">
        <w:rPr>
          <w:rFonts w:ascii="Times New Roman" w:hAnsi="Times New Roman" w:cs="Times New Roman"/>
          <w:b/>
        </w:rPr>
        <w:t xml:space="preserve"> (3 marks)</w:t>
      </w:r>
    </w:p>
    <w:p w14:paraId="3A46CFC2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499D0D42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29127744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(b)(i) </w:t>
      </w:r>
      <w:r w:rsidRPr="005565E6">
        <w:rPr>
          <w:rFonts w:ascii="Times New Roman" w:hAnsi="Times New Roman" w:cs="Times New Roman"/>
        </w:rPr>
        <w:t>Using formulae, determine the total sales for each sales representative.</w:t>
      </w:r>
      <w:r w:rsidRPr="005565E6">
        <w:rPr>
          <w:rFonts w:ascii="Times New Roman" w:hAnsi="Times New Roman" w:cs="Times New Roman"/>
          <w:b/>
        </w:rPr>
        <w:t xml:space="preserve"> (2 marks)</w:t>
      </w:r>
    </w:p>
    <w:p w14:paraId="447640D2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07A19F52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5E69B6E6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(b)(ii) </w:t>
      </w:r>
      <w:r w:rsidRPr="005565E6">
        <w:rPr>
          <w:rFonts w:ascii="Times New Roman" w:hAnsi="Times New Roman" w:cs="Times New Roman"/>
        </w:rPr>
        <w:t>Using formulae, determine the total sales for each product/service provider.</w:t>
      </w:r>
      <w:r w:rsidRPr="005565E6">
        <w:rPr>
          <w:rFonts w:ascii="Times New Roman" w:hAnsi="Times New Roman" w:cs="Times New Roman"/>
          <w:b/>
        </w:rPr>
        <w:t xml:space="preserve"> (2 marks)</w:t>
      </w:r>
    </w:p>
    <w:p w14:paraId="189A728B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782901EE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583BF395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(c) </w:t>
      </w:r>
      <w:r w:rsidRPr="005565E6">
        <w:rPr>
          <w:rFonts w:ascii="Times New Roman" w:hAnsi="Times New Roman" w:cs="Times New Roman"/>
        </w:rPr>
        <w:t>Each sales representative earns Bonus Points for sales of each product type based on the following criteria: 1 point for every Ksh 50 for PesaLink; 2 points for every Ksh 60 for Zuku Mobile; 1 point for every Ksh 50 for Telkom; 2 points for every Ksh 60 for Safaricom. Insert a Bonus Points column and compute the points for each sales representative.</w:t>
      </w:r>
      <w:r w:rsidRPr="005565E6">
        <w:rPr>
          <w:rFonts w:ascii="Times New Roman" w:hAnsi="Times New Roman" w:cs="Times New Roman"/>
          <w:b/>
        </w:rPr>
        <w:t xml:space="preserve"> (5 marks)</w:t>
      </w:r>
    </w:p>
    <w:p w14:paraId="0EFC792B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06C11887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38D6A578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1D96CFCD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(d) </w:t>
      </w:r>
      <w:r w:rsidRPr="005565E6">
        <w:rPr>
          <w:rFonts w:ascii="Times New Roman" w:hAnsi="Times New Roman" w:cs="Times New Roman"/>
        </w:rPr>
        <w:t>Insert a blank column Awards and use a function to display the following remarks based on Total Sales: Ksh 2,500 and above = Cash; more than Ksh 1,000 and less than Ksh 2,500 = Voucher; Ksh 1,000 and below = Try Again.</w:t>
      </w:r>
      <w:r w:rsidRPr="005565E6">
        <w:rPr>
          <w:rFonts w:ascii="Times New Roman" w:hAnsi="Times New Roman" w:cs="Times New Roman"/>
          <w:b/>
        </w:rPr>
        <w:t xml:space="preserve"> (5 marks)</w:t>
      </w:r>
    </w:p>
    <w:p w14:paraId="3DAEB1D5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71E9015B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12E5FD1E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1C2C2185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(e) </w:t>
      </w:r>
      <w:r w:rsidRPr="005565E6">
        <w:rPr>
          <w:rFonts w:ascii="Times New Roman" w:hAnsi="Times New Roman" w:cs="Times New Roman"/>
        </w:rPr>
        <w:t>Format the figures and worksheet title as follows: title and subtitle should be double-underlined, use Algerian font, and font size 14.</w:t>
      </w:r>
      <w:r w:rsidRPr="005565E6">
        <w:rPr>
          <w:rFonts w:ascii="Times New Roman" w:hAnsi="Times New Roman" w:cs="Times New Roman"/>
          <w:b/>
        </w:rPr>
        <w:t xml:space="preserve"> (3 marks)</w:t>
      </w:r>
    </w:p>
    <w:p w14:paraId="640EB8F1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23D9D649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76FE7519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(f) </w:t>
      </w:r>
      <w:r w:rsidRPr="005565E6">
        <w:rPr>
          <w:rFonts w:ascii="Times New Roman" w:hAnsi="Times New Roman" w:cs="Times New Roman"/>
        </w:rPr>
        <w:t>Rotate all Product Type heading labels to -90°.</w:t>
      </w:r>
      <w:r w:rsidRPr="005565E6">
        <w:rPr>
          <w:rFonts w:ascii="Times New Roman" w:hAnsi="Times New Roman" w:cs="Times New Roman"/>
          <w:b/>
        </w:rPr>
        <w:t xml:space="preserve"> (1 mark)</w:t>
      </w:r>
    </w:p>
    <w:p w14:paraId="1ADF4455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024D3B49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(g) </w:t>
      </w:r>
      <w:r w:rsidRPr="005565E6">
        <w:rPr>
          <w:rFonts w:ascii="Times New Roman" w:hAnsi="Times New Roman" w:cs="Times New Roman"/>
        </w:rPr>
        <w:t>Generate a column chart representing Total Sales for each sales representative. Label the chart appropriately and place it in a new worksheet renamed CHART.</w:t>
      </w:r>
      <w:r w:rsidRPr="005565E6">
        <w:rPr>
          <w:rFonts w:ascii="Times New Roman" w:hAnsi="Times New Roman" w:cs="Times New Roman"/>
          <w:b/>
        </w:rPr>
        <w:t xml:space="preserve"> (7 marks)</w:t>
      </w:r>
    </w:p>
    <w:p w14:paraId="67E82128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4F4CD9DE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524EFE6D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(h) </w:t>
      </w:r>
      <w:r w:rsidRPr="005565E6">
        <w:rPr>
          <w:rFonts w:ascii="Times New Roman" w:hAnsi="Times New Roman" w:cs="Times New Roman"/>
        </w:rPr>
        <w:t>Print the Sales and CHART worksheets.</w:t>
      </w:r>
      <w:r w:rsidRPr="005565E6">
        <w:rPr>
          <w:rFonts w:ascii="Times New Roman" w:hAnsi="Times New Roman" w:cs="Times New Roman"/>
          <w:b/>
        </w:rPr>
        <w:t xml:space="preserve"> (2 marks)</w:t>
      </w:r>
    </w:p>
    <w:p w14:paraId="3B838133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3F00670E" w14:textId="77777777" w:rsidR="003104E6" w:rsidRPr="005565E6" w:rsidRDefault="00000000">
      <w:pPr>
        <w:spacing w:before="6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2. </w:t>
      </w:r>
      <w:r w:rsidRPr="005565E6">
        <w:rPr>
          <w:rFonts w:ascii="Times New Roman" w:hAnsi="Times New Roman" w:cs="Times New Roman"/>
        </w:rPr>
        <w:t>OCEAN VIEW RESORTS is a holiday resort firm with branches in several countries. The company requires a database to organise employee information.</w:t>
      </w:r>
      <w:r w:rsidRPr="005565E6">
        <w:rPr>
          <w:rFonts w:ascii="Times New Roman" w:hAnsi="Times New Roman" w:cs="Times New Roman"/>
          <w:b/>
        </w:rPr>
        <w:t xml:space="preserve"> (50 marks)</w:t>
      </w:r>
    </w:p>
    <w:p w14:paraId="0D7E62A6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(a) </w:t>
      </w:r>
      <w:r w:rsidRPr="005565E6">
        <w:rPr>
          <w:rFonts w:ascii="Times New Roman" w:hAnsi="Times New Roman" w:cs="Times New Roman"/>
        </w:rPr>
        <w:t>Create a database file and save it as OCEANVIEW in the removable storage provided.</w:t>
      </w:r>
      <w:r w:rsidRPr="005565E6">
        <w:rPr>
          <w:rFonts w:ascii="Times New Roman" w:hAnsi="Times New Roman" w:cs="Times New Roman"/>
          <w:b/>
        </w:rPr>
        <w:t xml:space="preserve"> (2 marks)</w:t>
      </w:r>
    </w:p>
    <w:p w14:paraId="449B369F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118B5412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(b)(i) </w:t>
      </w:r>
      <w:r w:rsidRPr="005565E6">
        <w:rPr>
          <w:rFonts w:ascii="Times New Roman" w:hAnsi="Times New Roman" w:cs="Times New Roman"/>
        </w:rPr>
        <w:t>Create a table containing the following fields and field types:</w:t>
      </w:r>
      <w:r w:rsidRPr="005565E6">
        <w:rPr>
          <w:rFonts w:ascii="Times New Roman" w:hAnsi="Times New Roman" w:cs="Times New Roman"/>
          <w:b/>
        </w:rPr>
        <w:t xml:space="preserve"> (3 marks)</w:t>
      </w:r>
    </w:p>
    <w:p w14:paraId="2924F601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3104E6" w:rsidRPr="005565E6" w14:paraId="1BB70E20" w14:textId="77777777">
        <w:trPr>
          <w:jc w:val="center"/>
        </w:trPr>
        <w:tc>
          <w:tcPr>
            <w:tcW w:w="5184" w:type="dxa"/>
            <w:shd w:val="clear" w:color="auto" w:fill="D9EAF7"/>
          </w:tcPr>
          <w:p w14:paraId="09FE5870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7"/>
              </w:rPr>
              <w:t>Field Name</w:t>
            </w:r>
          </w:p>
        </w:tc>
        <w:tc>
          <w:tcPr>
            <w:tcW w:w="5184" w:type="dxa"/>
            <w:shd w:val="clear" w:color="auto" w:fill="D9EAF7"/>
          </w:tcPr>
          <w:p w14:paraId="7D936C84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7"/>
              </w:rPr>
              <w:t>Field Type</w:t>
            </w:r>
          </w:p>
        </w:tc>
      </w:tr>
      <w:tr w:rsidR="003104E6" w:rsidRPr="005565E6" w14:paraId="5F9D3B59" w14:textId="77777777">
        <w:trPr>
          <w:jc w:val="center"/>
        </w:trPr>
        <w:tc>
          <w:tcPr>
            <w:tcW w:w="5184" w:type="dxa"/>
          </w:tcPr>
          <w:p w14:paraId="58A59300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Employee No.</w:t>
            </w:r>
          </w:p>
        </w:tc>
        <w:tc>
          <w:tcPr>
            <w:tcW w:w="5184" w:type="dxa"/>
          </w:tcPr>
          <w:p w14:paraId="63055BBD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AutoNumber</w:t>
            </w:r>
          </w:p>
        </w:tc>
      </w:tr>
      <w:tr w:rsidR="003104E6" w:rsidRPr="005565E6" w14:paraId="0EA2C4B3" w14:textId="77777777">
        <w:trPr>
          <w:jc w:val="center"/>
        </w:trPr>
        <w:tc>
          <w:tcPr>
            <w:tcW w:w="5184" w:type="dxa"/>
          </w:tcPr>
          <w:p w14:paraId="2DFAAF6F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Date of Birth</w:t>
            </w:r>
          </w:p>
        </w:tc>
        <w:tc>
          <w:tcPr>
            <w:tcW w:w="5184" w:type="dxa"/>
          </w:tcPr>
          <w:p w14:paraId="0528F099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Date/Time</w:t>
            </w:r>
          </w:p>
        </w:tc>
      </w:tr>
      <w:tr w:rsidR="003104E6" w:rsidRPr="005565E6" w14:paraId="35DC5770" w14:textId="77777777">
        <w:trPr>
          <w:jc w:val="center"/>
        </w:trPr>
        <w:tc>
          <w:tcPr>
            <w:tcW w:w="5184" w:type="dxa"/>
          </w:tcPr>
          <w:p w14:paraId="1560B376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Grade</w:t>
            </w:r>
          </w:p>
        </w:tc>
        <w:tc>
          <w:tcPr>
            <w:tcW w:w="5184" w:type="dxa"/>
          </w:tcPr>
          <w:p w14:paraId="39D184B1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Text</w:t>
            </w:r>
          </w:p>
        </w:tc>
      </w:tr>
    </w:tbl>
    <w:p w14:paraId="6113350F" w14:textId="77777777" w:rsidR="003104E6" w:rsidRPr="005565E6" w:rsidRDefault="003104E6">
      <w:pPr>
        <w:rPr>
          <w:rFonts w:ascii="Times New Roman" w:hAnsi="Times New Roman" w:cs="Times New Roman"/>
        </w:rPr>
      </w:pPr>
    </w:p>
    <w:p w14:paraId="38E76454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(b)(ii) </w:t>
      </w:r>
      <w:r w:rsidRPr="005565E6">
        <w:rPr>
          <w:rFonts w:ascii="Times New Roman" w:hAnsi="Times New Roman" w:cs="Times New Roman"/>
        </w:rPr>
        <w:t>Make Employee No. the primary key and save the table as EMPLOYEES.</w:t>
      </w:r>
      <w:r w:rsidRPr="005565E6">
        <w:rPr>
          <w:rFonts w:ascii="Times New Roman" w:hAnsi="Times New Roman" w:cs="Times New Roman"/>
          <w:b/>
        </w:rPr>
        <w:t xml:space="preserve"> (3 marks)</w:t>
      </w:r>
    </w:p>
    <w:p w14:paraId="2000C93A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59348053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(c)(i) </w:t>
      </w:r>
      <w:r w:rsidRPr="005565E6">
        <w:rPr>
          <w:rFonts w:ascii="Times New Roman" w:hAnsi="Times New Roman" w:cs="Times New Roman"/>
        </w:rPr>
        <w:t>Create a form based on the EMPLOYEES table and save it as EMPLOYEES FORM.</w:t>
      </w:r>
      <w:r w:rsidRPr="005565E6">
        <w:rPr>
          <w:rFonts w:ascii="Times New Roman" w:hAnsi="Times New Roman" w:cs="Times New Roman"/>
          <w:b/>
        </w:rPr>
        <w:t xml:space="preserve"> (4 marks)</w:t>
      </w:r>
    </w:p>
    <w:p w14:paraId="4E2BCA37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00F98690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lastRenderedPageBreak/>
        <w:t xml:space="preserve">(c)(ii) </w:t>
      </w:r>
      <w:r w:rsidRPr="005565E6">
        <w:rPr>
          <w:rFonts w:ascii="Times New Roman" w:hAnsi="Times New Roman" w:cs="Times New Roman"/>
        </w:rPr>
        <w:t>Use the form to enter the following records:</w:t>
      </w:r>
      <w:r w:rsidRPr="005565E6">
        <w:rPr>
          <w:rFonts w:ascii="Times New Roman" w:hAnsi="Times New Roman" w:cs="Times New Roman"/>
          <w:b/>
        </w:rPr>
        <w:t xml:space="preserve"> (5 marks)</w:t>
      </w:r>
    </w:p>
    <w:p w14:paraId="7FABE8F9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3104E6" w:rsidRPr="005565E6" w14:paraId="710E8B11" w14:textId="77777777">
        <w:trPr>
          <w:jc w:val="center"/>
        </w:trPr>
        <w:tc>
          <w:tcPr>
            <w:tcW w:w="3456" w:type="dxa"/>
            <w:shd w:val="clear" w:color="auto" w:fill="D9EAF7"/>
          </w:tcPr>
          <w:p w14:paraId="01158E2D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6"/>
              </w:rPr>
              <w:t>Employee No.</w:t>
            </w:r>
          </w:p>
        </w:tc>
        <w:tc>
          <w:tcPr>
            <w:tcW w:w="3456" w:type="dxa"/>
            <w:shd w:val="clear" w:color="auto" w:fill="D9EAF7"/>
          </w:tcPr>
          <w:p w14:paraId="32FBFAC9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6"/>
              </w:rPr>
              <w:t>Date of Birth</w:t>
            </w:r>
          </w:p>
        </w:tc>
        <w:tc>
          <w:tcPr>
            <w:tcW w:w="3456" w:type="dxa"/>
            <w:shd w:val="clear" w:color="auto" w:fill="D9EAF7"/>
          </w:tcPr>
          <w:p w14:paraId="07D0D1D5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6"/>
              </w:rPr>
              <w:t>Grade</w:t>
            </w:r>
          </w:p>
        </w:tc>
      </w:tr>
      <w:tr w:rsidR="003104E6" w:rsidRPr="005565E6" w14:paraId="29E3F937" w14:textId="77777777">
        <w:trPr>
          <w:jc w:val="center"/>
        </w:trPr>
        <w:tc>
          <w:tcPr>
            <w:tcW w:w="3456" w:type="dxa"/>
          </w:tcPr>
          <w:p w14:paraId="55F9F396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3456" w:type="dxa"/>
          </w:tcPr>
          <w:p w14:paraId="7102B302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06/18/1962</w:t>
            </w:r>
          </w:p>
        </w:tc>
        <w:tc>
          <w:tcPr>
            <w:tcW w:w="3456" w:type="dxa"/>
          </w:tcPr>
          <w:p w14:paraId="0F9A34B0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G</w:t>
            </w:r>
          </w:p>
        </w:tc>
      </w:tr>
      <w:tr w:rsidR="003104E6" w:rsidRPr="005565E6" w14:paraId="3D512318" w14:textId="77777777">
        <w:trPr>
          <w:jc w:val="center"/>
        </w:trPr>
        <w:tc>
          <w:tcPr>
            <w:tcW w:w="3456" w:type="dxa"/>
          </w:tcPr>
          <w:p w14:paraId="29DC6C14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3456" w:type="dxa"/>
          </w:tcPr>
          <w:p w14:paraId="082AFE7B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03/14/1979</w:t>
            </w:r>
          </w:p>
        </w:tc>
        <w:tc>
          <w:tcPr>
            <w:tcW w:w="3456" w:type="dxa"/>
          </w:tcPr>
          <w:p w14:paraId="74716589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H</w:t>
            </w:r>
          </w:p>
        </w:tc>
      </w:tr>
      <w:tr w:rsidR="003104E6" w:rsidRPr="005565E6" w14:paraId="450C692E" w14:textId="77777777">
        <w:trPr>
          <w:jc w:val="center"/>
        </w:trPr>
        <w:tc>
          <w:tcPr>
            <w:tcW w:w="3456" w:type="dxa"/>
          </w:tcPr>
          <w:p w14:paraId="6CBC1FF7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3456" w:type="dxa"/>
          </w:tcPr>
          <w:p w14:paraId="0823352E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09/22/1971</w:t>
            </w:r>
          </w:p>
        </w:tc>
        <w:tc>
          <w:tcPr>
            <w:tcW w:w="3456" w:type="dxa"/>
          </w:tcPr>
          <w:p w14:paraId="49BBCF4C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R</w:t>
            </w:r>
          </w:p>
        </w:tc>
      </w:tr>
      <w:tr w:rsidR="003104E6" w:rsidRPr="005565E6" w14:paraId="0DA8C6CC" w14:textId="77777777">
        <w:trPr>
          <w:jc w:val="center"/>
        </w:trPr>
        <w:tc>
          <w:tcPr>
            <w:tcW w:w="3456" w:type="dxa"/>
          </w:tcPr>
          <w:p w14:paraId="082BE9FF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3456" w:type="dxa"/>
          </w:tcPr>
          <w:p w14:paraId="17BC9EC6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11/08/1976</w:t>
            </w:r>
          </w:p>
        </w:tc>
        <w:tc>
          <w:tcPr>
            <w:tcW w:w="3456" w:type="dxa"/>
          </w:tcPr>
          <w:p w14:paraId="3A23E22E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H</w:t>
            </w:r>
          </w:p>
        </w:tc>
      </w:tr>
      <w:tr w:rsidR="003104E6" w:rsidRPr="005565E6" w14:paraId="23867270" w14:textId="77777777">
        <w:trPr>
          <w:jc w:val="center"/>
        </w:trPr>
        <w:tc>
          <w:tcPr>
            <w:tcW w:w="3456" w:type="dxa"/>
          </w:tcPr>
          <w:p w14:paraId="1EDF298C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3456" w:type="dxa"/>
          </w:tcPr>
          <w:p w14:paraId="7249A47E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02/25/1975</w:t>
            </w:r>
          </w:p>
        </w:tc>
        <w:tc>
          <w:tcPr>
            <w:tcW w:w="3456" w:type="dxa"/>
          </w:tcPr>
          <w:p w14:paraId="0E385E4D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G</w:t>
            </w:r>
          </w:p>
        </w:tc>
      </w:tr>
      <w:tr w:rsidR="003104E6" w:rsidRPr="005565E6" w14:paraId="5099E641" w14:textId="77777777">
        <w:trPr>
          <w:jc w:val="center"/>
        </w:trPr>
        <w:tc>
          <w:tcPr>
            <w:tcW w:w="3456" w:type="dxa"/>
          </w:tcPr>
          <w:p w14:paraId="77E0EA95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3456" w:type="dxa"/>
          </w:tcPr>
          <w:p w14:paraId="0A94434E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01/12/1969</w:t>
            </w:r>
          </w:p>
        </w:tc>
        <w:tc>
          <w:tcPr>
            <w:tcW w:w="3456" w:type="dxa"/>
          </w:tcPr>
          <w:p w14:paraId="74E6AD79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G</w:t>
            </w:r>
          </w:p>
        </w:tc>
      </w:tr>
      <w:tr w:rsidR="003104E6" w:rsidRPr="005565E6" w14:paraId="7A6D2238" w14:textId="77777777">
        <w:trPr>
          <w:jc w:val="center"/>
        </w:trPr>
        <w:tc>
          <w:tcPr>
            <w:tcW w:w="3456" w:type="dxa"/>
          </w:tcPr>
          <w:p w14:paraId="3B2329A6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3456" w:type="dxa"/>
          </w:tcPr>
          <w:p w14:paraId="4F019D92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10/27/1957</w:t>
            </w:r>
          </w:p>
        </w:tc>
        <w:tc>
          <w:tcPr>
            <w:tcW w:w="3456" w:type="dxa"/>
          </w:tcPr>
          <w:p w14:paraId="0C06C2D5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H</w:t>
            </w:r>
          </w:p>
        </w:tc>
      </w:tr>
      <w:tr w:rsidR="003104E6" w:rsidRPr="005565E6" w14:paraId="34154982" w14:textId="77777777">
        <w:trPr>
          <w:jc w:val="center"/>
        </w:trPr>
        <w:tc>
          <w:tcPr>
            <w:tcW w:w="3456" w:type="dxa"/>
          </w:tcPr>
          <w:p w14:paraId="47C6AB11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3456" w:type="dxa"/>
          </w:tcPr>
          <w:p w14:paraId="2B9D743C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04/16/1985</w:t>
            </w:r>
          </w:p>
        </w:tc>
        <w:tc>
          <w:tcPr>
            <w:tcW w:w="3456" w:type="dxa"/>
          </w:tcPr>
          <w:p w14:paraId="5280D918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G</w:t>
            </w:r>
          </w:p>
        </w:tc>
      </w:tr>
      <w:tr w:rsidR="003104E6" w:rsidRPr="005565E6" w14:paraId="0334230B" w14:textId="77777777">
        <w:trPr>
          <w:jc w:val="center"/>
        </w:trPr>
        <w:tc>
          <w:tcPr>
            <w:tcW w:w="3456" w:type="dxa"/>
          </w:tcPr>
          <w:p w14:paraId="2FB1C743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3456" w:type="dxa"/>
          </w:tcPr>
          <w:p w14:paraId="5236104F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05/06/1958</w:t>
            </w:r>
          </w:p>
        </w:tc>
        <w:tc>
          <w:tcPr>
            <w:tcW w:w="3456" w:type="dxa"/>
          </w:tcPr>
          <w:p w14:paraId="7F1C7EA9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S</w:t>
            </w:r>
          </w:p>
        </w:tc>
      </w:tr>
      <w:tr w:rsidR="003104E6" w:rsidRPr="005565E6" w14:paraId="55B25E98" w14:textId="77777777">
        <w:trPr>
          <w:jc w:val="center"/>
        </w:trPr>
        <w:tc>
          <w:tcPr>
            <w:tcW w:w="3456" w:type="dxa"/>
          </w:tcPr>
          <w:p w14:paraId="0231040A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3456" w:type="dxa"/>
          </w:tcPr>
          <w:p w14:paraId="2D74991A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07/19/1965</w:t>
            </w:r>
          </w:p>
        </w:tc>
        <w:tc>
          <w:tcPr>
            <w:tcW w:w="3456" w:type="dxa"/>
          </w:tcPr>
          <w:p w14:paraId="6D223E06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6"/>
              </w:rPr>
              <w:t>R</w:t>
            </w:r>
          </w:p>
        </w:tc>
      </w:tr>
    </w:tbl>
    <w:p w14:paraId="36E3D525" w14:textId="77777777" w:rsidR="003104E6" w:rsidRPr="005565E6" w:rsidRDefault="003104E6">
      <w:pPr>
        <w:rPr>
          <w:rFonts w:ascii="Times New Roman" w:hAnsi="Times New Roman" w:cs="Times New Roman"/>
        </w:rPr>
      </w:pPr>
    </w:p>
    <w:p w14:paraId="5D74C3CE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(d) </w:t>
      </w:r>
      <w:r w:rsidRPr="005565E6">
        <w:rPr>
          <w:rFonts w:ascii="Times New Roman" w:hAnsi="Times New Roman" w:cs="Times New Roman"/>
        </w:rPr>
        <w:t>Modify the EMPLOYEES table by adding two new fields: Salary (Currency) and Address (Text).</w:t>
      </w:r>
      <w:r w:rsidRPr="005565E6">
        <w:rPr>
          <w:rFonts w:ascii="Times New Roman" w:hAnsi="Times New Roman" w:cs="Times New Roman"/>
          <w:b/>
        </w:rPr>
        <w:t xml:space="preserve"> (2 marks)</w:t>
      </w:r>
    </w:p>
    <w:p w14:paraId="6388AE18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0D8BBD04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(e)(i) </w:t>
      </w:r>
      <w:r w:rsidRPr="005565E6">
        <w:rPr>
          <w:rFonts w:ascii="Times New Roman" w:hAnsi="Times New Roman" w:cs="Times New Roman"/>
        </w:rPr>
        <w:t>Create another table containing the following fields:</w:t>
      </w:r>
      <w:r w:rsidRPr="005565E6">
        <w:rPr>
          <w:rFonts w:ascii="Times New Roman" w:hAnsi="Times New Roman" w:cs="Times New Roman"/>
          <w:b/>
        </w:rPr>
        <w:t xml:space="preserve"> (2 marks)</w:t>
      </w:r>
    </w:p>
    <w:p w14:paraId="44DF0451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3104E6" w:rsidRPr="005565E6" w14:paraId="3310202E" w14:textId="77777777">
        <w:trPr>
          <w:jc w:val="center"/>
        </w:trPr>
        <w:tc>
          <w:tcPr>
            <w:tcW w:w="5184" w:type="dxa"/>
            <w:shd w:val="clear" w:color="auto" w:fill="D9EAF7"/>
          </w:tcPr>
          <w:p w14:paraId="3AB5644E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7"/>
              </w:rPr>
              <w:t>Field Name</w:t>
            </w:r>
          </w:p>
        </w:tc>
        <w:tc>
          <w:tcPr>
            <w:tcW w:w="5184" w:type="dxa"/>
            <w:shd w:val="clear" w:color="auto" w:fill="D9EAF7"/>
          </w:tcPr>
          <w:p w14:paraId="5BD5C5BF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b/>
                <w:sz w:val="17"/>
              </w:rPr>
              <w:t>Field Type</w:t>
            </w:r>
          </w:p>
        </w:tc>
      </w:tr>
      <w:tr w:rsidR="003104E6" w:rsidRPr="005565E6" w14:paraId="49A08A25" w14:textId="77777777">
        <w:trPr>
          <w:jc w:val="center"/>
        </w:trPr>
        <w:tc>
          <w:tcPr>
            <w:tcW w:w="5184" w:type="dxa"/>
          </w:tcPr>
          <w:p w14:paraId="0CAF5EDA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House ID</w:t>
            </w:r>
          </w:p>
        </w:tc>
        <w:tc>
          <w:tcPr>
            <w:tcW w:w="5184" w:type="dxa"/>
          </w:tcPr>
          <w:p w14:paraId="3ED69861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AutoNumber</w:t>
            </w:r>
          </w:p>
        </w:tc>
      </w:tr>
      <w:tr w:rsidR="003104E6" w:rsidRPr="005565E6" w14:paraId="1795152B" w14:textId="77777777">
        <w:trPr>
          <w:jc w:val="center"/>
        </w:trPr>
        <w:tc>
          <w:tcPr>
            <w:tcW w:w="5184" w:type="dxa"/>
          </w:tcPr>
          <w:p w14:paraId="2EE07D2B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Number of Rooms</w:t>
            </w:r>
          </w:p>
        </w:tc>
        <w:tc>
          <w:tcPr>
            <w:tcW w:w="5184" w:type="dxa"/>
          </w:tcPr>
          <w:p w14:paraId="752E9849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Number</w:t>
            </w:r>
          </w:p>
        </w:tc>
      </w:tr>
      <w:tr w:rsidR="003104E6" w:rsidRPr="005565E6" w14:paraId="10219E13" w14:textId="77777777">
        <w:trPr>
          <w:jc w:val="center"/>
        </w:trPr>
        <w:tc>
          <w:tcPr>
            <w:tcW w:w="5184" w:type="dxa"/>
          </w:tcPr>
          <w:p w14:paraId="4D59D4C8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Location</w:t>
            </w:r>
          </w:p>
        </w:tc>
        <w:tc>
          <w:tcPr>
            <w:tcW w:w="5184" w:type="dxa"/>
          </w:tcPr>
          <w:p w14:paraId="0A44E569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Text</w:t>
            </w:r>
          </w:p>
        </w:tc>
      </w:tr>
      <w:tr w:rsidR="003104E6" w:rsidRPr="005565E6" w14:paraId="533BEFE3" w14:textId="77777777">
        <w:trPr>
          <w:jc w:val="center"/>
        </w:trPr>
        <w:tc>
          <w:tcPr>
            <w:tcW w:w="5184" w:type="dxa"/>
          </w:tcPr>
          <w:p w14:paraId="74BA09D4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Rent</w:t>
            </w:r>
          </w:p>
        </w:tc>
        <w:tc>
          <w:tcPr>
            <w:tcW w:w="5184" w:type="dxa"/>
          </w:tcPr>
          <w:p w14:paraId="2017FC6F" w14:textId="77777777" w:rsidR="003104E6" w:rsidRPr="005565E6" w:rsidRDefault="00000000">
            <w:pPr>
              <w:rPr>
                <w:rFonts w:ascii="Times New Roman" w:hAnsi="Times New Roman" w:cs="Times New Roman"/>
              </w:rPr>
            </w:pPr>
            <w:r w:rsidRPr="005565E6">
              <w:rPr>
                <w:rFonts w:ascii="Times New Roman" w:hAnsi="Times New Roman" w:cs="Times New Roman"/>
                <w:sz w:val="17"/>
              </w:rPr>
              <w:t>Currency</w:t>
            </w:r>
          </w:p>
        </w:tc>
      </w:tr>
    </w:tbl>
    <w:p w14:paraId="3D6EAED5" w14:textId="77777777" w:rsidR="003104E6" w:rsidRPr="005565E6" w:rsidRDefault="003104E6">
      <w:pPr>
        <w:rPr>
          <w:rFonts w:ascii="Times New Roman" w:hAnsi="Times New Roman" w:cs="Times New Roman"/>
        </w:rPr>
      </w:pPr>
    </w:p>
    <w:p w14:paraId="5A35F346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(e)(ii) </w:t>
      </w:r>
      <w:r w:rsidRPr="005565E6">
        <w:rPr>
          <w:rFonts w:ascii="Times New Roman" w:hAnsi="Times New Roman" w:cs="Times New Roman"/>
        </w:rPr>
        <w:t>Make House ID the primary key and save the table as HOUSES.</w:t>
      </w:r>
      <w:r w:rsidRPr="005565E6">
        <w:rPr>
          <w:rFonts w:ascii="Times New Roman" w:hAnsi="Times New Roman" w:cs="Times New Roman"/>
          <w:b/>
        </w:rPr>
        <w:t xml:space="preserve"> (2 marks)</w:t>
      </w:r>
    </w:p>
    <w:p w14:paraId="62C2B2B9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624F4B6E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(f) </w:t>
      </w:r>
      <w:r w:rsidRPr="005565E6">
        <w:rPr>
          <w:rFonts w:ascii="Times New Roman" w:hAnsi="Times New Roman" w:cs="Times New Roman"/>
        </w:rPr>
        <w:t>Create a relationship between the tables and enforce referential integrity.</w:t>
      </w:r>
      <w:r w:rsidRPr="005565E6">
        <w:rPr>
          <w:rFonts w:ascii="Times New Roman" w:hAnsi="Times New Roman" w:cs="Times New Roman"/>
          <w:b/>
        </w:rPr>
        <w:t xml:space="preserve"> (2 marks)</w:t>
      </w:r>
    </w:p>
    <w:p w14:paraId="170DAE34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02E0C24F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(g)(i) </w:t>
      </w:r>
      <w:r w:rsidRPr="005565E6">
        <w:rPr>
          <w:rFonts w:ascii="Times New Roman" w:hAnsi="Times New Roman" w:cs="Times New Roman"/>
        </w:rPr>
        <w:t>Create a query and save it as EMPLOYEES QUERY based on the EMPLOYEES table. The query should display all employees in Grades H and R together with their dates of birth.</w:t>
      </w:r>
      <w:r w:rsidRPr="005565E6">
        <w:rPr>
          <w:rFonts w:ascii="Times New Roman" w:hAnsi="Times New Roman" w:cs="Times New Roman"/>
          <w:b/>
        </w:rPr>
        <w:t xml:space="preserve"> (6 marks)</w:t>
      </w:r>
    </w:p>
    <w:p w14:paraId="038AF3C5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04B68059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68668E24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(g)(ii) </w:t>
      </w:r>
      <w:r w:rsidRPr="005565E6">
        <w:rPr>
          <w:rFonts w:ascii="Times New Roman" w:hAnsi="Times New Roman" w:cs="Times New Roman"/>
        </w:rPr>
        <w:t>Sort the records in EMPLOYEES QUERY alphabetically by the Grade field.</w:t>
      </w:r>
      <w:r w:rsidRPr="005565E6">
        <w:rPr>
          <w:rFonts w:ascii="Times New Roman" w:hAnsi="Times New Roman" w:cs="Times New Roman"/>
          <w:b/>
        </w:rPr>
        <w:t xml:space="preserve"> (2 marks)</w:t>
      </w:r>
    </w:p>
    <w:p w14:paraId="4167F863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4CB0C3D5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(h)(i) </w:t>
      </w:r>
      <w:r w:rsidRPr="005565E6">
        <w:rPr>
          <w:rFonts w:ascii="Times New Roman" w:hAnsi="Times New Roman" w:cs="Times New Roman"/>
        </w:rPr>
        <w:t>Create a columnar report with portrait orientation from EMPLOYEES QUERY. Save it as EMPLOYEES REPORT.</w:t>
      </w:r>
      <w:r w:rsidRPr="005565E6">
        <w:rPr>
          <w:rFonts w:ascii="Times New Roman" w:hAnsi="Times New Roman" w:cs="Times New Roman"/>
          <w:b/>
        </w:rPr>
        <w:t xml:space="preserve"> (3 marks)</w:t>
      </w:r>
    </w:p>
    <w:p w14:paraId="3455A25D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54429769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(h)(ii) </w:t>
      </w:r>
      <w:r w:rsidRPr="005565E6">
        <w:rPr>
          <w:rFonts w:ascii="Times New Roman" w:hAnsi="Times New Roman" w:cs="Times New Roman"/>
        </w:rPr>
        <w:t>Enter a function to compute the grand total of salaries displayed in the report.</w:t>
      </w:r>
      <w:r w:rsidRPr="005565E6">
        <w:rPr>
          <w:rFonts w:ascii="Times New Roman" w:hAnsi="Times New Roman" w:cs="Times New Roman"/>
          <w:b/>
        </w:rPr>
        <w:t xml:space="preserve"> (4 marks)</w:t>
      </w:r>
    </w:p>
    <w:p w14:paraId="19B777E1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2E7EB952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4E985CAC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(h)(iii) </w:t>
      </w:r>
      <w:r w:rsidRPr="005565E6">
        <w:rPr>
          <w:rFonts w:ascii="Times New Roman" w:hAnsi="Times New Roman" w:cs="Times New Roman"/>
        </w:rPr>
        <w:t>Insert the header “EMPLOYEES IN GRADE H AND R” in the report, using font size 20 pt and left alignment.</w:t>
      </w:r>
      <w:r w:rsidRPr="005565E6">
        <w:rPr>
          <w:rFonts w:ascii="Times New Roman" w:hAnsi="Times New Roman" w:cs="Times New Roman"/>
          <w:b/>
        </w:rPr>
        <w:t xml:space="preserve"> (5 marks)</w:t>
      </w:r>
    </w:p>
    <w:p w14:paraId="4628232D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0CDA5662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2F30A9B2" w14:textId="77777777" w:rsidR="003104E6" w:rsidRPr="005565E6" w:rsidRDefault="00000000">
      <w:pPr>
        <w:spacing w:after="20"/>
        <w:ind w:left="230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b/>
        </w:rPr>
        <w:t xml:space="preserve">(i) </w:t>
      </w:r>
      <w:r w:rsidRPr="005565E6">
        <w:rPr>
          <w:rFonts w:ascii="Times New Roman" w:hAnsi="Times New Roman" w:cs="Times New Roman"/>
        </w:rPr>
        <w:t>Print the EMPLOYEES table, EMPLOYEES FORM, EMPLOYEES QUERY and EMPLOYEES REPORT.</w:t>
      </w:r>
      <w:r w:rsidRPr="005565E6">
        <w:rPr>
          <w:rFonts w:ascii="Times New Roman" w:hAnsi="Times New Roman" w:cs="Times New Roman"/>
          <w:b/>
        </w:rPr>
        <w:t xml:space="preserve"> (7 marks)</w:t>
      </w:r>
    </w:p>
    <w:p w14:paraId="78EADF10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p w14:paraId="657C5B00" w14:textId="77777777" w:rsidR="003104E6" w:rsidRPr="005565E6" w:rsidRDefault="00000000">
      <w:pPr>
        <w:spacing w:after="20"/>
        <w:ind w:left="461"/>
        <w:rPr>
          <w:rFonts w:ascii="Times New Roman" w:hAnsi="Times New Roman" w:cs="Times New Roman"/>
        </w:rPr>
      </w:pPr>
      <w:r w:rsidRPr="005565E6">
        <w:rPr>
          <w:rFonts w:ascii="Times New Roman" w:hAnsi="Times New Roman" w:cs="Times New Roman"/>
          <w:sz w:val="15"/>
        </w:rPr>
        <w:t>________________________________________________________________________________</w:t>
      </w:r>
    </w:p>
    <w:sectPr w:rsidR="003104E6" w:rsidRPr="005565E6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B51EC" w14:textId="77777777" w:rsidR="00C52BBA" w:rsidRDefault="00C52BBA">
      <w:pPr>
        <w:spacing w:after="0"/>
      </w:pPr>
      <w:r>
        <w:separator/>
      </w:r>
    </w:p>
  </w:endnote>
  <w:endnote w:type="continuationSeparator" w:id="0">
    <w:p w14:paraId="142CB3BB" w14:textId="77777777" w:rsidR="00C52BBA" w:rsidRDefault="00C5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C3EFE" w14:textId="77777777" w:rsidR="003104E6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63A27" w14:textId="77777777" w:rsidR="00C52BBA" w:rsidRDefault="00C52BBA">
      <w:pPr>
        <w:spacing w:after="0"/>
      </w:pPr>
      <w:r>
        <w:separator/>
      </w:r>
    </w:p>
  </w:footnote>
  <w:footnote w:type="continuationSeparator" w:id="0">
    <w:p w14:paraId="43623253" w14:textId="77777777" w:rsidR="00C52BBA" w:rsidRDefault="00C52B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3616591">
    <w:abstractNumId w:val="8"/>
  </w:num>
  <w:num w:numId="2" w16cid:durableId="746002056">
    <w:abstractNumId w:val="6"/>
  </w:num>
  <w:num w:numId="3" w16cid:durableId="2017877089">
    <w:abstractNumId w:val="5"/>
  </w:num>
  <w:num w:numId="4" w16cid:durableId="1141384959">
    <w:abstractNumId w:val="4"/>
  </w:num>
  <w:num w:numId="5" w16cid:durableId="1536118196">
    <w:abstractNumId w:val="7"/>
  </w:num>
  <w:num w:numId="6" w16cid:durableId="637034678">
    <w:abstractNumId w:val="3"/>
  </w:num>
  <w:num w:numId="7" w16cid:durableId="588923421">
    <w:abstractNumId w:val="2"/>
  </w:num>
  <w:num w:numId="8" w16cid:durableId="1604727793">
    <w:abstractNumId w:val="1"/>
  </w:num>
  <w:num w:numId="9" w16cid:durableId="54409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04E6"/>
    <w:rsid w:val="00326F90"/>
    <w:rsid w:val="005565E6"/>
    <w:rsid w:val="00954CD7"/>
    <w:rsid w:val="00AA1D8D"/>
    <w:rsid w:val="00B47730"/>
    <w:rsid w:val="00C52BB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168DF2"/>
  <w14:defaultImageDpi w14:val="300"/>
  <w15:docId w15:val="{1A9E1AA0-3E57-4ED9-B24C-D63E7AB5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2026-09-22T00:18:00Z</dcterms:modified>
  <cp:category/>
</cp:coreProperties>
</file>