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A2776" w14:textId="77777777" w:rsidR="00283924" w:rsidRPr="002C3015" w:rsidRDefault="00000000">
      <w:pPr>
        <w:spacing w:after="20"/>
        <w:jc w:val="center"/>
        <w:rPr>
          <w:rFonts w:ascii="Times New Roman" w:hAnsi="Times New Roman" w:cs="Times New Roman"/>
        </w:rPr>
      </w:pPr>
      <w:r w:rsidRPr="002C3015">
        <w:rPr>
          <w:rFonts w:ascii="Times New Roman" w:hAnsi="Times New Roman" w:cs="Times New Roman"/>
          <w:b/>
          <w:sz w:val="28"/>
        </w:rPr>
        <w:t>TERM 3 HOLIDAY ASSIGNMENT 2026</w:t>
      </w:r>
    </w:p>
    <w:p w14:paraId="35988D1E" w14:textId="77777777" w:rsidR="00283924" w:rsidRPr="002C3015" w:rsidRDefault="00000000">
      <w:pPr>
        <w:spacing w:after="20"/>
        <w:jc w:val="center"/>
        <w:rPr>
          <w:rFonts w:ascii="Times New Roman" w:hAnsi="Times New Roman" w:cs="Times New Roman"/>
        </w:rPr>
      </w:pPr>
      <w:r w:rsidRPr="002C3015">
        <w:rPr>
          <w:rFonts w:ascii="Times New Roman" w:hAnsi="Times New Roman" w:cs="Times New Roman"/>
          <w:b/>
          <w:sz w:val="26"/>
        </w:rPr>
        <w:t>FORM THREE</w:t>
      </w:r>
    </w:p>
    <w:p w14:paraId="386A9B08" w14:textId="77777777" w:rsidR="00283924" w:rsidRPr="002C3015" w:rsidRDefault="00000000">
      <w:pPr>
        <w:spacing w:after="20"/>
        <w:jc w:val="center"/>
        <w:rPr>
          <w:rFonts w:ascii="Times New Roman" w:hAnsi="Times New Roman" w:cs="Times New Roman"/>
        </w:rPr>
      </w:pPr>
      <w:r w:rsidRPr="002C3015">
        <w:rPr>
          <w:rFonts w:ascii="Times New Roman" w:hAnsi="Times New Roman" w:cs="Times New Roman"/>
          <w:b/>
          <w:sz w:val="26"/>
        </w:rPr>
        <w:t>COMPUTER STUDIES PAPER 1</w:t>
      </w:r>
    </w:p>
    <w:tbl>
      <w:tblPr>
        <w:tblStyle w:val="TableGrid"/>
        <w:tblW w:w="0" w:type="auto"/>
        <w:jc w:val="center"/>
        <w:tblLook w:val="04A0" w:firstRow="1" w:lastRow="0" w:firstColumn="1" w:lastColumn="0" w:noHBand="0" w:noVBand="1"/>
      </w:tblPr>
      <w:tblGrid>
        <w:gridCol w:w="2592"/>
        <w:gridCol w:w="2592"/>
        <w:gridCol w:w="2592"/>
        <w:gridCol w:w="2592"/>
      </w:tblGrid>
      <w:tr w:rsidR="00283924" w:rsidRPr="002C3015" w14:paraId="4FDFF1BB" w14:textId="77777777">
        <w:trPr>
          <w:jc w:val="center"/>
        </w:trPr>
        <w:tc>
          <w:tcPr>
            <w:tcW w:w="2592" w:type="dxa"/>
            <w:shd w:val="clear" w:color="auto" w:fill="D9EAF7"/>
          </w:tcPr>
          <w:p w14:paraId="136C110B" w14:textId="77777777" w:rsidR="00283924" w:rsidRPr="002C3015" w:rsidRDefault="00000000">
            <w:pPr>
              <w:rPr>
                <w:rFonts w:ascii="Times New Roman" w:hAnsi="Times New Roman" w:cs="Times New Roman"/>
              </w:rPr>
            </w:pPr>
            <w:r w:rsidRPr="002C3015">
              <w:rPr>
                <w:rFonts w:ascii="Times New Roman" w:hAnsi="Times New Roman" w:cs="Times New Roman"/>
                <w:b/>
                <w:sz w:val="17"/>
              </w:rPr>
              <w:t>Section</w:t>
            </w:r>
          </w:p>
        </w:tc>
        <w:tc>
          <w:tcPr>
            <w:tcW w:w="2592" w:type="dxa"/>
            <w:shd w:val="clear" w:color="auto" w:fill="D9EAF7"/>
          </w:tcPr>
          <w:p w14:paraId="33D685A6" w14:textId="77777777" w:rsidR="00283924" w:rsidRPr="002C3015" w:rsidRDefault="00000000">
            <w:pPr>
              <w:rPr>
                <w:rFonts w:ascii="Times New Roman" w:hAnsi="Times New Roman" w:cs="Times New Roman"/>
              </w:rPr>
            </w:pPr>
            <w:r w:rsidRPr="002C3015">
              <w:rPr>
                <w:rFonts w:ascii="Times New Roman" w:hAnsi="Times New Roman" w:cs="Times New Roman"/>
                <w:b/>
                <w:sz w:val="17"/>
              </w:rPr>
              <w:t>Question Numbers</w:t>
            </w:r>
          </w:p>
        </w:tc>
        <w:tc>
          <w:tcPr>
            <w:tcW w:w="2592" w:type="dxa"/>
            <w:shd w:val="clear" w:color="auto" w:fill="D9EAF7"/>
          </w:tcPr>
          <w:p w14:paraId="47D2030D" w14:textId="77777777" w:rsidR="00283924" w:rsidRPr="002C3015" w:rsidRDefault="00000000">
            <w:pPr>
              <w:rPr>
                <w:rFonts w:ascii="Times New Roman" w:hAnsi="Times New Roman" w:cs="Times New Roman"/>
              </w:rPr>
            </w:pPr>
            <w:r w:rsidRPr="002C3015">
              <w:rPr>
                <w:rFonts w:ascii="Times New Roman" w:hAnsi="Times New Roman" w:cs="Times New Roman"/>
                <w:b/>
                <w:sz w:val="17"/>
              </w:rPr>
              <w:t>Maximum Score</w:t>
            </w:r>
          </w:p>
        </w:tc>
        <w:tc>
          <w:tcPr>
            <w:tcW w:w="2592" w:type="dxa"/>
            <w:shd w:val="clear" w:color="auto" w:fill="D9EAF7"/>
          </w:tcPr>
          <w:p w14:paraId="5ECBEA14" w14:textId="77777777" w:rsidR="00283924" w:rsidRPr="002C3015" w:rsidRDefault="00000000">
            <w:pPr>
              <w:rPr>
                <w:rFonts w:ascii="Times New Roman" w:hAnsi="Times New Roman" w:cs="Times New Roman"/>
              </w:rPr>
            </w:pPr>
            <w:r w:rsidRPr="002C3015">
              <w:rPr>
                <w:rFonts w:ascii="Times New Roman" w:hAnsi="Times New Roman" w:cs="Times New Roman"/>
                <w:b/>
                <w:sz w:val="17"/>
              </w:rPr>
              <w:t>Candidate's Score</w:t>
            </w:r>
          </w:p>
        </w:tc>
      </w:tr>
      <w:tr w:rsidR="00283924" w:rsidRPr="002C3015" w14:paraId="647E8EBE" w14:textId="77777777">
        <w:trPr>
          <w:jc w:val="center"/>
        </w:trPr>
        <w:tc>
          <w:tcPr>
            <w:tcW w:w="2592" w:type="dxa"/>
          </w:tcPr>
          <w:p w14:paraId="5D49856C" w14:textId="77777777" w:rsidR="00283924" w:rsidRPr="002C3015" w:rsidRDefault="00000000">
            <w:pPr>
              <w:rPr>
                <w:rFonts w:ascii="Times New Roman" w:hAnsi="Times New Roman" w:cs="Times New Roman"/>
              </w:rPr>
            </w:pPr>
            <w:r w:rsidRPr="002C3015">
              <w:rPr>
                <w:rFonts w:ascii="Times New Roman" w:hAnsi="Times New Roman" w:cs="Times New Roman"/>
                <w:sz w:val="17"/>
              </w:rPr>
              <w:t>A</w:t>
            </w:r>
          </w:p>
        </w:tc>
        <w:tc>
          <w:tcPr>
            <w:tcW w:w="2592" w:type="dxa"/>
          </w:tcPr>
          <w:p w14:paraId="68906F0D" w14:textId="77777777" w:rsidR="00283924" w:rsidRPr="002C3015" w:rsidRDefault="00000000">
            <w:pPr>
              <w:rPr>
                <w:rFonts w:ascii="Times New Roman" w:hAnsi="Times New Roman" w:cs="Times New Roman"/>
              </w:rPr>
            </w:pPr>
            <w:r w:rsidRPr="002C3015">
              <w:rPr>
                <w:rFonts w:ascii="Times New Roman" w:hAnsi="Times New Roman" w:cs="Times New Roman"/>
                <w:sz w:val="17"/>
              </w:rPr>
              <w:t>1 – 15</w:t>
            </w:r>
          </w:p>
        </w:tc>
        <w:tc>
          <w:tcPr>
            <w:tcW w:w="2592" w:type="dxa"/>
          </w:tcPr>
          <w:p w14:paraId="0801385E" w14:textId="77777777" w:rsidR="00283924" w:rsidRPr="002C3015" w:rsidRDefault="00000000">
            <w:pPr>
              <w:rPr>
                <w:rFonts w:ascii="Times New Roman" w:hAnsi="Times New Roman" w:cs="Times New Roman"/>
              </w:rPr>
            </w:pPr>
            <w:r w:rsidRPr="002C3015">
              <w:rPr>
                <w:rFonts w:ascii="Times New Roman" w:hAnsi="Times New Roman" w:cs="Times New Roman"/>
                <w:sz w:val="17"/>
              </w:rPr>
              <w:t>40</w:t>
            </w:r>
          </w:p>
        </w:tc>
        <w:tc>
          <w:tcPr>
            <w:tcW w:w="2592" w:type="dxa"/>
          </w:tcPr>
          <w:p w14:paraId="31DC1E2E" w14:textId="77777777" w:rsidR="00283924" w:rsidRPr="002C3015" w:rsidRDefault="00283924">
            <w:pPr>
              <w:rPr>
                <w:rFonts w:ascii="Times New Roman" w:hAnsi="Times New Roman" w:cs="Times New Roman"/>
              </w:rPr>
            </w:pPr>
          </w:p>
        </w:tc>
      </w:tr>
      <w:tr w:rsidR="00283924" w:rsidRPr="002C3015" w14:paraId="4009C9C4" w14:textId="77777777">
        <w:trPr>
          <w:jc w:val="center"/>
        </w:trPr>
        <w:tc>
          <w:tcPr>
            <w:tcW w:w="2592" w:type="dxa"/>
          </w:tcPr>
          <w:p w14:paraId="66370C87" w14:textId="77777777" w:rsidR="00283924" w:rsidRPr="002C3015" w:rsidRDefault="00000000">
            <w:pPr>
              <w:rPr>
                <w:rFonts w:ascii="Times New Roman" w:hAnsi="Times New Roman" w:cs="Times New Roman"/>
              </w:rPr>
            </w:pPr>
            <w:r w:rsidRPr="002C3015">
              <w:rPr>
                <w:rFonts w:ascii="Times New Roman" w:hAnsi="Times New Roman" w:cs="Times New Roman"/>
                <w:sz w:val="17"/>
              </w:rPr>
              <w:t>B</w:t>
            </w:r>
          </w:p>
        </w:tc>
        <w:tc>
          <w:tcPr>
            <w:tcW w:w="2592" w:type="dxa"/>
          </w:tcPr>
          <w:p w14:paraId="68E87A65" w14:textId="77777777" w:rsidR="00283924" w:rsidRPr="002C3015" w:rsidRDefault="00000000">
            <w:pPr>
              <w:rPr>
                <w:rFonts w:ascii="Times New Roman" w:hAnsi="Times New Roman" w:cs="Times New Roman"/>
              </w:rPr>
            </w:pPr>
            <w:r w:rsidRPr="002C3015">
              <w:rPr>
                <w:rFonts w:ascii="Times New Roman" w:hAnsi="Times New Roman" w:cs="Times New Roman"/>
                <w:sz w:val="17"/>
              </w:rPr>
              <w:t>16</w:t>
            </w:r>
          </w:p>
        </w:tc>
        <w:tc>
          <w:tcPr>
            <w:tcW w:w="2592" w:type="dxa"/>
          </w:tcPr>
          <w:p w14:paraId="39AC6F5A" w14:textId="77777777" w:rsidR="00283924" w:rsidRPr="002C3015" w:rsidRDefault="00000000">
            <w:pPr>
              <w:rPr>
                <w:rFonts w:ascii="Times New Roman" w:hAnsi="Times New Roman" w:cs="Times New Roman"/>
              </w:rPr>
            </w:pPr>
            <w:r w:rsidRPr="002C3015">
              <w:rPr>
                <w:rFonts w:ascii="Times New Roman" w:hAnsi="Times New Roman" w:cs="Times New Roman"/>
                <w:sz w:val="17"/>
              </w:rPr>
              <w:t>15</w:t>
            </w:r>
          </w:p>
        </w:tc>
        <w:tc>
          <w:tcPr>
            <w:tcW w:w="2592" w:type="dxa"/>
          </w:tcPr>
          <w:p w14:paraId="2738906F" w14:textId="77777777" w:rsidR="00283924" w:rsidRPr="002C3015" w:rsidRDefault="00283924">
            <w:pPr>
              <w:rPr>
                <w:rFonts w:ascii="Times New Roman" w:hAnsi="Times New Roman" w:cs="Times New Roman"/>
              </w:rPr>
            </w:pPr>
          </w:p>
        </w:tc>
      </w:tr>
      <w:tr w:rsidR="00283924" w:rsidRPr="002C3015" w14:paraId="3A2072E2" w14:textId="77777777">
        <w:trPr>
          <w:jc w:val="center"/>
        </w:trPr>
        <w:tc>
          <w:tcPr>
            <w:tcW w:w="2592" w:type="dxa"/>
          </w:tcPr>
          <w:p w14:paraId="528E3D11" w14:textId="77777777" w:rsidR="00283924" w:rsidRPr="002C3015" w:rsidRDefault="00000000">
            <w:pPr>
              <w:rPr>
                <w:rFonts w:ascii="Times New Roman" w:hAnsi="Times New Roman" w:cs="Times New Roman"/>
              </w:rPr>
            </w:pPr>
            <w:r w:rsidRPr="002C3015">
              <w:rPr>
                <w:rFonts w:ascii="Times New Roman" w:hAnsi="Times New Roman" w:cs="Times New Roman"/>
                <w:sz w:val="17"/>
              </w:rPr>
              <w:t>B</w:t>
            </w:r>
          </w:p>
        </w:tc>
        <w:tc>
          <w:tcPr>
            <w:tcW w:w="2592" w:type="dxa"/>
          </w:tcPr>
          <w:p w14:paraId="35C99F5A" w14:textId="77777777" w:rsidR="00283924" w:rsidRPr="002C3015" w:rsidRDefault="00000000">
            <w:pPr>
              <w:rPr>
                <w:rFonts w:ascii="Times New Roman" w:hAnsi="Times New Roman" w:cs="Times New Roman"/>
              </w:rPr>
            </w:pPr>
            <w:r w:rsidRPr="002C3015">
              <w:rPr>
                <w:rFonts w:ascii="Times New Roman" w:hAnsi="Times New Roman" w:cs="Times New Roman"/>
                <w:sz w:val="17"/>
              </w:rPr>
              <w:t>17</w:t>
            </w:r>
          </w:p>
        </w:tc>
        <w:tc>
          <w:tcPr>
            <w:tcW w:w="2592" w:type="dxa"/>
          </w:tcPr>
          <w:p w14:paraId="12F301EF" w14:textId="77777777" w:rsidR="00283924" w:rsidRPr="002C3015" w:rsidRDefault="00000000">
            <w:pPr>
              <w:rPr>
                <w:rFonts w:ascii="Times New Roman" w:hAnsi="Times New Roman" w:cs="Times New Roman"/>
              </w:rPr>
            </w:pPr>
            <w:r w:rsidRPr="002C3015">
              <w:rPr>
                <w:rFonts w:ascii="Times New Roman" w:hAnsi="Times New Roman" w:cs="Times New Roman"/>
                <w:sz w:val="17"/>
              </w:rPr>
              <w:t>15</w:t>
            </w:r>
          </w:p>
        </w:tc>
        <w:tc>
          <w:tcPr>
            <w:tcW w:w="2592" w:type="dxa"/>
          </w:tcPr>
          <w:p w14:paraId="0F9DF72F" w14:textId="77777777" w:rsidR="00283924" w:rsidRPr="002C3015" w:rsidRDefault="00283924">
            <w:pPr>
              <w:rPr>
                <w:rFonts w:ascii="Times New Roman" w:hAnsi="Times New Roman" w:cs="Times New Roman"/>
              </w:rPr>
            </w:pPr>
          </w:p>
        </w:tc>
      </w:tr>
      <w:tr w:rsidR="00283924" w:rsidRPr="002C3015" w14:paraId="45F8C604" w14:textId="77777777">
        <w:trPr>
          <w:jc w:val="center"/>
        </w:trPr>
        <w:tc>
          <w:tcPr>
            <w:tcW w:w="2592" w:type="dxa"/>
          </w:tcPr>
          <w:p w14:paraId="09E41368" w14:textId="77777777" w:rsidR="00283924" w:rsidRPr="002C3015" w:rsidRDefault="00000000">
            <w:pPr>
              <w:rPr>
                <w:rFonts w:ascii="Times New Roman" w:hAnsi="Times New Roman" w:cs="Times New Roman"/>
              </w:rPr>
            </w:pPr>
            <w:r w:rsidRPr="002C3015">
              <w:rPr>
                <w:rFonts w:ascii="Times New Roman" w:hAnsi="Times New Roman" w:cs="Times New Roman"/>
                <w:sz w:val="17"/>
              </w:rPr>
              <w:t>B</w:t>
            </w:r>
          </w:p>
        </w:tc>
        <w:tc>
          <w:tcPr>
            <w:tcW w:w="2592" w:type="dxa"/>
          </w:tcPr>
          <w:p w14:paraId="0DC94551" w14:textId="77777777" w:rsidR="00283924" w:rsidRPr="002C3015" w:rsidRDefault="00000000">
            <w:pPr>
              <w:rPr>
                <w:rFonts w:ascii="Times New Roman" w:hAnsi="Times New Roman" w:cs="Times New Roman"/>
              </w:rPr>
            </w:pPr>
            <w:r w:rsidRPr="002C3015">
              <w:rPr>
                <w:rFonts w:ascii="Times New Roman" w:hAnsi="Times New Roman" w:cs="Times New Roman"/>
                <w:sz w:val="17"/>
              </w:rPr>
              <w:t>18</w:t>
            </w:r>
          </w:p>
        </w:tc>
        <w:tc>
          <w:tcPr>
            <w:tcW w:w="2592" w:type="dxa"/>
          </w:tcPr>
          <w:p w14:paraId="7D74E14E" w14:textId="77777777" w:rsidR="00283924" w:rsidRPr="002C3015" w:rsidRDefault="00000000">
            <w:pPr>
              <w:rPr>
                <w:rFonts w:ascii="Times New Roman" w:hAnsi="Times New Roman" w:cs="Times New Roman"/>
              </w:rPr>
            </w:pPr>
            <w:r w:rsidRPr="002C3015">
              <w:rPr>
                <w:rFonts w:ascii="Times New Roman" w:hAnsi="Times New Roman" w:cs="Times New Roman"/>
                <w:sz w:val="17"/>
              </w:rPr>
              <w:t>15</w:t>
            </w:r>
          </w:p>
        </w:tc>
        <w:tc>
          <w:tcPr>
            <w:tcW w:w="2592" w:type="dxa"/>
          </w:tcPr>
          <w:p w14:paraId="07F465F9" w14:textId="77777777" w:rsidR="00283924" w:rsidRPr="002C3015" w:rsidRDefault="00283924">
            <w:pPr>
              <w:rPr>
                <w:rFonts w:ascii="Times New Roman" w:hAnsi="Times New Roman" w:cs="Times New Roman"/>
              </w:rPr>
            </w:pPr>
          </w:p>
        </w:tc>
      </w:tr>
      <w:tr w:rsidR="00283924" w:rsidRPr="002C3015" w14:paraId="5C46FAD3" w14:textId="77777777">
        <w:trPr>
          <w:jc w:val="center"/>
        </w:trPr>
        <w:tc>
          <w:tcPr>
            <w:tcW w:w="2592" w:type="dxa"/>
          </w:tcPr>
          <w:p w14:paraId="73D16902" w14:textId="77777777" w:rsidR="00283924" w:rsidRPr="002C3015" w:rsidRDefault="00000000">
            <w:pPr>
              <w:rPr>
                <w:rFonts w:ascii="Times New Roman" w:hAnsi="Times New Roman" w:cs="Times New Roman"/>
              </w:rPr>
            </w:pPr>
            <w:r w:rsidRPr="002C3015">
              <w:rPr>
                <w:rFonts w:ascii="Times New Roman" w:hAnsi="Times New Roman" w:cs="Times New Roman"/>
                <w:sz w:val="17"/>
              </w:rPr>
              <w:t>B</w:t>
            </w:r>
          </w:p>
        </w:tc>
        <w:tc>
          <w:tcPr>
            <w:tcW w:w="2592" w:type="dxa"/>
          </w:tcPr>
          <w:p w14:paraId="43B65E99" w14:textId="77777777" w:rsidR="00283924" w:rsidRPr="002C3015" w:rsidRDefault="00000000">
            <w:pPr>
              <w:rPr>
                <w:rFonts w:ascii="Times New Roman" w:hAnsi="Times New Roman" w:cs="Times New Roman"/>
              </w:rPr>
            </w:pPr>
            <w:r w:rsidRPr="002C3015">
              <w:rPr>
                <w:rFonts w:ascii="Times New Roman" w:hAnsi="Times New Roman" w:cs="Times New Roman"/>
                <w:sz w:val="17"/>
              </w:rPr>
              <w:t>19</w:t>
            </w:r>
          </w:p>
        </w:tc>
        <w:tc>
          <w:tcPr>
            <w:tcW w:w="2592" w:type="dxa"/>
          </w:tcPr>
          <w:p w14:paraId="4657EA93" w14:textId="77777777" w:rsidR="00283924" w:rsidRPr="002C3015" w:rsidRDefault="00000000">
            <w:pPr>
              <w:rPr>
                <w:rFonts w:ascii="Times New Roman" w:hAnsi="Times New Roman" w:cs="Times New Roman"/>
              </w:rPr>
            </w:pPr>
            <w:r w:rsidRPr="002C3015">
              <w:rPr>
                <w:rFonts w:ascii="Times New Roman" w:hAnsi="Times New Roman" w:cs="Times New Roman"/>
                <w:sz w:val="17"/>
              </w:rPr>
              <w:t>15</w:t>
            </w:r>
          </w:p>
        </w:tc>
        <w:tc>
          <w:tcPr>
            <w:tcW w:w="2592" w:type="dxa"/>
          </w:tcPr>
          <w:p w14:paraId="35CEDED2" w14:textId="77777777" w:rsidR="00283924" w:rsidRPr="002C3015" w:rsidRDefault="00283924">
            <w:pPr>
              <w:rPr>
                <w:rFonts w:ascii="Times New Roman" w:hAnsi="Times New Roman" w:cs="Times New Roman"/>
              </w:rPr>
            </w:pPr>
          </w:p>
        </w:tc>
      </w:tr>
      <w:tr w:rsidR="00283924" w:rsidRPr="002C3015" w14:paraId="1F175031" w14:textId="77777777">
        <w:trPr>
          <w:jc w:val="center"/>
        </w:trPr>
        <w:tc>
          <w:tcPr>
            <w:tcW w:w="2592" w:type="dxa"/>
          </w:tcPr>
          <w:p w14:paraId="2A115702" w14:textId="77777777" w:rsidR="00283924" w:rsidRPr="002C3015" w:rsidRDefault="00000000">
            <w:pPr>
              <w:rPr>
                <w:rFonts w:ascii="Times New Roman" w:hAnsi="Times New Roman" w:cs="Times New Roman"/>
              </w:rPr>
            </w:pPr>
            <w:r w:rsidRPr="002C3015">
              <w:rPr>
                <w:rFonts w:ascii="Times New Roman" w:hAnsi="Times New Roman" w:cs="Times New Roman"/>
                <w:sz w:val="17"/>
              </w:rPr>
              <w:t>B</w:t>
            </w:r>
          </w:p>
        </w:tc>
        <w:tc>
          <w:tcPr>
            <w:tcW w:w="2592" w:type="dxa"/>
          </w:tcPr>
          <w:p w14:paraId="76439FD8" w14:textId="77777777" w:rsidR="00283924" w:rsidRPr="002C3015" w:rsidRDefault="00000000">
            <w:pPr>
              <w:rPr>
                <w:rFonts w:ascii="Times New Roman" w:hAnsi="Times New Roman" w:cs="Times New Roman"/>
              </w:rPr>
            </w:pPr>
            <w:r w:rsidRPr="002C3015">
              <w:rPr>
                <w:rFonts w:ascii="Times New Roman" w:hAnsi="Times New Roman" w:cs="Times New Roman"/>
                <w:sz w:val="17"/>
              </w:rPr>
              <w:t>20</w:t>
            </w:r>
          </w:p>
        </w:tc>
        <w:tc>
          <w:tcPr>
            <w:tcW w:w="2592" w:type="dxa"/>
          </w:tcPr>
          <w:p w14:paraId="1B58238C" w14:textId="77777777" w:rsidR="00283924" w:rsidRPr="002C3015" w:rsidRDefault="00000000">
            <w:pPr>
              <w:rPr>
                <w:rFonts w:ascii="Times New Roman" w:hAnsi="Times New Roman" w:cs="Times New Roman"/>
              </w:rPr>
            </w:pPr>
            <w:r w:rsidRPr="002C3015">
              <w:rPr>
                <w:rFonts w:ascii="Times New Roman" w:hAnsi="Times New Roman" w:cs="Times New Roman"/>
                <w:sz w:val="17"/>
              </w:rPr>
              <w:t>15</w:t>
            </w:r>
          </w:p>
        </w:tc>
        <w:tc>
          <w:tcPr>
            <w:tcW w:w="2592" w:type="dxa"/>
          </w:tcPr>
          <w:p w14:paraId="1F5871ED" w14:textId="77777777" w:rsidR="00283924" w:rsidRPr="002C3015" w:rsidRDefault="00283924">
            <w:pPr>
              <w:rPr>
                <w:rFonts w:ascii="Times New Roman" w:hAnsi="Times New Roman" w:cs="Times New Roman"/>
              </w:rPr>
            </w:pPr>
          </w:p>
        </w:tc>
      </w:tr>
      <w:tr w:rsidR="00283924" w:rsidRPr="002C3015" w14:paraId="0116E799" w14:textId="77777777">
        <w:trPr>
          <w:jc w:val="center"/>
        </w:trPr>
        <w:tc>
          <w:tcPr>
            <w:tcW w:w="2592" w:type="dxa"/>
          </w:tcPr>
          <w:p w14:paraId="5C6C1907" w14:textId="77777777" w:rsidR="00283924" w:rsidRPr="002C3015" w:rsidRDefault="00000000">
            <w:pPr>
              <w:rPr>
                <w:rFonts w:ascii="Times New Roman" w:hAnsi="Times New Roman" w:cs="Times New Roman"/>
              </w:rPr>
            </w:pPr>
            <w:r w:rsidRPr="002C3015">
              <w:rPr>
                <w:rFonts w:ascii="Times New Roman" w:hAnsi="Times New Roman" w:cs="Times New Roman"/>
                <w:sz w:val="17"/>
              </w:rPr>
              <w:t>TOTAL</w:t>
            </w:r>
          </w:p>
        </w:tc>
        <w:tc>
          <w:tcPr>
            <w:tcW w:w="2592" w:type="dxa"/>
          </w:tcPr>
          <w:p w14:paraId="3A090858" w14:textId="77777777" w:rsidR="00283924" w:rsidRPr="002C3015" w:rsidRDefault="00283924">
            <w:pPr>
              <w:rPr>
                <w:rFonts w:ascii="Times New Roman" w:hAnsi="Times New Roman" w:cs="Times New Roman"/>
              </w:rPr>
            </w:pPr>
          </w:p>
        </w:tc>
        <w:tc>
          <w:tcPr>
            <w:tcW w:w="2592" w:type="dxa"/>
          </w:tcPr>
          <w:p w14:paraId="0791F9E7" w14:textId="77777777" w:rsidR="00283924" w:rsidRPr="002C3015" w:rsidRDefault="00000000">
            <w:pPr>
              <w:rPr>
                <w:rFonts w:ascii="Times New Roman" w:hAnsi="Times New Roman" w:cs="Times New Roman"/>
              </w:rPr>
            </w:pPr>
            <w:r w:rsidRPr="002C3015">
              <w:rPr>
                <w:rFonts w:ascii="Times New Roman" w:hAnsi="Times New Roman" w:cs="Times New Roman"/>
                <w:sz w:val="17"/>
              </w:rPr>
              <w:t>100</w:t>
            </w:r>
          </w:p>
        </w:tc>
        <w:tc>
          <w:tcPr>
            <w:tcW w:w="2592" w:type="dxa"/>
          </w:tcPr>
          <w:p w14:paraId="062CD5E8" w14:textId="77777777" w:rsidR="00283924" w:rsidRPr="002C3015" w:rsidRDefault="00283924">
            <w:pPr>
              <w:rPr>
                <w:rFonts w:ascii="Times New Roman" w:hAnsi="Times New Roman" w:cs="Times New Roman"/>
              </w:rPr>
            </w:pPr>
          </w:p>
        </w:tc>
      </w:tr>
    </w:tbl>
    <w:p w14:paraId="66BF828A" w14:textId="77777777" w:rsidR="00283924" w:rsidRPr="002C3015" w:rsidRDefault="00283924">
      <w:pPr>
        <w:rPr>
          <w:rFonts w:ascii="Times New Roman" w:hAnsi="Times New Roman" w:cs="Times New Roman"/>
        </w:rPr>
      </w:pPr>
    </w:p>
    <w:p w14:paraId="5BFFDD8C" w14:textId="77777777" w:rsidR="00283924" w:rsidRPr="002C3015" w:rsidRDefault="00000000">
      <w:pPr>
        <w:rPr>
          <w:rFonts w:ascii="Times New Roman" w:hAnsi="Times New Roman" w:cs="Times New Roman"/>
        </w:rPr>
      </w:pPr>
      <w:r w:rsidRPr="002C3015">
        <w:rPr>
          <w:rFonts w:ascii="Times New Roman" w:hAnsi="Times New Roman" w:cs="Times New Roman"/>
        </w:rPr>
        <w:br w:type="page"/>
      </w:r>
    </w:p>
    <w:p w14:paraId="01E31B01" w14:textId="77777777" w:rsidR="00283924" w:rsidRPr="002C3015" w:rsidRDefault="00000000">
      <w:pPr>
        <w:rPr>
          <w:rFonts w:ascii="Times New Roman" w:hAnsi="Times New Roman" w:cs="Times New Roman"/>
        </w:rPr>
      </w:pPr>
      <w:r w:rsidRPr="002C3015">
        <w:rPr>
          <w:rFonts w:ascii="Times New Roman" w:hAnsi="Times New Roman" w:cs="Times New Roman"/>
          <w:b/>
        </w:rPr>
        <w:lastRenderedPageBreak/>
        <w:t>SECTION A: ANSWER ALL QUESTIONS</w:t>
      </w:r>
    </w:p>
    <w:p w14:paraId="008FB25C"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1. </w:t>
      </w:r>
      <w:r w:rsidRPr="002C3015">
        <w:rPr>
          <w:rFonts w:ascii="Times New Roman" w:hAnsi="Times New Roman" w:cs="Times New Roman"/>
        </w:rPr>
        <w:t>Define the term scrolling.</w:t>
      </w:r>
      <w:r w:rsidRPr="002C3015">
        <w:rPr>
          <w:rFonts w:ascii="Times New Roman" w:hAnsi="Times New Roman" w:cs="Times New Roman"/>
          <w:b/>
        </w:rPr>
        <w:t xml:space="preserve"> (1 mark)</w:t>
      </w:r>
    </w:p>
    <w:p w14:paraId="23BA215B"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Answer:  (1 mark)</w:t>
      </w:r>
    </w:p>
    <w:p w14:paraId="369E77CB"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8668856"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2. </w:t>
      </w:r>
      <w:r w:rsidRPr="002C3015">
        <w:rPr>
          <w:rFonts w:ascii="Times New Roman" w:hAnsi="Times New Roman" w:cs="Times New Roman"/>
        </w:rPr>
        <w:t>Explain two uses of an Uninterruptible Power Supply (UPS) unit.</w:t>
      </w:r>
      <w:r w:rsidRPr="002C3015">
        <w:rPr>
          <w:rFonts w:ascii="Times New Roman" w:hAnsi="Times New Roman" w:cs="Times New Roman"/>
          <w:b/>
        </w:rPr>
        <w:t xml:space="preserve"> (2 marks)</w:t>
      </w:r>
    </w:p>
    <w:p w14:paraId="10894ED2"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  (1 mark)</w:t>
      </w:r>
    </w:p>
    <w:p w14:paraId="7EA18043"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14C29077"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  (1 mark)</w:t>
      </w:r>
    </w:p>
    <w:p w14:paraId="072CDE1B"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F51601D"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3. </w:t>
      </w:r>
      <w:r w:rsidRPr="002C3015">
        <w:rPr>
          <w:rFonts w:ascii="Times New Roman" w:hAnsi="Times New Roman" w:cs="Times New Roman"/>
        </w:rPr>
        <w:t>a) Explain how you can open a document stored on a flash disk.</w:t>
      </w:r>
      <w:r w:rsidRPr="002C3015">
        <w:rPr>
          <w:rFonts w:ascii="Times New Roman" w:hAnsi="Times New Roman" w:cs="Times New Roman"/>
          <w:b/>
        </w:rPr>
        <w:t xml:space="preserve"> (2 marks)</w:t>
      </w:r>
    </w:p>
    <w:p w14:paraId="4FE11C1D"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Answer:  (2 marks)</w:t>
      </w:r>
    </w:p>
    <w:p w14:paraId="0A006DBD"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4D7EA009"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b) </w:t>
      </w:r>
      <w:r w:rsidRPr="002C3015">
        <w:rPr>
          <w:rFonts w:ascii="Times New Roman" w:hAnsi="Times New Roman" w:cs="Times New Roman"/>
        </w:rPr>
        <w:t>List four types of paragraph alignment.</w:t>
      </w:r>
      <w:r w:rsidRPr="002C3015">
        <w:rPr>
          <w:rFonts w:ascii="Times New Roman" w:hAnsi="Times New Roman" w:cs="Times New Roman"/>
          <w:b/>
        </w:rPr>
        <w:t xml:space="preserve"> (2 marks)</w:t>
      </w:r>
    </w:p>
    <w:p w14:paraId="0DCE51D7"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tbl>
      <w:tblPr>
        <w:tblStyle w:val="TableGrid"/>
        <w:tblW w:w="0" w:type="auto"/>
        <w:jc w:val="center"/>
        <w:tblLook w:val="04A0" w:firstRow="1" w:lastRow="0" w:firstColumn="1" w:lastColumn="0" w:noHBand="0" w:noVBand="1"/>
      </w:tblPr>
      <w:tblGrid>
        <w:gridCol w:w="2592"/>
        <w:gridCol w:w="2592"/>
        <w:gridCol w:w="2592"/>
        <w:gridCol w:w="2592"/>
      </w:tblGrid>
      <w:tr w:rsidR="00283924" w:rsidRPr="002C3015" w14:paraId="74A50484" w14:textId="77777777">
        <w:trPr>
          <w:jc w:val="center"/>
        </w:trPr>
        <w:tc>
          <w:tcPr>
            <w:tcW w:w="2592" w:type="dxa"/>
            <w:shd w:val="clear" w:color="auto" w:fill="D9EAF7"/>
          </w:tcPr>
          <w:p w14:paraId="3F264D0B" w14:textId="77777777" w:rsidR="00283924" w:rsidRPr="002C3015" w:rsidRDefault="00000000">
            <w:pPr>
              <w:rPr>
                <w:rFonts w:ascii="Times New Roman" w:hAnsi="Times New Roman" w:cs="Times New Roman"/>
              </w:rPr>
            </w:pPr>
            <w:r w:rsidRPr="002C3015">
              <w:rPr>
                <w:rFonts w:ascii="Times New Roman" w:hAnsi="Times New Roman" w:cs="Times New Roman"/>
                <w:b/>
                <w:sz w:val="16"/>
              </w:rPr>
              <w:t>i)</w:t>
            </w:r>
          </w:p>
        </w:tc>
        <w:tc>
          <w:tcPr>
            <w:tcW w:w="2592" w:type="dxa"/>
            <w:shd w:val="clear" w:color="auto" w:fill="D9EAF7"/>
          </w:tcPr>
          <w:p w14:paraId="3B6671B8" w14:textId="77777777" w:rsidR="00283924" w:rsidRPr="002C3015" w:rsidRDefault="00000000">
            <w:pPr>
              <w:rPr>
                <w:rFonts w:ascii="Times New Roman" w:hAnsi="Times New Roman" w:cs="Times New Roman"/>
              </w:rPr>
            </w:pPr>
            <w:r w:rsidRPr="002C3015">
              <w:rPr>
                <w:rFonts w:ascii="Times New Roman" w:hAnsi="Times New Roman" w:cs="Times New Roman"/>
                <w:b/>
                <w:sz w:val="16"/>
              </w:rPr>
              <w:t>ii)</w:t>
            </w:r>
          </w:p>
        </w:tc>
        <w:tc>
          <w:tcPr>
            <w:tcW w:w="2592" w:type="dxa"/>
            <w:shd w:val="clear" w:color="auto" w:fill="D9EAF7"/>
          </w:tcPr>
          <w:p w14:paraId="642567B3" w14:textId="77777777" w:rsidR="00283924" w:rsidRPr="002C3015" w:rsidRDefault="00000000">
            <w:pPr>
              <w:rPr>
                <w:rFonts w:ascii="Times New Roman" w:hAnsi="Times New Roman" w:cs="Times New Roman"/>
              </w:rPr>
            </w:pPr>
            <w:r w:rsidRPr="002C3015">
              <w:rPr>
                <w:rFonts w:ascii="Times New Roman" w:hAnsi="Times New Roman" w:cs="Times New Roman"/>
                <w:b/>
                <w:sz w:val="16"/>
              </w:rPr>
              <w:t>iii)</w:t>
            </w:r>
          </w:p>
        </w:tc>
        <w:tc>
          <w:tcPr>
            <w:tcW w:w="2592" w:type="dxa"/>
            <w:shd w:val="clear" w:color="auto" w:fill="D9EAF7"/>
          </w:tcPr>
          <w:p w14:paraId="0A081F4A" w14:textId="77777777" w:rsidR="00283924" w:rsidRPr="002C3015" w:rsidRDefault="00000000">
            <w:pPr>
              <w:rPr>
                <w:rFonts w:ascii="Times New Roman" w:hAnsi="Times New Roman" w:cs="Times New Roman"/>
              </w:rPr>
            </w:pPr>
            <w:r w:rsidRPr="002C3015">
              <w:rPr>
                <w:rFonts w:ascii="Times New Roman" w:hAnsi="Times New Roman" w:cs="Times New Roman"/>
                <w:b/>
                <w:sz w:val="16"/>
              </w:rPr>
              <w:t>iv)</w:t>
            </w:r>
          </w:p>
        </w:tc>
      </w:tr>
      <w:tr w:rsidR="00283924" w:rsidRPr="002C3015" w14:paraId="0FA4761C" w14:textId="77777777">
        <w:trPr>
          <w:jc w:val="center"/>
        </w:trPr>
        <w:tc>
          <w:tcPr>
            <w:tcW w:w="2592" w:type="dxa"/>
          </w:tcPr>
          <w:p w14:paraId="79AB235A" w14:textId="77777777" w:rsidR="00283924" w:rsidRPr="002C3015" w:rsidRDefault="00283924">
            <w:pPr>
              <w:rPr>
                <w:rFonts w:ascii="Times New Roman" w:hAnsi="Times New Roman" w:cs="Times New Roman"/>
              </w:rPr>
            </w:pPr>
          </w:p>
        </w:tc>
        <w:tc>
          <w:tcPr>
            <w:tcW w:w="2592" w:type="dxa"/>
          </w:tcPr>
          <w:p w14:paraId="35782703" w14:textId="77777777" w:rsidR="00283924" w:rsidRPr="002C3015" w:rsidRDefault="00283924">
            <w:pPr>
              <w:rPr>
                <w:rFonts w:ascii="Times New Roman" w:hAnsi="Times New Roman" w:cs="Times New Roman"/>
              </w:rPr>
            </w:pPr>
          </w:p>
        </w:tc>
        <w:tc>
          <w:tcPr>
            <w:tcW w:w="2592" w:type="dxa"/>
          </w:tcPr>
          <w:p w14:paraId="5D7D668B" w14:textId="77777777" w:rsidR="00283924" w:rsidRPr="002C3015" w:rsidRDefault="00283924">
            <w:pPr>
              <w:rPr>
                <w:rFonts w:ascii="Times New Roman" w:hAnsi="Times New Roman" w:cs="Times New Roman"/>
              </w:rPr>
            </w:pPr>
          </w:p>
        </w:tc>
        <w:tc>
          <w:tcPr>
            <w:tcW w:w="2592" w:type="dxa"/>
          </w:tcPr>
          <w:p w14:paraId="2ED3D523" w14:textId="77777777" w:rsidR="00283924" w:rsidRPr="002C3015" w:rsidRDefault="00283924">
            <w:pPr>
              <w:rPr>
                <w:rFonts w:ascii="Times New Roman" w:hAnsi="Times New Roman" w:cs="Times New Roman"/>
              </w:rPr>
            </w:pPr>
          </w:p>
        </w:tc>
      </w:tr>
    </w:tbl>
    <w:p w14:paraId="3353D435" w14:textId="77777777" w:rsidR="00283924" w:rsidRPr="002C3015" w:rsidRDefault="00283924">
      <w:pPr>
        <w:rPr>
          <w:rFonts w:ascii="Times New Roman" w:hAnsi="Times New Roman" w:cs="Times New Roman"/>
        </w:rPr>
      </w:pPr>
    </w:p>
    <w:p w14:paraId="3200CC66"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4. </w:t>
      </w:r>
      <w:r w:rsidRPr="002C3015">
        <w:rPr>
          <w:rFonts w:ascii="Times New Roman" w:hAnsi="Times New Roman" w:cs="Times New Roman"/>
        </w:rPr>
        <w:t>State FOUR facilities or provisions that ensure proper ventilation in a computer laboratory.</w:t>
      </w:r>
      <w:r w:rsidRPr="002C3015">
        <w:rPr>
          <w:rFonts w:ascii="Times New Roman" w:hAnsi="Times New Roman" w:cs="Times New Roman"/>
          <w:b/>
        </w:rPr>
        <w:t xml:space="preserve"> (2 marks)</w:t>
      </w:r>
    </w:p>
    <w:p w14:paraId="63AE220B"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  (1 mark)</w:t>
      </w:r>
    </w:p>
    <w:p w14:paraId="2A5CFAA8"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4C08BFC5"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  (1 mark)</w:t>
      </w:r>
    </w:p>
    <w:p w14:paraId="06B1C003"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6C1FE597"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iii)  (1 mark)</w:t>
      </w:r>
    </w:p>
    <w:p w14:paraId="1EB7BC08"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09B54139"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iv)  (1 mark)</w:t>
      </w:r>
    </w:p>
    <w:p w14:paraId="0993D1AC"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06DF5C2D"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5. </w:t>
      </w:r>
      <w:r w:rsidRPr="002C3015">
        <w:rPr>
          <w:rFonts w:ascii="Times New Roman" w:hAnsi="Times New Roman" w:cs="Times New Roman"/>
        </w:rPr>
        <w:t>A company allows employees to work from home and communicate with the office through the Internet. State three requirements, covering hardware, software and/or services, needed to access and use the Internet.</w:t>
      </w:r>
      <w:r w:rsidRPr="002C3015">
        <w:rPr>
          <w:rFonts w:ascii="Times New Roman" w:hAnsi="Times New Roman" w:cs="Times New Roman"/>
          <w:b/>
        </w:rPr>
        <w:t xml:space="preserve"> (3 marks)</w:t>
      </w:r>
    </w:p>
    <w:p w14:paraId="41DFCFAA"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  (1 mark)</w:t>
      </w:r>
    </w:p>
    <w:p w14:paraId="422E71C4"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0ACF5136"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  (1 mark)</w:t>
      </w:r>
    </w:p>
    <w:p w14:paraId="4E6B3266"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01794C39"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iii)  (1 mark)</w:t>
      </w:r>
    </w:p>
    <w:p w14:paraId="256DE007"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033844AA"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6. </w:t>
      </w:r>
      <w:r w:rsidRPr="002C3015">
        <w:rPr>
          <w:rFonts w:ascii="Times New Roman" w:hAnsi="Times New Roman" w:cs="Times New Roman"/>
        </w:rPr>
        <w:t>State two purposes of a word processor.</w:t>
      </w:r>
      <w:r w:rsidRPr="002C3015">
        <w:rPr>
          <w:rFonts w:ascii="Times New Roman" w:hAnsi="Times New Roman" w:cs="Times New Roman"/>
          <w:b/>
        </w:rPr>
        <w:t xml:space="preserve"> (2 marks)</w:t>
      </w:r>
    </w:p>
    <w:p w14:paraId="20AEDDC0"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  (1 mark)</w:t>
      </w:r>
    </w:p>
    <w:p w14:paraId="6F7DE27B"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4B668C12"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  (1 mark)</w:t>
      </w:r>
    </w:p>
    <w:p w14:paraId="381868AE"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1B74A265"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7. </w:t>
      </w:r>
      <w:r w:rsidRPr="002C3015">
        <w:rPr>
          <w:rFonts w:ascii="Times New Roman" w:hAnsi="Times New Roman" w:cs="Times New Roman"/>
        </w:rPr>
        <w:t>State two differences between an electronic spreadsheet and a manual spreadsheet.</w:t>
      </w:r>
      <w:r w:rsidRPr="002C3015">
        <w:rPr>
          <w:rFonts w:ascii="Times New Roman" w:hAnsi="Times New Roman" w:cs="Times New Roman"/>
          <w:b/>
        </w:rPr>
        <w:t xml:space="preserve"> (2 marks)</w:t>
      </w:r>
    </w:p>
    <w:tbl>
      <w:tblPr>
        <w:tblStyle w:val="TableGrid"/>
        <w:tblW w:w="0" w:type="auto"/>
        <w:jc w:val="center"/>
        <w:tblLook w:val="04A0" w:firstRow="1" w:lastRow="0" w:firstColumn="1" w:lastColumn="0" w:noHBand="0" w:noVBand="1"/>
      </w:tblPr>
      <w:tblGrid>
        <w:gridCol w:w="5184"/>
        <w:gridCol w:w="5184"/>
      </w:tblGrid>
      <w:tr w:rsidR="00283924" w:rsidRPr="002C3015" w14:paraId="2D63EA5E" w14:textId="77777777">
        <w:trPr>
          <w:jc w:val="center"/>
        </w:trPr>
        <w:tc>
          <w:tcPr>
            <w:tcW w:w="5184" w:type="dxa"/>
            <w:shd w:val="clear" w:color="auto" w:fill="D9EAF7"/>
          </w:tcPr>
          <w:p w14:paraId="6486C598" w14:textId="77777777" w:rsidR="00283924" w:rsidRPr="002C3015" w:rsidRDefault="00000000">
            <w:pPr>
              <w:rPr>
                <w:rFonts w:ascii="Times New Roman" w:hAnsi="Times New Roman" w:cs="Times New Roman"/>
              </w:rPr>
            </w:pPr>
            <w:r w:rsidRPr="002C3015">
              <w:rPr>
                <w:rFonts w:ascii="Times New Roman" w:hAnsi="Times New Roman" w:cs="Times New Roman"/>
                <w:b/>
                <w:sz w:val="17"/>
              </w:rPr>
              <w:t>Electronic spreadsheet</w:t>
            </w:r>
          </w:p>
        </w:tc>
        <w:tc>
          <w:tcPr>
            <w:tcW w:w="5184" w:type="dxa"/>
            <w:shd w:val="clear" w:color="auto" w:fill="D9EAF7"/>
          </w:tcPr>
          <w:p w14:paraId="21574E4F" w14:textId="77777777" w:rsidR="00283924" w:rsidRPr="002C3015" w:rsidRDefault="00000000">
            <w:pPr>
              <w:rPr>
                <w:rFonts w:ascii="Times New Roman" w:hAnsi="Times New Roman" w:cs="Times New Roman"/>
              </w:rPr>
            </w:pPr>
            <w:r w:rsidRPr="002C3015">
              <w:rPr>
                <w:rFonts w:ascii="Times New Roman" w:hAnsi="Times New Roman" w:cs="Times New Roman"/>
                <w:b/>
                <w:sz w:val="17"/>
              </w:rPr>
              <w:t>Manual spreadsheet</w:t>
            </w:r>
          </w:p>
        </w:tc>
      </w:tr>
      <w:tr w:rsidR="00283924" w:rsidRPr="002C3015" w14:paraId="61E56021" w14:textId="77777777">
        <w:trPr>
          <w:jc w:val="center"/>
        </w:trPr>
        <w:tc>
          <w:tcPr>
            <w:tcW w:w="5184" w:type="dxa"/>
          </w:tcPr>
          <w:p w14:paraId="6D22DE6E" w14:textId="77777777" w:rsidR="00283924" w:rsidRPr="002C3015" w:rsidRDefault="00283924">
            <w:pPr>
              <w:rPr>
                <w:rFonts w:ascii="Times New Roman" w:hAnsi="Times New Roman" w:cs="Times New Roman"/>
              </w:rPr>
            </w:pPr>
          </w:p>
        </w:tc>
        <w:tc>
          <w:tcPr>
            <w:tcW w:w="5184" w:type="dxa"/>
          </w:tcPr>
          <w:p w14:paraId="6DBC0A55" w14:textId="77777777" w:rsidR="00283924" w:rsidRPr="002C3015" w:rsidRDefault="00283924">
            <w:pPr>
              <w:rPr>
                <w:rFonts w:ascii="Times New Roman" w:hAnsi="Times New Roman" w:cs="Times New Roman"/>
              </w:rPr>
            </w:pPr>
          </w:p>
        </w:tc>
      </w:tr>
      <w:tr w:rsidR="00283924" w:rsidRPr="002C3015" w14:paraId="68B24BBD" w14:textId="77777777">
        <w:trPr>
          <w:jc w:val="center"/>
        </w:trPr>
        <w:tc>
          <w:tcPr>
            <w:tcW w:w="5184" w:type="dxa"/>
          </w:tcPr>
          <w:p w14:paraId="37A5B891" w14:textId="77777777" w:rsidR="00283924" w:rsidRPr="002C3015" w:rsidRDefault="00283924">
            <w:pPr>
              <w:rPr>
                <w:rFonts w:ascii="Times New Roman" w:hAnsi="Times New Roman" w:cs="Times New Roman"/>
              </w:rPr>
            </w:pPr>
          </w:p>
        </w:tc>
        <w:tc>
          <w:tcPr>
            <w:tcW w:w="5184" w:type="dxa"/>
          </w:tcPr>
          <w:p w14:paraId="6BA65FB3" w14:textId="77777777" w:rsidR="00283924" w:rsidRPr="002C3015" w:rsidRDefault="00283924">
            <w:pPr>
              <w:rPr>
                <w:rFonts w:ascii="Times New Roman" w:hAnsi="Times New Roman" w:cs="Times New Roman"/>
              </w:rPr>
            </w:pPr>
          </w:p>
        </w:tc>
      </w:tr>
    </w:tbl>
    <w:p w14:paraId="1B10794A" w14:textId="77777777" w:rsidR="00283924" w:rsidRPr="002C3015" w:rsidRDefault="00283924">
      <w:pPr>
        <w:rPr>
          <w:rFonts w:ascii="Times New Roman" w:hAnsi="Times New Roman" w:cs="Times New Roman"/>
        </w:rPr>
      </w:pPr>
    </w:p>
    <w:p w14:paraId="6209C760"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8. </w:t>
      </w:r>
      <w:r w:rsidRPr="002C3015">
        <w:rPr>
          <w:rFonts w:ascii="Times New Roman" w:hAnsi="Times New Roman" w:cs="Times New Roman"/>
        </w:rPr>
        <w:t>Name and state the function of the keyboard keys represented below.</w:t>
      </w:r>
      <w:r w:rsidRPr="002C3015">
        <w:rPr>
          <w:rFonts w:ascii="Times New Roman" w:hAnsi="Times New Roman" w:cs="Times New Roman"/>
          <w:b/>
        </w:rPr>
        <w:t xml:space="preserve"> (6 marks)</w:t>
      </w:r>
    </w:p>
    <w:tbl>
      <w:tblPr>
        <w:tblStyle w:val="TableGrid"/>
        <w:tblW w:w="0" w:type="auto"/>
        <w:jc w:val="center"/>
        <w:tblLook w:val="04A0" w:firstRow="1" w:lastRow="0" w:firstColumn="1" w:lastColumn="0" w:noHBand="0" w:noVBand="1"/>
      </w:tblPr>
      <w:tblGrid>
        <w:gridCol w:w="3456"/>
        <w:gridCol w:w="3456"/>
        <w:gridCol w:w="3456"/>
      </w:tblGrid>
      <w:tr w:rsidR="00283924" w:rsidRPr="002C3015" w14:paraId="1501914B" w14:textId="77777777">
        <w:trPr>
          <w:jc w:val="center"/>
        </w:trPr>
        <w:tc>
          <w:tcPr>
            <w:tcW w:w="3456" w:type="dxa"/>
            <w:shd w:val="clear" w:color="auto" w:fill="D9EAF7"/>
          </w:tcPr>
          <w:p w14:paraId="2C329042" w14:textId="77777777" w:rsidR="00283924" w:rsidRPr="002C3015" w:rsidRDefault="00000000">
            <w:pPr>
              <w:rPr>
                <w:rFonts w:ascii="Times New Roman" w:hAnsi="Times New Roman" w:cs="Times New Roman"/>
              </w:rPr>
            </w:pPr>
            <w:r w:rsidRPr="002C3015">
              <w:rPr>
                <w:rFonts w:ascii="Times New Roman" w:hAnsi="Times New Roman" w:cs="Times New Roman"/>
                <w:b/>
                <w:sz w:val="18"/>
              </w:rPr>
              <w:t>Symbol</w:t>
            </w:r>
          </w:p>
        </w:tc>
        <w:tc>
          <w:tcPr>
            <w:tcW w:w="3456" w:type="dxa"/>
            <w:shd w:val="clear" w:color="auto" w:fill="D9EAF7"/>
          </w:tcPr>
          <w:p w14:paraId="2AD4FA69" w14:textId="77777777" w:rsidR="00283924" w:rsidRPr="002C3015" w:rsidRDefault="00000000">
            <w:pPr>
              <w:rPr>
                <w:rFonts w:ascii="Times New Roman" w:hAnsi="Times New Roman" w:cs="Times New Roman"/>
              </w:rPr>
            </w:pPr>
            <w:r w:rsidRPr="002C3015">
              <w:rPr>
                <w:rFonts w:ascii="Times New Roman" w:hAnsi="Times New Roman" w:cs="Times New Roman"/>
                <w:b/>
                <w:sz w:val="18"/>
              </w:rPr>
              <w:t>Name</w:t>
            </w:r>
          </w:p>
        </w:tc>
        <w:tc>
          <w:tcPr>
            <w:tcW w:w="3456" w:type="dxa"/>
            <w:shd w:val="clear" w:color="auto" w:fill="D9EAF7"/>
          </w:tcPr>
          <w:p w14:paraId="47975E18" w14:textId="77777777" w:rsidR="00283924" w:rsidRPr="002C3015" w:rsidRDefault="00000000">
            <w:pPr>
              <w:rPr>
                <w:rFonts w:ascii="Times New Roman" w:hAnsi="Times New Roman" w:cs="Times New Roman"/>
              </w:rPr>
            </w:pPr>
            <w:r w:rsidRPr="002C3015">
              <w:rPr>
                <w:rFonts w:ascii="Times New Roman" w:hAnsi="Times New Roman" w:cs="Times New Roman"/>
                <w:b/>
                <w:sz w:val="18"/>
              </w:rPr>
              <w:t>Function</w:t>
            </w:r>
          </w:p>
        </w:tc>
      </w:tr>
      <w:tr w:rsidR="00283924" w:rsidRPr="002C3015" w14:paraId="2971C9A7" w14:textId="77777777">
        <w:trPr>
          <w:jc w:val="center"/>
        </w:trPr>
        <w:tc>
          <w:tcPr>
            <w:tcW w:w="3456" w:type="dxa"/>
          </w:tcPr>
          <w:p w14:paraId="782FA42A" w14:textId="77777777" w:rsidR="00283924" w:rsidRPr="002C3015" w:rsidRDefault="00000000">
            <w:pPr>
              <w:rPr>
                <w:rFonts w:ascii="Times New Roman" w:hAnsi="Times New Roman" w:cs="Times New Roman"/>
              </w:rPr>
            </w:pPr>
            <w:r w:rsidRPr="002C3015">
              <w:rPr>
                <w:rFonts w:ascii="Times New Roman" w:hAnsi="Times New Roman" w:cs="Times New Roman"/>
                <w:sz w:val="18"/>
              </w:rPr>
              <w:t>Esc</w:t>
            </w:r>
          </w:p>
        </w:tc>
        <w:tc>
          <w:tcPr>
            <w:tcW w:w="3456" w:type="dxa"/>
          </w:tcPr>
          <w:p w14:paraId="56B9C8C1" w14:textId="77777777" w:rsidR="00283924" w:rsidRPr="002C3015" w:rsidRDefault="00283924">
            <w:pPr>
              <w:rPr>
                <w:rFonts w:ascii="Times New Roman" w:hAnsi="Times New Roman" w:cs="Times New Roman"/>
              </w:rPr>
            </w:pPr>
          </w:p>
        </w:tc>
        <w:tc>
          <w:tcPr>
            <w:tcW w:w="3456" w:type="dxa"/>
          </w:tcPr>
          <w:p w14:paraId="30578ABA" w14:textId="77777777" w:rsidR="00283924" w:rsidRPr="002C3015" w:rsidRDefault="00283924">
            <w:pPr>
              <w:rPr>
                <w:rFonts w:ascii="Times New Roman" w:hAnsi="Times New Roman" w:cs="Times New Roman"/>
              </w:rPr>
            </w:pPr>
          </w:p>
        </w:tc>
      </w:tr>
      <w:tr w:rsidR="00283924" w:rsidRPr="002C3015" w14:paraId="1C484BF9" w14:textId="77777777">
        <w:trPr>
          <w:jc w:val="center"/>
        </w:trPr>
        <w:tc>
          <w:tcPr>
            <w:tcW w:w="3456" w:type="dxa"/>
          </w:tcPr>
          <w:p w14:paraId="0D51DB78" w14:textId="77777777" w:rsidR="00283924" w:rsidRPr="002C3015" w:rsidRDefault="00000000">
            <w:pPr>
              <w:rPr>
                <w:rFonts w:ascii="Times New Roman" w:hAnsi="Times New Roman" w:cs="Times New Roman"/>
              </w:rPr>
            </w:pPr>
            <w:r w:rsidRPr="002C3015">
              <w:rPr>
                <w:rFonts w:ascii="Times New Roman" w:hAnsi="Times New Roman" w:cs="Times New Roman"/>
                <w:sz w:val="18"/>
              </w:rPr>
              <w:t>Enter/</w:t>
            </w:r>
            <w:r w:rsidRPr="002C3015">
              <w:rPr>
                <w:rFonts w:ascii="Cambria Math" w:hAnsi="Cambria Math" w:cs="Cambria Math"/>
                <w:sz w:val="18"/>
              </w:rPr>
              <w:t>↵</w:t>
            </w:r>
          </w:p>
        </w:tc>
        <w:tc>
          <w:tcPr>
            <w:tcW w:w="3456" w:type="dxa"/>
          </w:tcPr>
          <w:p w14:paraId="185D4F3B" w14:textId="77777777" w:rsidR="00283924" w:rsidRPr="002C3015" w:rsidRDefault="00283924">
            <w:pPr>
              <w:rPr>
                <w:rFonts w:ascii="Times New Roman" w:hAnsi="Times New Roman" w:cs="Times New Roman"/>
              </w:rPr>
            </w:pPr>
          </w:p>
        </w:tc>
        <w:tc>
          <w:tcPr>
            <w:tcW w:w="3456" w:type="dxa"/>
          </w:tcPr>
          <w:p w14:paraId="4EB54C98" w14:textId="77777777" w:rsidR="00283924" w:rsidRPr="002C3015" w:rsidRDefault="00283924">
            <w:pPr>
              <w:rPr>
                <w:rFonts w:ascii="Times New Roman" w:hAnsi="Times New Roman" w:cs="Times New Roman"/>
              </w:rPr>
            </w:pPr>
          </w:p>
        </w:tc>
      </w:tr>
      <w:tr w:rsidR="00283924" w:rsidRPr="002C3015" w14:paraId="00469B74" w14:textId="77777777">
        <w:trPr>
          <w:jc w:val="center"/>
        </w:trPr>
        <w:tc>
          <w:tcPr>
            <w:tcW w:w="3456" w:type="dxa"/>
          </w:tcPr>
          <w:p w14:paraId="1C974063" w14:textId="77777777" w:rsidR="00283924" w:rsidRPr="002C3015" w:rsidRDefault="00000000">
            <w:pPr>
              <w:rPr>
                <w:rFonts w:ascii="Times New Roman" w:hAnsi="Times New Roman" w:cs="Times New Roman"/>
              </w:rPr>
            </w:pPr>
            <w:r w:rsidRPr="002C3015">
              <w:rPr>
                <w:rFonts w:ascii="Times New Roman" w:hAnsi="Times New Roman" w:cs="Times New Roman"/>
                <w:sz w:val="18"/>
              </w:rPr>
              <w:t xml:space="preserve">Tab </w:t>
            </w:r>
            <w:r w:rsidRPr="002C3015">
              <w:rPr>
                <w:rFonts w:ascii="Cambria Math" w:hAnsi="Cambria Math" w:cs="Cambria Math"/>
                <w:sz w:val="18"/>
              </w:rPr>
              <w:t>⇥</w:t>
            </w:r>
          </w:p>
        </w:tc>
        <w:tc>
          <w:tcPr>
            <w:tcW w:w="3456" w:type="dxa"/>
          </w:tcPr>
          <w:p w14:paraId="718DE0E4" w14:textId="77777777" w:rsidR="00283924" w:rsidRPr="002C3015" w:rsidRDefault="00283924">
            <w:pPr>
              <w:rPr>
                <w:rFonts w:ascii="Times New Roman" w:hAnsi="Times New Roman" w:cs="Times New Roman"/>
              </w:rPr>
            </w:pPr>
          </w:p>
        </w:tc>
        <w:tc>
          <w:tcPr>
            <w:tcW w:w="3456" w:type="dxa"/>
          </w:tcPr>
          <w:p w14:paraId="6AF97D3E" w14:textId="77777777" w:rsidR="00283924" w:rsidRPr="002C3015" w:rsidRDefault="00283924">
            <w:pPr>
              <w:rPr>
                <w:rFonts w:ascii="Times New Roman" w:hAnsi="Times New Roman" w:cs="Times New Roman"/>
              </w:rPr>
            </w:pPr>
          </w:p>
        </w:tc>
      </w:tr>
    </w:tbl>
    <w:p w14:paraId="2FC66238" w14:textId="77777777" w:rsidR="00283924" w:rsidRPr="002C3015" w:rsidRDefault="00283924">
      <w:pPr>
        <w:rPr>
          <w:rFonts w:ascii="Times New Roman" w:hAnsi="Times New Roman" w:cs="Times New Roman"/>
        </w:rPr>
      </w:pPr>
    </w:p>
    <w:p w14:paraId="68B2D735"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9. </w:t>
      </w:r>
      <w:r w:rsidRPr="002C3015">
        <w:rPr>
          <w:rFonts w:ascii="Times New Roman" w:hAnsi="Times New Roman" w:cs="Times New Roman"/>
        </w:rPr>
        <w:t>Distinguish between the following sets of terms as used in spreadsheets.</w:t>
      </w:r>
      <w:r w:rsidRPr="002C3015">
        <w:rPr>
          <w:rFonts w:ascii="Times New Roman" w:hAnsi="Times New Roman" w:cs="Times New Roman"/>
          <w:b/>
        </w:rPr>
        <w:t xml:space="preserve"> (3 marks)</w:t>
      </w:r>
    </w:p>
    <w:p w14:paraId="2FF704D1"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i) </w:t>
      </w:r>
      <w:r w:rsidRPr="002C3015">
        <w:rPr>
          <w:rFonts w:ascii="Times New Roman" w:hAnsi="Times New Roman" w:cs="Times New Roman"/>
        </w:rPr>
        <w:t>Filtering and sorting.</w:t>
      </w:r>
      <w:r w:rsidRPr="002C3015">
        <w:rPr>
          <w:rFonts w:ascii="Times New Roman" w:hAnsi="Times New Roman" w:cs="Times New Roman"/>
          <w:b/>
        </w:rPr>
        <w:t xml:space="preserve"> (1 mark)</w:t>
      </w:r>
    </w:p>
    <w:p w14:paraId="3280835E"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073C84E5"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7C2ED34"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ii) </w:t>
      </w:r>
      <w:r w:rsidRPr="002C3015">
        <w:rPr>
          <w:rFonts w:ascii="Times New Roman" w:hAnsi="Times New Roman" w:cs="Times New Roman"/>
        </w:rPr>
        <w:t>Formula and function.</w:t>
      </w:r>
      <w:r w:rsidRPr="002C3015">
        <w:rPr>
          <w:rFonts w:ascii="Times New Roman" w:hAnsi="Times New Roman" w:cs="Times New Roman"/>
          <w:b/>
        </w:rPr>
        <w:t xml:space="preserve"> (1 mark)</w:t>
      </w:r>
    </w:p>
    <w:p w14:paraId="4C12BD94"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lastRenderedPageBreak/>
        <w:t>________________________________________________________________________________</w:t>
      </w:r>
    </w:p>
    <w:p w14:paraId="05FFC0DE"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F96BFEB"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iii) </w:t>
      </w:r>
      <w:r w:rsidRPr="002C3015">
        <w:rPr>
          <w:rFonts w:ascii="Times New Roman" w:hAnsi="Times New Roman" w:cs="Times New Roman"/>
        </w:rPr>
        <w:t>Label and value.</w:t>
      </w:r>
      <w:r w:rsidRPr="002C3015">
        <w:rPr>
          <w:rFonts w:ascii="Times New Roman" w:hAnsi="Times New Roman" w:cs="Times New Roman"/>
          <w:b/>
        </w:rPr>
        <w:t xml:space="preserve"> (1 mark)</w:t>
      </w:r>
    </w:p>
    <w:p w14:paraId="154D67DA"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595C2A0"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6D58694F"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10. </w:t>
      </w:r>
      <w:r w:rsidRPr="002C3015">
        <w:rPr>
          <w:rFonts w:ascii="Times New Roman" w:hAnsi="Times New Roman" w:cs="Times New Roman"/>
        </w:rPr>
        <w:t>A retail company wants to analyse its employees' personal details using Microsoft Excel. The seven employees are: Brian Otieno, Faith Njeri, Lydia Akinyi, Hellen Wambui, Peter Mwangi, Yusuf Ali and Amina Khadija. Their ages are 22, 39, 55, 42, 33, 28 and 31 years respectively. Their salaries are Ksh 24,000; 42,000; 45,000; 28,000; 32,000; 27,000 and 41,000 respectively. Brian is in Production; Peter is in Finance; Hellen and Yusuf are in ICT; and the rest are in Management. Brian, Faith, Yusuf and Hellen are single; Lydia, Peter and Amina are married. Construct a worksheet showing the information using appropriate column headings.</w:t>
      </w:r>
      <w:r w:rsidRPr="002C3015">
        <w:rPr>
          <w:rFonts w:ascii="Times New Roman" w:hAnsi="Times New Roman" w:cs="Times New Roman"/>
          <w:b/>
        </w:rPr>
        <w:t xml:space="preserve"> (5 marks)</w:t>
      </w:r>
    </w:p>
    <w:tbl>
      <w:tblPr>
        <w:tblStyle w:val="TableGrid"/>
        <w:tblW w:w="0" w:type="auto"/>
        <w:jc w:val="center"/>
        <w:tblLook w:val="04A0" w:firstRow="1" w:lastRow="0" w:firstColumn="1" w:lastColumn="0" w:noHBand="0" w:noVBand="1"/>
      </w:tblPr>
      <w:tblGrid>
        <w:gridCol w:w="2074"/>
        <w:gridCol w:w="2074"/>
        <w:gridCol w:w="2074"/>
        <w:gridCol w:w="2074"/>
        <w:gridCol w:w="2074"/>
      </w:tblGrid>
      <w:tr w:rsidR="00283924" w:rsidRPr="002C3015" w14:paraId="74A183B3" w14:textId="77777777">
        <w:trPr>
          <w:jc w:val="center"/>
        </w:trPr>
        <w:tc>
          <w:tcPr>
            <w:tcW w:w="2074" w:type="dxa"/>
            <w:shd w:val="clear" w:color="auto" w:fill="D9EAF7"/>
          </w:tcPr>
          <w:p w14:paraId="73CCFF32" w14:textId="77777777" w:rsidR="00283924" w:rsidRPr="002C3015" w:rsidRDefault="00000000">
            <w:pPr>
              <w:rPr>
                <w:rFonts w:ascii="Times New Roman" w:hAnsi="Times New Roman" w:cs="Times New Roman"/>
              </w:rPr>
            </w:pPr>
            <w:r w:rsidRPr="002C3015">
              <w:rPr>
                <w:rFonts w:ascii="Times New Roman" w:hAnsi="Times New Roman" w:cs="Times New Roman"/>
                <w:b/>
                <w:sz w:val="16"/>
              </w:rPr>
              <w:t>Name</w:t>
            </w:r>
          </w:p>
        </w:tc>
        <w:tc>
          <w:tcPr>
            <w:tcW w:w="2074" w:type="dxa"/>
            <w:shd w:val="clear" w:color="auto" w:fill="D9EAF7"/>
          </w:tcPr>
          <w:p w14:paraId="1A6718FA" w14:textId="77777777" w:rsidR="00283924" w:rsidRPr="002C3015" w:rsidRDefault="00000000">
            <w:pPr>
              <w:rPr>
                <w:rFonts w:ascii="Times New Roman" w:hAnsi="Times New Roman" w:cs="Times New Roman"/>
              </w:rPr>
            </w:pPr>
            <w:r w:rsidRPr="002C3015">
              <w:rPr>
                <w:rFonts w:ascii="Times New Roman" w:hAnsi="Times New Roman" w:cs="Times New Roman"/>
                <w:b/>
                <w:sz w:val="16"/>
              </w:rPr>
              <w:t>Age</w:t>
            </w:r>
          </w:p>
        </w:tc>
        <w:tc>
          <w:tcPr>
            <w:tcW w:w="2074" w:type="dxa"/>
            <w:shd w:val="clear" w:color="auto" w:fill="D9EAF7"/>
          </w:tcPr>
          <w:p w14:paraId="0035F362" w14:textId="77777777" w:rsidR="00283924" w:rsidRPr="002C3015" w:rsidRDefault="00000000">
            <w:pPr>
              <w:rPr>
                <w:rFonts w:ascii="Times New Roman" w:hAnsi="Times New Roman" w:cs="Times New Roman"/>
              </w:rPr>
            </w:pPr>
            <w:r w:rsidRPr="002C3015">
              <w:rPr>
                <w:rFonts w:ascii="Times New Roman" w:hAnsi="Times New Roman" w:cs="Times New Roman"/>
                <w:b/>
                <w:sz w:val="16"/>
              </w:rPr>
              <w:t>Salary (Ksh)</w:t>
            </w:r>
          </w:p>
        </w:tc>
        <w:tc>
          <w:tcPr>
            <w:tcW w:w="2074" w:type="dxa"/>
            <w:shd w:val="clear" w:color="auto" w:fill="D9EAF7"/>
          </w:tcPr>
          <w:p w14:paraId="30C6B1CC" w14:textId="77777777" w:rsidR="00283924" w:rsidRPr="002C3015" w:rsidRDefault="00000000">
            <w:pPr>
              <w:rPr>
                <w:rFonts w:ascii="Times New Roman" w:hAnsi="Times New Roman" w:cs="Times New Roman"/>
              </w:rPr>
            </w:pPr>
            <w:r w:rsidRPr="002C3015">
              <w:rPr>
                <w:rFonts w:ascii="Times New Roman" w:hAnsi="Times New Roman" w:cs="Times New Roman"/>
                <w:b/>
                <w:sz w:val="16"/>
              </w:rPr>
              <w:t>Department</w:t>
            </w:r>
          </w:p>
        </w:tc>
        <w:tc>
          <w:tcPr>
            <w:tcW w:w="2074" w:type="dxa"/>
            <w:shd w:val="clear" w:color="auto" w:fill="D9EAF7"/>
          </w:tcPr>
          <w:p w14:paraId="519FA59E" w14:textId="77777777" w:rsidR="00283924" w:rsidRPr="002C3015" w:rsidRDefault="00000000">
            <w:pPr>
              <w:rPr>
                <w:rFonts w:ascii="Times New Roman" w:hAnsi="Times New Roman" w:cs="Times New Roman"/>
              </w:rPr>
            </w:pPr>
            <w:r w:rsidRPr="002C3015">
              <w:rPr>
                <w:rFonts w:ascii="Times New Roman" w:hAnsi="Times New Roman" w:cs="Times New Roman"/>
                <w:b/>
                <w:sz w:val="16"/>
              </w:rPr>
              <w:t>Marital Status</w:t>
            </w:r>
          </w:p>
        </w:tc>
      </w:tr>
      <w:tr w:rsidR="00283924" w:rsidRPr="002C3015" w14:paraId="5C94BF4C" w14:textId="77777777">
        <w:trPr>
          <w:jc w:val="center"/>
        </w:trPr>
        <w:tc>
          <w:tcPr>
            <w:tcW w:w="2074" w:type="dxa"/>
          </w:tcPr>
          <w:p w14:paraId="73465A0B" w14:textId="77777777" w:rsidR="00283924" w:rsidRPr="002C3015" w:rsidRDefault="00283924">
            <w:pPr>
              <w:rPr>
                <w:rFonts w:ascii="Times New Roman" w:hAnsi="Times New Roman" w:cs="Times New Roman"/>
              </w:rPr>
            </w:pPr>
          </w:p>
        </w:tc>
        <w:tc>
          <w:tcPr>
            <w:tcW w:w="2074" w:type="dxa"/>
          </w:tcPr>
          <w:p w14:paraId="6CF9471D" w14:textId="77777777" w:rsidR="00283924" w:rsidRPr="002C3015" w:rsidRDefault="00283924">
            <w:pPr>
              <w:rPr>
                <w:rFonts w:ascii="Times New Roman" w:hAnsi="Times New Roman" w:cs="Times New Roman"/>
              </w:rPr>
            </w:pPr>
          </w:p>
        </w:tc>
        <w:tc>
          <w:tcPr>
            <w:tcW w:w="2074" w:type="dxa"/>
          </w:tcPr>
          <w:p w14:paraId="322A0BC3" w14:textId="77777777" w:rsidR="00283924" w:rsidRPr="002C3015" w:rsidRDefault="00283924">
            <w:pPr>
              <w:rPr>
                <w:rFonts w:ascii="Times New Roman" w:hAnsi="Times New Roman" w:cs="Times New Roman"/>
              </w:rPr>
            </w:pPr>
          </w:p>
        </w:tc>
        <w:tc>
          <w:tcPr>
            <w:tcW w:w="2074" w:type="dxa"/>
          </w:tcPr>
          <w:p w14:paraId="121204CB" w14:textId="77777777" w:rsidR="00283924" w:rsidRPr="002C3015" w:rsidRDefault="00283924">
            <w:pPr>
              <w:rPr>
                <w:rFonts w:ascii="Times New Roman" w:hAnsi="Times New Roman" w:cs="Times New Roman"/>
              </w:rPr>
            </w:pPr>
          </w:p>
        </w:tc>
        <w:tc>
          <w:tcPr>
            <w:tcW w:w="2074" w:type="dxa"/>
          </w:tcPr>
          <w:p w14:paraId="584EA820" w14:textId="77777777" w:rsidR="00283924" w:rsidRPr="002C3015" w:rsidRDefault="00283924">
            <w:pPr>
              <w:rPr>
                <w:rFonts w:ascii="Times New Roman" w:hAnsi="Times New Roman" w:cs="Times New Roman"/>
              </w:rPr>
            </w:pPr>
          </w:p>
        </w:tc>
      </w:tr>
      <w:tr w:rsidR="00283924" w:rsidRPr="002C3015" w14:paraId="63664DA0" w14:textId="77777777">
        <w:trPr>
          <w:jc w:val="center"/>
        </w:trPr>
        <w:tc>
          <w:tcPr>
            <w:tcW w:w="2074" w:type="dxa"/>
          </w:tcPr>
          <w:p w14:paraId="517BA11F" w14:textId="77777777" w:rsidR="00283924" w:rsidRPr="002C3015" w:rsidRDefault="00283924">
            <w:pPr>
              <w:rPr>
                <w:rFonts w:ascii="Times New Roman" w:hAnsi="Times New Roman" w:cs="Times New Roman"/>
              </w:rPr>
            </w:pPr>
          </w:p>
        </w:tc>
        <w:tc>
          <w:tcPr>
            <w:tcW w:w="2074" w:type="dxa"/>
          </w:tcPr>
          <w:p w14:paraId="0EE10C4A" w14:textId="77777777" w:rsidR="00283924" w:rsidRPr="002C3015" w:rsidRDefault="00283924">
            <w:pPr>
              <w:rPr>
                <w:rFonts w:ascii="Times New Roman" w:hAnsi="Times New Roman" w:cs="Times New Roman"/>
              </w:rPr>
            </w:pPr>
          </w:p>
        </w:tc>
        <w:tc>
          <w:tcPr>
            <w:tcW w:w="2074" w:type="dxa"/>
          </w:tcPr>
          <w:p w14:paraId="6AA1272E" w14:textId="77777777" w:rsidR="00283924" w:rsidRPr="002C3015" w:rsidRDefault="00283924">
            <w:pPr>
              <w:rPr>
                <w:rFonts w:ascii="Times New Roman" w:hAnsi="Times New Roman" w:cs="Times New Roman"/>
              </w:rPr>
            </w:pPr>
          </w:p>
        </w:tc>
        <w:tc>
          <w:tcPr>
            <w:tcW w:w="2074" w:type="dxa"/>
          </w:tcPr>
          <w:p w14:paraId="436907AC" w14:textId="77777777" w:rsidR="00283924" w:rsidRPr="002C3015" w:rsidRDefault="00283924">
            <w:pPr>
              <w:rPr>
                <w:rFonts w:ascii="Times New Roman" w:hAnsi="Times New Roman" w:cs="Times New Roman"/>
              </w:rPr>
            </w:pPr>
          </w:p>
        </w:tc>
        <w:tc>
          <w:tcPr>
            <w:tcW w:w="2074" w:type="dxa"/>
          </w:tcPr>
          <w:p w14:paraId="2F5823E8" w14:textId="77777777" w:rsidR="00283924" w:rsidRPr="002C3015" w:rsidRDefault="00283924">
            <w:pPr>
              <w:rPr>
                <w:rFonts w:ascii="Times New Roman" w:hAnsi="Times New Roman" w:cs="Times New Roman"/>
              </w:rPr>
            </w:pPr>
          </w:p>
        </w:tc>
      </w:tr>
      <w:tr w:rsidR="00283924" w:rsidRPr="002C3015" w14:paraId="5EFA78FA" w14:textId="77777777">
        <w:trPr>
          <w:jc w:val="center"/>
        </w:trPr>
        <w:tc>
          <w:tcPr>
            <w:tcW w:w="2074" w:type="dxa"/>
          </w:tcPr>
          <w:p w14:paraId="66BCE4DD" w14:textId="77777777" w:rsidR="00283924" w:rsidRPr="002C3015" w:rsidRDefault="00283924">
            <w:pPr>
              <w:rPr>
                <w:rFonts w:ascii="Times New Roman" w:hAnsi="Times New Roman" w:cs="Times New Roman"/>
              </w:rPr>
            </w:pPr>
          </w:p>
        </w:tc>
        <w:tc>
          <w:tcPr>
            <w:tcW w:w="2074" w:type="dxa"/>
          </w:tcPr>
          <w:p w14:paraId="77A4E825" w14:textId="77777777" w:rsidR="00283924" w:rsidRPr="002C3015" w:rsidRDefault="00283924">
            <w:pPr>
              <w:rPr>
                <w:rFonts w:ascii="Times New Roman" w:hAnsi="Times New Roman" w:cs="Times New Roman"/>
              </w:rPr>
            </w:pPr>
          </w:p>
        </w:tc>
        <w:tc>
          <w:tcPr>
            <w:tcW w:w="2074" w:type="dxa"/>
          </w:tcPr>
          <w:p w14:paraId="0C6AC8EF" w14:textId="77777777" w:rsidR="00283924" w:rsidRPr="002C3015" w:rsidRDefault="00283924">
            <w:pPr>
              <w:rPr>
                <w:rFonts w:ascii="Times New Roman" w:hAnsi="Times New Roman" w:cs="Times New Roman"/>
              </w:rPr>
            </w:pPr>
          </w:p>
        </w:tc>
        <w:tc>
          <w:tcPr>
            <w:tcW w:w="2074" w:type="dxa"/>
          </w:tcPr>
          <w:p w14:paraId="77AB251B" w14:textId="77777777" w:rsidR="00283924" w:rsidRPr="002C3015" w:rsidRDefault="00283924">
            <w:pPr>
              <w:rPr>
                <w:rFonts w:ascii="Times New Roman" w:hAnsi="Times New Roman" w:cs="Times New Roman"/>
              </w:rPr>
            </w:pPr>
          </w:p>
        </w:tc>
        <w:tc>
          <w:tcPr>
            <w:tcW w:w="2074" w:type="dxa"/>
          </w:tcPr>
          <w:p w14:paraId="7BBB640E" w14:textId="77777777" w:rsidR="00283924" w:rsidRPr="002C3015" w:rsidRDefault="00283924">
            <w:pPr>
              <w:rPr>
                <w:rFonts w:ascii="Times New Roman" w:hAnsi="Times New Roman" w:cs="Times New Roman"/>
              </w:rPr>
            </w:pPr>
          </w:p>
        </w:tc>
      </w:tr>
      <w:tr w:rsidR="00283924" w:rsidRPr="002C3015" w14:paraId="61D7995D" w14:textId="77777777">
        <w:trPr>
          <w:jc w:val="center"/>
        </w:trPr>
        <w:tc>
          <w:tcPr>
            <w:tcW w:w="2074" w:type="dxa"/>
          </w:tcPr>
          <w:p w14:paraId="49FFED74" w14:textId="77777777" w:rsidR="00283924" w:rsidRPr="002C3015" w:rsidRDefault="00283924">
            <w:pPr>
              <w:rPr>
                <w:rFonts w:ascii="Times New Roman" w:hAnsi="Times New Roman" w:cs="Times New Roman"/>
              </w:rPr>
            </w:pPr>
          </w:p>
        </w:tc>
        <w:tc>
          <w:tcPr>
            <w:tcW w:w="2074" w:type="dxa"/>
          </w:tcPr>
          <w:p w14:paraId="7A4564C9" w14:textId="77777777" w:rsidR="00283924" w:rsidRPr="002C3015" w:rsidRDefault="00283924">
            <w:pPr>
              <w:rPr>
                <w:rFonts w:ascii="Times New Roman" w:hAnsi="Times New Roman" w:cs="Times New Roman"/>
              </w:rPr>
            </w:pPr>
          </w:p>
        </w:tc>
        <w:tc>
          <w:tcPr>
            <w:tcW w:w="2074" w:type="dxa"/>
          </w:tcPr>
          <w:p w14:paraId="53387791" w14:textId="77777777" w:rsidR="00283924" w:rsidRPr="002C3015" w:rsidRDefault="00283924">
            <w:pPr>
              <w:rPr>
                <w:rFonts w:ascii="Times New Roman" w:hAnsi="Times New Roman" w:cs="Times New Roman"/>
              </w:rPr>
            </w:pPr>
          </w:p>
        </w:tc>
        <w:tc>
          <w:tcPr>
            <w:tcW w:w="2074" w:type="dxa"/>
          </w:tcPr>
          <w:p w14:paraId="384FDBF4" w14:textId="77777777" w:rsidR="00283924" w:rsidRPr="002C3015" w:rsidRDefault="00283924">
            <w:pPr>
              <w:rPr>
                <w:rFonts w:ascii="Times New Roman" w:hAnsi="Times New Roman" w:cs="Times New Roman"/>
              </w:rPr>
            </w:pPr>
          </w:p>
        </w:tc>
        <w:tc>
          <w:tcPr>
            <w:tcW w:w="2074" w:type="dxa"/>
          </w:tcPr>
          <w:p w14:paraId="6AB5F728" w14:textId="77777777" w:rsidR="00283924" w:rsidRPr="002C3015" w:rsidRDefault="00283924">
            <w:pPr>
              <w:rPr>
                <w:rFonts w:ascii="Times New Roman" w:hAnsi="Times New Roman" w:cs="Times New Roman"/>
              </w:rPr>
            </w:pPr>
          </w:p>
        </w:tc>
      </w:tr>
      <w:tr w:rsidR="00283924" w:rsidRPr="002C3015" w14:paraId="1C74A8E2" w14:textId="77777777">
        <w:trPr>
          <w:jc w:val="center"/>
        </w:trPr>
        <w:tc>
          <w:tcPr>
            <w:tcW w:w="2074" w:type="dxa"/>
          </w:tcPr>
          <w:p w14:paraId="27236AD7" w14:textId="77777777" w:rsidR="00283924" w:rsidRPr="002C3015" w:rsidRDefault="00283924">
            <w:pPr>
              <w:rPr>
                <w:rFonts w:ascii="Times New Roman" w:hAnsi="Times New Roman" w:cs="Times New Roman"/>
              </w:rPr>
            </w:pPr>
          </w:p>
        </w:tc>
        <w:tc>
          <w:tcPr>
            <w:tcW w:w="2074" w:type="dxa"/>
          </w:tcPr>
          <w:p w14:paraId="14C67CB8" w14:textId="77777777" w:rsidR="00283924" w:rsidRPr="002C3015" w:rsidRDefault="00283924">
            <w:pPr>
              <w:rPr>
                <w:rFonts w:ascii="Times New Roman" w:hAnsi="Times New Roman" w:cs="Times New Roman"/>
              </w:rPr>
            </w:pPr>
          </w:p>
        </w:tc>
        <w:tc>
          <w:tcPr>
            <w:tcW w:w="2074" w:type="dxa"/>
          </w:tcPr>
          <w:p w14:paraId="1DAB64AE" w14:textId="77777777" w:rsidR="00283924" w:rsidRPr="002C3015" w:rsidRDefault="00283924">
            <w:pPr>
              <w:rPr>
                <w:rFonts w:ascii="Times New Roman" w:hAnsi="Times New Roman" w:cs="Times New Roman"/>
              </w:rPr>
            </w:pPr>
          </w:p>
        </w:tc>
        <w:tc>
          <w:tcPr>
            <w:tcW w:w="2074" w:type="dxa"/>
          </w:tcPr>
          <w:p w14:paraId="534225C6" w14:textId="77777777" w:rsidR="00283924" w:rsidRPr="002C3015" w:rsidRDefault="00283924">
            <w:pPr>
              <w:rPr>
                <w:rFonts w:ascii="Times New Roman" w:hAnsi="Times New Roman" w:cs="Times New Roman"/>
              </w:rPr>
            </w:pPr>
          </w:p>
        </w:tc>
        <w:tc>
          <w:tcPr>
            <w:tcW w:w="2074" w:type="dxa"/>
          </w:tcPr>
          <w:p w14:paraId="2BB01078" w14:textId="77777777" w:rsidR="00283924" w:rsidRPr="002C3015" w:rsidRDefault="00283924">
            <w:pPr>
              <w:rPr>
                <w:rFonts w:ascii="Times New Roman" w:hAnsi="Times New Roman" w:cs="Times New Roman"/>
              </w:rPr>
            </w:pPr>
          </w:p>
        </w:tc>
      </w:tr>
      <w:tr w:rsidR="00283924" w:rsidRPr="002C3015" w14:paraId="3E06E731" w14:textId="77777777">
        <w:trPr>
          <w:jc w:val="center"/>
        </w:trPr>
        <w:tc>
          <w:tcPr>
            <w:tcW w:w="2074" w:type="dxa"/>
          </w:tcPr>
          <w:p w14:paraId="427F9F0C" w14:textId="77777777" w:rsidR="00283924" w:rsidRPr="002C3015" w:rsidRDefault="00283924">
            <w:pPr>
              <w:rPr>
                <w:rFonts w:ascii="Times New Roman" w:hAnsi="Times New Roman" w:cs="Times New Roman"/>
              </w:rPr>
            </w:pPr>
          </w:p>
        </w:tc>
        <w:tc>
          <w:tcPr>
            <w:tcW w:w="2074" w:type="dxa"/>
          </w:tcPr>
          <w:p w14:paraId="35056AFF" w14:textId="77777777" w:rsidR="00283924" w:rsidRPr="002C3015" w:rsidRDefault="00283924">
            <w:pPr>
              <w:rPr>
                <w:rFonts w:ascii="Times New Roman" w:hAnsi="Times New Roman" w:cs="Times New Roman"/>
              </w:rPr>
            </w:pPr>
          </w:p>
        </w:tc>
        <w:tc>
          <w:tcPr>
            <w:tcW w:w="2074" w:type="dxa"/>
          </w:tcPr>
          <w:p w14:paraId="2BE69819" w14:textId="77777777" w:rsidR="00283924" w:rsidRPr="002C3015" w:rsidRDefault="00283924">
            <w:pPr>
              <w:rPr>
                <w:rFonts w:ascii="Times New Roman" w:hAnsi="Times New Roman" w:cs="Times New Roman"/>
              </w:rPr>
            </w:pPr>
          </w:p>
        </w:tc>
        <w:tc>
          <w:tcPr>
            <w:tcW w:w="2074" w:type="dxa"/>
          </w:tcPr>
          <w:p w14:paraId="4865BA4B" w14:textId="77777777" w:rsidR="00283924" w:rsidRPr="002C3015" w:rsidRDefault="00283924">
            <w:pPr>
              <w:rPr>
                <w:rFonts w:ascii="Times New Roman" w:hAnsi="Times New Roman" w:cs="Times New Roman"/>
              </w:rPr>
            </w:pPr>
          </w:p>
        </w:tc>
        <w:tc>
          <w:tcPr>
            <w:tcW w:w="2074" w:type="dxa"/>
          </w:tcPr>
          <w:p w14:paraId="01A8A677" w14:textId="77777777" w:rsidR="00283924" w:rsidRPr="002C3015" w:rsidRDefault="00283924">
            <w:pPr>
              <w:rPr>
                <w:rFonts w:ascii="Times New Roman" w:hAnsi="Times New Roman" w:cs="Times New Roman"/>
              </w:rPr>
            </w:pPr>
          </w:p>
        </w:tc>
      </w:tr>
      <w:tr w:rsidR="00283924" w:rsidRPr="002C3015" w14:paraId="4CEFE95C" w14:textId="77777777">
        <w:trPr>
          <w:jc w:val="center"/>
        </w:trPr>
        <w:tc>
          <w:tcPr>
            <w:tcW w:w="2074" w:type="dxa"/>
          </w:tcPr>
          <w:p w14:paraId="29E012FA" w14:textId="77777777" w:rsidR="00283924" w:rsidRPr="002C3015" w:rsidRDefault="00283924">
            <w:pPr>
              <w:rPr>
                <w:rFonts w:ascii="Times New Roman" w:hAnsi="Times New Roman" w:cs="Times New Roman"/>
              </w:rPr>
            </w:pPr>
          </w:p>
        </w:tc>
        <w:tc>
          <w:tcPr>
            <w:tcW w:w="2074" w:type="dxa"/>
          </w:tcPr>
          <w:p w14:paraId="1444CD66" w14:textId="77777777" w:rsidR="00283924" w:rsidRPr="002C3015" w:rsidRDefault="00283924">
            <w:pPr>
              <w:rPr>
                <w:rFonts w:ascii="Times New Roman" w:hAnsi="Times New Roman" w:cs="Times New Roman"/>
              </w:rPr>
            </w:pPr>
          </w:p>
        </w:tc>
        <w:tc>
          <w:tcPr>
            <w:tcW w:w="2074" w:type="dxa"/>
          </w:tcPr>
          <w:p w14:paraId="2E888DF5" w14:textId="77777777" w:rsidR="00283924" w:rsidRPr="002C3015" w:rsidRDefault="00283924">
            <w:pPr>
              <w:rPr>
                <w:rFonts w:ascii="Times New Roman" w:hAnsi="Times New Roman" w:cs="Times New Roman"/>
              </w:rPr>
            </w:pPr>
          </w:p>
        </w:tc>
        <w:tc>
          <w:tcPr>
            <w:tcW w:w="2074" w:type="dxa"/>
          </w:tcPr>
          <w:p w14:paraId="47BAC9EB" w14:textId="77777777" w:rsidR="00283924" w:rsidRPr="002C3015" w:rsidRDefault="00283924">
            <w:pPr>
              <w:rPr>
                <w:rFonts w:ascii="Times New Roman" w:hAnsi="Times New Roman" w:cs="Times New Roman"/>
              </w:rPr>
            </w:pPr>
          </w:p>
        </w:tc>
        <w:tc>
          <w:tcPr>
            <w:tcW w:w="2074" w:type="dxa"/>
          </w:tcPr>
          <w:p w14:paraId="63E11502" w14:textId="77777777" w:rsidR="00283924" w:rsidRPr="002C3015" w:rsidRDefault="00283924">
            <w:pPr>
              <w:rPr>
                <w:rFonts w:ascii="Times New Roman" w:hAnsi="Times New Roman" w:cs="Times New Roman"/>
              </w:rPr>
            </w:pPr>
          </w:p>
        </w:tc>
      </w:tr>
    </w:tbl>
    <w:p w14:paraId="2AD83D06" w14:textId="77777777" w:rsidR="00283924" w:rsidRPr="002C3015" w:rsidRDefault="00283924">
      <w:pPr>
        <w:rPr>
          <w:rFonts w:ascii="Times New Roman" w:hAnsi="Times New Roman" w:cs="Times New Roman"/>
        </w:rPr>
      </w:pPr>
    </w:p>
    <w:p w14:paraId="44A9D769"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11. </w:t>
      </w:r>
      <w:r w:rsidRPr="002C3015">
        <w:rPr>
          <w:rFonts w:ascii="Times New Roman" w:hAnsi="Times New Roman" w:cs="Times New Roman"/>
        </w:rPr>
        <w:t>From the worksheet created in Question 10:</w:t>
      </w:r>
      <w:r w:rsidRPr="002C3015">
        <w:rPr>
          <w:rFonts w:ascii="Times New Roman" w:hAnsi="Times New Roman" w:cs="Times New Roman"/>
          <w:b/>
        </w:rPr>
        <w:t xml:space="preserve"> (3 marks)</w:t>
      </w:r>
    </w:p>
    <w:p w14:paraId="42B9B4E1"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a) </w:t>
      </w:r>
      <w:r w:rsidRPr="002C3015">
        <w:rPr>
          <w:rFonts w:ascii="Times New Roman" w:hAnsi="Times New Roman" w:cs="Times New Roman"/>
        </w:rPr>
        <w:t>Write the formula used to calculate the total salaries paid.</w:t>
      </w:r>
      <w:r w:rsidRPr="002C3015">
        <w:rPr>
          <w:rFonts w:ascii="Times New Roman" w:hAnsi="Times New Roman" w:cs="Times New Roman"/>
          <w:b/>
        </w:rPr>
        <w:t xml:space="preserve"> (1 mark)</w:t>
      </w:r>
    </w:p>
    <w:p w14:paraId="695CFE7E"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2F9C110D"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1146DB12"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b) </w:t>
      </w:r>
      <w:r w:rsidRPr="002C3015">
        <w:rPr>
          <w:rFonts w:ascii="Times New Roman" w:hAnsi="Times New Roman" w:cs="Times New Roman"/>
        </w:rPr>
        <w:t>Write the formula used to calculate the total ages of the employees.</w:t>
      </w:r>
      <w:r w:rsidRPr="002C3015">
        <w:rPr>
          <w:rFonts w:ascii="Times New Roman" w:hAnsi="Times New Roman" w:cs="Times New Roman"/>
          <w:b/>
        </w:rPr>
        <w:t xml:space="preserve"> (1 mark)</w:t>
      </w:r>
    </w:p>
    <w:p w14:paraId="664EEF9E"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D4B756F"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2E518E3"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c) </w:t>
      </w:r>
      <w:r w:rsidRPr="002C3015">
        <w:rPr>
          <w:rFonts w:ascii="Times New Roman" w:hAnsi="Times New Roman" w:cs="Times New Roman"/>
        </w:rPr>
        <w:t>List two labels used in the worksheet.</w:t>
      </w:r>
      <w:r w:rsidRPr="002C3015">
        <w:rPr>
          <w:rFonts w:ascii="Times New Roman" w:hAnsi="Times New Roman" w:cs="Times New Roman"/>
          <w:b/>
        </w:rPr>
        <w:t xml:space="preserve"> (1 mark)</w:t>
      </w:r>
    </w:p>
    <w:p w14:paraId="39F89628"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10A54045"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2E9F5256"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12. </w:t>
      </w:r>
      <w:r w:rsidRPr="002C3015">
        <w:rPr>
          <w:rFonts w:ascii="Times New Roman" w:hAnsi="Times New Roman" w:cs="Times New Roman"/>
        </w:rPr>
        <w:t>Explain any two of the following graphic terms as used in Desktop Publishing: Group, Rotate, Crop and Skewing.</w:t>
      </w:r>
      <w:r w:rsidRPr="002C3015">
        <w:rPr>
          <w:rFonts w:ascii="Times New Roman" w:hAnsi="Times New Roman" w:cs="Times New Roman"/>
          <w:b/>
        </w:rPr>
        <w:t xml:space="preserve"> (2 marks)</w:t>
      </w:r>
    </w:p>
    <w:p w14:paraId="31267AB8"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  (1 mark)</w:t>
      </w:r>
    </w:p>
    <w:p w14:paraId="2C3EB7A4"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D17DD66"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1795958E"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  (1 mark)</w:t>
      </w:r>
    </w:p>
    <w:p w14:paraId="60973A08"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249A2FC2"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4A26D9B4"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13. </w:t>
      </w:r>
      <w:r w:rsidRPr="002C3015">
        <w:rPr>
          <w:rFonts w:ascii="Times New Roman" w:hAnsi="Times New Roman" w:cs="Times New Roman"/>
        </w:rPr>
        <w:t>a) Give two methods of data collection.</w:t>
      </w:r>
      <w:r w:rsidRPr="002C3015">
        <w:rPr>
          <w:rFonts w:ascii="Times New Roman" w:hAnsi="Times New Roman" w:cs="Times New Roman"/>
          <w:b/>
        </w:rPr>
        <w:t xml:space="preserve"> (1 mark)</w:t>
      </w:r>
    </w:p>
    <w:p w14:paraId="4F7A9905"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  (1 mark)</w:t>
      </w:r>
    </w:p>
    <w:p w14:paraId="2D4D2B5C"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04853A66"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  (1 mark)</w:t>
      </w:r>
    </w:p>
    <w:p w14:paraId="061E0398"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487C9BF6"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b) </w:t>
      </w:r>
      <w:r w:rsidRPr="002C3015">
        <w:rPr>
          <w:rFonts w:ascii="Times New Roman" w:hAnsi="Times New Roman" w:cs="Times New Roman"/>
        </w:rPr>
        <w:t>List two main types of errors in data processing.</w:t>
      </w:r>
      <w:r w:rsidRPr="002C3015">
        <w:rPr>
          <w:rFonts w:ascii="Times New Roman" w:hAnsi="Times New Roman" w:cs="Times New Roman"/>
          <w:b/>
        </w:rPr>
        <w:t xml:space="preserve"> (1 mark)</w:t>
      </w:r>
    </w:p>
    <w:p w14:paraId="6F77F99E"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68B006A6"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  (1 mark)</w:t>
      </w:r>
    </w:p>
    <w:p w14:paraId="43FC1001"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7FEE050"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  (1 mark)</w:t>
      </w:r>
    </w:p>
    <w:p w14:paraId="47F030C2"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648B5831"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14. </w:t>
      </w:r>
      <w:r w:rsidRPr="002C3015">
        <w:rPr>
          <w:rFonts w:ascii="Times New Roman" w:hAnsi="Times New Roman" w:cs="Times New Roman"/>
        </w:rPr>
        <w:t>Mention one feature of a real-time system.</w:t>
      </w:r>
      <w:r w:rsidRPr="002C3015">
        <w:rPr>
          <w:rFonts w:ascii="Times New Roman" w:hAnsi="Times New Roman" w:cs="Times New Roman"/>
          <w:b/>
        </w:rPr>
        <w:t xml:space="preserve"> (1 mark)</w:t>
      </w:r>
    </w:p>
    <w:p w14:paraId="50C34836"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Answer:  (1 mark)</w:t>
      </w:r>
    </w:p>
    <w:p w14:paraId="6EB6157C"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A631607"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15. </w:t>
      </w:r>
      <w:r w:rsidRPr="002C3015">
        <w:rPr>
          <w:rFonts w:ascii="Times New Roman" w:hAnsi="Times New Roman" w:cs="Times New Roman"/>
        </w:rPr>
        <w:t>Name the two main types of low-level programming languages.</w:t>
      </w:r>
      <w:r w:rsidRPr="002C3015">
        <w:rPr>
          <w:rFonts w:ascii="Times New Roman" w:hAnsi="Times New Roman" w:cs="Times New Roman"/>
          <w:b/>
        </w:rPr>
        <w:t xml:space="preserve"> (2 marks)</w:t>
      </w:r>
    </w:p>
    <w:p w14:paraId="2650FE9C"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  (1 mark)</w:t>
      </w:r>
    </w:p>
    <w:p w14:paraId="0C446803"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756FD8D"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  (1 mark)</w:t>
      </w:r>
    </w:p>
    <w:p w14:paraId="1F49E87C"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168A3DA" w14:textId="77777777" w:rsidR="00283924" w:rsidRPr="002C3015" w:rsidRDefault="00000000">
      <w:pPr>
        <w:rPr>
          <w:rFonts w:ascii="Times New Roman" w:hAnsi="Times New Roman" w:cs="Times New Roman"/>
        </w:rPr>
      </w:pPr>
      <w:r w:rsidRPr="002C3015">
        <w:rPr>
          <w:rFonts w:ascii="Times New Roman" w:hAnsi="Times New Roman" w:cs="Times New Roman"/>
          <w:b/>
        </w:rPr>
        <w:t>SECTION B: ANSWER QUESTION 16 AND ANY OTHER THREE QUESTIONS</w:t>
      </w:r>
    </w:p>
    <w:p w14:paraId="5662D4FC"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lastRenderedPageBreak/>
        <w:t xml:space="preserve">16. </w:t>
      </w:r>
      <w:r w:rsidRPr="002C3015">
        <w:rPr>
          <w:rFonts w:ascii="Times New Roman" w:hAnsi="Times New Roman" w:cs="Times New Roman"/>
        </w:rPr>
        <w:t>a) What is an algorithm? State any three characteristics of a good algorithm.</w:t>
      </w:r>
      <w:r w:rsidRPr="002C3015">
        <w:rPr>
          <w:rFonts w:ascii="Times New Roman" w:hAnsi="Times New Roman" w:cs="Times New Roman"/>
          <w:b/>
        </w:rPr>
        <w:t xml:space="preserve"> (4 marks)</w:t>
      </w:r>
    </w:p>
    <w:p w14:paraId="2891ABE1"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i) </w:t>
      </w:r>
      <w:r w:rsidRPr="002C3015">
        <w:rPr>
          <w:rFonts w:ascii="Times New Roman" w:hAnsi="Times New Roman" w:cs="Times New Roman"/>
        </w:rPr>
        <w:t>Definition.</w:t>
      </w:r>
      <w:r w:rsidRPr="002C3015">
        <w:rPr>
          <w:rFonts w:ascii="Times New Roman" w:hAnsi="Times New Roman" w:cs="Times New Roman"/>
          <w:b/>
        </w:rPr>
        <w:t xml:space="preserve"> (1 mark)</w:t>
      </w:r>
    </w:p>
    <w:p w14:paraId="777B9287"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AB1434C"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D6F96FF"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ii) </w:t>
      </w:r>
      <w:r w:rsidRPr="002C3015">
        <w:rPr>
          <w:rFonts w:ascii="Times New Roman" w:hAnsi="Times New Roman" w:cs="Times New Roman"/>
        </w:rPr>
        <w:t>Characteristic 1.</w:t>
      </w:r>
      <w:r w:rsidRPr="002C3015">
        <w:rPr>
          <w:rFonts w:ascii="Times New Roman" w:hAnsi="Times New Roman" w:cs="Times New Roman"/>
          <w:b/>
        </w:rPr>
        <w:t xml:space="preserve"> (1 mark)</w:t>
      </w:r>
    </w:p>
    <w:p w14:paraId="1D008D0E"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9301273"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iii) </w:t>
      </w:r>
      <w:r w:rsidRPr="002C3015">
        <w:rPr>
          <w:rFonts w:ascii="Times New Roman" w:hAnsi="Times New Roman" w:cs="Times New Roman"/>
        </w:rPr>
        <w:t>Characteristic 2.</w:t>
      </w:r>
      <w:r w:rsidRPr="002C3015">
        <w:rPr>
          <w:rFonts w:ascii="Times New Roman" w:hAnsi="Times New Roman" w:cs="Times New Roman"/>
          <w:b/>
        </w:rPr>
        <w:t xml:space="preserve"> (1 mark)</w:t>
      </w:r>
    </w:p>
    <w:p w14:paraId="0440A0BF"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E636021"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iv) </w:t>
      </w:r>
      <w:r w:rsidRPr="002C3015">
        <w:rPr>
          <w:rFonts w:ascii="Times New Roman" w:hAnsi="Times New Roman" w:cs="Times New Roman"/>
        </w:rPr>
        <w:t>Characteristic 3.</w:t>
      </w:r>
      <w:r w:rsidRPr="002C3015">
        <w:rPr>
          <w:rFonts w:ascii="Times New Roman" w:hAnsi="Times New Roman" w:cs="Times New Roman"/>
          <w:b/>
        </w:rPr>
        <w:t xml:space="preserve"> (1 mark)</w:t>
      </w:r>
    </w:p>
    <w:p w14:paraId="056BBA4B"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10D67CBB"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b) </w:t>
      </w:r>
      <w:r w:rsidRPr="002C3015">
        <w:rPr>
          <w:rFonts w:ascii="Times New Roman" w:hAnsi="Times New Roman" w:cs="Times New Roman"/>
        </w:rPr>
        <w:t>State three program control structures.</w:t>
      </w:r>
      <w:r w:rsidRPr="002C3015">
        <w:rPr>
          <w:rFonts w:ascii="Times New Roman" w:hAnsi="Times New Roman" w:cs="Times New Roman"/>
          <w:b/>
        </w:rPr>
        <w:t xml:space="preserve"> (3 marks)</w:t>
      </w:r>
    </w:p>
    <w:p w14:paraId="0F7BCF3A"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1BC9ADE1"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  (1 mark)</w:t>
      </w:r>
    </w:p>
    <w:p w14:paraId="232040FF"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276A2937"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  (1 mark)</w:t>
      </w:r>
    </w:p>
    <w:p w14:paraId="2EBBEDC3"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A9D0FF4"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iii)  (1 mark)</w:t>
      </w:r>
    </w:p>
    <w:p w14:paraId="7679F3BB"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F8842F2"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c) </w:t>
      </w:r>
      <w:r w:rsidRPr="002C3015">
        <w:rPr>
          <w:rFonts w:ascii="Times New Roman" w:hAnsi="Times New Roman" w:cs="Times New Roman"/>
        </w:rPr>
        <w:t>Write a structured algorithm and draw a flowchart that an organisation could use to determine whether an applicant is eligible for a volunteer role. If age is 18 years or above, display “Eligible for Role”; otherwise display “Not Eligible”.</w:t>
      </w:r>
      <w:r w:rsidRPr="002C3015">
        <w:rPr>
          <w:rFonts w:ascii="Times New Roman" w:hAnsi="Times New Roman" w:cs="Times New Roman"/>
          <w:b/>
        </w:rPr>
        <w:t xml:space="preserve"> (4 marks)</w:t>
      </w:r>
    </w:p>
    <w:p w14:paraId="697D1B0C"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F839317"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Algorithm:  (4 marks)</w:t>
      </w:r>
    </w:p>
    <w:p w14:paraId="75AEE398"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15E435E"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284B3E73"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69A77853"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8BFEAFB"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5A68F6D"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Flowchart:  (0 marks)</w:t>
      </w:r>
    </w:p>
    <w:p w14:paraId="71D9262E"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29AADE5"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30DF557"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98A11EC"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40DE8CBC"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4C9E7D5"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40CFA08F"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84F610B"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d) </w:t>
      </w:r>
      <w:r w:rsidRPr="002C3015">
        <w:rPr>
          <w:rFonts w:ascii="Times New Roman" w:hAnsi="Times New Roman" w:cs="Times New Roman"/>
        </w:rPr>
        <w:t>State two disadvantages of high-level programming languages.</w:t>
      </w:r>
      <w:r w:rsidRPr="002C3015">
        <w:rPr>
          <w:rFonts w:ascii="Times New Roman" w:hAnsi="Times New Roman" w:cs="Times New Roman"/>
          <w:b/>
        </w:rPr>
        <w:t xml:space="preserve"> (2 marks)</w:t>
      </w:r>
    </w:p>
    <w:p w14:paraId="184ACDB2"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08C1F252"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  (1 mark)</w:t>
      </w:r>
    </w:p>
    <w:p w14:paraId="1379E04D"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459E9967"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  (1 mark)</w:t>
      </w:r>
    </w:p>
    <w:p w14:paraId="706FDD6E"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0E8EBD13"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17. </w:t>
      </w:r>
      <w:r w:rsidRPr="002C3015">
        <w:rPr>
          <w:rFonts w:ascii="Times New Roman" w:hAnsi="Times New Roman" w:cs="Times New Roman"/>
        </w:rPr>
        <w:t>a) State three advantages of a word processor over a typewriter.</w:t>
      </w:r>
      <w:r w:rsidRPr="002C3015">
        <w:rPr>
          <w:rFonts w:ascii="Times New Roman" w:hAnsi="Times New Roman" w:cs="Times New Roman"/>
          <w:b/>
        </w:rPr>
        <w:t xml:space="preserve"> (3 marks)</w:t>
      </w:r>
    </w:p>
    <w:p w14:paraId="14F83BFA"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  (1 mark)</w:t>
      </w:r>
    </w:p>
    <w:p w14:paraId="12219088"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2CB2796A"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  (1 mark)</w:t>
      </w:r>
    </w:p>
    <w:p w14:paraId="55E8A056"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85BF25C"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iii)  (1 mark)</w:t>
      </w:r>
    </w:p>
    <w:p w14:paraId="5A6D9B92"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9F61C50"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b) </w:t>
      </w:r>
      <w:r w:rsidRPr="002C3015">
        <w:rPr>
          <w:rFonts w:ascii="Times New Roman" w:hAnsi="Times New Roman" w:cs="Times New Roman"/>
        </w:rPr>
        <w:t>Distinguish between moving text and copying text.</w:t>
      </w:r>
      <w:r w:rsidRPr="002C3015">
        <w:rPr>
          <w:rFonts w:ascii="Times New Roman" w:hAnsi="Times New Roman" w:cs="Times New Roman"/>
          <w:b/>
        </w:rPr>
        <w:t xml:space="preserve"> (2 marks)</w:t>
      </w:r>
    </w:p>
    <w:p w14:paraId="31A8EE99"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8D62CA3"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0B7B46E1"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c) </w:t>
      </w:r>
      <w:r w:rsidRPr="002C3015">
        <w:rPr>
          <w:rFonts w:ascii="Times New Roman" w:hAnsi="Times New Roman" w:cs="Times New Roman"/>
        </w:rPr>
        <w:t>Distinguish between the AutoComplete and AutoCorrect features in word processing.</w:t>
      </w:r>
      <w:r w:rsidRPr="002C3015">
        <w:rPr>
          <w:rFonts w:ascii="Times New Roman" w:hAnsi="Times New Roman" w:cs="Times New Roman"/>
          <w:b/>
        </w:rPr>
        <w:t xml:space="preserve"> (2 marks)</w:t>
      </w:r>
    </w:p>
    <w:p w14:paraId="135ADB2A"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1F96A14B"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0B67536"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d) </w:t>
      </w:r>
      <w:r w:rsidRPr="002C3015">
        <w:rPr>
          <w:rFonts w:ascii="Times New Roman" w:hAnsi="Times New Roman" w:cs="Times New Roman"/>
        </w:rPr>
        <w:t>Define line spacing and give four line-spacing specifications.</w:t>
      </w:r>
      <w:r w:rsidRPr="002C3015">
        <w:rPr>
          <w:rFonts w:ascii="Times New Roman" w:hAnsi="Times New Roman" w:cs="Times New Roman"/>
          <w:b/>
        </w:rPr>
        <w:t xml:space="preserve"> (5 marks)</w:t>
      </w:r>
    </w:p>
    <w:p w14:paraId="22BB96F3"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119AA559"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4C5FC3A"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6A6A4669"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e) </w:t>
      </w:r>
      <w:r w:rsidRPr="002C3015">
        <w:rPr>
          <w:rFonts w:ascii="Times New Roman" w:hAnsi="Times New Roman" w:cs="Times New Roman"/>
        </w:rPr>
        <w:t>Mention three situations in which the Save As command is used.</w:t>
      </w:r>
      <w:r w:rsidRPr="002C3015">
        <w:rPr>
          <w:rFonts w:ascii="Times New Roman" w:hAnsi="Times New Roman" w:cs="Times New Roman"/>
          <w:b/>
        </w:rPr>
        <w:t xml:space="preserve"> (3 marks)</w:t>
      </w:r>
    </w:p>
    <w:p w14:paraId="0A1C2867"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546AD5D"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  (1 mark)</w:t>
      </w:r>
    </w:p>
    <w:p w14:paraId="3375C099"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lastRenderedPageBreak/>
        <w:t>________________________________________________________________________________</w:t>
      </w:r>
    </w:p>
    <w:p w14:paraId="476A7224"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  (1 mark)</w:t>
      </w:r>
    </w:p>
    <w:p w14:paraId="59A9B0A2"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DEA23B9"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iii)  (1 mark)</w:t>
      </w:r>
    </w:p>
    <w:p w14:paraId="7A69471F"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3DA6513"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18. </w:t>
      </w:r>
      <w:r w:rsidRPr="002C3015">
        <w:rPr>
          <w:rFonts w:ascii="Times New Roman" w:hAnsi="Times New Roman" w:cs="Times New Roman"/>
        </w:rPr>
        <w:t>a) Using eight bits and two's complement, subtract 9₁₀ from 23₁₀. Give the answer in decimal notation.</w:t>
      </w:r>
      <w:r w:rsidRPr="002C3015">
        <w:rPr>
          <w:rFonts w:ascii="Times New Roman" w:hAnsi="Times New Roman" w:cs="Times New Roman"/>
          <w:b/>
        </w:rPr>
        <w:t xml:space="preserve"> (3 marks)</w:t>
      </w:r>
    </w:p>
    <w:p w14:paraId="5C646AA2"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Working:  (3 marks)</w:t>
      </w:r>
    </w:p>
    <w:p w14:paraId="135BB5CD"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405A30FF"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F1670F7"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AF894C2"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2D6FDF4C"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b) </w:t>
      </w:r>
      <w:r w:rsidRPr="002C3015">
        <w:rPr>
          <w:rFonts w:ascii="Times New Roman" w:hAnsi="Times New Roman" w:cs="Times New Roman"/>
        </w:rPr>
        <w:t>Convert 10110110110.1011₂ to:</w:t>
      </w:r>
      <w:r w:rsidRPr="002C3015">
        <w:rPr>
          <w:rFonts w:ascii="Times New Roman" w:hAnsi="Times New Roman" w:cs="Times New Roman"/>
          <w:b/>
        </w:rPr>
        <w:t xml:space="preserve"> (2 marks)</w:t>
      </w:r>
    </w:p>
    <w:p w14:paraId="37D63429"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2F9BE2A9"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i) </w:t>
      </w:r>
      <w:r w:rsidRPr="002C3015">
        <w:rPr>
          <w:rFonts w:ascii="Times New Roman" w:hAnsi="Times New Roman" w:cs="Times New Roman"/>
        </w:rPr>
        <w:t>Octal.</w:t>
      </w:r>
      <w:r w:rsidRPr="002C3015">
        <w:rPr>
          <w:rFonts w:ascii="Times New Roman" w:hAnsi="Times New Roman" w:cs="Times New Roman"/>
          <w:b/>
        </w:rPr>
        <w:t xml:space="preserve"> (1 mark)</w:t>
      </w:r>
    </w:p>
    <w:p w14:paraId="0A53381A"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59BF498"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B033912"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ii) </w:t>
      </w:r>
      <w:r w:rsidRPr="002C3015">
        <w:rPr>
          <w:rFonts w:ascii="Times New Roman" w:hAnsi="Times New Roman" w:cs="Times New Roman"/>
        </w:rPr>
        <w:t>Hexadecimal.</w:t>
      </w:r>
      <w:r w:rsidRPr="002C3015">
        <w:rPr>
          <w:rFonts w:ascii="Times New Roman" w:hAnsi="Times New Roman" w:cs="Times New Roman"/>
          <w:b/>
        </w:rPr>
        <w:t xml:space="preserve"> (1 mark)</w:t>
      </w:r>
    </w:p>
    <w:p w14:paraId="05B136D1"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A90AA24"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1ADC2C74"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c) </w:t>
      </w:r>
      <w:r w:rsidRPr="002C3015">
        <w:rPr>
          <w:rFonts w:ascii="Times New Roman" w:hAnsi="Times New Roman" w:cs="Times New Roman"/>
        </w:rPr>
        <w:t>Convert 10110110110.1011₂ to decimal.</w:t>
      </w:r>
      <w:r w:rsidRPr="002C3015">
        <w:rPr>
          <w:rFonts w:ascii="Times New Roman" w:hAnsi="Times New Roman" w:cs="Times New Roman"/>
          <w:b/>
        </w:rPr>
        <w:t xml:space="preserve"> (2 marks)</w:t>
      </w:r>
    </w:p>
    <w:p w14:paraId="0BA21DE8"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656216DC"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F13DDFE"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83864F1"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66853B34"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d) </w:t>
      </w:r>
      <w:r w:rsidRPr="002C3015">
        <w:rPr>
          <w:rFonts w:ascii="Times New Roman" w:hAnsi="Times New Roman" w:cs="Times New Roman"/>
        </w:rPr>
        <w:t>Arrange the following from the largest to the smallest: file, nibble, bit, byte.</w:t>
      </w:r>
      <w:r w:rsidRPr="002C3015">
        <w:rPr>
          <w:rFonts w:ascii="Times New Roman" w:hAnsi="Times New Roman" w:cs="Times New Roman"/>
          <w:b/>
        </w:rPr>
        <w:t xml:space="preserve"> (2 marks)</w:t>
      </w:r>
    </w:p>
    <w:p w14:paraId="203D28F0"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65583A01"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Answer:  (2 marks)</w:t>
      </w:r>
    </w:p>
    <w:p w14:paraId="04B628C2"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B465FA2"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e) </w:t>
      </w:r>
      <w:r w:rsidRPr="002C3015">
        <w:rPr>
          <w:rFonts w:ascii="Times New Roman" w:hAnsi="Times New Roman" w:cs="Times New Roman"/>
        </w:rPr>
        <w:t>Perform the following binary arithmetic.</w:t>
      </w:r>
      <w:r w:rsidRPr="002C3015">
        <w:rPr>
          <w:rFonts w:ascii="Times New Roman" w:hAnsi="Times New Roman" w:cs="Times New Roman"/>
          <w:b/>
        </w:rPr>
        <w:t xml:space="preserve"> (4 marks)</w:t>
      </w:r>
    </w:p>
    <w:p w14:paraId="35CFBCCB"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tbl>
      <w:tblPr>
        <w:tblStyle w:val="TableGrid"/>
        <w:tblW w:w="0" w:type="auto"/>
        <w:jc w:val="center"/>
        <w:tblLook w:val="04A0" w:firstRow="1" w:lastRow="0" w:firstColumn="1" w:lastColumn="0" w:noHBand="0" w:noVBand="1"/>
      </w:tblPr>
      <w:tblGrid>
        <w:gridCol w:w="5184"/>
        <w:gridCol w:w="5184"/>
      </w:tblGrid>
      <w:tr w:rsidR="00283924" w:rsidRPr="002C3015" w14:paraId="22DDA9FC" w14:textId="77777777">
        <w:trPr>
          <w:jc w:val="center"/>
        </w:trPr>
        <w:tc>
          <w:tcPr>
            <w:tcW w:w="5184" w:type="dxa"/>
            <w:shd w:val="clear" w:color="auto" w:fill="D9EAF7"/>
          </w:tcPr>
          <w:p w14:paraId="7D8A83A5" w14:textId="77777777" w:rsidR="00283924" w:rsidRPr="002C3015" w:rsidRDefault="00000000">
            <w:pPr>
              <w:rPr>
                <w:rFonts w:ascii="Times New Roman" w:hAnsi="Times New Roman" w:cs="Times New Roman"/>
              </w:rPr>
            </w:pPr>
            <w:r w:rsidRPr="002C3015">
              <w:rPr>
                <w:rFonts w:ascii="Times New Roman" w:hAnsi="Times New Roman" w:cs="Times New Roman"/>
                <w:b/>
                <w:sz w:val="18"/>
              </w:rPr>
              <w:t>Operation</w:t>
            </w:r>
          </w:p>
        </w:tc>
        <w:tc>
          <w:tcPr>
            <w:tcW w:w="5184" w:type="dxa"/>
            <w:shd w:val="clear" w:color="auto" w:fill="D9EAF7"/>
          </w:tcPr>
          <w:p w14:paraId="45E95138" w14:textId="77777777" w:rsidR="00283924" w:rsidRPr="002C3015" w:rsidRDefault="00000000">
            <w:pPr>
              <w:rPr>
                <w:rFonts w:ascii="Times New Roman" w:hAnsi="Times New Roman" w:cs="Times New Roman"/>
              </w:rPr>
            </w:pPr>
            <w:r w:rsidRPr="002C3015">
              <w:rPr>
                <w:rFonts w:ascii="Times New Roman" w:hAnsi="Times New Roman" w:cs="Times New Roman"/>
                <w:b/>
                <w:sz w:val="18"/>
              </w:rPr>
              <w:t>Answer</w:t>
            </w:r>
          </w:p>
        </w:tc>
      </w:tr>
      <w:tr w:rsidR="00283924" w:rsidRPr="002C3015" w14:paraId="49364846" w14:textId="77777777">
        <w:trPr>
          <w:jc w:val="center"/>
        </w:trPr>
        <w:tc>
          <w:tcPr>
            <w:tcW w:w="5184" w:type="dxa"/>
          </w:tcPr>
          <w:p w14:paraId="2CCEFDD1" w14:textId="77777777" w:rsidR="00283924" w:rsidRPr="002C3015" w:rsidRDefault="00000000">
            <w:pPr>
              <w:rPr>
                <w:rFonts w:ascii="Times New Roman" w:hAnsi="Times New Roman" w:cs="Times New Roman"/>
              </w:rPr>
            </w:pPr>
            <w:r w:rsidRPr="002C3015">
              <w:rPr>
                <w:rFonts w:ascii="Times New Roman" w:hAnsi="Times New Roman" w:cs="Times New Roman"/>
                <w:sz w:val="18"/>
              </w:rPr>
              <w:t>1011₂ + 0110₂</w:t>
            </w:r>
          </w:p>
        </w:tc>
        <w:tc>
          <w:tcPr>
            <w:tcW w:w="5184" w:type="dxa"/>
          </w:tcPr>
          <w:p w14:paraId="1BEC0987" w14:textId="77777777" w:rsidR="00283924" w:rsidRPr="002C3015" w:rsidRDefault="00283924">
            <w:pPr>
              <w:rPr>
                <w:rFonts w:ascii="Times New Roman" w:hAnsi="Times New Roman" w:cs="Times New Roman"/>
              </w:rPr>
            </w:pPr>
          </w:p>
        </w:tc>
      </w:tr>
      <w:tr w:rsidR="00283924" w:rsidRPr="002C3015" w14:paraId="60ADED5D" w14:textId="77777777">
        <w:trPr>
          <w:jc w:val="center"/>
        </w:trPr>
        <w:tc>
          <w:tcPr>
            <w:tcW w:w="5184" w:type="dxa"/>
          </w:tcPr>
          <w:p w14:paraId="427F832A" w14:textId="77777777" w:rsidR="00283924" w:rsidRPr="002C3015" w:rsidRDefault="00000000">
            <w:pPr>
              <w:rPr>
                <w:rFonts w:ascii="Times New Roman" w:hAnsi="Times New Roman" w:cs="Times New Roman"/>
              </w:rPr>
            </w:pPr>
            <w:r w:rsidRPr="002C3015">
              <w:rPr>
                <w:rFonts w:ascii="Times New Roman" w:hAnsi="Times New Roman" w:cs="Times New Roman"/>
                <w:sz w:val="18"/>
              </w:rPr>
              <w:t>11010₂ − 01011₂</w:t>
            </w:r>
          </w:p>
        </w:tc>
        <w:tc>
          <w:tcPr>
            <w:tcW w:w="5184" w:type="dxa"/>
          </w:tcPr>
          <w:p w14:paraId="30D7C504" w14:textId="77777777" w:rsidR="00283924" w:rsidRPr="002C3015" w:rsidRDefault="00283924">
            <w:pPr>
              <w:rPr>
                <w:rFonts w:ascii="Times New Roman" w:hAnsi="Times New Roman" w:cs="Times New Roman"/>
              </w:rPr>
            </w:pPr>
          </w:p>
        </w:tc>
      </w:tr>
      <w:tr w:rsidR="00283924" w:rsidRPr="002C3015" w14:paraId="49870B05" w14:textId="77777777">
        <w:trPr>
          <w:jc w:val="center"/>
        </w:trPr>
        <w:tc>
          <w:tcPr>
            <w:tcW w:w="5184" w:type="dxa"/>
          </w:tcPr>
          <w:p w14:paraId="0B77EA7F" w14:textId="77777777" w:rsidR="00283924" w:rsidRPr="002C3015" w:rsidRDefault="00000000">
            <w:pPr>
              <w:rPr>
                <w:rFonts w:ascii="Times New Roman" w:hAnsi="Times New Roman" w:cs="Times New Roman"/>
              </w:rPr>
            </w:pPr>
            <w:r w:rsidRPr="002C3015">
              <w:rPr>
                <w:rFonts w:ascii="Times New Roman" w:hAnsi="Times New Roman" w:cs="Times New Roman"/>
                <w:sz w:val="18"/>
              </w:rPr>
              <w:t>10101₂ − 00110₂</w:t>
            </w:r>
          </w:p>
        </w:tc>
        <w:tc>
          <w:tcPr>
            <w:tcW w:w="5184" w:type="dxa"/>
          </w:tcPr>
          <w:p w14:paraId="126BB839" w14:textId="77777777" w:rsidR="00283924" w:rsidRPr="002C3015" w:rsidRDefault="00283924">
            <w:pPr>
              <w:rPr>
                <w:rFonts w:ascii="Times New Roman" w:hAnsi="Times New Roman" w:cs="Times New Roman"/>
              </w:rPr>
            </w:pPr>
          </w:p>
        </w:tc>
      </w:tr>
      <w:tr w:rsidR="00283924" w:rsidRPr="002C3015" w14:paraId="6077B44E" w14:textId="77777777">
        <w:trPr>
          <w:jc w:val="center"/>
        </w:trPr>
        <w:tc>
          <w:tcPr>
            <w:tcW w:w="5184" w:type="dxa"/>
          </w:tcPr>
          <w:p w14:paraId="5CBE8E04" w14:textId="77777777" w:rsidR="00283924" w:rsidRPr="002C3015" w:rsidRDefault="00000000">
            <w:pPr>
              <w:rPr>
                <w:rFonts w:ascii="Times New Roman" w:hAnsi="Times New Roman" w:cs="Times New Roman"/>
              </w:rPr>
            </w:pPr>
            <w:r w:rsidRPr="002C3015">
              <w:rPr>
                <w:rFonts w:ascii="Times New Roman" w:hAnsi="Times New Roman" w:cs="Times New Roman"/>
                <w:sz w:val="18"/>
              </w:rPr>
              <w:t>001101₂ + 010110₂</w:t>
            </w:r>
          </w:p>
        </w:tc>
        <w:tc>
          <w:tcPr>
            <w:tcW w:w="5184" w:type="dxa"/>
          </w:tcPr>
          <w:p w14:paraId="155B0912" w14:textId="77777777" w:rsidR="00283924" w:rsidRPr="002C3015" w:rsidRDefault="00283924">
            <w:pPr>
              <w:rPr>
                <w:rFonts w:ascii="Times New Roman" w:hAnsi="Times New Roman" w:cs="Times New Roman"/>
              </w:rPr>
            </w:pPr>
          </w:p>
        </w:tc>
      </w:tr>
    </w:tbl>
    <w:p w14:paraId="6B4CFA16" w14:textId="77777777" w:rsidR="00283924" w:rsidRPr="002C3015" w:rsidRDefault="00283924">
      <w:pPr>
        <w:rPr>
          <w:rFonts w:ascii="Times New Roman" w:hAnsi="Times New Roman" w:cs="Times New Roman"/>
        </w:rPr>
      </w:pPr>
    </w:p>
    <w:p w14:paraId="03231176"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19. </w:t>
      </w:r>
      <w:r w:rsidRPr="002C3015">
        <w:rPr>
          <w:rFonts w:ascii="Times New Roman" w:hAnsi="Times New Roman" w:cs="Times New Roman"/>
        </w:rPr>
        <w:t>a) Outline four stages involved in data collection.</w:t>
      </w:r>
      <w:r w:rsidRPr="002C3015">
        <w:rPr>
          <w:rFonts w:ascii="Times New Roman" w:hAnsi="Times New Roman" w:cs="Times New Roman"/>
          <w:b/>
        </w:rPr>
        <w:t xml:space="preserve"> (4 marks)</w:t>
      </w:r>
    </w:p>
    <w:p w14:paraId="73618BE5"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  (1 mark)</w:t>
      </w:r>
    </w:p>
    <w:p w14:paraId="0040BA99"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4E432113"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  (1 mark)</w:t>
      </w:r>
    </w:p>
    <w:p w14:paraId="0058B72A"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66777F47"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iii)  (1 mark)</w:t>
      </w:r>
    </w:p>
    <w:p w14:paraId="115AA967"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E2197C7"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iv)  (1 mark)</w:t>
      </w:r>
    </w:p>
    <w:p w14:paraId="49C89272"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2EA7017F"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b) </w:t>
      </w:r>
      <w:r w:rsidRPr="002C3015">
        <w:rPr>
          <w:rFonts w:ascii="Times New Roman" w:hAnsi="Times New Roman" w:cs="Times New Roman"/>
        </w:rPr>
        <w:t>Using an illustration, describe the four primary stages of the data processing cycle.</w:t>
      </w:r>
      <w:r w:rsidRPr="002C3015">
        <w:rPr>
          <w:rFonts w:ascii="Times New Roman" w:hAnsi="Times New Roman" w:cs="Times New Roman"/>
          <w:b/>
        </w:rPr>
        <w:t xml:space="preserve"> (6 marks)</w:t>
      </w:r>
    </w:p>
    <w:p w14:paraId="57F1360F"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tbl>
      <w:tblPr>
        <w:tblStyle w:val="TableGrid"/>
        <w:tblW w:w="0" w:type="auto"/>
        <w:jc w:val="center"/>
        <w:tblLook w:val="04A0" w:firstRow="1" w:lastRow="0" w:firstColumn="1" w:lastColumn="0" w:noHBand="0" w:noVBand="1"/>
      </w:tblPr>
      <w:tblGrid>
        <w:gridCol w:w="5184"/>
        <w:gridCol w:w="5184"/>
      </w:tblGrid>
      <w:tr w:rsidR="00283924" w:rsidRPr="002C3015" w14:paraId="1EAB7E5B" w14:textId="77777777">
        <w:trPr>
          <w:jc w:val="center"/>
        </w:trPr>
        <w:tc>
          <w:tcPr>
            <w:tcW w:w="5184" w:type="dxa"/>
            <w:shd w:val="clear" w:color="auto" w:fill="D9EAF7"/>
          </w:tcPr>
          <w:p w14:paraId="5BB3BDE1" w14:textId="77777777" w:rsidR="00283924" w:rsidRPr="002C3015" w:rsidRDefault="00000000">
            <w:pPr>
              <w:rPr>
                <w:rFonts w:ascii="Times New Roman" w:hAnsi="Times New Roman" w:cs="Times New Roman"/>
              </w:rPr>
            </w:pPr>
            <w:r w:rsidRPr="002C3015">
              <w:rPr>
                <w:rFonts w:ascii="Times New Roman" w:hAnsi="Times New Roman" w:cs="Times New Roman"/>
                <w:b/>
                <w:sz w:val="17"/>
              </w:rPr>
              <w:t>Stage</w:t>
            </w:r>
          </w:p>
        </w:tc>
        <w:tc>
          <w:tcPr>
            <w:tcW w:w="5184" w:type="dxa"/>
            <w:shd w:val="clear" w:color="auto" w:fill="D9EAF7"/>
          </w:tcPr>
          <w:p w14:paraId="1988582D" w14:textId="77777777" w:rsidR="00283924" w:rsidRPr="002C3015" w:rsidRDefault="00000000">
            <w:pPr>
              <w:rPr>
                <w:rFonts w:ascii="Times New Roman" w:hAnsi="Times New Roman" w:cs="Times New Roman"/>
              </w:rPr>
            </w:pPr>
            <w:r w:rsidRPr="002C3015">
              <w:rPr>
                <w:rFonts w:ascii="Times New Roman" w:hAnsi="Times New Roman" w:cs="Times New Roman"/>
                <w:b/>
                <w:sz w:val="17"/>
              </w:rPr>
              <w:t>Description</w:t>
            </w:r>
          </w:p>
        </w:tc>
      </w:tr>
      <w:tr w:rsidR="00283924" w:rsidRPr="002C3015" w14:paraId="7EC9FC47" w14:textId="77777777">
        <w:trPr>
          <w:jc w:val="center"/>
        </w:trPr>
        <w:tc>
          <w:tcPr>
            <w:tcW w:w="5184" w:type="dxa"/>
          </w:tcPr>
          <w:p w14:paraId="341B31E4" w14:textId="77777777" w:rsidR="00283924" w:rsidRPr="002C3015" w:rsidRDefault="00283924">
            <w:pPr>
              <w:rPr>
                <w:rFonts w:ascii="Times New Roman" w:hAnsi="Times New Roman" w:cs="Times New Roman"/>
              </w:rPr>
            </w:pPr>
          </w:p>
        </w:tc>
        <w:tc>
          <w:tcPr>
            <w:tcW w:w="5184" w:type="dxa"/>
          </w:tcPr>
          <w:p w14:paraId="1255C096" w14:textId="77777777" w:rsidR="00283924" w:rsidRPr="002C3015" w:rsidRDefault="00283924">
            <w:pPr>
              <w:rPr>
                <w:rFonts w:ascii="Times New Roman" w:hAnsi="Times New Roman" w:cs="Times New Roman"/>
              </w:rPr>
            </w:pPr>
          </w:p>
        </w:tc>
      </w:tr>
      <w:tr w:rsidR="00283924" w:rsidRPr="002C3015" w14:paraId="4B63580B" w14:textId="77777777">
        <w:trPr>
          <w:jc w:val="center"/>
        </w:trPr>
        <w:tc>
          <w:tcPr>
            <w:tcW w:w="5184" w:type="dxa"/>
            <w:shd w:val="clear" w:color="auto" w:fill="D9EAF7"/>
          </w:tcPr>
          <w:p w14:paraId="25E01C11" w14:textId="77777777" w:rsidR="00283924" w:rsidRPr="002C3015" w:rsidRDefault="00000000">
            <w:pPr>
              <w:rPr>
                <w:rFonts w:ascii="Times New Roman" w:hAnsi="Times New Roman" w:cs="Times New Roman"/>
              </w:rPr>
            </w:pPr>
            <w:r w:rsidRPr="002C3015">
              <w:rPr>
                <w:rFonts w:ascii="Times New Roman" w:hAnsi="Times New Roman" w:cs="Times New Roman"/>
                <w:b/>
                <w:sz w:val="17"/>
              </w:rPr>
              <w:t>Stage</w:t>
            </w:r>
          </w:p>
        </w:tc>
        <w:tc>
          <w:tcPr>
            <w:tcW w:w="5184" w:type="dxa"/>
            <w:shd w:val="clear" w:color="auto" w:fill="D9EAF7"/>
          </w:tcPr>
          <w:p w14:paraId="21A17DC9" w14:textId="77777777" w:rsidR="00283924" w:rsidRPr="002C3015" w:rsidRDefault="00000000">
            <w:pPr>
              <w:rPr>
                <w:rFonts w:ascii="Times New Roman" w:hAnsi="Times New Roman" w:cs="Times New Roman"/>
              </w:rPr>
            </w:pPr>
            <w:r w:rsidRPr="002C3015">
              <w:rPr>
                <w:rFonts w:ascii="Times New Roman" w:hAnsi="Times New Roman" w:cs="Times New Roman"/>
                <w:b/>
                <w:sz w:val="17"/>
              </w:rPr>
              <w:t>Description</w:t>
            </w:r>
          </w:p>
        </w:tc>
      </w:tr>
      <w:tr w:rsidR="00283924" w:rsidRPr="002C3015" w14:paraId="3BD8FA56" w14:textId="77777777">
        <w:trPr>
          <w:jc w:val="center"/>
        </w:trPr>
        <w:tc>
          <w:tcPr>
            <w:tcW w:w="5184" w:type="dxa"/>
          </w:tcPr>
          <w:p w14:paraId="3D357789" w14:textId="77777777" w:rsidR="00283924" w:rsidRPr="002C3015" w:rsidRDefault="00283924">
            <w:pPr>
              <w:rPr>
                <w:rFonts w:ascii="Times New Roman" w:hAnsi="Times New Roman" w:cs="Times New Roman"/>
              </w:rPr>
            </w:pPr>
          </w:p>
        </w:tc>
        <w:tc>
          <w:tcPr>
            <w:tcW w:w="5184" w:type="dxa"/>
          </w:tcPr>
          <w:p w14:paraId="47379EEE" w14:textId="77777777" w:rsidR="00283924" w:rsidRPr="002C3015" w:rsidRDefault="00283924">
            <w:pPr>
              <w:rPr>
                <w:rFonts w:ascii="Times New Roman" w:hAnsi="Times New Roman" w:cs="Times New Roman"/>
              </w:rPr>
            </w:pPr>
          </w:p>
        </w:tc>
      </w:tr>
      <w:tr w:rsidR="00283924" w:rsidRPr="002C3015" w14:paraId="73B8027E" w14:textId="77777777">
        <w:trPr>
          <w:jc w:val="center"/>
        </w:trPr>
        <w:tc>
          <w:tcPr>
            <w:tcW w:w="5184" w:type="dxa"/>
          </w:tcPr>
          <w:p w14:paraId="0E0881F9" w14:textId="77777777" w:rsidR="00283924" w:rsidRPr="002C3015" w:rsidRDefault="00283924">
            <w:pPr>
              <w:rPr>
                <w:rFonts w:ascii="Times New Roman" w:hAnsi="Times New Roman" w:cs="Times New Roman"/>
              </w:rPr>
            </w:pPr>
          </w:p>
        </w:tc>
        <w:tc>
          <w:tcPr>
            <w:tcW w:w="5184" w:type="dxa"/>
          </w:tcPr>
          <w:p w14:paraId="776EE0EE" w14:textId="77777777" w:rsidR="00283924" w:rsidRPr="002C3015" w:rsidRDefault="00283924">
            <w:pPr>
              <w:rPr>
                <w:rFonts w:ascii="Times New Roman" w:hAnsi="Times New Roman" w:cs="Times New Roman"/>
              </w:rPr>
            </w:pPr>
          </w:p>
        </w:tc>
      </w:tr>
      <w:tr w:rsidR="00283924" w:rsidRPr="002C3015" w14:paraId="1849CE8C" w14:textId="77777777">
        <w:trPr>
          <w:jc w:val="center"/>
        </w:trPr>
        <w:tc>
          <w:tcPr>
            <w:tcW w:w="5184" w:type="dxa"/>
          </w:tcPr>
          <w:p w14:paraId="75449BAC" w14:textId="77777777" w:rsidR="00283924" w:rsidRPr="002C3015" w:rsidRDefault="00283924">
            <w:pPr>
              <w:rPr>
                <w:rFonts w:ascii="Times New Roman" w:hAnsi="Times New Roman" w:cs="Times New Roman"/>
              </w:rPr>
            </w:pPr>
          </w:p>
        </w:tc>
        <w:tc>
          <w:tcPr>
            <w:tcW w:w="5184" w:type="dxa"/>
          </w:tcPr>
          <w:p w14:paraId="64151815" w14:textId="77777777" w:rsidR="00283924" w:rsidRPr="002C3015" w:rsidRDefault="00283924">
            <w:pPr>
              <w:rPr>
                <w:rFonts w:ascii="Times New Roman" w:hAnsi="Times New Roman" w:cs="Times New Roman"/>
              </w:rPr>
            </w:pPr>
          </w:p>
        </w:tc>
      </w:tr>
      <w:tr w:rsidR="00283924" w:rsidRPr="002C3015" w14:paraId="36AC0F66" w14:textId="77777777">
        <w:trPr>
          <w:jc w:val="center"/>
        </w:trPr>
        <w:tc>
          <w:tcPr>
            <w:tcW w:w="5184" w:type="dxa"/>
          </w:tcPr>
          <w:p w14:paraId="6285A06E" w14:textId="77777777" w:rsidR="00283924" w:rsidRPr="002C3015" w:rsidRDefault="00283924">
            <w:pPr>
              <w:rPr>
                <w:rFonts w:ascii="Times New Roman" w:hAnsi="Times New Roman" w:cs="Times New Roman"/>
              </w:rPr>
            </w:pPr>
          </w:p>
        </w:tc>
        <w:tc>
          <w:tcPr>
            <w:tcW w:w="5184" w:type="dxa"/>
          </w:tcPr>
          <w:p w14:paraId="3B68986B" w14:textId="77777777" w:rsidR="00283924" w:rsidRPr="002C3015" w:rsidRDefault="00283924">
            <w:pPr>
              <w:rPr>
                <w:rFonts w:ascii="Times New Roman" w:hAnsi="Times New Roman" w:cs="Times New Roman"/>
              </w:rPr>
            </w:pPr>
          </w:p>
        </w:tc>
      </w:tr>
    </w:tbl>
    <w:p w14:paraId="01D77D52" w14:textId="77777777" w:rsidR="00283924" w:rsidRPr="002C3015" w:rsidRDefault="00283924">
      <w:pPr>
        <w:rPr>
          <w:rFonts w:ascii="Times New Roman" w:hAnsi="Times New Roman" w:cs="Times New Roman"/>
        </w:rPr>
      </w:pPr>
    </w:p>
    <w:p w14:paraId="42EF6E48"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c) </w:t>
      </w:r>
      <w:r w:rsidRPr="002C3015">
        <w:rPr>
          <w:rFonts w:ascii="Times New Roman" w:hAnsi="Times New Roman" w:cs="Times New Roman"/>
        </w:rPr>
        <w:t>Explain the two types of transcription errors.</w:t>
      </w:r>
      <w:r w:rsidRPr="002C3015">
        <w:rPr>
          <w:rFonts w:ascii="Times New Roman" w:hAnsi="Times New Roman" w:cs="Times New Roman"/>
          <w:b/>
        </w:rPr>
        <w:t xml:space="preserve"> (2 marks)</w:t>
      </w:r>
    </w:p>
    <w:p w14:paraId="7666A289"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A766591"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0B235900"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lastRenderedPageBreak/>
        <w:t>________________________________________________________________________________</w:t>
      </w:r>
    </w:p>
    <w:p w14:paraId="661A0900"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d) </w:t>
      </w:r>
      <w:r w:rsidRPr="002C3015">
        <w:rPr>
          <w:rFonts w:ascii="Times New Roman" w:hAnsi="Times New Roman" w:cs="Times New Roman"/>
        </w:rPr>
        <w:t>List three factors that determine the integrity of data.</w:t>
      </w:r>
      <w:r w:rsidRPr="002C3015">
        <w:rPr>
          <w:rFonts w:ascii="Times New Roman" w:hAnsi="Times New Roman" w:cs="Times New Roman"/>
          <w:b/>
        </w:rPr>
        <w:t xml:space="preserve"> (3 marks)</w:t>
      </w:r>
    </w:p>
    <w:p w14:paraId="0FD82117"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17A2BE5"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  (1 mark)</w:t>
      </w:r>
    </w:p>
    <w:p w14:paraId="76F2E766"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FA433F5"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  (1 mark)</w:t>
      </w:r>
    </w:p>
    <w:p w14:paraId="396A1A3E"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67D8701"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iii)  (1 mark)</w:t>
      </w:r>
    </w:p>
    <w:p w14:paraId="08B0F9F9"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08727950" w14:textId="77777777" w:rsidR="00283924" w:rsidRPr="002C3015" w:rsidRDefault="00000000">
      <w:pPr>
        <w:spacing w:before="60"/>
        <w:rPr>
          <w:rFonts w:ascii="Times New Roman" w:hAnsi="Times New Roman" w:cs="Times New Roman"/>
        </w:rPr>
      </w:pPr>
      <w:r w:rsidRPr="002C3015">
        <w:rPr>
          <w:rFonts w:ascii="Times New Roman" w:hAnsi="Times New Roman" w:cs="Times New Roman"/>
          <w:b/>
        </w:rPr>
        <w:t xml:space="preserve">20. </w:t>
      </w:r>
      <w:r w:rsidRPr="002C3015">
        <w:rPr>
          <w:rFonts w:ascii="Times New Roman" w:hAnsi="Times New Roman" w:cs="Times New Roman"/>
        </w:rPr>
        <w:t>a) Explain three requirements needed to obtain an Internet connection.</w:t>
      </w:r>
      <w:r w:rsidRPr="002C3015">
        <w:rPr>
          <w:rFonts w:ascii="Times New Roman" w:hAnsi="Times New Roman" w:cs="Times New Roman"/>
          <w:b/>
        </w:rPr>
        <w:t xml:space="preserve"> (3 marks)</w:t>
      </w:r>
    </w:p>
    <w:p w14:paraId="2AA499DA"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  (1 mark)</w:t>
      </w:r>
    </w:p>
    <w:p w14:paraId="07AF04FC"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605EE148"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2F567AA"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  (1 mark)</w:t>
      </w:r>
    </w:p>
    <w:p w14:paraId="0B96BCCD"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0D5C85C"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14743AA1"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iii)  (1 mark)</w:t>
      </w:r>
    </w:p>
    <w:p w14:paraId="49F9F7B9"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15A147C1"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674A7EE4"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b) </w:t>
      </w:r>
      <w:r w:rsidRPr="002C3015">
        <w:rPr>
          <w:rFonts w:ascii="Times New Roman" w:hAnsi="Times New Roman" w:cs="Times New Roman"/>
        </w:rPr>
        <w:t>Define the following terms as used on the Internet.</w:t>
      </w:r>
      <w:r w:rsidRPr="002C3015">
        <w:rPr>
          <w:rFonts w:ascii="Times New Roman" w:hAnsi="Times New Roman" w:cs="Times New Roman"/>
          <w:b/>
        </w:rPr>
        <w:t xml:space="preserve"> (5 marks)</w:t>
      </w:r>
    </w:p>
    <w:p w14:paraId="2FF2F17B"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1626D0CE"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 Blog  (1 mark)</w:t>
      </w:r>
    </w:p>
    <w:p w14:paraId="6A252F7F"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2F9C11F9"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116A5A72"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 Web surfing  (1 mark)</w:t>
      </w:r>
    </w:p>
    <w:p w14:paraId="381C8ADA"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3A0792F4"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4F9D789A"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iii) Web browser  (1 mark)</w:t>
      </w:r>
    </w:p>
    <w:p w14:paraId="67287D3E"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17599070"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6206D527"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iv) Website  (1 mark)</w:t>
      </w:r>
    </w:p>
    <w:p w14:paraId="3B2C2969"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283D7EBB"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A33A0C0"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v) Web portal  (1 mark)</w:t>
      </w:r>
    </w:p>
    <w:p w14:paraId="09AAD745"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A112CA8"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FEB2AE1"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c) </w:t>
      </w:r>
      <w:r w:rsidRPr="002C3015">
        <w:rPr>
          <w:rFonts w:ascii="Times New Roman" w:hAnsi="Times New Roman" w:cs="Times New Roman"/>
        </w:rPr>
        <w:t>List two advantages and two disadvantages of electronic mail over regular mail.</w:t>
      </w:r>
      <w:r w:rsidRPr="002C3015">
        <w:rPr>
          <w:rFonts w:ascii="Times New Roman" w:hAnsi="Times New Roman" w:cs="Times New Roman"/>
          <w:b/>
        </w:rPr>
        <w:t xml:space="preserve"> (4 marks)</w:t>
      </w:r>
    </w:p>
    <w:p w14:paraId="7BD8F1B2"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4CBD3286"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Advantages:  (2 marks)</w:t>
      </w:r>
    </w:p>
    <w:p w14:paraId="11481813"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15D038C4"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701E82F4"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Disadvantages:  (2 marks)</w:t>
      </w:r>
    </w:p>
    <w:p w14:paraId="5D92BCFB"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6168CA37"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0C228271" w14:textId="77777777" w:rsidR="00283924" w:rsidRPr="002C3015" w:rsidRDefault="00000000">
      <w:pPr>
        <w:spacing w:after="20"/>
        <w:ind w:left="259"/>
        <w:rPr>
          <w:rFonts w:ascii="Times New Roman" w:hAnsi="Times New Roman" w:cs="Times New Roman"/>
        </w:rPr>
      </w:pPr>
      <w:r w:rsidRPr="002C3015">
        <w:rPr>
          <w:rFonts w:ascii="Times New Roman" w:hAnsi="Times New Roman" w:cs="Times New Roman"/>
          <w:b/>
        </w:rPr>
        <w:t xml:space="preserve">d) </w:t>
      </w:r>
      <w:r w:rsidRPr="002C3015">
        <w:rPr>
          <w:rFonts w:ascii="Times New Roman" w:hAnsi="Times New Roman" w:cs="Times New Roman"/>
        </w:rPr>
        <w:t>Identify the type of institution or organisation commonly associated with each e-mail/domain extension.</w:t>
      </w:r>
      <w:r w:rsidRPr="002C3015">
        <w:rPr>
          <w:rFonts w:ascii="Times New Roman" w:hAnsi="Times New Roman" w:cs="Times New Roman"/>
          <w:b/>
        </w:rPr>
        <w:t xml:space="preserve"> (3 marks)</w:t>
      </w:r>
    </w:p>
    <w:p w14:paraId="22F2D017" w14:textId="77777777" w:rsidR="00283924" w:rsidRPr="002C3015" w:rsidRDefault="00000000">
      <w:pPr>
        <w:spacing w:after="20"/>
        <w:ind w:left="504"/>
        <w:rPr>
          <w:rFonts w:ascii="Times New Roman" w:hAnsi="Times New Roman" w:cs="Times New Roman"/>
        </w:rPr>
      </w:pPr>
      <w:r w:rsidRPr="002C3015">
        <w:rPr>
          <w:rFonts w:ascii="Times New Roman" w:hAnsi="Times New Roman" w:cs="Times New Roman"/>
          <w:sz w:val="16"/>
        </w:rPr>
        <w:t>________________________________________________________________________________</w:t>
      </w:r>
    </w:p>
    <w:p w14:paraId="5825CE2F" w14:textId="77777777" w:rsidR="00283924" w:rsidRPr="002C3015" w:rsidRDefault="00000000">
      <w:pPr>
        <w:ind w:left="360"/>
        <w:rPr>
          <w:rFonts w:ascii="Times New Roman" w:hAnsi="Times New Roman" w:cs="Times New Roman"/>
        </w:rPr>
      </w:pPr>
      <w:r w:rsidRPr="002C3015">
        <w:rPr>
          <w:rFonts w:ascii="Times New Roman" w:hAnsi="Times New Roman" w:cs="Times New Roman"/>
        </w:rPr>
        <w:t>i) .org  ____________________________________________</w:t>
      </w:r>
    </w:p>
    <w:p w14:paraId="3D63B405" w14:textId="77777777" w:rsidR="00283924" w:rsidRPr="002C3015" w:rsidRDefault="00000000">
      <w:pPr>
        <w:ind w:left="360"/>
        <w:rPr>
          <w:rFonts w:ascii="Times New Roman" w:hAnsi="Times New Roman" w:cs="Times New Roman"/>
        </w:rPr>
      </w:pPr>
      <w:r w:rsidRPr="002C3015">
        <w:rPr>
          <w:rFonts w:ascii="Times New Roman" w:hAnsi="Times New Roman" w:cs="Times New Roman"/>
        </w:rPr>
        <w:t>ii) .edu  ____________________________________________</w:t>
      </w:r>
    </w:p>
    <w:p w14:paraId="34FE0094" w14:textId="77777777" w:rsidR="00283924" w:rsidRPr="002C3015" w:rsidRDefault="00000000">
      <w:pPr>
        <w:ind w:left="360"/>
        <w:rPr>
          <w:rFonts w:ascii="Times New Roman" w:hAnsi="Times New Roman" w:cs="Times New Roman"/>
        </w:rPr>
      </w:pPr>
      <w:r w:rsidRPr="002C3015">
        <w:rPr>
          <w:rFonts w:ascii="Times New Roman" w:hAnsi="Times New Roman" w:cs="Times New Roman"/>
        </w:rPr>
        <w:t>iii) .com  ____________________________________________</w:t>
      </w:r>
    </w:p>
    <w:p w14:paraId="0F6902AA" w14:textId="77777777" w:rsidR="00283924" w:rsidRPr="002C3015" w:rsidRDefault="00000000">
      <w:pPr>
        <w:ind w:left="360"/>
        <w:rPr>
          <w:rFonts w:ascii="Times New Roman" w:hAnsi="Times New Roman" w:cs="Times New Roman"/>
        </w:rPr>
      </w:pPr>
      <w:r w:rsidRPr="002C3015">
        <w:rPr>
          <w:rFonts w:ascii="Times New Roman" w:hAnsi="Times New Roman" w:cs="Times New Roman"/>
        </w:rPr>
        <w:t>iv) .net  ____________________________________________</w:t>
      </w:r>
    </w:p>
    <w:p w14:paraId="4A97DF84" w14:textId="77777777" w:rsidR="00283924" w:rsidRPr="002C3015" w:rsidRDefault="00000000">
      <w:pPr>
        <w:ind w:left="360"/>
        <w:rPr>
          <w:rFonts w:ascii="Times New Roman" w:hAnsi="Times New Roman" w:cs="Times New Roman"/>
        </w:rPr>
      </w:pPr>
      <w:r w:rsidRPr="002C3015">
        <w:rPr>
          <w:rFonts w:ascii="Times New Roman" w:hAnsi="Times New Roman" w:cs="Times New Roman"/>
        </w:rPr>
        <w:t>v) .mil  ____________________________________________</w:t>
      </w:r>
    </w:p>
    <w:p w14:paraId="3F66A7CA" w14:textId="77777777" w:rsidR="00283924" w:rsidRPr="002C3015" w:rsidRDefault="00000000">
      <w:pPr>
        <w:ind w:left="360"/>
        <w:rPr>
          <w:rFonts w:ascii="Times New Roman" w:hAnsi="Times New Roman" w:cs="Times New Roman"/>
        </w:rPr>
      </w:pPr>
      <w:r w:rsidRPr="002C3015">
        <w:rPr>
          <w:rFonts w:ascii="Times New Roman" w:hAnsi="Times New Roman" w:cs="Times New Roman"/>
        </w:rPr>
        <w:t>vi) .gov  ____________________________________________</w:t>
      </w:r>
    </w:p>
    <w:sectPr w:rsidR="00283924" w:rsidRPr="002C3015"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84EC9" w14:textId="77777777" w:rsidR="006B6670" w:rsidRDefault="006B6670">
      <w:pPr>
        <w:spacing w:after="0" w:line="240" w:lineRule="auto"/>
      </w:pPr>
      <w:r>
        <w:separator/>
      </w:r>
    </w:p>
  </w:endnote>
  <w:endnote w:type="continuationSeparator" w:id="0">
    <w:p w14:paraId="1A08E7AC" w14:textId="77777777" w:rsidR="006B6670" w:rsidRDefault="006B6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77B58" w14:textId="77777777" w:rsidR="00283924" w:rsidRDefault="00000000">
    <w:pPr>
      <w:pStyle w:val="Footer"/>
      <w:jc w:val="center"/>
    </w:pPr>
    <w:r>
      <w:rPr>
        <w:b/>
        <w:sz w:val="18"/>
      </w:rPr>
      <w:t>kcserevision.com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A3F01" w14:textId="77777777" w:rsidR="006B6670" w:rsidRDefault="006B6670">
      <w:pPr>
        <w:spacing w:after="0" w:line="240" w:lineRule="auto"/>
      </w:pPr>
      <w:r>
        <w:separator/>
      </w:r>
    </w:p>
  </w:footnote>
  <w:footnote w:type="continuationSeparator" w:id="0">
    <w:p w14:paraId="7A316339" w14:textId="77777777" w:rsidR="006B6670" w:rsidRDefault="006B66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60787770">
    <w:abstractNumId w:val="8"/>
  </w:num>
  <w:num w:numId="2" w16cid:durableId="141238794">
    <w:abstractNumId w:val="6"/>
  </w:num>
  <w:num w:numId="3" w16cid:durableId="893542525">
    <w:abstractNumId w:val="5"/>
  </w:num>
  <w:num w:numId="4" w16cid:durableId="2136756606">
    <w:abstractNumId w:val="4"/>
  </w:num>
  <w:num w:numId="5" w16cid:durableId="1396583142">
    <w:abstractNumId w:val="7"/>
  </w:num>
  <w:num w:numId="6" w16cid:durableId="1773014006">
    <w:abstractNumId w:val="3"/>
  </w:num>
  <w:num w:numId="7" w16cid:durableId="1811902179">
    <w:abstractNumId w:val="2"/>
  </w:num>
  <w:num w:numId="8" w16cid:durableId="2006125654">
    <w:abstractNumId w:val="1"/>
  </w:num>
  <w:num w:numId="9" w16cid:durableId="590430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76C3"/>
    <w:rsid w:val="00283924"/>
    <w:rsid w:val="0029639D"/>
    <w:rsid w:val="002C3015"/>
    <w:rsid w:val="00326F90"/>
    <w:rsid w:val="006B667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9B8DAD"/>
  <w14:defaultImageDpi w14:val="300"/>
  <w15:docId w15:val="{7D84CE32-8D2C-448F-A3B1-720FC5D5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5"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2587</Words>
  <Characters>14748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3</cp:revision>
  <dcterms:created xsi:type="dcterms:W3CDTF">2013-12-23T23:15:00Z</dcterms:created>
  <dcterms:modified xsi:type="dcterms:W3CDTF">2026-09-22T00:14:00Z</dcterms:modified>
  <cp:category/>
</cp:coreProperties>
</file>