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TERM 3 HOLIDAY ASSIGNMENT 2026</w:t>
      </w:r>
    </w:p>
    <w:p>
      <w:pPr>
        <w:jc w:val="center"/>
      </w:pPr>
      <w:r>
        <w:rPr>
          <w:b/>
          <w:sz w:val="32"/>
        </w:rPr>
        <w:t>FORM 3 C.R.E PAPER TWO</w:t>
      </w:r>
    </w:p>
    <w:p>
      <w:pPr>
        <w:jc w:val="center"/>
      </w:pPr>
      <w:r>
        <w:rPr>
          <w:b/>
          <w:sz w:val="24"/>
        </w:rPr>
        <w:t>COMPLETE MARKING SCHEME &amp; EXAMINER'S GUIDE</w:t>
      </w:r>
    </w:p>
    <w:p>
      <w:r>
        <w:rPr>
          <w:b/>
        </w:rPr>
        <w:t xml:space="preserve">Structure: </w:t>
      </w:r>
      <w:r>
        <w:t>Six questions are provided. Candidates answer any five. Each question carries 20 marks; maximum score is 100 marks.</w:t>
      </w:r>
    </w:p>
    <w:p>
      <w:pPr>
        <w:pStyle w:val="Heading1"/>
      </w:pPr>
      <w:r>
        <w:t>QUESTION 1 — 20 MARKS</w:t>
      </w:r>
    </w:p>
    <w:p>
      <w:r>
        <w:t>a) With reference to the life and ministry of Jesus, show seven ways in which he fulfilled the prophecy of Isaiah. (7 marks)</w:t>
      </w:r>
    </w:p>
    <w:p>
      <w:pPr>
        <w:spacing w:after="40"/>
        <w:ind w:left="360"/>
      </w:pPr>
      <w:r>
        <w:rPr>
          <w:b/>
        </w:rPr>
        <w:t xml:space="preserve">1. </w:t>
      </w:r>
      <w:r>
        <w:t>His birth was associated with the promised coming of the Messiah.</w:t>
      </w:r>
    </w:p>
    <w:p>
      <w:pPr>
        <w:spacing w:after="40"/>
        <w:ind w:left="360"/>
      </w:pPr>
      <w:r>
        <w:rPr>
          <w:b/>
        </w:rPr>
        <w:t xml:space="preserve">2. </w:t>
      </w:r>
      <w:r>
        <w:t>He brought good news and hope to people.</w:t>
      </w:r>
    </w:p>
    <w:p>
      <w:pPr>
        <w:spacing w:after="40"/>
        <w:ind w:left="360"/>
      </w:pPr>
      <w:r>
        <w:rPr>
          <w:b/>
        </w:rPr>
        <w:t xml:space="preserve">3. </w:t>
      </w:r>
      <w:r>
        <w:t>He ministered to people who were suffering and in need.</w:t>
      </w:r>
    </w:p>
    <w:p>
      <w:pPr>
        <w:spacing w:after="40"/>
        <w:ind w:left="360"/>
      </w:pPr>
      <w:r>
        <w:rPr>
          <w:b/>
        </w:rPr>
        <w:t xml:space="preserve">4. </w:t>
      </w:r>
      <w:r>
        <w:t>He proclaimed freedom/liberation to those in bondage.</w:t>
      </w:r>
    </w:p>
    <w:p>
      <w:pPr>
        <w:spacing w:after="40"/>
        <w:ind w:left="360"/>
      </w:pPr>
      <w:r>
        <w:rPr>
          <w:b/>
        </w:rPr>
        <w:t xml:space="preserve">5. </w:t>
      </w:r>
      <w:r>
        <w:t>He brought healing to the sick.</w:t>
      </w:r>
    </w:p>
    <w:p>
      <w:pPr>
        <w:spacing w:after="40"/>
        <w:ind w:left="360"/>
      </w:pPr>
      <w:r>
        <w:rPr>
          <w:b/>
        </w:rPr>
        <w:t xml:space="preserve">6. </w:t>
      </w:r>
      <w:r>
        <w:t>He ministered to the poor and the socially disadvantaged.</w:t>
      </w:r>
    </w:p>
    <w:p>
      <w:pPr>
        <w:spacing w:after="40"/>
        <w:ind w:left="360"/>
      </w:pPr>
      <w:r>
        <w:rPr>
          <w:b/>
        </w:rPr>
        <w:t xml:space="preserve">7. </w:t>
      </w:r>
      <w:r>
        <w:t>His ministry demonstrated God's salvation and restoration promised through the prophet.</w:t>
      </w:r>
    </w:p>
    <w:p>
      <w:r>
        <w:rPr>
          <w:b/>
        </w:rPr>
        <w:t xml:space="preserve">Scoring: </w:t>
      </w:r>
      <w:r>
        <w:t>Award 7 mark(s) for the required valid points. Accept equivalent correct responses that express the same CRE concept.</w:t>
      </w:r>
    </w:p>
    <w:p>
      <w:r>
        <w:t>b) From the accounts of Jesus' early life up to the age of twelve, identify seven indications that he came from a poor background. (7 marks)</w:t>
      </w:r>
    </w:p>
    <w:p>
      <w:pPr>
        <w:spacing w:after="40"/>
        <w:ind w:left="360"/>
      </w:pPr>
      <w:r>
        <w:rPr>
          <w:b/>
        </w:rPr>
        <w:t xml:space="preserve">1. </w:t>
      </w:r>
      <w:r>
        <w:t>Jesus was born in humble circumstances.</w:t>
      </w:r>
    </w:p>
    <w:p>
      <w:pPr>
        <w:spacing w:after="40"/>
        <w:ind w:left="360"/>
      </w:pPr>
      <w:r>
        <w:rPr>
          <w:b/>
        </w:rPr>
        <w:t xml:space="preserve">2. </w:t>
      </w:r>
      <w:r>
        <w:t>His family offered the less costly sacrifice associated with people of limited means.</w:t>
      </w:r>
    </w:p>
    <w:p>
      <w:pPr>
        <w:spacing w:after="40"/>
        <w:ind w:left="360"/>
      </w:pPr>
      <w:r>
        <w:rPr>
          <w:b/>
        </w:rPr>
        <w:t xml:space="preserve">3. </w:t>
      </w:r>
      <w:r>
        <w:t>He was laid in a manger at birth.</w:t>
      </w:r>
    </w:p>
    <w:p>
      <w:pPr>
        <w:spacing w:after="40"/>
        <w:ind w:left="360"/>
      </w:pPr>
      <w:r>
        <w:rPr>
          <w:b/>
        </w:rPr>
        <w:t xml:space="preserve">4. </w:t>
      </w:r>
      <w:r>
        <w:t>His family lived in Nazareth, a relatively small and humble town.</w:t>
      </w:r>
    </w:p>
    <w:p>
      <w:pPr>
        <w:spacing w:after="40"/>
        <w:ind w:left="360"/>
      </w:pPr>
      <w:r>
        <w:rPr>
          <w:b/>
        </w:rPr>
        <w:t xml:space="preserve">5. </w:t>
      </w:r>
      <w:r>
        <w:t>Joseph worked as a carpenter, a manual occupation.</w:t>
      </w:r>
    </w:p>
    <w:p>
      <w:pPr>
        <w:spacing w:after="40"/>
        <w:ind w:left="360"/>
      </w:pPr>
      <w:r>
        <w:rPr>
          <w:b/>
        </w:rPr>
        <w:t xml:space="preserve">6. </w:t>
      </w:r>
      <w:r>
        <w:t>The family experienced the need to flee to Egypt for safety and later returned to Nazareth.</w:t>
      </w:r>
    </w:p>
    <w:p>
      <w:pPr>
        <w:spacing w:after="40"/>
        <w:ind w:left="360"/>
      </w:pPr>
      <w:r>
        <w:rPr>
          <w:b/>
        </w:rPr>
        <w:t xml:space="preserve">7. </w:t>
      </w:r>
      <w:r>
        <w:t>Jesus grew up in an ordinary household rather than a wealthy royal setting.</w:t>
      </w:r>
    </w:p>
    <w:p>
      <w:r>
        <w:rPr>
          <w:b/>
        </w:rPr>
        <w:t xml:space="preserve">Scoring: </w:t>
      </w:r>
      <w:r>
        <w:t>Award 7 mark(s) for the required valid points. Accept equivalent correct responses that express the same CRE concept.</w:t>
      </w:r>
    </w:p>
    <w:p>
      <w:r>
        <w:t>c) Give six reasons why children should participate in Church activities. (6 marks)</w:t>
      </w:r>
    </w:p>
    <w:p>
      <w:pPr>
        <w:spacing w:after="40"/>
        <w:ind w:left="360"/>
      </w:pPr>
      <w:r>
        <w:rPr>
          <w:b/>
        </w:rPr>
        <w:t xml:space="preserve">1. </w:t>
      </w:r>
      <w:r>
        <w:t>Children learn Christian values and teachings.</w:t>
      </w:r>
    </w:p>
    <w:p>
      <w:pPr>
        <w:spacing w:after="40"/>
        <w:ind w:left="360"/>
      </w:pPr>
      <w:r>
        <w:rPr>
          <w:b/>
        </w:rPr>
        <w:t xml:space="preserve">2. </w:t>
      </w:r>
      <w:r>
        <w:t>They develop their faith and relationship with God.</w:t>
      </w:r>
    </w:p>
    <w:p>
      <w:pPr>
        <w:spacing w:after="40"/>
        <w:ind w:left="360"/>
      </w:pPr>
      <w:r>
        <w:rPr>
          <w:b/>
        </w:rPr>
        <w:t xml:space="preserve">3. </w:t>
      </w:r>
      <w:r>
        <w:t>They learn to serve others.</w:t>
      </w:r>
    </w:p>
    <w:p>
      <w:pPr>
        <w:spacing w:after="40"/>
        <w:ind w:left="360"/>
      </w:pPr>
      <w:r>
        <w:rPr>
          <w:b/>
        </w:rPr>
        <w:t xml:space="preserve">4. </w:t>
      </w:r>
      <w:r>
        <w:t>They develop a sense of belonging in the Christian community.</w:t>
      </w:r>
    </w:p>
    <w:p>
      <w:pPr>
        <w:spacing w:after="40"/>
        <w:ind w:left="360"/>
      </w:pPr>
      <w:r>
        <w:rPr>
          <w:b/>
        </w:rPr>
        <w:t xml:space="preserve">5. </w:t>
      </w:r>
      <w:r>
        <w:t>They discover and develop their gifts and talents.</w:t>
      </w:r>
    </w:p>
    <w:p>
      <w:pPr>
        <w:spacing w:after="40"/>
        <w:ind w:left="360"/>
      </w:pPr>
      <w:r>
        <w:rPr>
          <w:b/>
        </w:rPr>
        <w:t xml:space="preserve">6. </w:t>
      </w:r>
      <w:r>
        <w:t>They learn acceptable moral behaviour and responsibility.</w:t>
      </w:r>
    </w:p>
    <w:p>
      <w:r>
        <w:rPr>
          <w:b/>
        </w:rPr>
        <w:t xml:space="preserve">Scoring: </w:t>
      </w:r>
      <w:r>
        <w:t>Award 6 mark(s) for the required valid points. Accept equivalent correct responses that express the same CRE concept.</w:t>
      </w:r>
    </w:p>
    <w:p/>
    <w:p>
      <w:pPr>
        <w:pStyle w:val="Heading1"/>
      </w:pPr>
      <w:r>
        <w:t>QUESTION 2 — 20 MARKS</w:t>
      </w:r>
    </w:p>
    <w:p>
      <w:r>
        <w:t>a) Describe the incident in which Jesus raised Jairus' daughter from the dead. (7 marks)</w:t>
      </w:r>
    </w:p>
    <w:p>
      <w:pPr>
        <w:spacing w:after="40"/>
        <w:ind w:left="360"/>
      </w:pPr>
      <w:r>
        <w:rPr>
          <w:b/>
        </w:rPr>
        <w:t xml:space="preserve">1. </w:t>
      </w:r>
      <w:r>
        <w:t>Jairus, a synagogue leader, approached Jesus and pleaded for help because his daughter was dying.</w:t>
      </w:r>
    </w:p>
    <w:p>
      <w:pPr>
        <w:spacing w:after="40"/>
        <w:ind w:left="360"/>
      </w:pPr>
      <w:r>
        <w:rPr>
          <w:b/>
        </w:rPr>
        <w:t xml:space="preserve">2. </w:t>
      </w:r>
      <w:r>
        <w:t>Jesus went with Jairus towards his home.</w:t>
      </w:r>
    </w:p>
    <w:p>
      <w:pPr>
        <w:spacing w:after="40"/>
        <w:ind w:left="360"/>
      </w:pPr>
      <w:r>
        <w:rPr>
          <w:b/>
        </w:rPr>
        <w:t xml:space="preserve">3. </w:t>
      </w:r>
      <w:r>
        <w:t>News came that the girl had died.</w:t>
      </w:r>
    </w:p>
    <w:p>
      <w:pPr>
        <w:spacing w:after="40"/>
        <w:ind w:left="360"/>
      </w:pPr>
      <w:r>
        <w:rPr>
          <w:b/>
        </w:rPr>
        <w:t xml:space="preserve">4. </w:t>
      </w:r>
      <w:r>
        <w:t>Jesus told Jairus not to fear but to believe.</w:t>
      </w:r>
    </w:p>
    <w:p>
      <w:pPr>
        <w:spacing w:after="40"/>
        <w:ind w:left="360"/>
      </w:pPr>
      <w:r>
        <w:rPr>
          <w:b/>
        </w:rPr>
        <w:t xml:space="preserve">5. </w:t>
      </w:r>
      <w:r>
        <w:t>Jesus entered the house with selected disciples and the girl's parents.</w:t>
      </w:r>
    </w:p>
    <w:p>
      <w:pPr>
        <w:spacing w:after="40"/>
        <w:ind w:left="360"/>
      </w:pPr>
      <w:r>
        <w:rPr>
          <w:b/>
        </w:rPr>
        <w:t xml:space="preserve">6. </w:t>
      </w:r>
      <w:r>
        <w:t>He took the girl by the hand and commanded her to arise.</w:t>
      </w:r>
    </w:p>
    <w:p>
      <w:pPr>
        <w:spacing w:after="40"/>
        <w:ind w:left="360"/>
      </w:pPr>
      <w:r>
        <w:rPr>
          <w:b/>
        </w:rPr>
        <w:t xml:space="preserve">7. </w:t>
      </w:r>
      <w:r>
        <w:t>The girl came back to life, and Jesus instructed that she be given something to eat.</w:t>
      </w:r>
    </w:p>
    <w:p>
      <w:r>
        <w:rPr>
          <w:b/>
        </w:rPr>
        <w:t xml:space="preserve">Scoring: </w:t>
      </w:r>
      <w:r>
        <w:t>Award 7 mark(s) for the required valid points. Accept equivalent correct responses that express the same CRE concept.</w:t>
      </w:r>
    </w:p>
    <w:p>
      <w:r>
        <w:t>b) State seven lessons Christians learn about Jesus from the raising of Jairus' daughter. (7 marks)</w:t>
      </w:r>
    </w:p>
    <w:p>
      <w:pPr>
        <w:spacing w:after="40"/>
        <w:ind w:left="360"/>
      </w:pPr>
      <w:r>
        <w:rPr>
          <w:b/>
        </w:rPr>
        <w:t xml:space="preserve">1. </w:t>
      </w:r>
      <w:r>
        <w:t>Jesus has power over death.</w:t>
      </w:r>
    </w:p>
    <w:p>
      <w:pPr>
        <w:spacing w:after="40"/>
        <w:ind w:left="360"/>
      </w:pPr>
      <w:r>
        <w:rPr>
          <w:b/>
        </w:rPr>
        <w:t xml:space="preserve">2. </w:t>
      </w:r>
      <w:r>
        <w:t>Jesus responds to faith.</w:t>
      </w:r>
    </w:p>
    <w:p>
      <w:pPr>
        <w:spacing w:after="40"/>
        <w:ind w:left="360"/>
      </w:pPr>
      <w:r>
        <w:rPr>
          <w:b/>
        </w:rPr>
        <w:t xml:space="preserve">3. </w:t>
      </w:r>
      <w:r>
        <w:t>Jesus is compassionate.</w:t>
      </w:r>
    </w:p>
    <w:p>
      <w:pPr>
        <w:spacing w:after="40"/>
        <w:ind w:left="360"/>
      </w:pPr>
      <w:r>
        <w:rPr>
          <w:b/>
        </w:rPr>
        <w:t xml:space="preserve">4. </w:t>
      </w:r>
      <w:r>
        <w:t>Jesus has divine authority.</w:t>
      </w:r>
    </w:p>
    <w:p>
      <w:pPr>
        <w:spacing w:after="40"/>
        <w:ind w:left="360"/>
      </w:pPr>
      <w:r>
        <w:rPr>
          <w:b/>
        </w:rPr>
        <w:t xml:space="preserve">5. </w:t>
      </w:r>
      <w:r>
        <w:t>Jesus gives hope in situations that appear hopeless.</w:t>
      </w:r>
    </w:p>
    <w:p>
      <w:pPr>
        <w:spacing w:after="40"/>
        <w:ind w:left="360"/>
      </w:pPr>
      <w:r>
        <w:rPr>
          <w:b/>
        </w:rPr>
        <w:t xml:space="preserve">6. </w:t>
      </w:r>
      <w:r>
        <w:t>Jesus is the source of life.</w:t>
      </w:r>
    </w:p>
    <w:p>
      <w:pPr>
        <w:spacing w:after="40"/>
        <w:ind w:left="360"/>
      </w:pPr>
      <w:r>
        <w:rPr>
          <w:b/>
        </w:rPr>
        <w:t xml:space="preserve">7. </w:t>
      </w:r>
      <w:r>
        <w:t>Christians should trust Jesus even in times of crisis.</w:t>
      </w:r>
    </w:p>
    <w:p>
      <w:r>
        <w:rPr>
          <w:b/>
        </w:rPr>
        <w:t xml:space="preserve">Scoring: </w:t>
      </w:r>
      <w:r>
        <w:t>Award 7 mark(s) for the required valid points. Accept equivalent correct responses that express the same CRE concept.</w:t>
      </w:r>
    </w:p>
    <w:p>
      <w:r>
        <w:t>c) State six ways in which the Church in Kenya helps the sick. (6 marks)</w:t>
      </w:r>
    </w:p>
    <w:p>
      <w:pPr>
        <w:spacing w:after="40"/>
        <w:ind w:left="360"/>
      </w:pPr>
      <w:r>
        <w:rPr>
          <w:b/>
        </w:rPr>
        <w:t xml:space="preserve">1. </w:t>
      </w:r>
      <w:r>
        <w:t>Churches provide medical facilities or clinics.</w:t>
      </w:r>
    </w:p>
    <w:p>
      <w:pPr>
        <w:spacing w:after="40"/>
        <w:ind w:left="360"/>
      </w:pPr>
      <w:r>
        <w:rPr>
          <w:b/>
        </w:rPr>
        <w:t xml:space="preserve">2. </w:t>
      </w:r>
      <w:r>
        <w:t>They visit and care for sick people.</w:t>
      </w:r>
    </w:p>
    <w:p>
      <w:pPr>
        <w:spacing w:after="40"/>
        <w:ind w:left="360"/>
      </w:pPr>
      <w:r>
        <w:rPr>
          <w:b/>
        </w:rPr>
        <w:t xml:space="preserve">3. </w:t>
      </w:r>
      <w:r>
        <w:t>They provide counselling and spiritual support.</w:t>
      </w:r>
    </w:p>
    <w:p>
      <w:pPr>
        <w:spacing w:after="40"/>
        <w:ind w:left="360"/>
      </w:pPr>
      <w:r>
        <w:rPr>
          <w:b/>
        </w:rPr>
        <w:t xml:space="preserve">4. </w:t>
      </w:r>
      <w:r>
        <w:t>They provide food or material assistance to patients and families.</w:t>
      </w:r>
    </w:p>
    <w:p>
      <w:pPr>
        <w:spacing w:after="40"/>
        <w:ind w:left="360"/>
      </w:pPr>
      <w:r>
        <w:rPr>
          <w:b/>
        </w:rPr>
        <w:t xml:space="preserve">5. </w:t>
      </w:r>
      <w:r>
        <w:t>They support people living with chronic illnesses and disabilities.</w:t>
      </w:r>
    </w:p>
    <w:p>
      <w:pPr>
        <w:spacing w:after="40"/>
        <w:ind w:left="360"/>
      </w:pPr>
      <w:r>
        <w:rPr>
          <w:b/>
        </w:rPr>
        <w:t xml:space="preserve">6. </w:t>
      </w:r>
      <w:r>
        <w:t>They conduct health awareness and outreach programmes.</w:t>
      </w:r>
    </w:p>
    <w:p>
      <w:r>
        <w:rPr>
          <w:b/>
        </w:rPr>
        <w:t xml:space="preserve">Scoring: </w:t>
      </w:r>
      <w:r>
        <w:t>Award 6 mark(s) for the required valid points. Accept equivalent correct responses that express the same CRE concept.</w:t>
      </w:r>
    </w:p>
    <w:p/>
    <w:p>
      <w:pPr>
        <w:pStyle w:val="Heading1"/>
      </w:pPr>
      <w:r>
        <w:t>QUESTION 3 — 20 MARKS</w:t>
      </w:r>
    </w:p>
    <w:p>
      <w:r>
        <w:t>a) State six accusations that were made against Jesus during his trial. (6 marks)</w:t>
      </w:r>
    </w:p>
    <w:p>
      <w:pPr>
        <w:spacing w:after="40"/>
        <w:ind w:left="360"/>
      </w:pPr>
      <w:r>
        <w:rPr>
          <w:b/>
        </w:rPr>
        <w:t xml:space="preserve">1. </w:t>
      </w:r>
      <w:r>
        <w:t>He was accused of claiming to be the Christ/King.</w:t>
      </w:r>
    </w:p>
    <w:p>
      <w:pPr>
        <w:spacing w:after="40"/>
        <w:ind w:left="360"/>
      </w:pPr>
      <w:r>
        <w:rPr>
          <w:b/>
        </w:rPr>
        <w:t xml:space="preserve">2. </w:t>
      </w:r>
      <w:r>
        <w:t>He was accused of opposing or challenging the authorities.</w:t>
      </w:r>
    </w:p>
    <w:p>
      <w:pPr>
        <w:spacing w:after="40"/>
        <w:ind w:left="360"/>
      </w:pPr>
      <w:r>
        <w:rPr>
          <w:b/>
        </w:rPr>
        <w:t xml:space="preserve">3. </w:t>
      </w:r>
      <w:r>
        <w:t>He was accused of misleading the people.</w:t>
      </w:r>
    </w:p>
    <w:p>
      <w:pPr>
        <w:spacing w:after="40"/>
        <w:ind w:left="360"/>
      </w:pPr>
      <w:r>
        <w:rPr>
          <w:b/>
        </w:rPr>
        <w:t xml:space="preserve">4. </w:t>
      </w:r>
      <w:r>
        <w:t>He was accused of forbidding the payment of taxes to Caesar.</w:t>
      </w:r>
    </w:p>
    <w:p>
      <w:pPr>
        <w:spacing w:after="40"/>
        <w:ind w:left="360"/>
      </w:pPr>
      <w:r>
        <w:rPr>
          <w:b/>
        </w:rPr>
        <w:t xml:space="preserve">5. </w:t>
      </w:r>
      <w:r>
        <w:t>He was accused of blasphemy.</w:t>
      </w:r>
    </w:p>
    <w:p>
      <w:pPr>
        <w:spacing w:after="40"/>
        <w:ind w:left="360"/>
      </w:pPr>
      <w:r>
        <w:rPr>
          <w:b/>
        </w:rPr>
        <w:t xml:space="preserve">6. </w:t>
      </w:r>
      <w:r>
        <w:t>He was accused of being a threat to the existing order.</w:t>
      </w:r>
    </w:p>
    <w:p>
      <w:r>
        <w:rPr>
          <w:b/>
        </w:rPr>
        <w:t xml:space="preserve">Scoring: </w:t>
      </w:r>
      <w:r>
        <w:t>Award 6 mark(s) for the required valid points. Accept equivalent correct responses that express the same CRE concept.</w:t>
      </w:r>
    </w:p>
    <w:p>
      <w:r>
        <w:t>b) Give eight reasons why Jesus appeared to his disciples after his resurrection. (8 marks)</w:t>
      </w:r>
    </w:p>
    <w:p>
      <w:pPr>
        <w:spacing w:after="40"/>
        <w:ind w:left="360"/>
      </w:pPr>
      <w:r>
        <w:rPr>
          <w:b/>
        </w:rPr>
        <w:t xml:space="preserve">1. </w:t>
      </w:r>
      <w:r>
        <w:t>To prove to the disciples that he had risen from the dead.</w:t>
      </w:r>
    </w:p>
    <w:p>
      <w:pPr>
        <w:spacing w:after="40"/>
        <w:ind w:left="360"/>
      </w:pPr>
      <w:r>
        <w:rPr>
          <w:b/>
        </w:rPr>
        <w:t xml:space="preserve">2. </w:t>
      </w:r>
      <w:r>
        <w:t>To strengthen their faith.</w:t>
      </w:r>
    </w:p>
    <w:p>
      <w:pPr>
        <w:spacing w:after="40"/>
        <w:ind w:left="360"/>
      </w:pPr>
      <w:r>
        <w:rPr>
          <w:b/>
        </w:rPr>
        <w:t xml:space="preserve">3. </w:t>
      </w:r>
      <w:r>
        <w:t>To remove their fear and doubt.</w:t>
      </w:r>
    </w:p>
    <w:p>
      <w:pPr>
        <w:spacing w:after="40"/>
        <w:ind w:left="360"/>
      </w:pPr>
      <w:r>
        <w:rPr>
          <w:b/>
        </w:rPr>
        <w:t xml:space="preserve">4. </w:t>
      </w:r>
      <w:r>
        <w:t>To prepare them for the mission of preaching the gospel.</w:t>
      </w:r>
    </w:p>
    <w:p>
      <w:pPr>
        <w:spacing w:after="40"/>
        <w:ind w:left="360"/>
      </w:pPr>
      <w:r>
        <w:rPr>
          <w:b/>
        </w:rPr>
        <w:t xml:space="preserve">5. </w:t>
      </w:r>
      <w:r>
        <w:t>To commission them to be witnesses.</w:t>
      </w:r>
    </w:p>
    <w:p>
      <w:pPr>
        <w:spacing w:after="40"/>
        <w:ind w:left="360"/>
      </w:pPr>
      <w:r>
        <w:rPr>
          <w:b/>
        </w:rPr>
        <w:t xml:space="preserve">6. </w:t>
      </w:r>
      <w:r>
        <w:t>To teach them about the Kingdom of God.</w:t>
      </w:r>
    </w:p>
    <w:p>
      <w:pPr>
        <w:spacing w:after="40"/>
        <w:ind w:left="360"/>
      </w:pPr>
      <w:r>
        <w:rPr>
          <w:b/>
        </w:rPr>
        <w:t xml:space="preserve">7. </w:t>
      </w:r>
      <w:r>
        <w:t>To assure them of his continued presence.</w:t>
      </w:r>
    </w:p>
    <w:p>
      <w:pPr>
        <w:spacing w:after="40"/>
        <w:ind w:left="360"/>
      </w:pPr>
      <w:r>
        <w:rPr>
          <w:b/>
        </w:rPr>
        <w:t xml:space="preserve">8. </w:t>
      </w:r>
      <w:r>
        <w:t>To prepare them for the coming of the Holy Spirit.</w:t>
      </w:r>
    </w:p>
    <w:p>
      <w:r>
        <w:rPr>
          <w:b/>
        </w:rPr>
        <w:t xml:space="preserve">Scoring: </w:t>
      </w:r>
      <w:r>
        <w:t>Award 8 mark(s) for the required valid points. Accept equivalent correct responses that express the same CRE concept.</w:t>
      </w:r>
    </w:p>
    <w:p>
      <w:r>
        <w:t>c) Give six reasons why Christians should be discouraged from participating in mob justice. (6 marks)</w:t>
      </w:r>
    </w:p>
    <w:p>
      <w:pPr>
        <w:spacing w:after="40"/>
        <w:ind w:left="360"/>
      </w:pPr>
      <w:r>
        <w:rPr>
          <w:b/>
        </w:rPr>
        <w:t xml:space="preserve">1. </w:t>
      </w:r>
      <w:r>
        <w:t>Mob justice denies a person a fair hearing.</w:t>
      </w:r>
    </w:p>
    <w:p>
      <w:pPr>
        <w:spacing w:after="40"/>
        <w:ind w:left="360"/>
      </w:pPr>
      <w:r>
        <w:rPr>
          <w:b/>
        </w:rPr>
        <w:t xml:space="preserve">2. </w:t>
      </w:r>
      <w:r>
        <w:t>It can punish innocent people.</w:t>
      </w:r>
    </w:p>
    <w:p>
      <w:pPr>
        <w:spacing w:after="40"/>
        <w:ind w:left="360"/>
      </w:pPr>
      <w:r>
        <w:rPr>
          <w:b/>
        </w:rPr>
        <w:t xml:space="preserve">3. </w:t>
      </w:r>
      <w:r>
        <w:t>It may lead to injury or death.</w:t>
      </w:r>
    </w:p>
    <w:p>
      <w:pPr>
        <w:spacing w:after="40"/>
        <w:ind w:left="360"/>
      </w:pPr>
      <w:r>
        <w:rPr>
          <w:b/>
        </w:rPr>
        <w:t xml:space="preserve">4. </w:t>
      </w:r>
      <w:r>
        <w:t>It promotes lawlessness and violence.</w:t>
      </w:r>
    </w:p>
    <w:p>
      <w:pPr>
        <w:spacing w:after="40"/>
        <w:ind w:left="360"/>
      </w:pPr>
      <w:r>
        <w:rPr>
          <w:b/>
        </w:rPr>
        <w:t xml:space="preserve">5. </w:t>
      </w:r>
      <w:r>
        <w:t>Christians are expected to respect lawful authorities.</w:t>
      </w:r>
    </w:p>
    <w:p>
      <w:pPr>
        <w:spacing w:after="40"/>
        <w:ind w:left="360"/>
      </w:pPr>
      <w:r>
        <w:rPr>
          <w:b/>
        </w:rPr>
        <w:t xml:space="preserve">6. </w:t>
      </w:r>
      <w:r>
        <w:t>It contradicts Christian teaching on love, justice and forgiveness.</w:t>
      </w:r>
    </w:p>
    <w:p>
      <w:r>
        <w:rPr>
          <w:b/>
        </w:rPr>
        <w:t xml:space="preserve">Scoring: </w:t>
      </w:r>
      <w:r>
        <w:t>Award 6 mark(s) for the required valid points. Accept equivalent correct responses that express the same CRE concept.</w:t>
      </w:r>
    </w:p>
    <w:p/>
    <w:p>
      <w:pPr>
        <w:pStyle w:val="Heading1"/>
      </w:pPr>
      <w:r>
        <w:t>QUESTION 4 — 20 MARKS</w:t>
      </w:r>
    </w:p>
    <w:p>
      <w:r>
        <w:t>a) List eight gifts of the Holy Spirit. (8 marks)</w:t>
      </w:r>
    </w:p>
    <w:p>
      <w:pPr>
        <w:spacing w:after="40"/>
        <w:ind w:left="360"/>
      </w:pPr>
      <w:r>
        <w:rPr>
          <w:b/>
        </w:rPr>
        <w:t xml:space="preserve">1. </w:t>
      </w:r>
      <w:r>
        <w:t>Wisdom.</w:t>
      </w:r>
    </w:p>
    <w:p>
      <w:pPr>
        <w:spacing w:after="40"/>
        <w:ind w:left="360"/>
      </w:pPr>
      <w:r>
        <w:rPr>
          <w:b/>
        </w:rPr>
        <w:t xml:space="preserve">2. </w:t>
      </w:r>
      <w:r>
        <w:t>Knowledge.</w:t>
      </w:r>
    </w:p>
    <w:p>
      <w:pPr>
        <w:spacing w:after="40"/>
        <w:ind w:left="360"/>
      </w:pPr>
      <w:r>
        <w:rPr>
          <w:b/>
        </w:rPr>
        <w:t xml:space="preserve">3. </w:t>
      </w:r>
      <w:r>
        <w:t>Faith.</w:t>
      </w:r>
    </w:p>
    <w:p>
      <w:pPr>
        <w:spacing w:after="40"/>
        <w:ind w:left="360"/>
      </w:pPr>
      <w:r>
        <w:rPr>
          <w:b/>
        </w:rPr>
        <w:t xml:space="preserve">4. </w:t>
      </w:r>
      <w:r>
        <w:t>Gifts of healing.</w:t>
      </w:r>
    </w:p>
    <w:p>
      <w:pPr>
        <w:spacing w:after="40"/>
        <w:ind w:left="360"/>
      </w:pPr>
      <w:r>
        <w:rPr>
          <w:b/>
        </w:rPr>
        <w:t xml:space="preserve">5. </w:t>
      </w:r>
      <w:r>
        <w:t>Working of miracles.</w:t>
      </w:r>
    </w:p>
    <w:p>
      <w:pPr>
        <w:spacing w:after="40"/>
        <w:ind w:left="360"/>
      </w:pPr>
      <w:r>
        <w:rPr>
          <w:b/>
        </w:rPr>
        <w:t xml:space="preserve">6. </w:t>
      </w:r>
      <w:r>
        <w:t>Prophecy.</w:t>
      </w:r>
    </w:p>
    <w:p>
      <w:pPr>
        <w:spacing w:after="40"/>
        <w:ind w:left="360"/>
      </w:pPr>
      <w:r>
        <w:rPr>
          <w:b/>
        </w:rPr>
        <w:t xml:space="preserve">7. </w:t>
      </w:r>
      <w:r>
        <w:t>Discerning of spirits.</w:t>
      </w:r>
    </w:p>
    <w:p>
      <w:pPr>
        <w:spacing w:after="40"/>
        <w:ind w:left="360"/>
      </w:pPr>
      <w:r>
        <w:rPr>
          <w:b/>
        </w:rPr>
        <w:t xml:space="preserve">8. </w:t>
      </w:r>
      <w:r>
        <w:t>Speaking in tongues.</w:t>
      </w:r>
    </w:p>
    <w:p>
      <w:r>
        <w:rPr>
          <w:b/>
        </w:rPr>
        <w:t xml:space="preserve">Scoring: </w:t>
      </w:r>
      <w:r>
        <w:t>Award 8 mark(s) for the required valid points. Accept equivalent correct responses that express the same CRE concept.</w:t>
      </w:r>
    </w:p>
    <w:p>
      <w:r>
        <w:t>b) State six teachings of Jesus concerning the role of the Holy Spirit. (6 marks)</w:t>
      </w:r>
    </w:p>
    <w:p>
      <w:pPr>
        <w:spacing w:after="40"/>
        <w:ind w:left="360"/>
      </w:pPr>
      <w:r>
        <w:rPr>
          <w:b/>
        </w:rPr>
        <w:t xml:space="preserve">1. </w:t>
      </w:r>
      <w:r>
        <w:t>The Holy Spirit would be sent to guide believers.</w:t>
      </w:r>
    </w:p>
    <w:p>
      <w:pPr>
        <w:spacing w:after="40"/>
        <w:ind w:left="360"/>
      </w:pPr>
      <w:r>
        <w:rPr>
          <w:b/>
        </w:rPr>
        <w:t xml:space="preserve">2. </w:t>
      </w:r>
      <w:r>
        <w:t>He would teach and remind the disciples of Jesus' teachings.</w:t>
      </w:r>
    </w:p>
    <w:p>
      <w:pPr>
        <w:spacing w:after="40"/>
        <w:ind w:left="360"/>
      </w:pPr>
      <w:r>
        <w:rPr>
          <w:b/>
        </w:rPr>
        <w:t xml:space="preserve">3. </w:t>
      </w:r>
      <w:r>
        <w:t>He would testify about Jesus.</w:t>
      </w:r>
    </w:p>
    <w:p>
      <w:pPr>
        <w:spacing w:after="40"/>
        <w:ind w:left="360"/>
      </w:pPr>
      <w:r>
        <w:rPr>
          <w:b/>
        </w:rPr>
        <w:t xml:space="preserve">4. </w:t>
      </w:r>
      <w:r>
        <w:t>He would convict the world concerning sin, righteousness and judgement.</w:t>
      </w:r>
    </w:p>
    <w:p>
      <w:pPr>
        <w:spacing w:after="40"/>
        <w:ind w:left="360"/>
      </w:pPr>
      <w:r>
        <w:rPr>
          <w:b/>
        </w:rPr>
        <w:t xml:space="preserve">5. </w:t>
      </w:r>
      <w:r>
        <w:t>He would guide believers into truth.</w:t>
      </w:r>
    </w:p>
    <w:p>
      <w:pPr>
        <w:spacing w:after="40"/>
        <w:ind w:left="360"/>
      </w:pPr>
      <w:r>
        <w:rPr>
          <w:b/>
        </w:rPr>
        <w:t xml:space="preserve">6. </w:t>
      </w:r>
      <w:r>
        <w:t>He would empower believers for their witness and ministry.</w:t>
      </w:r>
    </w:p>
    <w:p>
      <w:r>
        <w:rPr>
          <w:b/>
        </w:rPr>
        <w:t xml:space="preserve">Scoring: </w:t>
      </w:r>
      <w:r>
        <w:t>Award 6 mark(s) for the required valid points. Accept equivalent correct responses that express the same CRE concept.</w:t>
      </w:r>
    </w:p>
    <w:p>
      <w:r>
        <w:t>c) Give six challenges that hinder the Church from carrying out its mission effectively in Kenya today. (6 marks)</w:t>
      </w:r>
    </w:p>
    <w:p>
      <w:pPr>
        <w:spacing w:after="40"/>
        <w:ind w:left="360"/>
      </w:pPr>
      <w:r>
        <w:rPr>
          <w:b/>
        </w:rPr>
        <w:t xml:space="preserve">1. </w:t>
      </w:r>
      <w:r>
        <w:t>Lack of adequate financial resources.</w:t>
      </w:r>
    </w:p>
    <w:p>
      <w:pPr>
        <w:spacing w:after="40"/>
        <w:ind w:left="360"/>
      </w:pPr>
      <w:r>
        <w:rPr>
          <w:b/>
        </w:rPr>
        <w:t xml:space="preserve">2. </w:t>
      </w:r>
      <w:r>
        <w:t>Shortage of trained workers or clergy.</w:t>
      </w:r>
    </w:p>
    <w:p>
      <w:pPr>
        <w:spacing w:after="40"/>
        <w:ind w:left="360"/>
      </w:pPr>
      <w:r>
        <w:rPr>
          <w:b/>
        </w:rPr>
        <w:t xml:space="preserve">3. </w:t>
      </w:r>
      <w:r>
        <w:t>Church divisions and denominational differences.</w:t>
      </w:r>
    </w:p>
    <w:p>
      <w:pPr>
        <w:spacing w:after="40"/>
        <w:ind w:left="360"/>
      </w:pPr>
      <w:r>
        <w:rPr>
          <w:b/>
        </w:rPr>
        <w:t xml:space="preserve">4. </w:t>
      </w:r>
      <w:r>
        <w:t>Persecution or opposition to Christian work.</w:t>
      </w:r>
    </w:p>
    <w:p>
      <w:pPr>
        <w:spacing w:after="40"/>
        <w:ind w:left="360"/>
      </w:pPr>
      <w:r>
        <w:rPr>
          <w:b/>
        </w:rPr>
        <w:t xml:space="preserve">5. </w:t>
      </w:r>
      <w:r>
        <w:t>Corruption and misuse of church resources.</w:t>
      </w:r>
    </w:p>
    <w:p>
      <w:pPr>
        <w:spacing w:after="40"/>
        <w:ind w:left="360"/>
      </w:pPr>
      <w:r>
        <w:rPr>
          <w:b/>
        </w:rPr>
        <w:t xml:space="preserve">6. </w:t>
      </w:r>
      <w:r>
        <w:t>Social problems such as poverty, unemployment and crime that complicate ministry.</w:t>
      </w:r>
    </w:p>
    <w:p>
      <w:r>
        <w:rPr>
          <w:b/>
        </w:rPr>
        <w:t xml:space="preserve">Scoring: </w:t>
      </w:r>
      <w:r>
        <w:t>Award 6 mark(s) for the required valid points. Accept equivalent correct responses that express the same CRE concept.</w:t>
      </w:r>
    </w:p>
    <w:p/>
    <w:p>
      <w:pPr>
        <w:pStyle w:val="Heading1"/>
      </w:pPr>
      <w:r>
        <w:t>QUESTION 5 — 20 MARKS</w:t>
      </w:r>
    </w:p>
    <w:p>
      <w:r>
        <w:t>a) State eight ways in which the unity of believers is expressed in the Body of Christ. (8 marks)</w:t>
      </w:r>
    </w:p>
    <w:p>
      <w:pPr>
        <w:spacing w:after="40"/>
        <w:ind w:left="360"/>
      </w:pPr>
      <w:r>
        <w:rPr>
          <w:b/>
        </w:rPr>
        <w:t xml:space="preserve">1. </w:t>
      </w:r>
      <w:r>
        <w:t>Believers share one faith in Christ.</w:t>
      </w:r>
    </w:p>
    <w:p>
      <w:pPr>
        <w:spacing w:after="40"/>
        <w:ind w:left="360"/>
      </w:pPr>
      <w:r>
        <w:rPr>
          <w:b/>
        </w:rPr>
        <w:t xml:space="preserve">2. </w:t>
      </w:r>
      <w:r>
        <w:t>They worship together.</w:t>
      </w:r>
    </w:p>
    <w:p>
      <w:pPr>
        <w:spacing w:after="40"/>
        <w:ind w:left="360"/>
      </w:pPr>
      <w:r>
        <w:rPr>
          <w:b/>
        </w:rPr>
        <w:t xml:space="preserve">3. </w:t>
      </w:r>
      <w:r>
        <w:t>They share in the Lord's Supper/Communion.</w:t>
      </w:r>
    </w:p>
    <w:p>
      <w:pPr>
        <w:spacing w:after="40"/>
        <w:ind w:left="360"/>
      </w:pPr>
      <w:r>
        <w:rPr>
          <w:b/>
        </w:rPr>
        <w:t xml:space="preserve">4. </w:t>
      </w:r>
      <w:r>
        <w:t>They support one another in times of need.</w:t>
      </w:r>
    </w:p>
    <w:p>
      <w:pPr>
        <w:spacing w:after="40"/>
        <w:ind w:left="360"/>
      </w:pPr>
      <w:r>
        <w:rPr>
          <w:b/>
        </w:rPr>
        <w:t xml:space="preserve">5. </w:t>
      </w:r>
      <w:r>
        <w:t>They use different gifts to serve the same body.</w:t>
      </w:r>
    </w:p>
    <w:p>
      <w:pPr>
        <w:spacing w:after="40"/>
        <w:ind w:left="360"/>
      </w:pPr>
      <w:r>
        <w:rPr>
          <w:b/>
        </w:rPr>
        <w:t xml:space="preserve">6. </w:t>
      </w:r>
      <w:r>
        <w:t>They practise fellowship and mutual care.</w:t>
      </w:r>
    </w:p>
    <w:p>
      <w:pPr>
        <w:spacing w:after="40"/>
        <w:ind w:left="360"/>
      </w:pPr>
      <w:r>
        <w:rPr>
          <w:b/>
        </w:rPr>
        <w:t xml:space="preserve">7. </w:t>
      </w:r>
      <w:r>
        <w:t>They work together in evangelism and Christian service.</w:t>
      </w:r>
    </w:p>
    <w:p>
      <w:pPr>
        <w:spacing w:after="40"/>
        <w:ind w:left="360"/>
      </w:pPr>
      <w:r>
        <w:rPr>
          <w:b/>
        </w:rPr>
        <w:t xml:space="preserve">8. </w:t>
      </w:r>
      <w:r>
        <w:t>They recognise Christ as the head of the Church.</w:t>
      </w:r>
    </w:p>
    <w:p>
      <w:r>
        <w:rPr>
          <w:b/>
        </w:rPr>
        <w:t xml:space="preserve">Scoring: </w:t>
      </w:r>
      <w:r>
        <w:t>Award 8 mark(s) for the required valid points. Accept equivalent correct responses that express the same CRE concept.</w:t>
      </w:r>
    </w:p>
    <w:p>
      <w:r>
        <w:t>b) Give seven reasons why the use of the gifts of the Holy Spirit brought disunity in the Church at Corinth. (7 marks)</w:t>
      </w:r>
    </w:p>
    <w:p>
      <w:pPr>
        <w:spacing w:after="40"/>
        <w:ind w:left="360"/>
      </w:pPr>
      <w:r>
        <w:rPr>
          <w:b/>
        </w:rPr>
        <w:t xml:space="preserve">1. </w:t>
      </w:r>
      <w:r>
        <w:t>Some believers became proud of particular spiritual gifts.</w:t>
      </w:r>
    </w:p>
    <w:p>
      <w:pPr>
        <w:spacing w:after="40"/>
        <w:ind w:left="360"/>
      </w:pPr>
      <w:r>
        <w:rPr>
          <w:b/>
        </w:rPr>
        <w:t xml:space="preserve">2. </w:t>
      </w:r>
      <w:r>
        <w:t>They compared gifts and considered some gifts more important than others.</w:t>
      </w:r>
    </w:p>
    <w:p>
      <w:pPr>
        <w:spacing w:after="40"/>
        <w:ind w:left="360"/>
      </w:pPr>
      <w:r>
        <w:rPr>
          <w:b/>
        </w:rPr>
        <w:t xml:space="preserve">3. </w:t>
      </w:r>
      <w:r>
        <w:t>Some members sought recognition through spectacular gifts.</w:t>
      </w:r>
    </w:p>
    <w:p>
      <w:pPr>
        <w:spacing w:after="40"/>
        <w:ind w:left="360"/>
      </w:pPr>
      <w:r>
        <w:rPr>
          <w:b/>
        </w:rPr>
        <w:t xml:space="preserve">4. </w:t>
      </w:r>
      <w:r>
        <w:t>Speaking in tongues was emphasised without proper interpretation.</w:t>
      </w:r>
    </w:p>
    <w:p>
      <w:pPr>
        <w:spacing w:after="40"/>
        <w:ind w:left="360"/>
      </w:pPr>
      <w:r>
        <w:rPr>
          <w:b/>
        </w:rPr>
        <w:t xml:space="preserve">5. </w:t>
      </w:r>
      <w:r>
        <w:t>Members formed groups around particular leaders or spiritual practices.</w:t>
      </w:r>
    </w:p>
    <w:p>
      <w:pPr>
        <w:spacing w:after="40"/>
        <w:ind w:left="360"/>
      </w:pPr>
      <w:r>
        <w:rPr>
          <w:b/>
        </w:rPr>
        <w:t xml:space="preserve">6. </w:t>
      </w:r>
      <w:r>
        <w:t>The gifts were sometimes used selfishly rather than for the common good.</w:t>
      </w:r>
    </w:p>
    <w:p>
      <w:pPr>
        <w:spacing w:after="40"/>
        <w:ind w:left="360"/>
      </w:pPr>
      <w:r>
        <w:rPr>
          <w:b/>
        </w:rPr>
        <w:t xml:space="preserve">7. </w:t>
      </w:r>
      <w:r>
        <w:t>The Corinthians lacked love and proper order in the use of the gifts.</w:t>
      </w:r>
    </w:p>
    <w:p>
      <w:r>
        <w:rPr>
          <w:b/>
        </w:rPr>
        <w:t xml:space="preserve">Scoring: </w:t>
      </w:r>
      <w:r>
        <w:t>Award 7 mark(s) for the required valid points. Accept equivalent correct responses that express the same CRE concept.</w:t>
      </w:r>
    </w:p>
    <w:p>
      <w:r>
        <w:t>c) Give six ways in which Christians in Kenya demonstrate the New Testament teaching on vanity. (6 marks)</w:t>
      </w:r>
    </w:p>
    <w:p>
      <w:pPr>
        <w:spacing w:after="40"/>
        <w:ind w:left="360"/>
      </w:pPr>
      <w:r>
        <w:rPr>
          <w:b/>
        </w:rPr>
        <w:t xml:space="preserve">1. </w:t>
      </w:r>
      <w:r>
        <w:t>Christians are encouraged to avoid excessive attachment to material possessions.</w:t>
      </w:r>
    </w:p>
    <w:p>
      <w:pPr>
        <w:spacing w:after="40"/>
        <w:ind w:left="360"/>
      </w:pPr>
      <w:r>
        <w:rPr>
          <w:b/>
        </w:rPr>
        <w:t xml:space="preserve">2. </w:t>
      </w:r>
      <w:r>
        <w:t>They live modestly rather than seeking status through wealth.</w:t>
      </w:r>
    </w:p>
    <w:p>
      <w:pPr>
        <w:spacing w:after="40"/>
        <w:ind w:left="360"/>
      </w:pPr>
      <w:r>
        <w:rPr>
          <w:b/>
        </w:rPr>
        <w:t xml:space="preserve">3. </w:t>
      </w:r>
      <w:r>
        <w:t>They share resources with people in need.</w:t>
      </w:r>
    </w:p>
    <w:p>
      <w:pPr>
        <w:spacing w:after="40"/>
        <w:ind w:left="360"/>
      </w:pPr>
      <w:r>
        <w:rPr>
          <w:b/>
        </w:rPr>
        <w:t xml:space="preserve">4. </w:t>
      </w:r>
      <w:r>
        <w:t>They practise contentment rather than constant material competition.</w:t>
      </w:r>
    </w:p>
    <w:p>
      <w:pPr>
        <w:spacing w:after="40"/>
        <w:ind w:left="360"/>
      </w:pPr>
      <w:r>
        <w:rPr>
          <w:b/>
        </w:rPr>
        <w:t xml:space="preserve">5. </w:t>
      </w:r>
      <w:r>
        <w:t>They avoid pride based on possessions or appearance.</w:t>
      </w:r>
    </w:p>
    <w:p>
      <w:pPr>
        <w:spacing w:after="40"/>
        <w:ind w:left="360"/>
      </w:pPr>
      <w:r>
        <w:rPr>
          <w:b/>
        </w:rPr>
        <w:t xml:space="preserve">6. </w:t>
      </w:r>
      <w:r>
        <w:t>They give priority to spiritual values over worldly status.</w:t>
      </w:r>
    </w:p>
    <w:p>
      <w:r>
        <w:rPr>
          <w:b/>
        </w:rPr>
        <w:t xml:space="preserve">Scoring: </w:t>
      </w:r>
      <w:r>
        <w:t>Award 6 mark(s) for the required valid points. Accept equivalent correct responses that express the same CRE concept.</w:t>
      </w:r>
    </w:p>
    <w:p/>
    <w:p>
      <w:pPr>
        <w:pStyle w:val="Heading1"/>
      </w:pPr>
      <w:r>
        <w:t>QUESTION 6 — 20 MARKS</w:t>
      </w:r>
    </w:p>
    <w:p>
      <w:r>
        <w:t>a) State seven characteristics of love as taught by Saint Paul in 1 Corinthians 13. (7 marks)</w:t>
      </w:r>
    </w:p>
    <w:p>
      <w:pPr>
        <w:spacing w:after="40"/>
        <w:ind w:left="360"/>
      </w:pPr>
      <w:r>
        <w:rPr>
          <w:b/>
        </w:rPr>
        <w:t xml:space="preserve">1. </w:t>
      </w:r>
      <w:r>
        <w:t>Love is patient.</w:t>
      </w:r>
    </w:p>
    <w:p>
      <w:pPr>
        <w:spacing w:after="40"/>
        <w:ind w:left="360"/>
      </w:pPr>
      <w:r>
        <w:rPr>
          <w:b/>
        </w:rPr>
        <w:t xml:space="preserve">2. </w:t>
      </w:r>
      <w:r>
        <w:t>Love is kind.</w:t>
      </w:r>
    </w:p>
    <w:p>
      <w:pPr>
        <w:spacing w:after="40"/>
        <w:ind w:left="360"/>
      </w:pPr>
      <w:r>
        <w:rPr>
          <w:b/>
        </w:rPr>
        <w:t xml:space="preserve">3. </w:t>
      </w:r>
      <w:r>
        <w:t>Love does not envy.</w:t>
      </w:r>
    </w:p>
    <w:p>
      <w:pPr>
        <w:spacing w:after="40"/>
        <w:ind w:left="360"/>
      </w:pPr>
      <w:r>
        <w:rPr>
          <w:b/>
        </w:rPr>
        <w:t xml:space="preserve">4. </w:t>
      </w:r>
      <w:r>
        <w:t>Love does not boast.</w:t>
      </w:r>
    </w:p>
    <w:p>
      <w:pPr>
        <w:spacing w:after="40"/>
        <w:ind w:left="360"/>
      </w:pPr>
      <w:r>
        <w:rPr>
          <w:b/>
        </w:rPr>
        <w:t xml:space="preserve">5. </w:t>
      </w:r>
      <w:r>
        <w:t>Love is not proud.</w:t>
      </w:r>
    </w:p>
    <w:p>
      <w:pPr>
        <w:spacing w:after="40"/>
        <w:ind w:left="360"/>
      </w:pPr>
      <w:r>
        <w:rPr>
          <w:b/>
        </w:rPr>
        <w:t xml:space="preserve">6. </w:t>
      </w:r>
      <w:r>
        <w:t>Love is not rude/self-seeking.</w:t>
      </w:r>
    </w:p>
    <w:p>
      <w:pPr>
        <w:spacing w:after="40"/>
        <w:ind w:left="360"/>
      </w:pPr>
      <w:r>
        <w:rPr>
          <w:b/>
        </w:rPr>
        <w:t xml:space="preserve">7. </w:t>
      </w:r>
      <w:r>
        <w:t>Love is not easily angered and keeps no record of wrongs.</w:t>
      </w:r>
    </w:p>
    <w:p>
      <w:r>
        <w:rPr>
          <w:b/>
        </w:rPr>
        <w:t xml:space="preserve">Scoring: </w:t>
      </w:r>
      <w:r>
        <w:t>Award 7 mark(s) for the required valid points. Accept equivalent correct responses that express the same CRE concept.</w:t>
      </w:r>
    </w:p>
    <w:p>
      <w:r>
        <w:t>b) State seven things Peter said about Jesus on the day of Pentecost. (7 marks)</w:t>
      </w:r>
    </w:p>
    <w:p>
      <w:pPr>
        <w:spacing w:after="40"/>
        <w:ind w:left="360"/>
      </w:pPr>
      <w:r>
        <w:rPr>
          <w:b/>
        </w:rPr>
        <w:t xml:space="preserve">1. </w:t>
      </w:r>
      <w:r>
        <w:t>Jesus was approved by God through mighty works, wonders and signs.</w:t>
      </w:r>
    </w:p>
    <w:p>
      <w:pPr>
        <w:spacing w:after="40"/>
        <w:ind w:left="360"/>
      </w:pPr>
      <w:r>
        <w:rPr>
          <w:b/>
        </w:rPr>
        <w:t xml:space="preserve">2. </w:t>
      </w:r>
      <w:r>
        <w:t>He was delivered according to God's purpose.</w:t>
      </w:r>
    </w:p>
    <w:p>
      <w:pPr>
        <w:spacing w:after="40"/>
        <w:ind w:left="360"/>
      </w:pPr>
      <w:r>
        <w:rPr>
          <w:b/>
        </w:rPr>
        <w:t xml:space="preserve">3. </w:t>
      </w:r>
      <w:r>
        <w:t>He was crucified and killed by people through lawless hands.</w:t>
      </w:r>
    </w:p>
    <w:p>
      <w:pPr>
        <w:spacing w:after="40"/>
        <w:ind w:left="360"/>
      </w:pPr>
      <w:r>
        <w:rPr>
          <w:b/>
        </w:rPr>
        <w:t xml:space="preserve">4. </w:t>
      </w:r>
      <w:r>
        <w:t>God raised him from the dead.</w:t>
      </w:r>
    </w:p>
    <w:p>
      <w:pPr>
        <w:spacing w:after="40"/>
        <w:ind w:left="360"/>
      </w:pPr>
      <w:r>
        <w:rPr>
          <w:b/>
        </w:rPr>
        <w:t xml:space="preserve">5. </w:t>
      </w:r>
      <w:r>
        <w:t>Death could not hold him.</w:t>
      </w:r>
    </w:p>
    <w:p>
      <w:pPr>
        <w:spacing w:after="40"/>
        <w:ind w:left="360"/>
      </w:pPr>
      <w:r>
        <w:rPr>
          <w:b/>
        </w:rPr>
        <w:t xml:space="preserve">6. </w:t>
      </w:r>
      <w:r>
        <w:t>God made him both Lord and Christ.</w:t>
      </w:r>
    </w:p>
    <w:p>
      <w:pPr>
        <w:spacing w:after="40"/>
        <w:ind w:left="360"/>
      </w:pPr>
      <w:r>
        <w:rPr>
          <w:b/>
        </w:rPr>
        <w:t xml:space="preserve">7. </w:t>
      </w:r>
      <w:r>
        <w:t>Peter called the people to repent and be baptised in Jesus' name.</w:t>
      </w:r>
    </w:p>
    <w:p>
      <w:r>
        <w:rPr>
          <w:b/>
        </w:rPr>
        <w:t xml:space="preserve">Scoring: </w:t>
      </w:r>
      <w:r>
        <w:t>Award 7 mark(s) for the required valid points. Accept equivalent correct responses that express the same CRE concept.</w:t>
      </w:r>
    </w:p>
    <w:p>
      <w:r>
        <w:t>c) State six ways in which the gifts of the Holy Spirit are manifested in the Church today. (6 marks)</w:t>
      </w:r>
    </w:p>
    <w:p>
      <w:pPr>
        <w:spacing w:after="40"/>
        <w:ind w:left="360"/>
      </w:pPr>
      <w:r>
        <w:rPr>
          <w:b/>
        </w:rPr>
        <w:t xml:space="preserve">1. </w:t>
      </w:r>
      <w:r>
        <w:t>Through preaching and teaching inspired by the Spirit.</w:t>
      </w:r>
    </w:p>
    <w:p>
      <w:pPr>
        <w:spacing w:after="40"/>
        <w:ind w:left="360"/>
      </w:pPr>
      <w:r>
        <w:rPr>
          <w:b/>
        </w:rPr>
        <w:t xml:space="preserve">2. </w:t>
      </w:r>
      <w:r>
        <w:t>Through healing and other acts of service.</w:t>
      </w:r>
    </w:p>
    <w:p>
      <w:pPr>
        <w:spacing w:after="40"/>
        <w:ind w:left="360"/>
      </w:pPr>
      <w:r>
        <w:rPr>
          <w:b/>
        </w:rPr>
        <w:t xml:space="preserve">3. </w:t>
      </w:r>
      <w:r>
        <w:t>Through prophecy and spiritual guidance.</w:t>
      </w:r>
    </w:p>
    <w:p>
      <w:pPr>
        <w:spacing w:after="40"/>
        <w:ind w:left="360"/>
      </w:pPr>
      <w:r>
        <w:rPr>
          <w:b/>
        </w:rPr>
        <w:t xml:space="preserve">4. </w:t>
      </w:r>
      <w:r>
        <w:t>Through speaking in tongues and interpretation.</w:t>
      </w:r>
    </w:p>
    <w:p>
      <w:pPr>
        <w:spacing w:after="40"/>
        <w:ind w:left="360"/>
      </w:pPr>
      <w:r>
        <w:rPr>
          <w:b/>
        </w:rPr>
        <w:t xml:space="preserve">5. </w:t>
      </w:r>
      <w:r>
        <w:t>Through wisdom and knowledge in ministry.</w:t>
      </w:r>
    </w:p>
    <w:p>
      <w:pPr>
        <w:spacing w:after="40"/>
        <w:ind w:left="360"/>
      </w:pPr>
      <w:r>
        <w:rPr>
          <w:b/>
        </w:rPr>
        <w:t xml:space="preserve">6. </w:t>
      </w:r>
      <w:r>
        <w:t>Through faith, discernment and other forms of spiritual service.</w:t>
      </w:r>
    </w:p>
    <w:p>
      <w:r>
        <w:rPr>
          <w:b/>
        </w:rPr>
        <w:t xml:space="preserve">Scoring: </w:t>
      </w:r>
      <w:r>
        <w:t>Award 6 mark(s) for the required valid points. Accept equivalent correct responses that express the same CRE concept.</w:t>
      </w:r>
    </w:p>
    <w:p>
      <w:pPr>
        <w:pStyle w:val="Heading1"/>
      </w:pPr>
      <w:r>
        <w:t>GENERAL EXAMINER GUIDANCE</w:t>
      </w:r>
    </w:p>
    <w:p>
      <w:pPr>
        <w:pStyle w:val="ListBullet"/>
      </w:pPr>
      <w:r>
        <w:t>Award credit only for responses relevant to the question asked.</w:t>
      </w:r>
    </w:p>
    <w:p>
      <w:pPr>
        <w:pStyle w:val="ListBullet"/>
      </w:pPr>
      <w:r>
        <w:t>Accept equivalent wording where the intended Christian Religious Education concept is clearly expressed.</w:t>
      </w:r>
    </w:p>
    <w:p>
      <w:pPr>
        <w:pStyle w:val="ListBullet"/>
      </w:pPr>
      <w:r>
        <w:t>Do not penalise minor spelling or grammatical errors where the meaning is clear.</w:t>
      </w:r>
    </w:p>
    <w:p>
      <w:pPr>
        <w:pStyle w:val="ListBullet"/>
      </w:pPr>
      <w:r>
        <w:t>For 'state', 'list', 'identify', 'give' and 'mention' items, award marks for correct points without requiring unnecessary elaboration.</w:t>
      </w:r>
    </w:p>
    <w:p>
      <w:pPr>
        <w:pStyle w:val="ListBullet"/>
      </w:pPr>
      <w:r>
        <w:t>For 'describe' items, award marks for the sequence and essential details of the incident; do not require verbatim biblical wording.</w:t>
      </w:r>
    </w:p>
    <w:p>
      <w:pPr>
        <w:pStyle w:val="ListBullet"/>
      </w:pPr>
      <w:r>
        <w:t>Where a question requires a specified number of points, mark the required number in accordance with the school's marking policy.</w:t>
      </w:r>
    </w:p>
    <w:p>
      <w:pPr>
        <w:pStyle w:val="Heading1"/>
      </w:pPr>
      <w:r>
        <w:t>SOURCE-FIDELITY NOTE</w:t>
      </w:r>
    </w:p>
    <w:p>
      <w:r>
        <w:t>The parallel paper retains the source paper's six-question structure, answer-any-five instruction, 2½-hour duration, 20-mark question structure, and the same major content areas. The source's wording 'New Testament teaching vanity' has been retained as 'New Testament teaching on vanity' rather than silently changing the source topic.</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kcserevision.com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