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577DC" w14:textId="77777777" w:rsidR="00495ED9" w:rsidRPr="005B7582" w:rsidRDefault="00000000">
      <w:pPr>
        <w:jc w:val="center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  <w:sz w:val="28"/>
        </w:rPr>
        <w:t>TERM 3 HOLIDAY ASSIGNMENT 2026</w:t>
      </w:r>
    </w:p>
    <w:p w14:paraId="0DA4245E" w14:textId="77777777" w:rsidR="00495ED9" w:rsidRPr="005B7582" w:rsidRDefault="00000000">
      <w:pPr>
        <w:jc w:val="center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  <w:sz w:val="32"/>
        </w:rPr>
        <w:t>FORM 3 C.R.E PAPER ONE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0"/>
        <w:gridCol w:w="5056"/>
      </w:tblGrid>
      <w:tr w:rsidR="00495ED9" w:rsidRPr="005B7582" w14:paraId="34CC9047" w14:textId="77777777">
        <w:tc>
          <w:tcPr>
            <w:tcW w:w="5040" w:type="dxa"/>
            <w:shd w:val="clear" w:color="auto" w:fill="E7F4F5"/>
          </w:tcPr>
          <w:p w14:paraId="2E359448" w14:textId="77777777" w:rsidR="00495ED9" w:rsidRPr="005B7582" w:rsidRDefault="00000000">
            <w:pPr>
              <w:rPr>
                <w:rFonts w:ascii="Times New Roman" w:hAnsi="Times New Roman" w:cs="Times New Roman"/>
              </w:rPr>
            </w:pPr>
            <w:r w:rsidRPr="005B7582"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5040" w:type="dxa"/>
          </w:tcPr>
          <w:p w14:paraId="58865736" w14:textId="77777777" w:rsidR="00495ED9" w:rsidRPr="005B7582" w:rsidRDefault="00000000">
            <w:pPr>
              <w:rPr>
                <w:rFonts w:ascii="Times New Roman" w:hAnsi="Times New Roman" w:cs="Times New Roman"/>
              </w:rPr>
            </w:pPr>
            <w:r w:rsidRPr="005B7582">
              <w:rPr>
                <w:rFonts w:ascii="Times New Roman" w:hAnsi="Times New Roman" w:cs="Times New Roman"/>
              </w:rPr>
              <w:t>____________________________________________</w:t>
            </w:r>
          </w:p>
        </w:tc>
      </w:tr>
      <w:tr w:rsidR="00495ED9" w:rsidRPr="005B7582" w14:paraId="148A5C3B" w14:textId="77777777">
        <w:tc>
          <w:tcPr>
            <w:tcW w:w="5040" w:type="dxa"/>
            <w:shd w:val="clear" w:color="auto" w:fill="E7F4F5"/>
          </w:tcPr>
          <w:p w14:paraId="26C7CF95" w14:textId="77777777" w:rsidR="00495ED9" w:rsidRPr="005B7582" w:rsidRDefault="00000000">
            <w:pPr>
              <w:rPr>
                <w:rFonts w:ascii="Times New Roman" w:hAnsi="Times New Roman" w:cs="Times New Roman"/>
              </w:rPr>
            </w:pPr>
            <w:r w:rsidRPr="005B7582">
              <w:rPr>
                <w:rFonts w:ascii="Times New Roman" w:hAnsi="Times New Roman" w:cs="Times New Roman"/>
                <w:b/>
              </w:rPr>
              <w:t>ADM NO.</w:t>
            </w:r>
          </w:p>
        </w:tc>
        <w:tc>
          <w:tcPr>
            <w:tcW w:w="5040" w:type="dxa"/>
          </w:tcPr>
          <w:p w14:paraId="5A734E29" w14:textId="77777777" w:rsidR="00495ED9" w:rsidRPr="005B7582" w:rsidRDefault="00000000">
            <w:pPr>
              <w:rPr>
                <w:rFonts w:ascii="Times New Roman" w:hAnsi="Times New Roman" w:cs="Times New Roman"/>
              </w:rPr>
            </w:pPr>
            <w:r w:rsidRPr="005B7582">
              <w:rPr>
                <w:rFonts w:ascii="Times New Roman" w:hAnsi="Times New Roman" w:cs="Times New Roman"/>
              </w:rPr>
              <w:t>________________________</w:t>
            </w:r>
          </w:p>
        </w:tc>
      </w:tr>
      <w:tr w:rsidR="00495ED9" w:rsidRPr="005B7582" w14:paraId="3FD7178D" w14:textId="77777777">
        <w:tc>
          <w:tcPr>
            <w:tcW w:w="5040" w:type="dxa"/>
            <w:shd w:val="clear" w:color="auto" w:fill="E7F4F5"/>
          </w:tcPr>
          <w:p w14:paraId="1B00F50A" w14:textId="77777777" w:rsidR="00495ED9" w:rsidRPr="005B7582" w:rsidRDefault="00000000">
            <w:pPr>
              <w:rPr>
                <w:rFonts w:ascii="Times New Roman" w:hAnsi="Times New Roman" w:cs="Times New Roman"/>
              </w:rPr>
            </w:pPr>
            <w:r w:rsidRPr="005B7582"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5040" w:type="dxa"/>
          </w:tcPr>
          <w:p w14:paraId="0EC53D8E" w14:textId="77777777" w:rsidR="00495ED9" w:rsidRPr="005B7582" w:rsidRDefault="00000000">
            <w:pPr>
              <w:rPr>
                <w:rFonts w:ascii="Times New Roman" w:hAnsi="Times New Roman" w:cs="Times New Roman"/>
              </w:rPr>
            </w:pPr>
            <w:r w:rsidRPr="005B7582">
              <w:rPr>
                <w:rFonts w:ascii="Times New Roman" w:hAnsi="Times New Roman" w:cs="Times New Roman"/>
              </w:rPr>
              <w:t>________________________</w:t>
            </w:r>
          </w:p>
        </w:tc>
      </w:tr>
      <w:tr w:rsidR="00495ED9" w:rsidRPr="005B7582" w14:paraId="7BF51E0C" w14:textId="77777777">
        <w:tc>
          <w:tcPr>
            <w:tcW w:w="5040" w:type="dxa"/>
            <w:shd w:val="clear" w:color="auto" w:fill="E7F4F5"/>
          </w:tcPr>
          <w:p w14:paraId="39AF4115" w14:textId="77777777" w:rsidR="00495ED9" w:rsidRPr="005B7582" w:rsidRDefault="00000000">
            <w:pPr>
              <w:rPr>
                <w:rFonts w:ascii="Times New Roman" w:hAnsi="Times New Roman" w:cs="Times New Roman"/>
              </w:rPr>
            </w:pPr>
            <w:r w:rsidRPr="005B7582">
              <w:rPr>
                <w:rFonts w:ascii="Times New Roman" w:hAnsi="Times New Roman" w:cs="Times New Roman"/>
                <w:b/>
              </w:rPr>
              <w:t>DATE / SIGN</w:t>
            </w:r>
          </w:p>
        </w:tc>
        <w:tc>
          <w:tcPr>
            <w:tcW w:w="5040" w:type="dxa"/>
          </w:tcPr>
          <w:p w14:paraId="136099B3" w14:textId="77777777" w:rsidR="00495ED9" w:rsidRPr="005B7582" w:rsidRDefault="00000000">
            <w:pPr>
              <w:rPr>
                <w:rFonts w:ascii="Times New Roman" w:hAnsi="Times New Roman" w:cs="Times New Roman"/>
              </w:rPr>
            </w:pPr>
            <w:r w:rsidRPr="005B7582">
              <w:rPr>
                <w:rFonts w:ascii="Times New Roman" w:hAnsi="Times New Roman" w:cs="Times New Roman"/>
              </w:rPr>
              <w:t>____________________________________________</w:t>
            </w:r>
          </w:p>
        </w:tc>
      </w:tr>
    </w:tbl>
    <w:p w14:paraId="058EB124" w14:textId="77777777" w:rsidR="00495ED9" w:rsidRPr="005B7582" w:rsidRDefault="00495ED9">
      <w:pPr>
        <w:rPr>
          <w:rFonts w:ascii="Times New Roman" w:hAnsi="Times New Roman" w:cs="Times New Roman"/>
        </w:rPr>
      </w:pPr>
    </w:p>
    <w:p w14:paraId="1B7D4490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  <w:sz w:val="24"/>
        </w:rPr>
        <w:t>1.</w:t>
      </w:r>
    </w:p>
    <w:p w14:paraId="2FBC0A40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t xml:space="preserve">a) </w:t>
      </w:r>
      <w:r w:rsidRPr="005B7582">
        <w:rPr>
          <w:rFonts w:ascii="Times New Roman" w:hAnsi="Times New Roman" w:cs="Times New Roman"/>
        </w:rPr>
        <w:t>With reference to the creation accounts in Genesis 1 and 2, identify eight attributes of God.</w:t>
      </w:r>
      <w:r w:rsidRPr="005B7582">
        <w:rPr>
          <w:rFonts w:ascii="Times New Roman" w:hAnsi="Times New Roman" w:cs="Times New Roman"/>
          <w:b/>
        </w:rPr>
        <w:t xml:space="preserve"> (8 marks)</w:t>
      </w:r>
    </w:p>
    <w:p w14:paraId="5BE20D18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t>________________________________________________________________________________</w:t>
      </w:r>
    </w:p>
    <w:p w14:paraId="0A1D3561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t xml:space="preserve">b) </w:t>
      </w:r>
      <w:r w:rsidRPr="005B7582">
        <w:rPr>
          <w:rFonts w:ascii="Times New Roman" w:hAnsi="Times New Roman" w:cs="Times New Roman"/>
        </w:rPr>
        <w:t>Outline the responsibilities entrusted to human beings by God in the Genesis accounts of creation.</w:t>
      </w:r>
      <w:r w:rsidRPr="005B7582">
        <w:rPr>
          <w:rFonts w:ascii="Times New Roman" w:hAnsi="Times New Roman" w:cs="Times New Roman"/>
          <w:b/>
        </w:rPr>
        <w:t xml:space="preserve"> (6 marks)</w:t>
      </w:r>
    </w:p>
    <w:p w14:paraId="1D956DAF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t>________________________________________________________________________________</w:t>
      </w:r>
    </w:p>
    <w:p w14:paraId="089D82D5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t xml:space="preserve">c) </w:t>
      </w:r>
      <w:r w:rsidRPr="005B7582">
        <w:rPr>
          <w:rFonts w:ascii="Times New Roman" w:hAnsi="Times New Roman" w:cs="Times New Roman"/>
        </w:rPr>
        <w:t>Identify six reasons why human beings are considered special to God.</w:t>
      </w:r>
      <w:r w:rsidRPr="005B7582">
        <w:rPr>
          <w:rFonts w:ascii="Times New Roman" w:hAnsi="Times New Roman" w:cs="Times New Roman"/>
          <w:b/>
        </w:rPr>
        <w:t xml:space="preserve"> (6 marks)</w:t>
      </w:r>
    </w:p>
    <w:p w14:paraId="1DB0D7F5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t>________________________________________________________________________________</w:t>
      </w:r>
    </w:p>
    <w:p w14:paraId="24599CC9" w14:textId="77777777" w:rsidR="00495ED9" w:rsidRPr="005B7582" w:rsidRDefault="00495ED9">
      <w:pPr>
        <w:rPr>
          <w:rFonts w:ascii="Times New Roman" w:hAnsi="Times New Roman" w:cs="Times New Roman"/>
        </w:rPr>
      </w:pPr>
    </w:p>
    <w:p w14:paraId="1CE08923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  <w:sz w:val="24"/>
        </w:rPr>
        <w:t>2.</w:t>
      </w:r>
    </w:p>
    <w:p w14:paraId="6CF9CD71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t xml:space="preserve">a) </w:t>
      </w:r>
      <w:r w:rsidRPr="005B7582">
        <w:rPr>
          <w:rFonts w:ascii="Times New Roman" w:hAnsi="Times New Roman" w:cs="Times New Roman"/>
        </w:rPr>
        <w:t>Describe seven ways in which Moses demonstrated obedience to God.</w:t>
      </w:r>
      <w:r w:rsidRPr="005B7582">
        <w:rPr>
          <w:rFonts w:ascii="Times New Roman" w:hAnsi="Times New Roman" w:cs="Times New Roman"/>
          <w:b/>
        </w:rPr>
        <w:t xml:space="preserve"> (7 marks)</w:t>
      </w:r>
    </w:p>
    <w:p w14:paraId="464B5E10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t>________________________________________________________________________________</w:t>
      </w:r>
    </w:p>
    <w:p w14:paraId="546468F3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t xml:space="preserve">b) </w:t>
      </w:r>
      <w:r w:rsidRPr="005B7582">
        <w:rPr>
          <w:rFonts w:ascii="Times New Roman" w:hAnsi="Times New Roman" w:cs="Times New Roman"/>
        </w:rPr>
        <w:t>State six instructions given to Abraham concerning the covenant sign of circumcision.</w:t>
      </w:r>
      <w:r w:rsidRPr="005B7582">
        <w:rPr>
          <w:rFonts w:ascii="Times New Roman" w:hAnsi="Times New Roman" w:cs="Times New Roman"/>
          <w:b/>
        </w:rPr>
        <w:t xml:space="preserve"> (6 marks)</w:t>
      </w:r>
    </w:p>
    <w:p w14:paraId="2B1B03A7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t>________________________________________________________________________________</w:t>
      </w:r>
    </w:p>
    <w:p w14:paraId="4667DB2F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t xml:space="preserve">c) </w:t>
      </w:r>
      <w:r w:rsidRPr="005B7582">
        <w:rPr>
          <w:rFonts w:ascii="Times New Roman" w:hAnsi="Times New Roman" w:cs="Times New Roman"/>
        </w:rPr>
        <w:t>Identify seven ways in which covenants are important in modern life.</w:t>
      </w:r>
      <w:r w:rsidRPr="005B7582">
        <w:rPr>
          <w:rFonts w:ascii="Times New Roman" w:hAnsi="Times New Roman" w:cs="Times New Roman"/>
          <w:b/>
        </w:rPr>
        <w:t xml:space="preserve"> (7 marks)</w:t>
      </w:r>
    </w:p>
    <w:p w14:paraId="195078C9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t>________________________________________________________________________________</w:t>
      </w:r>
    </w:p>
    <w:p w14:paraId="3F368146" w14:textId="77777777" w:rsidR="00495ED9" w:rsidRPr="005B7582" w:rsidRDefault="00495ED9">
      <w:pPr>
        <w:rPr>
          <w:rFonts w:ascii="Times New Roman" w:hAnsi="Times New Roman" w:cs="Times New Roman"/>
        </w:rPr>
      </w:pPr>
    </w:p>
    <w:p w14:paraId="290A347F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  <w:sz w:val="24"/>
        </w:rPr>
        <w:t>3.</w:t>
      </w:r>
    </w:p>
    <w:p w14:paraId="078CAC5B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t xml:space="preserve">a) </w:t>
      </w:r>
      <w:r w:rsidRPr="005B7582">
        <w:rPr>
          <w:rFonts w:ascii="Times New Roman" w:hAnsi="Times New Roman" w:cs="Times New Roman"/>
        </w:rPr>
        <w:t>Give seven circumstances that contributed to the spread of idolatry in Israel.</w:t>
      </w:r>
      <w:r w:rsidRPr="005B7582">
        <w:rPr>
          <w:rFonts w:ascii="Times New Roman" w:hAnsi="Times New Roman" w:cs="Times New Roman"/>
          <w:b/>
        </w:rPr>
        <w:t xml:space="preserve"> (7 marks)</w:t>
      </w:r>
    </w:p>
    <w:p w14:paraId="3ABCC5B9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lastRenderedPageBreak/>
        <w:t>________________________________________________________________________________</w:t>
      </w:r>
    </w:p>
    <w:p w14:paraId="76FA198E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t xml:space="preserve">b) </w:t>
      </w:r>
      <w:r w:rsidRPr="005B7582">
        <w:rPr>
          <w:rFonts w:ascii="Times New Roman" w:hAnsi="Times New Roman" w:cs="Times New Roman"/>
        </w:rPr>
        <w:t>Explain seven reasons why Elijah experienced danger and hostility as a prophet of God.</w:t>
      </w:r>
      <w:r w:rsidRPr="005B7582">
        <w:rPr>
          <w:rFonts w:ascii="Times New Roman" w:hAnsi="Times New Roman" w:cs="Times New Roman"/>
          <w:b/>
        </w:rPr>
        <w:t xml:space="preserve"> (7 marks)</w:t>
      </w:r>
    </w:p>
    <w:p w14:paraId="73B34422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t>________________________________________________________________________________</w:t>
      </w:r>
    </w:p>
    <w:p w14:paraId="3F49CDC1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t xml:space="preserve">c) </w:t>
      </w:r>
      <w:r w:rsidRPr="005B7582">
        <w:rPr>
          <w:rFonts w:ascii="Times New Roman" w:hAnsi="Times New Roman" w:cs="Times New Roman"/>
        </w:rPr>
        <w:t>Highlight six lessons Christians can learn about social justice from the account of Naboth's vineyard.</w:t>
      </w:r>
      <w:r w:rsidRPr="005B7582">
        <w:rPr>
          <w:rFonts w:ascii="Times New Roman" w:hAnsi="Times New Roman" w:cs="Times New Roman"/>
          <w:b/>
        </w:rPr>
        <w:t xml:space="preserve"> (6 marks)</w:t>
      </w:r>
    </w:p>
    <w:p w14:paraId="0D673344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t>________________________________________________________________________________</w:t>
      </w:r>
    </w:p>
    <w:p w14:paraId="4B267C7D" w14:textId="77777777" w:rsidR="00495ED9" w:rsidRPr="005B7582" w:rsidRDefault="00495ED9">
      <w:pPr>
        <w:rPr>
          <w:rFonts w:ascii="Times New Roman" w:hAnsi="Times New Roman" w:cs="Times New Roman"/>
        </w:rPr>
      </w:pPr>
    </w:p>
    <w:p w14:paraId="1E829783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  <w:sz w:val="24"/>
        </w:rPr>
        <w:t>4.</w:t>
      </w:r>
    </w:p>
    <w:p w14:paraId="12FB36BD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t xml:space="preserve">a) </w:t>
      </w:r>
      <w:r w:rsidRPr="005B7582">
        <w:rPr>
          <w:rFonts w:ascii="Times New Roman" w:hAnsi="Times New Roman" w:cs="Times New Roman"/>
        </w:rPr>
        <w:t>Explain six ways in which prophetic messages were written and preserved.</w:t>
      </w:r>
      <w:r w:rsidRPr="005B7582">
        <w:rPr>
          <w:rFonts w:ascii="Times New Roman" w:hAnsi="Times New Roman" w:cs="Times New Roman"/>
          <w:b/>
        </w:rPr>
        <w:t xml:space="preserve"> (6 marks)</w:t>
      </w:r>
    </w:p>
    <w:p w14:paraId="4A6FA256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t>________________________________________________________________________________</w:t>
      </w:r>
    </w:p>
    <w:p w14:paraId="37B3A77E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t xml:space="preserve">b) </w:t>
      </w:r>
      <w:r w:rsidRPr="005B7582">
        <w:rPr>
          <w:rFonts w:ascii="Times New Roman" w:hAnsi="Times New Roman" w:cs="Times New Roman"/>
        </w:rPr>
        <w:t>State eight teachings of Amos concerning the Lord's Day.</w:t>
      </w:r>
      <w:r w:rsidRPr="005B7582">
        <w:rPr>
          <w:rFonts w:ascii="Times New Roman" w:hAnsi="Times New Roman" w:cs="Times New Roman"/>
          <w:b/>
        </w:rPr>
        <w:t xml:space="preserve"> (8 marks)</w:t>
      </w:r>
    </w:p>
    <w:p w14:paraId="022D55FC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t>________________________________________________________________________________</w:t>
      </w:r>
    </w:p>
    <w:p w14:paraId="2048436B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t xml:space="preserve">c) </w:t>
      </w:r>
      <w:r w:rsidRPr="005B7582">
        <w:rPr>
          <w:rFonts w:ascii="Times New Roman" w:hAnsi="Times New Roman" w:cs="Times New Roman"/>
        </w:rPr>
        <w:t>What lessons do Christians learn from Amos' message concerning judgement?</w:t>
      </w:r>
      <w:r w:rsidRPr="005B7582">
        <w:rPr>
          <w:rFonts w:ascii="Times New Roman" w:hAnsi="Times New Roman" w:cs="Times New Roman"/>
          <w:b/>
        </w:rPr>
        <w:t xml:space="preserve"> (6 marks)</w:t>
      </w:r>
    </w:p>
    <w:p w14:paraId="0F4F336C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t>________________________________________________________________________________</w:t>
      </w:r>
    </w:p>
    <w:p w14:paraId="6C746EA7" w14:textId="77777777" w:rsidR="00495ED9" w:rsidRPr="005B7582" w:rsidRDefault="00495ED9">
      <w:pPr>
        <w:rPr>
          <w:rFonts w:ascii="Times New Roman" w:hAnsi="Times New Roman" w:cs="Times New Roman"/>
        </w:rPr>
      </w:pPr>
    </w:p>
    <w:p w14:paraId="49C5F441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  <w:sz w:val="24"/>
        </w:rPr>
        <w:t>5.</w:t>
      </w:r>
    </w:p>
    <w:p w14:paraId="4A38378E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t xml:space="preserve">a) </w:t>
      </w:r>
      <w:r w:rsidRPr="005B7582">
        <w:rPr>
          <w:rFonts w:ascii="Times New Roman" w:hAnsi="Times New Roman" w:cs="Times New Roman"/>
        </w:rPr>
        <w:t>Briefly explain any four symbolic acts associated with judgement and punishment during the time of Jeremiah.</w:t>
      </w:r>
      <w:r w:rsidRPr="005B7582">
        <w:rPr>
          <w:rFonts w:ascii="Times New Roman" w:hAnsi="Times New Roman" w:cs="Times New Roman"/>
          <w:b/>
        </w:rPr>
        <w:t xml:space="preserve"> (8 marks)</w:t>
      </w:r>
    </w:p>
    <w:p w14:paraId="69B82989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t>________________________________________________________________________________</w:t>
      </w:r>
    </w:p>
    <w:p w14:paraId="591E5CA3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t xml:space="preserve">b) </w:t>
      </w:r>
      <w:r w:rsidRPr="005B7582">
        <w:rPr>
          <w:rFonts w:ascii="Times New Roman" w:hAnsi="Times New Roman" w:cs="Times New Roman"/>
        </w:rPr>
        <w:t>Mention six main points contained in Jeremiah's pastoral letter to the exiles.</w:t>
      </w:r>
      <w:r w:rsidRPr="005B7582">
        <w:rPr>
          <w:rFonts w:ascii="Times New Roman" w:hAnsi="Times New Roman" w:cs="Times New Roman"/>
          <w:b/>
        </w:rPr>
        <w:t xml:space="preserve"> (6 marks)</w:t>
      </w:r>
    </w:p>
    <w:p w14:paraId="7CD4BA52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t>________________________________________________________________________________</w:t>
      </w:r>
    </w:p>
    <w:p w14:paraId="07FCC538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t xml:space="preserve">c) </w:t>
      </w:r>
      <w:r w:rsidRPr="005B7582">
        <w:rPr>
          <w:rFonts w:ascii="Times New Roman" w:hAnsi="Times New Roman" w:cs="Times New Roman"/>
        </w:rPr>
        <w:t>Give six ways in which Jeremiah's Temple Sermon is relevant to Christians today.</w:t>
      </w:r>
      <w:r w:rsidRPr="005B7582">
        <w:rPr>
          <w:rFonts w:ascii="Times New Roman" w:hAnsi="Times New Roman" w:cs="Times New Roman"/>
          <w:b/>
        </w:rPr>
        <w:t xml:space="preserve"> (6 marks)</w:t>
      </w:r>
    </w:p>
    <w:p w14:paraId="07269857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t>________________________________________________________________________________</w:t>
      </w:r>
    </w:p>
    <w:p w14:paraId="6EAEEE69" w14:textId="77777777" w:rsidR="00495ED9" w:rsidRPr="005B7582" w:rsidRDefault="00495ED9">
      <w:pPr>
        <w:rPr>
          <w:rFonts w:ascii="Times New Roman" w:hAnsi="Times New Roman" w:cs="Times New Roman"/>
        </w:rPr>
      </w:pPr>
    </w:p>
    <w:p w14:paraId="47FD23D0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  <w:sz w:val="24"/>
        </w:rPr>
        <w:t>6.</w:t>
      </w:r>
    </w:p>
    <w:p w14:paraId="5553AB2B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t xml:space="preserve">a) </w:t>
      </w:r>
      <w:r w:rsidRPr="005B7582">
        <w:rPr>
          <w:rFonts w:ascii="Times New Roman" w:hAnsi="Times New Roman" w:cs="Times New Roman"/>
        </w:rPr>
        <w:t>State seven reasons why initiation is important in traditional African communities.</w:t>
      </w:r>
      <w:r w:rsidRPr="005B7582">
        <w:rPr>
          <w:rFonts w:ascii="Times New Roman" w:hAnsi="Times New Roman" w:cs="Times New Roman"/>
          <w:b/>
        </w:rPr>
        <w:t xml:space="preserve"> (7 marks)</w:t>
      </w:r>
    </w:p>
    <w:p w14:paraId="05DA6AD7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t>________________________________________________________________________________</w:t>
      </w:r>
    </w:p>
    <w:p w14:paraId="274161E5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t xml:space="preserve">b) </w:t>
      </w:r>
      <w:r w:rsidRPr="005B7582">
        <w:rPr>
          <w:rFonts w:ascii="Times New Roman" w:hAnsi="Times New Roman" w:cs="Times New Roman"/>
        </w:rPr>
        <w:t>State seven reasons why observance of blood kinship is important in traditional African societies.</w:t>
      </w:r>
      <w:r w:rsidRPr="005B7582">
        <w:rPr>
          <w:rFonts w:ascii="Times New Roman" w:hAnsi="Times New Roman" w:cs="Times New Roman"/>
          <w:b/>
        </w:rPr>
        <w:t xml:space="preserve"> (7 marks)</w:t>
      </w:r>
    </w:p>
    <w:p w14:paraId="125552FB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t>________________________________________________________________________________</w:t>
      </w:r>
    </w:p>
    <w:p w14:paraId="6E5D10EB" w14:textId="77777777" w:rsidR="00495ED9" w:rsidRPr="005B7582" w:rsidRDefault="00000000">
      <w:pPr>
        <w:ind w:left="259"/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  <w:b/>
        </w:rPr>
        <w:lastRenderedPageBreak/>
        <w:t xml:space="preserve">c) </w:t>
      </w:r>
      <w:r w:rsidRPr="005B7582">
        <w:rPr>
          <w:rFonts w:ascii="Times New Roman" w:hAnsi="Times New Roman" w:cs="Times New Roman"/>
        </w:rPr>
        <w:t>Highlight six factors that promote harmony and mutual responsibility in African communities.</w:t>
      </w:r>
      <w:r w:rsidRPr="005B7582">
        <w:rPr>
          <w:rFonts w:ascii="Times New Roman" w:hAnsi="Times New Roman" w:cs="Times New Roman"/>
          <w:b/>
        </w:rPr>
        <w:t xml:space="preserve"> (6 marks)</w:t>
      </w:r>
    </w:p>
    <w:p w14:paraId="035EE7E2" w14:textId="77777777" w:rsidR="00495ED9" w:rsidRPr="005B7582" w:rsidRDefault="00000000">
      <w:pPr>
        <w:rPr>
          <w:rFonts w:ascii="Times New Roman" w:hAnsi="Times New Roman" w:cs="Times New Roman"/>
        </w:rPr>
      </w:pPr>
      <w:r w:rsidRPr="005B7582">
        <w:rPr>
          <w:rFonts w:ascii="Times New Roman" w:hAnsi="Times New Roman" w:cs="Times New Roman"/>
        </w:rPr>
        <w:t>________________________________________________________________________________</w:t>
      </w:r>
    </w:p>
    <w:sectPr w:rsidR="00495ED9" w:rsidRPr="005B7582" w:rsidSect="00034616">
      <w:footerReference w:type="default" r:id="rId8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97B91" w14:textId="77777777" w:rsidR="00AB519B" w:rsidRDefault="00AB519B">
      <w:pPr>
        <w:spacing w:after="0" w:line="240" w:lineRule="auto"/>
      </w:pPr>
      <w:r>
        <w:separator/>
      </w:r>
    </w:p>
  </w:endnote>
  <w:endnote w:type="continuationSeparator" w:id="0">
    <w:p w14:paraId="6BE9417E" w14:textId="77777777" w:rsidR="00AB519B" w:rsidRDefault="00AB5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E47BC" w14:textId="77777777" w:rsidR="00495ED9" w:rsidRDefault="00000000">
    <w:pPr>
      <w:pStyle w:val="Footer"/>
      <w:jc w:val="center"/>
    </w:pPr>
    <w:r>
      <w:rPr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EE783" w14:textId="77777777" w:rsidR="00AB519B" w:rsidRDefault="00AB519B">
      <w:pPr>
        <w:spacing w:after="0" w:line="240" w:lineRule="auto"/>
      </w:pPr>
      <w:r>
        <w:separator/>
      </w:r>
    </w:p>
  </w:footnote>
  <w:footnote w:type="continuationSeparator" w:id="0">
    <w:p w14:paraId="44804B49" w14:textId="77777777" w:rsidR="00AB519B" w:rsidRDefault="00AB5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555451">
    <w:abstractNumId w:val="8"/>
  </w:num>
  <w:num w:numId="2" w16cid:durableId="1079592891">
    <w:abstractNumId w:val="6"/>
  </w:num>
  <w:num w:numId="3" w16cid:durableId="1725785835">
    <w:abstractNumId w:val="5"/>
  </w:num>
  <w:num w:numId="4" w16cid:durableId="367144117">
    <w:abstractNumId w:val="4"/>
  </w:num>
  <w:num w:numId="5" w16cid:durableId="643587958">
    <w:abstractNumId w:val="7"/>
  </w:num>
  <w:num w:numId="6" w16cid:durableId="778181610">
    <w:abstractNumId w:val="3"/>
  </w:num>
  <w:num w:numId="7" w16cid:durableId="1954047507">
    <w:abstractNumId w:val="2"/>
  </w:num>
  <w:num w:numId="8" w16cid:durableId="55861116">
    <w:abstractNumId w:val="1"/>
  </w:num>
  <w:num w:numId="9" w16cid:durableId="2039817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5ED9"/>
    <w:rsid w:val="005B7582"/>
    <w:rsid w:val="00AA1D8D"/>
    <w:rsid w:val="00AB519B"/>
    <w:rsid w:val="00B47730"/>
    <w:rsid w:val="00CB0664"/>
    <w:rsid w:val="00FC693F"/>
    <w:rsid w:val="00FE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5AE2C6"/>
  <w14:defaultImageDpi w14:val="300"/>
  <w15:docId w15:val="{7BC6860F-67EC-4BC6-9176-EB13B16E6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3</cp:revision>
  <dcterms:created xsi:type="dcterms:W3CDTF">2013-12-23T23:15:00Z</dcterms:created>
  <dcterms:modified xsi:type="dcterms:W3CDTF">2026-09-22T00:20:00Z</dcterms:modified>
  <cp:category/>
</cp:coreProperties>
</file>