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ED73C4" w14:textId="77777777" w:rsidR="00F671D8" w:rsidRPr="00DF5653" w:rsidRDefault="00000000">
      <w:pPr>
        <w:spacing w:after="20"/>
        <w:jc w:val="center"/>
        <w:rPr>
          <w:rFonts w:ascii="Times New Roman" w:hAnsi="Times New Roman" w:cs="Times New Roman"/>
        </w:rPr>
      </w:pPr>
      <w:r w:rsidRPr="00DF5653">
        <w:rPr>
          <w:rFonts w:ascii="Times New Roman" w:hAnsi="Times New Roman" w:cs="Times New Roman"/>
          <w:b/>
          <w:sz w:val="28"/>
        </w:rPr>
        <w:t>TERM 3 HOLIDAY ASSIGNMENT 2026</w:t>
      </w:r>
    </w:p>
    <w:p w14:paraId="6E7F0FB3" w14:textId="77777777" w:rsidR="00F671D8" w:rsidRPr="00DF5653" w:rsidRDefault="00000000">
      <w:pPr>
        <w:spacing w:after="20"/>
        <w:jc w:val="center"/>
        <w:rPr>
          <w:rFonts w:ascii="Times New Roman" w:hAnsi="Times New Roman" w:cs="Times New Roman"/>
        </w:rPr>
      </w:pPr>
      <w:r w:rsidRPr="00DF5653">
        <w:rPr>
          <w:rFonts w:ascii="Times New Roman" w:hAnsi="Times New Roman" w:cs="Times New Roman"/>
          <w:b/>
          <w:sz w:val="26"/>
        </w:rPr>
        <w:t>FORM THREE</w:t>
      </w:r>
    </w:p>
    <w:p w14:paraId="1B8A481B" w14:textId="77777777" w:rsidR="00F671D8" w:rsidRPr="00DF5653" w:rsidRDefault="00000000">
      <w:pPr>
        <w:spacing w:after="20"/>
        <w:jc w:val="center"/>
        <w:rPr>
          <w:rFonts w:ascii="Times New Roman" w:hAnsi="Times New Roman" w:cs="Times New Roman"/>
        </w:rPr>
      </w:pPr>
      <w:r w:rsidRPr="00DF5653">
        <w:rPr>
          <w:rFonts w:ascii="Times New Roman" w:hAnsi="Times New Roman" w:cs="Times New Roman"/>
          <w:b/>
          <w:sz w:val="26"/>
        </w:rPr>
        <w:t>BUSINESS STUDIES PAPER 1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592"/>
        <w:gridCol w:w="2592"/>
        <w:gridCol w:w="2592"/>
        <w:gridCol w:w="2592"/>
      </w:tblGrid>
      <w:tr w:rsidR="00F671D8" w:rsidRPr="00DF5653" w14:paraId="0DC5584F" w14:textId="77777777">
        <w:trPr>
          <w:jc w:val="center"/>
        </w:trPr>
        <w:tc>
          <w:tcPr>
            <w:tcW w:w="2592" w:type="dxa"/>
            <w:shd w:val="clear" w:color="auto" w:fill="D9EAF7"/>
          </w:tcPr>
          <w:p w14:paraId="01F2DBD0" w14:textId="77777777" w:rsidR="00F671D8" w:rsidRPr="00DF5653" w:rsidRDefault="00000000">
            <w:pPr>
              <w:rPr>
                <w:rFonts w:ascii="Times New Roman" w:hAnsi="Times New Roman" w:cs="Times New Roman"/>
              </w:rPr>
            </w:pPr>
            <w:r w:rsidRPr="00DF5653">
              <w:rPr>
                <w:rFonts w:ascii="Times New Roman" w:hAnsi="Times New Roman" w:cs="Times New Roman"/>
                <w:b/>
                <w:sz w:val="18"/>
              </w:rPr>
              <w:t>Section</w:t>
            </w:r>
          </w:p>
        </w:tc>
        <w:tc>
          <w:tcPr>
            <w:tcW w:w="2592" w:type="dxa"/>
            <w:shd w:val="clear" w:color="auto" w:fill="D9EAF7"/>
          </w:tcPr>
          <w:p w14:paraId="5CE77933" w14:textId="77777777" w:rsidR="00F671D8" w:rsidRPr="00DF5653" w:rsidRDefault="00000000">
            <w:pPr>
              <w:rPr>
                <w:rFonts w:ascii="Times New Roman" w:hAnsi="Times New Roman" w:cs="Times New Roman"/>
              </w:rPr>
            </w:pPr>
            <w:r w:rsidRPr="00DF5653">
              <w:rPr>
                <w:rFonts w:ascii="Times New Roman" w:hAnsi="Times New Roman" w:cs="Times New Roman"/>
                <w:b/>
                <w:sz w:val="18"/>
              </w:rPr>
              <w:t>Question Numbers</w:t>
            </w:r>
          </w:p>
        </w:tc>
        <w:tc>
          <w:tcPr>
            <w:tcW w:w="2592" w:type="dxa"/>
            <w:shd w:val="clear" w:color="auto" w:fill="D9EAF7"/>
          </w:tcPr>
          <w:p w14:paraId="3721940A" w14:textId="77777777" w:rsidR="00F671D8" w:rsidRPr="00DF5653" w:rsidRDefault="00000000">
            <w:pPr>
              <w:rPr>
                <w:rFonts w:ascii="Times New Roman" w:hAnsi="Times New Roman" w:cs="Times New Roman"/>
              </w:rPr>
            </w:pPr>
            <w:r w:rsidRPr="00DF5653">
              <w:rPr>
                <w:rFonts w:ascii="Times New Roman" w:hAnsi="Times New Roman" w:cs="Times New Roman"/>
                <w:b/>
                <w:sz w:val="18"/>
              </w:rPr>
              <w:t>Maximum Score</w:t>
            </w:r>
          </w:p>
        </w:tc>
        <w:tc>
          <w:tcPr>
            <w:tcW w:w="2592" w:type="dxa"/>
            <w:shd w:val="clear" w:color="auto" w:fill="D9EAF7"/>
          </w:tcPr>
          <w:p w14:paraId="1E390D71" w14:textId="77777777" w:rsidR="00F671D8" w:rsidRPr="00DF5653" w:rsidRDefault="00000000">
            <w:pPr>
              <w:rPr>
                <w:rFonts w:ascii="Times New Roman" w:hAnsi="Times New Roman" w:cs="Times New Roman"/>
              </w:rPr>
            </w:pPr>
            <w:r w:rsidRPr="00DF5653">
              <w:rPr>
                <w:rFonts w:ascii="Times New Roman" w:hAnsi="Times New Roman" w:cs="Times New Roman"/>
                <w:b/>
                <w:sz w:val="18"/>
              </w:rPr>
              <w:t>Candidate's Score</w:t>
            </w:r>
          </w:p>
        </w:tc>
      </w:tr>
      <w:tr w:rsidR="00F671D8" w:rsidRPr="00DF5653" w14:paraId="5FDD9802" w14:textId="77777777">
        <w:trPr>
          <w:jc w:val="center"/>
        </w:trPr>
        <w:tc>
          <w:tcPr>
            <w:tcW w:w="2592" w:type="dxa"/>
          </w:tcPr>
          <w:p w14:paraId="66D98146" w14:textId="77777777" w:rsidR="00F671D8" w:rsidRPr="00DF5653" w:rsidRDefault="00000000">
            <w:pPr>
              <w:rPr>
                <w:rFonts w:ascii="Times New Roman" w:hAnsi="Times New Roman" w:cs="Times New Roman"/>
              </w:rPr>
            </w:pPr>
            <w:r w:rsidRPr="00DF5653">
              <w:rPr>
                <w:rFonts w:ascii="Times New Roman" w:hAnsi="Times New Roman" w:cs="Times New Roman"/>
                <w:sz w:val="18"/>
              </w:rPr>
              <w:t>Paper 1</w:t>
            </w:r>
          </w:p>
        </w:tc>
        <w:tc>
          <w:tcPr>
            <w:tcW w:w="2592" w:type="dxa"/>
          </w:tcPr>
          <w:p w14:paraId="41414B92" w14:textId="77777777" w:rsidR="00F671D8" w:rsidRPr="00DF5653" w:rsidRDefault="00000000">
            <w:pPr>
              <w:rPr>
                <w:rFonts w:ascii="Times New Roman" w:hAnsi="Times New Roman" w:cs="Times New Roman"/>
              </w:rPr>
            </w:pPr>
            <w:r w:rsidRPr="00DF5653">
              <w:rPr>
                <w:rFonts w:ascii="Times New Roman" w:hAnsi="Times New Roman" w:cs="Times New Roman"/>
                <w:sz w:val="18"/>
              </w:rPr>
              <w:t>1 – 25</w:t>
            </w:r>
          </w:p>
        </w:tc>
        <w:tc>
          <w:tcPr>
            <w:tcW w:w="2592" w:type="dxa"/>
          </w:tcPr>
          <w:p w14:paraId="00FD0486" w14:textId="77777777" w:rsidR="00F671D8" w:rsidRPr="00DF5653" w:rsidRDefault="00000000">
            <w:pPr>
              <w:rPr>
                <w:rFonts w:ascii="Times New Roman" w:hAnsi="Times New Roman" w:cs="Times New Roman"/>
              </w:rPr>
            </w:pPr>
            <w:r w:rsidRPr="00DF5653">
              <w:rPr>
                <w:rFonts w:ascii="Times New Roman" w:hAnsi="Times New Roman" w:cs="Times New Roman"/>
                <w:sz w:val="18"/>
              </w:rPr>
              <w:t>100 Marks</w:t>
            </w:r>
          </w:p>
        </w:tc>
        <w:tc>
          <w:tcPr>
            <w:tcW w:w="2592" w:type="dxa"/>
          </w:tcPr>
          <w:p w14:paraId="05A32C0D" w14:textId="77777777" w:rsidR="00F671D8" w:rsidRPr="00DF5653" w:rsidRDefault="00F671D8">
            <w:pPr>
              <w:rPr>
                <w:rFonts w:ascii="Times New Roman" w:hAnsi="Times New Roman" w:cs="Times New Roman"/>
              </w:rPr>
            </w:pPr>
          </w:p>
        </w:tc>
      </w:tr>
      <w:tr w:rsidR="00F671D8" w:rsidRPr="00DF5653" w14:paraId="6E0DF5AF" w14:textId="77777777">
        <w:trPr>
          <w:jc w:val="center"/>
        </w:trPr>
        <w:tc>
          <w:tcPr>
            <w:tcW w:w="2592" w:type="dxa"/>
          </w:tcPr>
          <w:p w14:paraId="531D6D49" w14:textId="77777777" w:rsidR="00F671D8" w:rsidRPr="00DF5653" w:rsidRDefault="00000000">
            <w:pPr>
              <w:rPr>
                <w:rFonts w:ascii="Times New Roman" w:hAnsi="Times New Roman" w:cs="Times New Roman"/>
              </w:rPr>
            </w:pPr>
            <w:r w:rsidRPr="00DF5653">
              <w:rPr>
                <w:rFonts w:ascii="Times New Roman" w:hAnsi="Times New Roman" w:cs="Times New Roman"/>
                <w:sz w:val="18"/>
              </w:rPr>
              <w:t>TOTAL</w:t>
            </w:r>
          </w:p>
        </w:tc>
        <w:tc>
          <w:tcPr>
            <w:tcW w:w="2592" w:type="dxa"/>
          </w:tcPr>
          <w:p w14:paraId="2AF65AF8" w14:textId="77777777" w:rsidR="00F671D8" w:rsidRPr="00DF5653" w:rsidRDefault="00F671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92" w:type="dxa"/>
          </w:tcPr>
          <w:p w14:paraId="480CA094" w14:textId="77777777" w:rsidR="00F671D8" w:rsidRPr="00DF5653" w:rsidRDefault="00000000">
            <w:pPr>
              <w:rPr>
                <w:rFonts w:ascii="Times New Roman" w:hAnsi="Times New Roman" w:cs="Times New Roman"/>
              </w:rPr>
            </w:pPr>
            <w:r w:rsidRPr="00DF5653">
              <w:rPr>
                <w:rFonts w:ascii="Times New Roman" w:hAnsi="Times New Roman" w:cs="Times New Roman"/>
                <w:sz w:val="18"/>
              </w:rPr>
              <w:t>100 Marks</w:t>
            </w:r>
          </w:p>
        </w:tc>
        <w:tc>
          <w:tcPr>
            <w:tcW w:w="2592" w:type="dxa"/>
          </w:tcPr>
          <w:p w14:paraId="2779285B" w14:textId="77777777" w:rsidR="00F671D8" w:rsidRPr="00DF5653" w:rsidRDefault="00F671D8">
            <w:pPr>
              <w:rPr>
                <w:rFonts w:ascii="Times New Roman" w:hAnsi="Times New Roman" w:cs="Times New Roman"/>
              </w:rPr>
            </w:pPr>
          </w:p>
        </w:tc>
      </w:tr>
    </w:tbl>
    <w:p w14:paraId="2897377B" w14:textId="77777777" w:rsidR="00F671D8" w:rsidRPr="00DF5653" w:rsidRDefault="00F671D8">
      <w:pPr>
        <w:rPr>
          <w:rFonts w:ascii="Times New Roman" w:hAnsi="Times New Roman" w:cs="Times New Roman"/>
        </w:rPr>
      </w:pPr>
    </w:p>
    <w:p w14:paraId="4C383BBB" w14:textId="77777777" w:rsidR="00F671D8" w:rsidRPr="00DF5653" w:rsidRDefault="00000000">
      <w:pPr>
        <w:rPr>
          <w:rFonts w:ascii="Times New Roman" w:hAnsi="Times New Roman" w:cs="Times New Roman"/>
        </w:rPr>
      </w:pPr>
      <w:r w:rsidRPr="00DF5653">
        <w:rPr>
          <w:rFonts w:ascii="Times New Roman" w:hAnsi="Times New Roman" w:cs="Times New Roman"/>
        </w:rPr>
        <w:br w:type="page"/>
      </w:r>
    </w:p>
    <w:p w14:paraId="24584ACE" w14:textId="77777777" w:rsidR="00F671D8" w:rsidRPr="00DF5653" w:rsidRDefault="00000000">
      <w:pPr>
        <w:spacing w:before="60"/>
        <w:rPr>
          <w:rFonts w:ascii="Times New Roman" w:hAnsi="Times New Roman" w:cs="Times New Roman"/>
        </w:rPr>
      </w:pPr>
      <w:r w:rsidRPr="00DF5653">
        <w:rPr>
          <w:rFonts w:ascii="Times New Roman" w:hAnsi="Times New Roman" w:cs="Times New Roman"/>
          <w:b/>
        </w:rPr>
        <w:lastRenderedPageBreak/>
        <w:t xml:space="preserve">1. </w:t>
      </w:r>
      <w:r w:rsidRPr="00DF5653">
        <w:rPr>
          <w:rFonts w:ascii="Times New Roman" w:hAnsi="Times New Roman" w:cs="Times New Roman"/>
        </w:rPr>
        <w:t>Outline four advantages of personal selling as a method of product promotion.</w:t>
      </w:r>
      <w:r w:rsidRPr="00DF5653">
        <w:rPr>
          <w:rFonts w:ascii="Times New Roman" w:hAnsi="Times New Roman" w:cs="Times New Roman"/>
          <w:b/>
        </w:rPr>
        <w:t xml:space="preserve">  (4 marks)</w:t>
      </w:r>
    </w:p>
    <w:p w14:paraId="6A3A7A74" w14:textId="77777777" w:rsidR="00F671D8" w:rsidRPr="00DF5653" w:rsidRDefault="00000000">
      <w:pPr>
        <w:spacing w:after="20"/>
        <w:ind w:left="259"/>
        <w:rPr>
          <w:rFonts w:ascii="Times New Roman" w:hAnsi="Times New Roman" w:cs="Times New Roman"/>
        </w:rPr>
      </w:pPr>
      <w:r w:rsidRPr="00DF5653">
        <w:rPr>
          <w:rFonts w:ascii="Times New Roman" w:hAnsi="Times New Roman" w:cs="Times New Roman"/>
          <w:b/>
        </w:rPr>
        <w:t>(i)   (1 mark)</w:t>
      </w:r>
    </w:p>
    <w:p w14:paraId="6078A821" w14:textId="77777777" w:rsidR="00F671D8" w:rsidRPr="00DF5653" w:rsidRDefault="00000000">
      <w:pPr>
        <w:spacing w:after="20"/>
        <w:ind w:left="547"/>
        <w:rPr>
          <w:rFonts w:ascii="Times New Roman" w:hAnsi="Times New Roman" w:cs="Times New Roman"/>
        </w:rPr>
      </w:pPr>
      <w:r w:rsidRPr="00DF5653">
        <w:rPr>
          <w:rFonts w:ascii="Times New Roman" w:hAnsi="Times New Roman" w:cs="Times New Roman"/>
          <w:sz w:val="17"/>
        </w:rPr>
        <w:t>________________________________________________________________________________</w:t>
      </w:r>
    </w:p>
    <w:p w14:paraId="0FD6DAB9" w14:textId="77777777" w:rsidR="00F671D8" w:rsidRPr="00DF5653" w:rsidRDefault="00000000">
      <w:pPr>
        <w:spacing w:after="20"/>
        <w:ind w:left="259"/>
        <w:rPr>
          <w:rFonts w:ascii="Times New Roman" w:hAnsi="Times New Roman" w:cs="Times New Roman"/>
        </w:rPr>
      </w:pPr>
      <w:r w:rsidRPr="00DF5653">
        <w:rPr>
          <w:rFonts w:ascii="Times New Roman" w:hAnsi="Times New Roman" w:cs="Times New Roman"/>
          <w:b/>
        </w:rPr>
        <w:t>(ii)   (1 mark)</w:t>
      </w:r>
    </w:p>
    <w:p w14:paraId="4091B1CA" w14:textId="77777777" w:rsidR="00F671D8" w:rsidRPr="00DF5653" w:rsidRDefault="00000000">
      <w:pPr>
        <w:spacing w:after="20"/>
        <w:ind w:left="547"/>
        <w:rPr>
          <w:rFonts w:ascii="Times New Roman" w:hAnsi="Times New Roman" w:cs="Times New Roman"/>
        </w:rPr>
      </w:pPr>
      <w:r w:rsidRPr="00DF5653">
        <w:rPr>
          <w:rFonts w:ascii="Times New Roman" w:hAnsi="Times New Roman" w:cs="Times New Roman"/>
          <w:sz w:val="17"/>
        </w:rPr>
        <w:t>________________________________________________________________________________</w:t>
      </w:r>
    </w:p>
    <w:p w14:paraId="305E7045" w14:textId="77777777" w:rsidR="00F671D8" w:rsidRPr="00DF5653" w:rsidRDefault="00000000">
      <w:pPr>
        <w:spacing w:after="20"/>
        <w:ind w:left="259"/>
        <w:rPr>
          <w:rFonts w:ascii="Times New Roman" w:hAnsi="Times New Roman" w:cs="Times New Roman"/>
        </w:rPr>
      </w:pPr>
      <w:r w:rsidRPr="00DF5653">
        <w:rPr>
          <w:rFonts w:ascii="Times New Roman" w:hAnsi="Times New Roman" w:cs="Times New Roman"/>
          <w:b/>
        </w:rPr>
        <w:t>(iii)   (1 mark)</w:t>
      </w:r>
    </w:p>
    <w:p w14:paraId="3205D165" w14:textId="77777777" w:rsidR="00F671D8" w:rsidRPr="00DF5653" w:rsidRDefault="00000000">
      <w:pPr>
        <w:spacing w:after="20"/>
        <w:ind w:left="547"/>
        <w:rPr>
          <w:rFonts w:ascii="Times New Roman" w:hAnsi="Times New Roman" w:cs="Times New Roman"/>
        </w:rPr>
      </w:pPr>
      <w:r w:rsidRPr="00DF5653">
        <w:rPr>
          <w:rFonts w:ascii="Times New Roman" w:hAnsi="Times New Roman" w:cs="Times New Roman"/>
          <w:sz w:val="17"/>
        </w:rPr>
        <w:t>________________________________________________________________________________</w:t>
      </w:r>
    </w:p>
    <w:p w14:paraId="243EF0BA" w14:textId="77777777" w:rsidR="00F671D8" w:rsidRPr="00DF5653" w:rsidRDefault="00000000">
      <w:pPr>
        <w:spacing w:after="20"/>
        <w:ind w:left="259"/>
        <w:rPr>
          <w:rFonts w:ascii="Times New Roman" w:hAnsi="Times New Roman" w:cs="Times New Roman"/>
        </w:rPr>
      </w:pPr>
      <w:r w:rsidRPr="00DF5653">
        <w:rPr>
          <w:rFonts w:ascii="Times New Roman" w:hAnsi="Times New Roman" w:cs="Times New Roman"/>
          <w:b/>
        </w:rPr>
        <w:t>(iv)   (1 mark)</w:t>
      </w:r>
    </w:p>
    <w:p w14:paraId="1DA5CBAA" w14:textId="77777777" w:rsidR="00F671D8" w:rsidRPr="00DF5653" w:rsidRDefault="00000000">
      <w:pPr>
        <w:spacing w:after="20"/>
        <w:ind w:left="547"/>
        <w:rPr>
          <w:rFonts w:ascii="Times New Roman" w:hAnsi="Times New Roman" w:cs="Times New Roman"/>
        </w:rPr>
      </w:pPr>
      <w:r w:rsidRPr="00DF5653">
        <w:rPr>
          <w:rFonts w:ascii="Times New Roman" w:hAnsi="Times New Roman" w:cs="Times New Roman"/>
          <w:sz w:val="17"/>
        </w:rPr>
        <w:t>________________________________________________________________________________</w:t>
      </w:r>
    </w:p>
    <w:p w14:paraId="7C830628" w14:textId="77777777" w:rsidR="00F671D8" w:rsidRPr="00DF5653" w:rsidRDefault="00000000">
      <w:pPr>
        <w:spacing w:before="60"/>
        <w:rPr>
          <w:rFonts w:ascii="Times New Roman" w:hAnsi="Times New Roman" w:cs="Times New Roman"/>
        </w:rPr>
      </w:pPr>
      <w:r w:rsidRPr="00DF5653">
        <w:rPr>
          <w:rFonts w:ascii="Times New Roman" w:hAnsi="Times New Roman" w:cs="Times New Roman"/>
          <w:b/>
        </w:rPr>
        <w:t xml:space="preserve">2. </w:t>
      </w:r>
      <w:r w:rsidRPr="00DF5653">
        <w:rPr>
          <w:rFonts w:ascii="Times New Roman" w:hAnsi="Times New Roman" w:cs="Times New Roman"/>
        </w:rPr>
        <w:t>Briefly define the following terms as used in transport.</w:t>
      </w:r>
      <w:r w:rsidRPr="00DF5653">
        <w:rPr>
          <w:rFonts w:ascii="Times New Roman" w:hAnsi="Times New Roman" w:cs="Times New Roman"/>
          <w:b/>
        </w:rPr>
        <w:t xml:space="preserve">  (4 marks)</w:t>
      </w:r>
    </w:p>
    <w:p w14:paraId="49901EB9" w14:textId="77777777" w:rsidR="00F671D8" w:rsidRPr="00DF5653" w:rsidRDefault="00000000">
      <w:pPr>
        <w:spacing w:after="20"/>
        <w:ind w:left="259"/>
        <w:rPr>
          <w:rFonts w:ascii="Times New Roman" w:hAnsi="Times New Roman" w:cs="Times New Roman"/>
        </w:rPr>
      </w:pPr>
      <w:r w:rsidRPr="00DF5653">
        <w:rPr>
          <w:rFonts w:ascii="Times New Roman" w:hAnsi="Times New Roman" w:cs="Times New Roman"/>
          <w:b/>
        </w:rPr>
        <w:t xml:space="preserve">(a) </w:t>
      </w:r>
      <w:r w:rsidRPr="00DF5653">
        <w:rPr>
          <w:rFonts w:ascii="Times New Roman" w:hAnsi="Times New Roman" w:cs="Times New Roman"/>
        </w:rPr>
        <w:t>Mode of transport</w:t>
      </w:r>
      <w:r w:rsidRPr="00DF5653">
        <w:rPr>
          <w:rFonts w:ascii="Times New Roman" w:hAnsi="Times New Roman" w:cs="Times New Roman"/>
          <w:b/>
        </w:rPr>
        <w:t xml:space="preserve">  (1 mark)</w:t>
      </w:r>
    </w:p>
    <w:p w14:paraId="38F77227" w14:textId="77777777" w:rsidR="00F671D8" w:rsidRPr="00DF5653" w:rsidRDefault="00000000">
      <w:pPr>
        <w:spacing w:after="20"/>
        <w:ind w:left="547"/>
        <w:rPr>
          <w:rFonts w:ascii="Times New Roman" w:hAnsi="Times New Roman" w:cs="Times New Roman"/>
        </w:rPr>
      </w:pPr>
      <w:r w:rsidRPr="00DF5653">
        <w:rPr>
          <w:rFonts w:ascii="Times New Roman" w:hAnsi="Times New Roman" w:cs="Times New Roman"/>
          <w:sz w:val="17"/>
        </w:rPr>
        <w:t>________________________________________________________________________________</w:t>
      </w:r>
    </w:p>
    <w:p w14:paraId="07E31EEF" w14:textId="77777777" w:rsidR="00F671D8" w:rsidRPr="00DF5653" w:rsidRDefault="00000000">
      <w:pPr>
        <w:spacing w:after="20"/>
        <w:ind w:left="259"/>
        <w:rPr>
          <w:rFonts w:ascii="Times New Roman" w:hAnsi="Times New Roman" w:cs="Times New Roman"/>
        </w:rPr>
      </w:pPr>
      <w:r w:rsidRPr="00DF5653">
        <w:rPr>
          <w:rFonts w:ascii="Times New Roman" w:hAnsi="Times New Roman" w:cs="Times New Roman"/>
          <w:b/>
        </w:rPr>
        <w:t xml:space="preserve">(b) </w:t>
      </w:r>
      <w:r w:rsidRPr="00DF5653">
        <w:rPr>
          <w:rFonts w:ascii="Times New Roman" w:hAnsi="Times New Roman" w:cs="Times New Roman"/>
        </w:rPr>
        <w:t>Means of transport</w:t>
      </w:r>
      <w:r w:rsidRPr="00DF5653">
        <w:rPr>
          <w:rFonts w:ascii="Times New Roman" w:hAnsi="Times New Roman" w:cs="Times New Roman"/>
          <w:b/>
        </w:rPr>
        <w:t xml:space="preserve">  (1 mark)</w:t>
      </w:r>
    </w:p>
    <w:p w14:paraId="2F26655B" w14:textId="77777777" w:rsidR="00F671D8" w:rsidRPr="00DF5653" w:rsidRDefault="00000000">
      <w:pPr>
        <w:spacing w:after="20"/>
        <w:ind w:left="547"/>
        <w:rPr>
          <w:rFonts w:ascii="Times New Roman" w:hAnsi="Times New Roman" w:cs="Times New Roman"/>
        </w:rPr>
      </w:pPr>
      <w:r w:rsidRPr="00DF5653">
        <w:rPr>
          <w:rFonts w:ascii="Times New Roman" w:hAnsi="Times New Roman" w:cs="Times New Roman"/>
          <w:sz w:val="17"/>
        </w:rPr>
        <w:t>________________________________________________________________________________</w:t>
      </w:r>
    </w:p>
    <w:p w14:paraId="6F0B262D" w14:textId="77777777" w:rsidR="00F671D8" w:rsidRPr="00DF5653" w:rsidRDefault="00000000">
      <w:pPr>
        <w:spacing w:after="20"/>
        <w:ind w:left="259"/>
        <w:rPr>
          <w:rFonts w:ascii="Times New Roman" w:hAnsi="Times New Roman" w:cs="Times New Roman"/>
        </w:rPr>
      </w:pPr>
      <w:r w:rsidRPr="00DF5653">
        <w:rPr>
          <w:rFonts w:ascii="Times New Roman" w:hAnsi="Times New Roman" w:cs="Times New Roman"/>
          <w:b/>
        </w:rPr>
        <w:t xml:space="preserve">(c) </w:t>
      </w:r>
      <w:r w:rsidRPr="00DF5653">
        <w:rPr>
          <w:rFonts w:ascii="Times New Roman" w:hAnsi="Times New Roman" w:cs="Times New Roman"/>
        </w:rPr>
        <w:t>Method of propulsion</w:t>
      </w:r>
      <w:r w:rsidRPr="00DF5653">
        <w:rPr>
          <w:rFonts w:ascii="Times New Roman" w:hAnsi="Times New Roman" w:cs="Times New Roman"/>
          <w:b/>
        </w:rPr>
        <w:t xml:space="preserve">  (1 mark)</w:t>
      </w:r>
    </w:p>
    <w:p w14:paraId="19C48F8D" w14:textId="77777777" w:rsidR="00F671D8" w:rsidRPr="00DF5653" w:rsidRDefault="00000000">
      <w:pPr>
        <w:spacing w:after="20"/>
        <w:ind w:left="547"/>
        <w:rPr>
          <w:rFonts w:ascii="Times New Roman" w:hAnsi="Times New Roman" w:cs="Times New Roman"/>
        </w:rPr>
      </w:pPr>
      <w:r w:rsidRPr="00DF5653">
        <w:rPr>
          <w:rFonts w:ascii="Times New Roman" w:hAnsi="Times New Roman" w:cs="Times New Roman"/>
          <w:sz w:val="17"/>
        </w:rPr>
        <w:t>________________________________________________________________________________</w:t>
      </w:r>
    </w:p>
    <w:p w14:paraId="24C3C9CC" w14:textId="77777777" w:rsidR="00F671D8" w:rsidRPr="00DF5653" w:rsidRDefault="00000000">
      <w:pPr>
        <w:spacing w:after="20"/>
        <w:ind w:left="259"/>
        <w:rPr>
          <w:rFonts w:ascii="Times New Roman" w:hAnsi="Times New Roman" w:cs="Times New Roman"/>
        </w:rPr>
      </w:pPr>
      <w:r w:rsidRPr="00DF5653">
        <w:rPr>
          <w:rFonts w:ascii="Times New Roman" w:hAnsi="Times New Roman" w:cs="Times New Roman"/>
          <w:b/>
        </w:rPr>
        <w:t xml:space="preserve">(d) </w:t>
      </w:r>
      <w:r w:rsidRPr="00DF5653">
        <w:rPr>
          <w:rFonts w:ascii="Times New Roman" w:hAnsi="Times New Roman" w:cs="Times New Roman"/>
        </w:rPr>
        <w:t>Terminal</w:t>
      </w:r>
      <w:r w:rsidRPr="00DF5653">
        <w:rPr>
          <w:rFonts w:ascii="Times New Roman" w:hAnsi="Times New Roman" w:cs="Times New Roman"/>
          <w:b/>
        </w:rPr>
        <w:t xml:space="preserve">  (1 mark)</w:t>
      </w:r>
    </w:p>
    <w:p w14:paraId="06216C15" w14:textId="77777777" w:rsidR="00F671D8" w:rsidRPr="00DF5653" w:rsidRDefault="00000000">
      <w:pPr>
        <w:spacing w:after="20"/>
        <w:ind w:left="547"/>
        <w:rPr>
          <w:rFonts w:ascii="Times New Roman" w:hAnsi="Times New Roman" w:cs="Times New Roman"/>
        </w:rPr>
      </w:pPr>
      <w:r w:rsidRPr="00DF5653">
        <w:rPr>
          <w:rFonts w:ascii="Times New Roman" w:hAnsi="Times New Roman" w:cs="Times New Roman"/>
          <w:sz w:val="17"/>
        </w:rPr>
        <w:t>________________________________________________________________________________</w:t>
      </w:r>
    </w:p>
    <w:p w14:paraId="4B3C145B" w14:textId="77777777" w:rsidR="00F671D8" w:rsidRPr="00DF5653" w:rsidRDefault="00000000">
      <w:pPr>
        <w:spacing w:before="60"/>
        <w:rPr>
          <w:rFonts w:ascii="Times New Roman" w:hAnsi="Times New Roman" w:cs="Times New Roman"/>
        </w:rPr>
      </w:pPr>
      <w:r w:rsidRPr="00DF5653">
        <w:rPr>
          <w:rFonts w:ascii="Times New Roman" w:hAnsi="Times New Roman" w:cs="Times New Roman"/>
          <w:b/>
        </w:rPr>
        <w:t xml:space="preserve">3. </w:t>
      </w:r>
      <w:r w:rsidRPr="00DF5653">
        <w:rPr>
          <w:rFonts w:ascii="Times New Roman" w:hAnsi="Times New Roman" w:cs="Times New Roman"/>
        </w:rPr>
        <w:t>Identify four sources from which business ideas can be generated.</w:t>
      </w:r>
      <w:r w:rsidRPr="00DF5653">
        <w:rPr>
          <w:rFonts w:ascii="Times New Roman" w:hAnsi="Times New Roman" w:cs="Times New Roman"/>
          <w:b/>
        </w:rPr>
        <w:t xml:space="preserve">  (4 marks)</w:t>
      </w:r>
    </w:p>
    <w:p w14:paraId="5AE5BFC6" w14:textId="77777777" w:rsidR="00F671D8" w:rsidRPr="00DF5653" w:rsidRDefault="00000000">
      <w:pPr>
        <w:spacing w:after="20"/>
        <w:ind w:left="259"/>
        <w:rPr>
          <w:rFonts w:ascii="Times New Roman" w:hAnsi="Times New Roman" w:cs="Times New Roman"/>
        </w:rPr>
      </w:pPr>
      <w:r w:rsidRPr="00DF5653">
        <w:rPr>
          <w:rFonts w:ascii="Times New Roman" w:hAnsi="Times New Roman" w:cs="Times New Roman"/>
          <w:b/>
        </w:rPr>
        <w:t>(i)   (1 mark)</w:t>
      </w:r>
    </w:p>
    <w:p w14:paraId="3AFAEB2B" w14:textId="77777777" w:rsidR="00F671D8" w:rsidRPr="00DF5653" w:rsidRDefault="00000000">
      <w:pPr>
        <w:spacing w:after="20"/>
        <w:ind w:left="547"/>
        <w:rPr>
          <w:rFonts w:ascii="Times New Roman" w:hAnsi="Times New Roman" w:cs="Times New Roman"/>
        </w:rPr>
      </w:pPr>
      <w:r w:rsidRPr="00DF5653">
        <w:rPr>
          <w:rFonts w:ascii="Times New Roman" w:hAnsi="Times New Roman" w:cs="Times New Roman"/>
          <w:sz w:val="17"/>
        </w:rPr>
        <w:t>________________________________________________________________________________</w:t>
      </w:r>
    </w:p>
    <w:p w14:paraId="471C9B1A" w14:textId="77777777" w:rsidR="00F671D8" w:rsidRPr="00DF5653" w:rsidRDefault="00000000">
      <w:pPr>
        <w:spacing w:after="20"/>
        <w:ind w:left="259"/>
        <w:rPr>
          <w:rFonts w:ascii="Times New Roman" w:hAnsi="Times New Roman" w:cs="Times New Roman"/>
        </w:rPr>
      </w:pPr>
      <w:r w:rsidRPr="00DF5653">
        <w:rPr>
          <w:rFonts w:ascii="Times New Roman" w:hAnsi="Times New Roman" w:cs="Times New Roman"/>
          <w:b/>
        </w:rPr>
        <w:t>(ii)   (1 mark)</w:t>
      </w:r>
    </w:p>
    <w:p w14:paraId="2F76FD0D" w14:textId="77777777" w:rsidR="00F671D8" w:rsidRPr="00DF5653" w:rsidRDefault="00000000">
      <w:pPr>
        <w:spacing w:after="20"/>
        <w:ind w:left="547"/>
        <w:rPr>
          <w:rFonts w:ascii="Times New Roman" w:hAnsi="Times New Roman" w:cs="Times New Roman"/>
        </w:rPr>
      </w:pPr>
      <w:r w:rsidRPr="00DF5653">
        <w:rPr>
          <w:rFonts w:ascii="Times New Roman" w:hAnsi="Times New Roman" w:cs="Times New Roman"/>
          <w:sz w:val="17"/>
        </w:rPr>
        <w:t>________________________________________________________________________________</w:t>
      </w:r>
    </w:p>
    <w:p w14:paraId="02D6B5F1" w14:textId="77777777" w:rsidR="00F671D8" w:rsidRPr="00DF5653" w:rsidRDefault="00000000">
      <w:pPr>
        <w:spacing w:after="20"/>
        <w:ind w:left="259"/>
        <w:rPr>
          <w:rFonts w:ascii="Times New Roman" w:hAnsi="Times New Roman" w:cs="Times New Roman"/>
        </w:rPr>
      </w:pPr>
      <w:r w:rsidRPr="00DF5653">
        <w:rPr>
          <w:rFonts w:ascii="Times New Roman" w:hAnsi="Times New Roman" w:cs="Times New Roman"/>
          <w:b/>
        </w:rPr>
        <w:t>(iii)   (1 mark)</w:t>
      </w:r>
    </w:p>
    <w:p w14:paraId="020E8658" w14:textId="77777777" w:rsidR="00F671D8" w:rsidRPr="00DF5653" w:rsidRDefault="00000000">
      <w:pPr>
        <w:spacing w:after="20"/>
        <w:ind w:left="547"/>
        <w:rPr>
          <w:rFonts w:ascii="Times New Roman" w:hAnsi="Times New Roman" w:cs="Times New Roman"/>
        </w:rPr>
      </w:pPr>
      <w:r w:rsidRPr="00DF5653">
        <w:rPr>
          <w:rFonts w:ascii="Times New Roman" w:hAnsi="Times New Roman" w:cs="Times New Roman"/>
          <w:sz w:val="17"/>
        </w:rPr>
        <w:t>________________________________________________________________________________</w:t>
      </w:r>
    </w:p>
    <w:p w14:paraId="02447C65" w14:textId="77777777" w:rsidR="00F671D8" w:rsidRPr="00DF5653" w:rsidRDefault="00000000">
      <w:pPr>
        <w:spacing w:after="20"/>
        <w:ind w:left="259"/>
        <w:rPr>
          <w:rFonts w:ascii="Times New Roman" w:hAnsi="Times New Roman" w:cs="Times New Roman"/>
        </w:rPr>
      </w:pPr>
      <w:r w:rsidRPr="00DF5653">
        <w:rPr>
          <w:rFonts w:ascii="Times New Roman" w:hAnsi="Times New Roman" w:cs="Times New Roman"/>
          <w:b/>
        </w:rPr>
        <w:t>(iv)   (1 mark)</w:t>
      </w:r>
    </w:p>
    <w:p w14:paraId="1864EF6D" w14:textId="77777777" w:rsidR="00F671D8" w:rsidRPr="00DF5653" w:rsidRDefault="00000000">
      <w:pPr>
        <w:spacing w:after="20"/>
        <w:ind w:left="547"/>
        <w:rPr>
          <w:rFonts w:ascii="Times New Roman" w:hAnsi="Times New Roman" w:cs="Times New Roman"/>
        </w:rPr>
      </w:pPr>
      <w:r w:rsidRPr="00DF5653">
        <w:rPr>
          <w:rFonts w:ascii="Times New Roman" w:hAnsi="Times New Roman" w:cs="Times New Roman"/>
          <w:sz w:val="17"/>
        </w:rPr>
        <w:t>________________________________________________________________________________</w:t>
      </w:r>
    </w:p>
    <w:p w14:paraId="7341F869" w14:textId="77777777" w:rsidR="00F671D8" w:rsidRPr="00DF5653" w:rsidRDefault="00000000">
      <w:pPr>
        <w:spacing w:before="60"/>
        <w:rPr>
          <w:rFonts w:ascii="Times New Roman" w:hAnsi="Times New Roman" w:cs="Times New Roman"/>
          <w:lang w:val="de-DE"/>
        </w:rPr>
      </w:pPr>
      <w:r w:rsidRPr="00DF5653">
        <w:rPr>
          <w:rFonts w:ascii="Times New Roman" w:hAnsi="Times New Roman" w:cs="Times New Roman"/>
          <w:b/>
        </w:rPr>
        <w:t xml:space="preserve">4. </w:t>
      </w:r>
      <w:r w:rsidRPr="00DF5653">
        <w:rPr>
          <w:rFonts w:ascii="Times New Roman" w:hAnsi="Times New Roman" w:cs="Times New Roman"/>
        </w:rPr>
        <w:t>Outline four features of economic resources.</w:t>
      </w:r>
      <w:r w:rsidRPr="00DF5653">
        <w:rPr>
          <w:rFonts w:ascii="Times New Roman" w:hAnsi="Times New Roman" w:cs="Times New Roman"/>
          <w:b/>
        </w:rPr>
        <w:t xml:space="preserve">  </w:t>
      </w:r>
      <w:r w:rsidRPr="00DF5653">
        <w:rPr>
          <w:rFonts w:ascii="Times New Roman" w:hAnsi="Times New Roman" w:cs="Times New Roman"/>
          <w:b/>
          <w:lang w:val="de-DE"/>
        </w:rPr>
        <w:t>(4 marks)</w:t>
      </w:r>
    </w:p>
    <w:p w14:paraId="44E3C6A7" w14:textId="77777777" w:rsidR="00F671D8" w:rsidRPr="00DF5653" w:rsidRDefault="00000000">
      <w:pPr>
        <w:spacing w:after="20"/>
        <w:ind w:left="259"/>
        <w:rPr>
          <w:rFonts w:ascii="Times New Roman" w:hAnsi="Times New Roman" w:cs="Times New Roman"/>
          <w:lang w:val="de-DE"/>
        </w:rPr>
      </w:pPr>
      <w:r w:rsidRPr="00DF5653">
        <w:rPr>
          <w:rFonts w:ascii="Times New Roman" w:hAnsi="Times New Roman" w:cs="Times New Roman"/>
          <w:b/>
          <w:lang w:val="de-DE"/>
        </w:rPr>
        <w:t>(i)   (1 mark)</w:t>
      </w:r>
    </w:p>
    <w:p w14:paraId="7148DBB1" w14:textId="77777777" w:rsidR="00F671D8" w:rsidRPr="00DF5653" w:rsidRDefault="00000000">
      <w:pPr>
        <w:spacing w:after="20"/>
        <w:ind w:left="547"/>
        <w:rPr>
          <w:rFonts w:ascii="Times New Roman" w:hAnsi="Times New Roman" w:cs="Times New Roman"/>
          <w:lang w:val="de-DE"/>
        </w:rPr>
      </w:pPr>
      <w:r w:rsidRPr="00DF5653">
        <w:rPr>
          <w:rFonts w:ascii="Times New Roman" w:hAnsi="Times New Roman" w:cs="Times New Roman"/>
          <w:sz w:val="17"/>
          <w:lang w:val="de-DE"/>
        </w:rPr>
        <w:t>________________________________________________________________________________</w:t>
      </w:r>
    </w:p>
    <w:p w14:paraId="13210C24" w14:textId="77777777" w:rsidR="00F671D8" w:rsidRPr="00DF5653" w:rsidRDefault="00000000">
      <w:pPr>
        <w:spacing w:after="20"/>
        <w:ind w:left="259"/>
        <w:rPr>
          <w:rFonts w:ascii="Times New Roman" w:hAnsi="Times New Roman" w:cs="Times New Roman"/>
          <w:lang w:val="de-DE"/>
        </w:rPr>
      </w:pPr>
      <w:r w:rsidRPr="00DF5653">
        <w:rPr>
          <w:rFonts w:ascii="Times New Roman" w:hAnsi="Times New Roman" w:cs="Times New Roman"/>
          <w:b/>
          <w:lang w:val="de-DE"/>
        </w:rPr>
        <w:t>(ii)   (1 mark)</w:t>
      </w:r>
    </w:p>
    <w:p w14:paraId="75DB77D9" w14:textId="77777777" w:rsidR="00F671D8" w:rsidRPr="00DF5653" w:rsidRDefault="00000000">
      <w:pPr>
        <w:spacing w:after="20"/>
        <w:ind w:left="547"/>
        <w:rPr>
          <w:rFonts w:ascii="Times New Roman" w:hAnsi="Times New Roman" w:cs="Times New Roman"/>
        </w:rPr>
      </w:pPr>
      <w:r w:rsidRPr="00DF5653">
        <w:rPr>
          <w:rFonts w:ascii="Times New Roman" w:hAnsi="Times New Roman" w:cs="Times New Roman"/>
          <w:sz w:val="17"/>
        </w:rPr>
        <w:t>________________________________________________________________________________</w:t>
      </w:r>
    </w:p>
    <w:p w14:paraId="7F91B790" w14:textId="77777777" w:rsidR="00F671D8" w:rsidRPr="00DF5653" w:rsidRDefault="00000000">
      <w:pPr>
        <w:spacing w:after="20"/>
        <w:ind w:left="259"/>
        <w:rPr>
          <w:rFonts w:ascii="Times New Roman" w:hAnsi="Times New Roman" w:cs="Times New Roman"/>
        </w:rPr>
      </w:pPr>
      <w:r w:rsidRPr="00DF5653">
        <w:rPr>
          <w:rFonts w:ascii="Times New Roman" w:hAnsi="Times New Roman" w:cs="Times New Roman"/>
          <w:b/>
        </w:rPr>
        <w:t>(iii)   (1 mark)</w:t>
      </w:r>
    </w:p>
    <w:p w14:paraId="143C19B5" w14:textId="77777777" w:rsidR="00F671D8" w:rsidRPr="00DF5653" w:rsidRDefault="00000000">
      <w:pPr>
        <w:spacing w:after="20"/>
        <w:ind w:left="547"/>
        <w:rPr>
          <w:rFonts w:ascii="Times New Roman" w:hAnsi="Times New Roman" w:cs="Times New Roman"/>
        </w:rPr>
      </w:pPr>
      <w:r w:rsidRPr="00DF5653">
        <w:rPr>
          <w:rFonts w:ascii="Times New Roman" w:hAnsi="Times New Roman" w:cs="Times New Roman"/>
          <w:sz w:val="17"/>
        </w:rPr>
        <w:t>________________________________________________________________________________</w:t>
      </w:r>
    </w:p>
    <w:p w14:paraId="60B2FB1C" w14:textId="77777777" w:rsidR="00F671D8" w:rsidRPr="00DF5653" w:rsidRDefault="00000000">
      <w:pPr>
        <w:spacing w:after="20"/>
        <w:ind w:left="259"/>
        <w:rPr>
          <w:rFonts w:ascii="Times New Roman" w:hAnsi="Times New Roman" w:cs="Times New Roman"/>
        </w:rPr>
      </w:pPr>
      <w:r w:rsidRPr="00DF5653">
        <w:rPr>
          <w:rFonts w:ascii="Times New Roman" w:hAnsi="Times New Roman" w:cs="Times New Roman"/>
          <w:b/>
        </w:rPr>
        <w:t>(iv)   (1 mark)</w:t>
      </w:r>
    </w:p>
    <w:p w14:paraId="4D585084" w14:textId="77777777" w:rsidR="00F671D8" w:rsidRPr="00DF5653" w:rsidRDefault="00000000">
      <w:pPr>
        <w:spacing w:after="20"/>
        <w:ind w:left="547"/>
        <w:rPr>
          <w:rFonts w:ascii="Times New Roman" w:hAnsi="Times New Roman" w:cs="Times New Roman"/>
        </w:rPr>
      </w:pPr>
      <w:r w:rsidRPr="00DF5653">
        <w:rPr>
          <w:rFonts w:ascii="Times New Roman" w:hAnsi="Times New Roman" w:cs="Times New Roman"/>
          <w:sz w:val="17"/>
        </w:rPr>
        <w:t>________________________________________________________________________________</w:t>
      </w:r>
    </w:p>
    <w:p w14:paraId="5015AEA5" w14:textId="77777777" w:rsidR="00F671D8" w:rsidRPr="00DF5653" w:rsidRDefault="00000000">
      <w:pPr>
        <w:spacing w:before="60"/>
        <w:rPr>
          <w:rFonts w:ascii="Times New Roman" w:hAnsi="Times New Roman" w:cs="Times New Roman"/>
          <w:lang w:val="de-DE"/>
        </w:rPr>
      </w:pPr>
      <w:r w:rsidRPr="00DF5653">
        <w:rPr>
          <w:rFonts w:ascii="Times New Roman" w:hAnsi="Times New Roman" w:cs="Times New Roman"/>
          <w:b/>
        </w:rPr>
        <w:t xml:space="preserve">5. </w:t>
      </w:r>
      <w:r w:rsidRPr="00DF5653">
        <w:rPr>
          <w:rFonts w:ascii="Times New Roman" w:hAnsi="Times New Roman" w:cs="Times New Roman"/>
        </w:rPr>
        <w:t>State four types of business activities.</w:t>
      </w:r>
      <w:r w:rsidRPr="00DF5653">
        <w:rPr>
          <w:rFonts w:ascii="Times New Roman" w:hAnsi="Times New Roman" w:cs="Times New Roman"/>
          <w:b/>
        </w:rPr>
        <w:t xml:space="preserve">  </w:t>
      </w:r>
      <w:r w:rsidRPr="00DF5653">
        <w:rPr>
          <w:rFonts w:ascii="Times New Roman" w:hAnsi="Times New Roman" w:cs="Times New Roman"/>
          <w:b/>
          <w:lang w:val="de-DE"/>
        </w:rPr>
        <w:t>(4 marks)</w:t>
      </w:r>
    </w:p>
    <w:p w14:paraId="6AD9CFD9" w14:textId="77777777" w:rsidR="00F671D8" w:rsidRPr="00DF5653" w:rsidRDefault="00000000">
      <w:pPr>
        <w:spacing w:after="20"/>
        <w:ind w:left="259"/>
        <w:rPr>
          <w:rFonts w:ascii="Times New Roman" w:hAnsi="Times New Roman" w:cs="Times New Roman"/>
          <w:lang w:val="de-DE"/>
        </w:rPr>
      </w:pPr>
      <w:r w:rsidRPr="00DF5653">
        <w:rPr>
          <w:rFonts w:ascii="Times New Roman" w:hAnsi="Times New Roman" w:cs="Times New Roman"/>
          <w:b/>
          <w:lang w:val="de-DE"/>
        </w:rPr>
        <w:t>(i)   (1 mark)</w:t>
      </w:r>
    </w:p>
    <w:p w14:paraId="4107A4DA" w14:textId="77777777" w:rsidR="00F671D8" w:rsidRPr="00DF5653" w:rsidRDefault="00000000">
      <w:pPr>
        <w:spacing w:after="20"/>
        <w:ind w:left="547"/>
        <w:rPr>
          <w:rFonts w:ascii="Times New Roman" w:hAnsi="Times New Roman" w:cs="Times New Roman"/>
          <w:lang w:val="de-DE"/>
        </w:rPr>
      </w:pPr>
      <w:r w:rsidRPr="00DF5653">
        <w:rPr>
          <w:rFonts w:ascii="Times New Roman" w:hAnsi="Times New Roman" w:cs="Times New Roman"/>
          <w:sz w:val="17"/>
          <w:lang w:val="de-DE"/>
        </w:rPr>
        <w:t>________________________________________________________________________________</w:t>
      </w:r>
    </w:p>
    <w:p w14:paraId="5D4C241F" w14:textId="77777777" w:rsidR="00F671D8" w:rsidRPr="00DF5653" w:rsidRDefault="00000000">
      <w:pPr>
        <w:spacing w:after="20"/>
        <w:ind w:left="259"/>
        <w:rPr>
          <w:rFonts w:ascii="Times New Roman" w:hAnsi="Times New Roman" w:cs="Times New Roman"/>
          <w:lang w:val="de-DE"/>
        </w:rPr>
      </w:pPr>
      <w:r w:rsidRPr="00DF5653">
        <w:rPr>
          <w:rFonts w:ascii="Times New Roman" w:hAnsi="Times New Roman" w:cs="Times New Roman"/>
          <w:b/>
          <w:lang w:val="de-DE"/>
        </w:rPr>
        <w:t>(ii)   (1 mark)</w:t>
      </w:r>
    </w:p>
    <w:p w14:paraId="4D12ACCD" w14:textId="77777777" w:rsidR="00F671D8" w:rsidRPr="00DF5653" w:rsidRDefault="00000000">
      <w:pPr>
        <w:spacing w:after="20"/>
        <w:ind w:left="547"/>
        <w:rPr>
          <w:rFonts w:ascii="Times New Roman" w:hAnsi="Times New Roman" w:cs="Times New Roman"/>
        </w:rPr>
      </w:pPr>
      <w:r w:rsidRPr="00DF5653">
        <w:rPr>
          <w:rFonts w:ascii="Times New Roman" w:hAnsi="Times New Roman" w:cs="Times New Roman"/>
          <w:sz w:val="17"/>
        </w:rPr>
        <w:t>________________________________________________________________________________</w:t>
      </w:r>
    </w:p>
    <w:p w14:paraId="607C11C2" w14:textId="77777777" w:rsidR="00F671D8" w:rsidRPr="00DF5653" w:rsidRDefault="00000000">
      <w:pPr>
        <w:spacing w:after="20"/>
        <w:ind w:left="259"/>
        <w:rPr>
          <w:rFonts w:ascii="Times New Roman" w:hAnsi="Times New Roman" w:cs="Times New Roman"/>
        </w:rPr>
      </w:pPr>
      <w:r w:rsidRPr="00DF5653">
        <w:rPr>
          <w:rFonts w:ascii="Times New Roman" w:hAnsi="Times New Roman" w:cs="Times New Roman"/>
          <w:b/>
        </w:rPr>
        <w:t>(iii)   (1 mark)</w:t>
      </w:r>
    </w:p>
    <w:p w14:paraId="12C21ECA" w14:textId="77777777" w:rsidR="00F671D8" w:rsidRPr="00DF5653" w:rsidRDefault="00000000">
      <w:pPr>
        <w:spacing w:after="20"/>
        <w:ind w:left="547"/>
        <w:rPr>
          <w:rFonts w:ascii="Times New Roman" w:hAnsi="Times New Roman" w:cs="Times New Roman"/>
        </w:rPr>
      </w:pPr>
      <w:r w:rsidRPr="00DF5653">
        <w:rPr>
          <w:rFonts w:ascii="Times New Roman" w:hAnsi="Times New Roman" w:cs="Times New Roman"/>
          <w:sz w:val="17"/>
        </w:rPr>
        <w:t>________________________________________________________________________________</w:t>
      </w:r>
    </w:p>
    <w:p w14:paraId="3C23E0A8" w14:textId="77777777" w:rsidR="00F671D8" w:rsidRPr="00DF5653" w:rsidRDefault="00000000">
      <w:pPr>
        <w:spacing w:after="20"/>
        <w:ind w:left="259"/>
        <w:rPr>
          <w:rFonts w:ascii="Times New Roman" w:hAnsi="Times New Roman" w:cs="Times New Roman"/>
        </w:rPr>
      </w:pPr>
      <w:r w:rsidRPr="00DF5653">
        <w:rPr>
          <w:rFonts w:ascii="Times New Roman" w:hAnsi="Times New Roman" w:cs="Times New Roman"/>
          <w:b/>
        </w:rPr>
        <w:t>(iv)   (1 mark)</w:t>
      </w:r>
    </w:p>
    <w:p w14:paraId="476E6C7D" w14:textId="77777777" w:rsidR="00F671D8" w:rsidRPr="00DF5653" w:rsidRDefault="00000000">
      <w:pPr>
        <w:spacing w:after="20"/>
        <w:ind w:left="547"/>
        <w:rPr>
          <w:rFonts w:ascii="Times New Roman" w:hAnsi="Times New Roman" w:cs="Times New Roman"/>
        </w:rPr>
      </w:pPr>
      <w:r w:rsidRPr="00DF5653">
        <w:rPr>
          <w:rFonts w:ascii="Times New Roman" w:hAnsi="Times New Roman" w:cs="Times New Roman"/>
          <w:sz w:val="17"/>
        </w:rPr>
        <w:t>________________________________________________________________________________</w:t>
      </w:r>
    </w:p>
    <w:p w14:paraId="7244E0FB" w14:textId="77777777" w:rsidR="00F671D8" w:rsidRPr="00DF5653" w:rsidRDefault="00000000">
      <w:pPr>
        <w:spacing w:before="60"/>
        <w:rPr>
          <w:rFonts w:ascii="Times New Roman" w:hAnsi="Times New Roman" w:cs="Times New Roman"/>
        </w:rPr>
      </w:pPr>
      <w:r w:rsidRPr="00DF5653">
        <w:rPr>
          <w:rFonts w:ascii="Times New Roman" w:hAnsi="Times New Roman" w:cs="Times New Roman"/>
          <w:b/>
        </w:rPr>
        <w:t xml:space="preserve">6. </w:t>
      </w:r>
      <w:r w:rsidRPr="00DF5653">
        <w:rPr>
          <w:rFonts w:ascii="Times New Roman" w:hAnsi="Times New Roman" w:cs="Times New Roman"/>
        </w:rPr>
        <w:t>Listed below are various forms of production. For each form of production, indicate using a tick (√) the correct classification in the appropriate column.</w:t>
      </w:r>
      <w:r w:rsidRPr="00DF5653">
        <w:rPr>
          <w:rFonts w:ascii="Times New Roman" w:hAnsi="Times New Roman" w:cs="Times New Roman"/>
          <w:b/>
        </w:rPr>
        <w:t xml:space="preserve">  (4 marks)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592"/>
        <w:gridCol w:w="2592"/>
        <w:gridCol w:w="2592"/>
        <w:gridCol w:w="2592"/>
      </w:tblGrid>
      <w:tr w:rsidR="00F671D8" w:rsidRPr="00DF5653" w14:paraId="0E1F8F9D" w14:textId="77777777">
        <w:trPr>
          <w:jc w:val="center"/>
        </w:trPr>
        <w:tc>
          <w:tcPr>
            <w:tcW w:w="2592" w:type="dxa"/>
            <w:shd w:val="clear" w:color="auto" w:fill="D9EAF7"/>
          </w:tcPr>
          <w:p w14:paraId="5777FAC3" w14:textId="77777777" w:rsidR="00F671D8" w:rsidRPr="00DF5653" w:rsidRDefault="00000000">
            <w:pPr>
              <w:rPr>
                <w:rFonts w:ascii="Times New Roman" w:hAnsi="Times New Roman" w:cs="Times New Roman"/>
              </w:rPr>
            </w:pPr>
            <w:r w:rsidRPr="00DF5653">
              <w:rPr>
                <w:rFonts w:ascii="Times New Roman" w:hAnsi="Times New Roman" w:cs="Times New Roman"/>
                <w:b/>
                <w:sz w:val="18"/>
              </w:rPr>
              <w:t>Form of production</w:t>
            </w:r>
          </w:p>
        </w:tc>
        <w:tc>
          <w:tcPr>
            <w:tcW w:w="2592" w:type="dxa"/>
            <w:shd w:val="clear" w:color="auto" w:fill="D9EAF7"/>
          </w:tcPr>
          <w:p w14:paraId="30DBF52A" w14:textId="77777777" w:rsidR="00F671D8" w:rsidRPr="00DF5653" w:rsidRDefault="00000000">
            <w:pPr>
              <w:rPr>
                <w:rFonts w:ascii="Times New Roman" w:hAnsi="Times New Roman" w:cs="Times New Roman"/>
              </w:rPr>
            </w:pPr>
            <w:r w:rsidRPr="00DF5653">
              <w:rPr>
                <w:rFonts w:ascii="Times New Roman" w:hAnsi="Times New Roman" w:cs="Times New Roman"/>
                <w:b/>
                <w:sz w:val="18"/>
              </w:rPr>
              <w:t>Primary</w:t>
            </w:r>
          </w:p>
        </w:tc>
        <w:tc>
          <w:tcPr>
            <w:tcW w:w="2592" w:type="dxa"/>
            <w:shd w:val="clear" w:color="auto" w:fill="D9EAF7"/>
          </w:tcPr>
          <w:p w14:paraId="01591C6F" w14:textId="77777777" w:rsidR="00F671D8" w:rsidRPr="00DF5653" w:rsidRDefault="00000000">
            <w:pPr>
              <w:rPr>
                <w:rFonts w:ascii="Times New Roman" w:hAnsi="Times New Roman" w:cs="Times New Roman"/>
              </w:rPr>
            </w:pPr>
            <w:r w:rsidRPr="00DF5653">
              <w:rPr>
                <w:rFonts w:ascii="Times New Roman" w:hAnsi="Times New Roman" w:cs="Times New Roman"/>
                <w:b/>
                <w:sz w:val="18"/>
              </w:rPr>
              <w:t>Secondary</w:t>
            </w:r>
          </w:p>
        </w:tc>
        <w:tc>
          <w:tcPr>
            <w:tcW w:w="2592" w:type="dxa"/>
            <w:shd w:val="clear" w:color="auto" w:fill="D9EAF7"/>
          </w:tcPr>
          <w:p w14:paraId="52A48F70" w14:textId="77777777" w:rsidR="00F671D8" w:rsidRPr="00DF5653" w:rsidRDefault="00000000">
            <w:pPr>
              <w:rPr>
                <w:rFonts w:ascii="Times New Roman" w:hAnsi="Times New Roman" w:cs="Times New Roman"/>
              </w:rPr>
            </w:pPr>
            <w:r w:rsidRPr="00DF5653">
              <w:rPr>
                <w:rFonts w:ascii="Times New Roman" w:hAnsi="Times New Roman" w:cs="Times New Roman"/>
                <w:b/>
                <w:sz w:val="18"/>
              </w:rPr>
              <w:t>Tertiary</w:t>
            </w:r>
          </w:p>
        </w:tc>
      </w:tr>
      <w:tr w:rsidR="00F671D8" w:rsidRPr="00DF5653" w14:paraId="180302BA" w14:textId="77777777">
        <w:trPr>
          <w:jc w:val="center"/>
        </w:trPr>
        <w:tc>
          <w:tcPr>
            <w:tcW w:w="2592" w:type="dxa"/>
          </w:tcPr>
          <w:p w14:paraId="6BD52365" w14:textId="77777777" w:rsidR="00F671D8" w:rsidRPr="00DF5653" w:rsidRDefault="00000000">
            <w:pPr>
              <w:rPr>
                <w:rFonts w:ascii="Times New Roman" w:hAnsi="Times New Roman" w:cs="Times New Roman"/>
              </w:rPr>
            </w:pPr>
            <w:r w:rsidRPr="00DF5653">
              <w:rPr>
                <w:rFonts w:ascii="Times New Roman" w:hAnsi="Times New Roman" w:cs="Times New Roman"/>
                <w:sz w:val="18"/>
              </w:rPr>
              <w:t>Fishing</w:t>
            </w:r>
          </w:p>
        </w:tc>
        <w:tc>
          <w:tcPr>
            <w:tcW w:w="2592" w:type="dxa"/>
          </w:tcPr>
          <w:p w14:paraId="6ABBBDB8" w14:textId="77777777" w:rsidR="00F671D8" w:rsidRPr="00DF5653" w:rsidRDefault="00F671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92" w:type="dxa"/>
          </w:tcPr>
          <w:p w14:paraId="3F6A2891" w14:textId="77777777" w:rsidR="00F671D8" w:rsidRPr="00DF5653" w:rsidRDefault="00F671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92" w:type="dxa"/>
          </w:tcPr>
          <w:p w14:paraId="66A30BA7" w14:textId="77777777" w:rsidR="00F671D8" w:rsidRPr="00DF5653" w:rsidRDefault="00F671D8">
            <w:pPr>
              <w:rPr>
                <w:rFonts w:ascii="Times New Roman" w:hAnsi="Times New Roman" w:cs="Times New Roman"/>
              </w:rPr>
            </w:pPr>
          </w:p>
        </w:tc>
      </w:tr>
      <w:tr w:rsidR="00F671D8" w:rsidRPr="00DF5653" w14:paraId="0C432E76" w14:textId="77777777">
        <w:trPr>
          <w:jc w:val="center"/>
        </w:trPr>
        <w:tc>
          <w:tcPr>
            <w:tcW w:w="2592" w:type="dxa"/>
          </w:tcPr>
          <w:p w14:paraId="468C531D" w14:textId="77777777" w:rsidR="00F671D8" w:rsidRPr="00DF5653" w:rsidRDefault="00000000">
            <w:pPr>
              <w:rPr>
                <w:rFonts w:ascii="Times New Roman" w:hAnsi="Times New Roman" w:cs="Times New Roman"/>
              </w:rPr>
            </w:pPr>
            <w:r w:rsidRPr="00DF5653">
              <w:rPr>
                <w:rFonts w:ascii="Times New Roman" w:hAnsi="Times New Roman" w:cs="Times New Roman"/>
                <w:sz w:val="18"/>
              </w:rPr>
              <w:t>Textile manufacturing</w:t>
            </w:r>
          </w:p>
        </w:tc>
        <w:tc>
          <w:tcPr>
            <w:tcW w:w="2592" w:type="dxa"/>
          </w:tcPr>
          <w:p w14:paraId="105D6C8F" w14:textId="77777777" w:rsidR="00F671D8" w:rsidRPr="00DF5653" w:rsidRDefault="00F671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92" w:type="dxa"/>
          </w:tcPr>
          <w:p w14:paraId="6B1A6870" w14:textId="77777777" w:rsidR="00F671D8" w:rsidRPr="00DF5653" w:rsidRDefault="00F671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92" w:type="dxa"/>
          </w:tcPr>
          <w:p w14:paraId="6F257D42" w14:textId="77777777" w:rsidR="00F671D8" w:rsidRPr="00DF5653" w:rsidRDefault="00F671D8">
            <w:pPr>
              <w:rPr>
                <w:rFonts w:ascii="Times New Roman" w:hAnsi="Times New Roman" w:cs="Times New Roman"/>
              </w:rPr>
            </w:pPr>
          </w:p>
        </w:tc>
      </w:tr>
      <w:tr w:rsidR="00F671D8" w:rsidRPr="00DF5653" w14:paraId="5A75E051" w14:textId="77777777">
        <w:trPr>
          <w:jc w:val="center"/>
        </w:trPr>
        <w:tc>
          <w:tcPr>
            <w:tcW w:w="2592" w:type="dxa"/>
          </w:tcPr>
          <w:p w14:paraId="085A247C" w14:textId="77777777" w:rsidR="00F671D8" w:rsidRPr="00DF5653" w:rsidRDefault="00000000">
            <w:pPr>
              <w:rPr>
                <w:rFonts w:ascii="Times New Roman" w:hAnsi="Times New Roman" w:cs="Times New Roman"/>
              </w:rPr>
            </w:pPr>
            <w:r w:rsidRPr="00DF5653">
              <w:rPr>
                <w:rFonts w:ascii="Times New Roman" w:hAnsi="Times New Roman" w:cs="Times New Roman"/>
                <w:sz w:val="18"/>
              </w:rPr>
              <w:t>Banking</w:t>
            </w:r>
          </w:p>
        </w:tc>
        <w:tc>
          <w:tcPr>
            <w:tcW w:w="2592" w:type="dxa"/>
          </w:tcPr>
          <w:p w14:paraId="053664B2" w14:textId="77777777" w:rsidR="00F671D8" w:rsidRPr="00DF5653" w:rsidRDefault="00F671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92" w:type="dxa"/>
          </w:tcPr>
          <w:p w14:paraId="12C1A442" w14:textId="77777777" w:rsidR="00F671D8" w:rsidRPr="00DF5653" w:rsidRDefault="00F671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92" w:type="dxa"/>
          </w:tcPr>
          <w:p w14:paraId="29C7362B" w14:textId="77777777" w:rsidR="00F671D8" w:rsidRPr="00DF5653" w:rsidRDefault="00F671D8">
            <w:pPr>
              <w:rPr>
                <w:rFonts w:ascii="Times New Roman" w:hAnsi="Times New Roman" w:cs="Times New Roman"/>
              </w:rPr>
            </w:pPr>
          </w:p>
        </w:tc>
      </w:tr>
      <w:tr w:rsidR="00F671D8" w:rsidRPr="00DF5653" w14:paraId="45B6468D" w14:textId="77777777">
        <w:trPr>
          <w:jc w:val="center"/>
        </w:trPr>
        <w:tc>
          <w:tcPr>
            <w:tcW w:w="2592" w:type="dxa"/>
          </w:tcPr>
          <w:p w14:paraId="772B7550" w14:textId="77777777" w:rsidR="00F671D8" w:rsidRPr="00DF5653" w:rsidRDefault="00000000">
            <w:pPr>
              <w:rPr>
                <w:rFonts w:ascii="Times New Roman" w:hAnsi="Times New Roman" w:cs="Times New Roman"/>
              </w:rPr>
            </w:pPr>
            <w:r w:rsidRPr="00DF5653">
              <w:rPr>
                <w:rFonts w:ascii="Times New Roman" w:hAnsi="Times New Roman" w:cs="Times New Roman"/>
                <w:sz w:val="18"/>
              </w:rPr>
              <w:t>Road construction</w:t>
            </w:r>
          </w:p>
        </w:tc>
        <w:tc>
          <w:tcPr>
            <w:tcW w:w="2592" w:type="dxa"/>
          </w:tcPr>
          <w:p w14:paraId="594081DC" w14:textId="77777777" w:rsidR="00F671D8" w:rsidRPr="00DF5653" w:rsidRDefault="00F671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92" w:type="dxa"/>
          </w:tcPr>
          <w:p w14:paraId="1AC2C23F" w14:textId="77777777" w:rsidR="00F671D8" w:rsidRPr="00DF5653" w:rsidRDefault="00F671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92" w:type="dxa"/>
          </w:tcPr>
          <w:p w14:paraId="3CA29EE3" w14:textId="77777777" w:rsidR="00F671D8" w:rsidRPr="00DF5653" w:rsidRDefault="00F671D8">
            <w:pPr>
              <w:rPr>
                <w:rFonts w:ascii="Times New Roman" w:hAnsi="Times New Roman" w:cs="Times New Roman"/>
              </w:rPr>
            </w:pPr>
          </w:p>
        </w:tc>
      </w:tr>
    </w:tbl>
    <w:p w14:paraId="7CBD7220" w14:textId="77777777" w:rsidR="00F671D8" w:rsidRPr="00DF5653" w:rsidRDefault="00F671D8">
      <w:pPr>
        <w:rPr>
          <w:rFonts w:ascii="Times New Roman" w:hAnsi="Times New Roman" w:cs="Times New Roman"/>
        </w:rPr>
      </w:pPr>
    </w:p>
    <w:p w14:paraId="0AD02CD7" w14:textId="77777777" w:rsidR="00F671D8" w:rsidRPr="00DF5653" w:rsidRDefault="00000000">
      <w:pPr>
        <w:spacing w:before="60"/>
        <w:rPr>
          <w:rFonts w:ascii="Times New Roman" w:hAnsi="Times New Roman" w:cs="Times New Roman"/>
        </w:rPr>
      </w:pPr>
      <w:r w:rsidRPr="00DF5653">
        <w:rPr>
          <w:rFonts w:ascii="Times New Roman" w:hAnsi="Times New Roman" w:cs="Times New Roman"/>
          <w:b/>
        </w:rPr>
        <w:t xml:space="preserve">7. </w:t>
      </w:r>
      <w:r w:rsidRPr="00DF5653">
        <w:rPr>
          <w:rFonts w:ascii="Times New Roman" w:hAnsi="Times New Roman" w:cs="Times New Roman"/>
        </w:rPr>
        <w:t>Give four reasons why an entrepreneur needs to prepare a business plan.</w:t>
      </w:r>
      <w:r w:rsidRPr="00DF5653">
        <w:rPr>
          <w:rFonts w:ascii="Times New Roman" w:hAnsi="Times New Roman" w:cs="Times New Roman"/>
          <w:b/>
        </w:rPr>
        <w:t xml:space="preserve">  (4 marks)</w:t>
      </w:r>
    </w:p>
    <w:p w14:paraId="6F54E747" w14:textId="77777777" w:rsidR="00F671D8" w:rsidRPr="00DF5653" w:rsidRDefault="00000000">
      <w:pPr>
        <w:spacing w:after="20"/>
        <w:ind w:left="259"/>
        <w:rPr>
          <w:rFonts w:ascii="Times New Roman" w:hAnsi="Times New Roman" w:cs="Times New Roman"/>
        </w:rPr>
      </w:pPr>
      <w:r w:rsidRPr="00DF5653">
        <w:rPr>
          <w:rFonts w:ascii="Times New Roman" w:hAnsi="Times New Roman" w:cs="Times New Roman"/>
          <w:b/>
        </w:rPr>
        <w:t>(i)   (1 mark)</w:t>
      </w:r>
    </w:p>
    <w:p w14:paraId="27399152" w14:textId="77777777" w:rsidR="00F671D8" w:rsidRPr="00DF5653" w:rsidRDefault="00000000">
      <w:pPr>
        <w:spacing w:after="20"/>
        <w:ind w:left="547"/>
        <w:rPr>
          <w:rFonts w:ascii="Times New Roman" w:hAnsi="Times New Roman" w:cs="Times New Roman"/>
        </w:rPr>
      </w:pPr>
      <w:r w:rsidRPr="00DF5653">
        <w:rPr>
          <w:rFonts w:ascii="Times New Roman" w:hAnsi="Times New Roman" w:cs="Times New Roman"/>
          <w:sz w:val="17"/>
        </w:rPr>
        <w:t>________________________________________________________________________________</w:t>
      </w:r>
    </w:p>
    <w:p w14:paraId="6688BA73" w14:textId="77777777" w:rsidR="00F671D8" w:rsidRPr="00DF5653" w:rsidRDefault="00000000">
      <w:pPr>
        <w:spacing w:after="20"/>
        <w:ind w:left="259"/>
        <w:rPr>
          <w:rFonts w:ascii="Times New Roman" w:hAnsi="Times New Roman" w:cs="Times New Roman"/>
        </w:rPr>
      </w:pPr>
      <w:r w:rsidRPr="00DF5653">
        <w:rPr>
          <w:rFonts w:ascii="Times New Roman" w:hAnsi="Times New Roman" w:cs="Times New Roman"/>
          <w:b/>
        </w:rPr>
        <w:t>(ii)   (1 mark)</w:t>
      </w:r>
    </w:p>
    <w:p w14:paraId="2665A871" w14:textId="77777777" w:rsidR="00F671D8" w:rsidRPr="00DF5653" w:rsidRDefault="00000000">
      <w:pPr>
        <w:spacing w:after="20"/>
        <w:ind w:left="547"/>
        <w:rPr>
          <w:rFonts w:ascii="Times New Roman" w:hAnsi="Times New Roman" w:cs="Times New Roman"/>
        </w:rPr>
      </w:pPr>
      <w:r w:rsidRPr="00DF5653">
        <w:rPr>
          <w:rFonts w:ascii="Times New Roman" w:hAnsi="Times New Roman" w:cs="Times New Roman"/>
          <w:sz w:val="17"/>
        </w:rPr>
        <w:lastRenderedPageBreak/>
        <w:t>________________________________________________________________________________</w:t>
      </w:r>
    </w:p>
    <w:p w14:paraId="24FBC8A6" w14:textId="77777777" w:rsidR="00F671D8" w:rsidRPr="00DF5653" w:rsidRDefault="00000000">
      <w:pPr>
        <w:spacing w:after="20"/>
        <w:ind w:left="259"/>
        <w:rPr>
          <w:rFonts w:ascii="Times New Roman" w:hAnsi="Times New Roman" w:cs="Times New Roman"/>
        </w:rPr>
      </w:pPr>
      <w:r w:rsidRPr="00DF5653">
        <w:rPr>
          <w:rFonts w:ascii="Times New Roman" w:hAnsi="Times New Roman" w:cs="Times New Roman"/>
          <w:b/>
        </w:rPr>
        <w:t>(iii)   (1 mark)</w:t>
      </w:r>
    </w:p>
    <w:p w14:paraId="6A4D5AB9" w14:textId="77777777" w:rsidR="00F671D8" w:rsidRPr="00DF5653" w:rsidRDefault="00000000">
      <w:pPr>
        <w:spacing w:after="20"/>
        <w:ind w:left="547"/>
        <w:rPr>
          <w:rFonts w:ascii="Times New Roman" w:hAnsi="Times New Roman" w:cs="Times New Roman"/>
        </w:rPr>
      </w:pPr>
      <w:r w:rsidRPr="00DF5653">
        <w:rPr>
          <w:rFonts w:ascii="Times New Roman" w:hAnsi="Times New Roman" w:cs="Times New Roman"/>
          <w:sz w:val="17"/>
        </w:rPr>
        <w:t>________________________________________________________________________________</w:t>
      </w:r>
    </w:p>
    <w:p w14:paraId="349E63EB" w14:textId="77777777" w:rsidR="00F671D8" w:rsidRPr="00DF5653" w:rsidRDefault="00000000">
      <w:pPr>
        <w:spacing w:after="20"/>
        <w:ind w:left="259"/>
        <w:rPr>
          <w:rFonts w:ascii="Times New Roman" w:hAnsi="Times New Roman" w:cs="Times New Roman"/>
        </w:rPr>
      </w:pPr>
      <w:r w:rsidRPr="00DF5653">
        <w:rPr>
          <w:rFonts w:ascii="Times New Roman" w:hAnsi="Times New Roman" w:cs="Times New Roman"/>
          <w:b/>
        </w:rPr>
        <w:t>(iv)   (1 mark)</w:t>
      </w:r>
    </w:p>
    <w:p w14:paraId="3B6BF9C0" w14:textId="77777777" w:rsidR="00F671D8" w:rsidRPr="00DF5653" w:rsidRDefault="00000000">
      <w:pPr>
        <w:spacing w:after="20"/>
        <w:ind w:left="547"/>
        <w:rPr>
          <w:rFonts w:ascii="Times New Roman" w:hAnsi="Times New Roman" w:cs="Times New Roman"/>
        </w:rPr>
      </w:pPr>
      <w:r w:rsidRPr="00DF5653">
        <w:rPr>
          <w:rFonts w:ascii="Times New Roman" w:hAnsi="Times New Roman" w:cs="Times New Roman"/>
          <w:sz w:val="17"/>
        </w:rPr>
        <w:t>________________________________________________________________________________</w:t>
      </w:r>
    </w:p>
    <w:p w14:paraId="38590A40" w14:textId="77777777" w:rsidR="00F671D8" w:rsidRPr="00DF5653" w:rsidRDefault="00000000">
      <w:pPr>
        <w:spacing w:before="60"/>
        <w:rPr>
          <w:rFonts w:ascii="Times New Roman" w:hAnsi="Times New Roman" w:cs="Times New Roman"/>
        </w:rPr>
      </w:pPr>
      <w:r w:rsidRPr="00DF5653">
        <w:rPr>
          <w:rFonts w:ascii="Times New Roman" w:hAnsi="Times New Roman" w:cs="Times New Roman"/>
          <w:b/>
        </w:rPr>
        <w:t xml:space="preserve">8. </w:t>
      </w:r>
      <w:r w:rsidRPr="00DF5653">
        <w:rPr>
          <w:rFonts w:ascii="Times New Roman" w:hAnsi="Times New Roman" w:cs="Times New Roman"/>
        </w:rPr>
        <w:t>State four advantages of using the internet as a means of communication.</w:t>
      </w:r>
      <w:r w:rsidRPr="00DF5653">
        <w:rPr>
          <w:rFonts w:ascii="Times New Roman" w:hAnsi="Times New Roman" w:cs="Times New Roman"/>
          <w:b/>
        </w:rPr>
        <w:t xml:space="preserve">  (4 marks)</w:t>
      </w:r>
    </w:p>
    <w:p w14:paraId="4AEB0860" w14:textId="77777777" w:rsidR="00F671D8" w:rsidRPr="00DF5653" w:rsidRDefault="00000000">
      <w:pPr>
        <w:spacing w:after="20"/>
        <w:ind w:left="259"/>
        <w:rPr>
          <w:rFonts w:ascii="Times New Roman" w:hAnsi="Times New Roman" w:cs="Times New Roman"/>
        </w:rPr>
      </w:pPr>
      <w:r w:rsidRPr="00DF5653">
        <w:rPr>
          <w:rFonts w:ascii="Times New Roman" w:hAnsi="Times New Roman" w:cs="Times New Roman"/>
          <w:b/>
        </w:rPr>
        <w:t>(i)   (1 mark)</w:t>
      </w:r>
    </w:p>
    <w:p w14:paraId="35AD1D86" w14:textId="77777777" w:rsidR="00F671D8" w:rsidRPr="00DF5653" w:rsidRDefault="00000000">
      <w:pPr>
        <w:spacing w:after="20"/>
        <w:ind w:left="547"/>
        <w:rPr>
          <w:rFonts w:ascii="Times New Roman" w:hAnsi="Times New Roman" w:cs="Times New Roman"/>
        </w:rPr>
      </w:pPr>
      <w:r w:rsidRPr="00DF5653">
        <w:rPr>
          <w:rFonts w:ascii="Times New Roman" w:hAnsi="Times New Roman" w:cs="Times New Roman"/>
          <w:sz w:val="17"/>
        </w:rPr>
        <w:t>________________________________________________________________________________</w:t>
      </w:r>
    </w:p>
    <w:p w14:paraId="4D525E91" w14:textId="77777777" w:rsidR="00F671D8" w:rsidRPr="00DF5653" w:rsidRDefault="00000000">
      <w:pPr>
        <w:spacing w:after="20"/>
        <w:ind w:left="259"/>
        <w:rPr>
          <w:rFonts w:ascii="Times New Roman" w:hAnsi="Times New Roman" w:cs="Times New Roman"/>
        </w:rPr>
      </w:pPr>
      <w:r w:rsidRPr="00DF5653">
        <w:rPr>
          <w:rFonts w:ascii="Times New Roman" w:hAnsi="Times New Roman" w:cs="Times New Roman"/>
          <w:b/>
        </w:rPr>
        <w:t>(ii)   (1 mark)</w:t>
      </w:r>
    </w:p>
    <w:p w14:paraId="6C02C60D" w14:textId="77777777" w:rsidR="00F671D8" w:rsidRPr="00DF5653" w:rsidRDefault="00000000">
      <w:pPr>
        <w:spacing w:after="20"/>
        <w:ind w:left="547"/>
        <w:rPr>
          <w:rFonts w:ascii="Times New Roman" w:hAnsi="Times New Roman" w:cs="Times New Roman"/>
        </w:rPr>
      </w:pPr>
      <w:r w:rsidRPr="00DF5653">
        <w:rPr>
          <w:rFonts w:ascii="Times New Roman" w:hAnsi="Times New Roman" w:cs="Times New Roman"/>
          <w:sz w:val="17"/>
        </w:rPr>
        <w:t>________________________________________________________________________________</w:t>
      </w:r>
    </w:p>
    <w:p w14:paraId="4174D7B6" w14:textId="77777777" w:rsidR="00F671D8" w:rsidRPr="00DF5653" w:rsidRDefault="00000000">
      <w:pPr>
        <w:spacing w:after="20"/>
        <w:ind w:left="259"/>
        <w:rPr>
          <w:rFonts w:ascii="Times New Roman" w:hAnsi="Times New Roman" w:cs="Times New Roman"/>
        </w:rPr>
      </w:pPr>
      <w:r w:rsidRPr="00DF5653">
        <w:rPr>
          <w:rFonts w:ascii="Times New Roman" w:hAnsi="Times New Roman" w:cs="Times New Roman"/>
          <w:b/>
        </w:rPr>
        <w:t>(iii)   (1 mark)</w:t>
      </w:r>
    </w:p>
    <w:p w14:paraId="3A8425AD" w14:textId="77777777" w:rsidR="00F671D8" w:rsidRPr="00DF5653" w:rsidRDefault="00000000">
      <w:pPr>
        <w:spacing w:after="20"/>
        <w:ind w:left="547"/>
        <w:rPr>
          <w:rFonts w:ascii="Times New Roman" w:hAnsi="Times New Roman" w:cs="Times New Roman"/>
        </w:rPr>
      </w:pPr>
      <w:r w:rsidRPr="00DF5653">
        <w:rPr>
          <w:rFonts w:ascii="Times New Roman" w:hAnsi="Times New Roman" w:cs="Times New Roman"/>
          <w:sz w:val="17"/>
        </w:rPr>
        <w:t>________________________________________________________________________________</w:t>
      </w:r>
    </w:p>
    <w:p w14:paraId="7AA63F67" w14:textId="77777777" w:rsidR="00F671D8" w:rsidRPr="00DF5653" w:rsidRDefault="00000000">
      <w:pPr>
        <w:spacing w:after="20"/>
        <w:ind w:left="259"/>
        <w:rPr>
          <w:rFonts w:ascii="Times New Roman" w:hAnsi="Times New Roman" w:cs="Times New Roman"/>
        </w:rPr>
      </w:pPr>
      <w:r w:rsidRPr="00DF5653">
        <w:rPr>
          <w:rFonts w:ascii="Times New Roman" w:hAnsi="Times New Roman" w:cs="Times New Roman"/>
          <w:b/>
        </w:rPr>
        <w:t>(iv)   (1 mark)</w:t>
      </w:r>
    </w:p>
    <w:p w14:paraId="56DB3F4A" w14:textId="77777777" w:rsidR="00F671D8" w:rsidRPr="00DF5653" w:rsidRDefault="00000000">
      <w:pPr>
        <w:spacing w:after="20"/>
        <w:ind w:left="547"/>
        <w:rPr>
          <w:rFonts w:ascii="Times New Roman" w:hAnsi="Times New Roman" w:cs="Times New Roman"/>
        </w:rPr>
      </w:pPr>
      <w:r w:rsidRPr="00DF5653">
        <w:rPr>
          <w:rFonts w:ascii="Times New Roman" w:hAnsi="Times New Roman" w:cs="Times New Roman"/>
          <w:sz w:val="17"/>
        </w:rPr>
        <w:t>________________________________________________________________________________</w:t>
      </w:r>
    </w:p>
    <w:p w14:paraId="3417D0E0" w14:textId="77777777" w:rsidR="00F671D8" w:rsidRPr="00DF5653" w:rsidRDefault="00000000">
      <w:pPr>
        <w:spacing w:before="60"/>
        <w:rPr>
          <w:rFonts w:ascii="Times New Roman" w:hAnsi="Times New Roman" w:cs="Times New Roman"/>
        </w:rPr>
      </w:pPr>
      <w:r w:rsidRPr="00DF5653">
        <w:rPr>
          <w:rFonts w:ascii="Times New Roman" w:hAnsi="Times New Roman" w:cs="Times New Roman"/>
          <w:b/>
        </w:rPr>
        <w:t xml:space="preserve">9. </w:t>
      </w:r>
      <w:r w:rsidRPr="00DF5653">
        <w:rPr>
          <w:rFonts w:ascii="Times New Roman" w:hAnsi="Times New Roman" w:cs="Times New Roman"/>
        </w:rPr>
        <w:t>Outline four ways in which individual consumers may protect themselves against exploitation by unscrupulous business persons.</w:t>
      </w:r>
      <w:r w:rsidRPr="00DF5653">
        <w:rPr>
          <w:rFonts w:ascii="Times New Roman" w:hAnsi="Times New Roman" w:cs="Times New Roman"/>
          <w:b/>
        </w:rPr>
        <w:t xml:space="preserve">  (4 marks)</w:t>
      </w:r>
    </w:p>
    <w:p w14:paraId="10B4F6CC" w14:textId="77777777" w:rsidR="00F671D8" w:rsidRPr="00DF5653" w:rsidRDefault="00000000">
      <w:pPr>
        <w:spacing w:after="20"/>
        <w:ind w:left="259"/>
        <w:rPr>
          <w:rFonts w:ascii="Times New Roman" w:hAnsi="Times New Roman" w:cs="Times New Roman"/>
        </w:rPr>
      </w:pPr>
      <w:r w:rsidRPr="00DF5653">
        <w:rPr>
          <w:rFonts w:ascii="Times New Roman" w:hAnsi="Times New Roman" w:cs="Times New Roman"/>
          <w:b/>
        </w:rPr>
        <w:t>(i)   (1 mark)</w:t>
      </w:r>
    </w:p>
    <w:p w14:paraId="096CA649" w14:textId="77777777" w:rsidR="00F671D8" w:rsidRPr="00DF5653" w:rsidRDefault="00000000">
      <w:pPr>
        <w:spacing w:after="20"/>
        <w:ind w:left="547"/>
        <w:rPr>
          <w:rFonts w:ascii="Times New Roman" w:hAnsi="Times New Roman" w:cs="Times New Roman"/>
        </w:rPr>
      </w:pPr>
      <w:r w:rsidRPr="00DF5653">
        <w:rPr>
          <w:rFonts w:ascii="Times New Roman" w:hAnsi="Times New Roman" w:cs="Times New Roman"/>
          <w:sz w:val="17"/>
        </w:rPr>
        <w:t>________________________________________________________________________________</w:t>
      </w:r>
    </w:p>
    <w:p w14:paraId="2833FE83" w14:textId="77777777" w:rsidR="00F671D8" w:rsidRPr="00DF5653" w:rsidRDefault="00000000">
      <w:pPr>
        <w:spacing w:after="20"/>
        <w:ind w:left="259"/>
        <w:rPr>
          <w:rFonts w:ascii="Times New Roman" w:hAnsi="Times New Roman" w:cs="Times New Roman"/>
        </w:rPr>
      </w:pPr>
      <w:r w:rsidRPr="00DF5653">
        <w:rPr>
          <w:rFonts w:ascii="Times New Roman" w:hAnsi="Times New Roman" w:cs="Times New Roman"/>
          <w:b/>
        </w:rPr>
        <w:t>(ii)   (1 mark)</w:t>
      </w:r>
    </w:p>
    <w:p w14:paraId="6DB79FB5" w14:textId="77777777" w:rsidR="00F671D8" w:rsidRPr="00DF5653" w:rsidRDefault="00000000">
      <w:pPr>
        <w:spacing w:after="20"/>
        <w:ind w:left="547"/>
        <w:rPr>
          <w:rFonts w:ascii="Times New Roman" w:hAnsi="Times New Roman" w:cs="Times New Roman"/>
        </w:rPr>
      </w:pPr>
      <w:r w:rsidRPr="00DF5653">
        <w:rPr>
          <w:rFonts w:ascii="Times New Roman" w:hAnsi="Times New Roman" w:cs="Times New Roman"/>
          <w:sz w:val="17"/>
        </w:rPr>
        <w:t>________________________________________________________________________________</w:t>
      </w:r>
    </w:p>
    <w:p w14:paraId="3876E4D5" w14:textId="77777777" w:rsidR="00F671D8" w:rsidRPr="00DF5653" w:rsidRDefault="00000000">
      <w:pPr>
        <w:spacing w:after="20"/>
        <w:ind w:left="259"/>
        <w:rPr>
          <w:rFonts w:ascii="Times New Roman" w:hAnsi="Times New Roman" w:cs="Times New Roman"/>
        </w:rPr>
      </w:pPr>
      <w:r w:rsidRPr="00DF5653">
        <w:rPr>
          <w:rFonts w:ascii="Times New Roman" w:hAnsi="Times New Roman" w:cs="Times New Roman"/>
          <w:b/>
        </w:rPr>
        <w:t>(iii)   (1 mark)</w:t>
      </w:r>
    </w:p>
    <w:p w14:paraId="44357F71" w14:textId="77777777" w:rsidR="00F671D8" w:rsidRPr="00DF5653" w:rsidRDefault="00000000">
      <w:pPr>
        <w:spacing w:after="20"/>
        <w:ind w:left="547"/>
        <w:rPr>
          <w:rFonts w:ascii="Times New Roman" w:hAnsi="Times New Roman" w:cs="Times New Roman"/>
        </w:rPr>
      </w:pPr>
      <w:r w:rsidRPr="00DF5653">
        <w:rPr>
          <w:rFonts w:ascii="Times New Roman" w:hAnsi="Times New Roman" w:cs="Times New Roman"/>
          <w:sz w:val="17"/>
        </w:rPr>
        <w:t>________________________________________________________________________________</w:t>
      </w:r>
    </w:p>
    <w:p w14:paraId="5366F781" w14:textId="77777777" w:rsidR="00F671D8" w:rsidRPr="00DF5653" w:rsidRDefault="00000000">
      <w:pPr>
        <w:spacing w:after="20"/>
        <w:ind w:left="259"/>
        <w:rPr>
          <w:rFonts w:ascii="Times New Roman" w:hAnsi="Times New Roman" w:cs="Times New Roman"/>
        </w:rPr>
      </w:pPr>
      <w:r w:rsidRPr="00DF5653">
        <w:rPr>
          <w:rFonts w:ascii="Times New Roman" w:hAnsi="Times New Roman" w:cs="Times New Roman"/>
          <w:b/>
        </w:rPr>
        <w:t>(iv)   (1 mark)</w:t>
      </w:r>
    </w:p>
    <w:p w14:paraId="3031E775" w14:textId="77777777" w:rsidR="00F671D8" w:rsidRPr="00DF5653" w:rsidRDefault="00000000">
      <w:pPr>
        <w:spacing w:after="20"/>
        <w:ind w:left="547"/>
        <w:rPr>
          <w:rFonts w:ascii="Times New Roman" w:hAnsi="Times New Roman" w:cs="Times New Roman"/>
        </w:rPr>
      </w:pPr>
      <w:r w:rsidRPr="00DF5653">
        <w:rPr>
          <w:rFonts w:ascii="Times New Roman" w:hAnsi="Times New Roman" w:cs="Times New Roman"/>
          <w:sz w:val="17"/>
        </w:rPr>
        <w:t>________________________________________________________________________________</w:t>
      </w:r>
    </w:p>
    <w:p w14:paraId="058933F2" w14:textId="77777777" w:rsidR="00F671D8" w:rsidRPr="00DF5653" w:rsidRDefault="00000000">
      <w:pPr>
        <w:spacing w:before="60"/>
        <w:rPr>
          <w:rFonts w:ascii="Times New Roman" w:hAnsi="Times New Roman" w:cs="Times New Roman"/>
        </w:rPr>
      </w:pPr>
      <w:r w:rsidRPr="00DF5653">
        <w:rPr>
          <w:rFonts w:ascii="Times New Roman" w:hAnsi="Times New Roman" w:cs="Times New Roman"/>
          <w:b/>
        </w:rPr>
        <w:t xml:space="preserve">10. </w:t>
      </w:r>
      <w:r w:rsidRPr="00DF5653">
        <w:rPr>
          <w:rFonts w:ascii="Times New Roman" w:hAnsi="Times New Roman" w:cs="Times New Roman"/>
        </w:rPr>
        <w:t>Using the balance sheet equation, calculate the missing figures represented by A, B, C and D in the table below.</w:t>
      </w:r>
      <w:r w:rsidRPr="00DF5653">
        <w:rPr>
          <w:rFonts w:ascii="Times New Roman" w:hAnsi="Times New Roman" w:cs="Times New Roman"/>
          <w:b/>
        </w:rPr>
        <w:t xml:space="preserve">  (4 marks)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592"/>
        <w:gridCol w:w="2592"/>
        <w:gridCol w:w="2592"/>
        <w:gridCol w:w="2592"/>
      </w:tblGrid>
      <w:tr w:rsidR="00F671D8" w:rsidRPr="00DF5653" w14:paraId="393A49D8" w14:textId="77777777">
        <w:trPr>
          <w:jc w:val="center"/>
        </w:trPr>
        <w:tc>
          <w:tcPr>
            <w:tcW w:w="2592" w:type="dxa"/>
            <w:shd w:val="clear" w:color="auto" w:fill="D9EAF7"/>
          </w:tcPr>
          <w:p w14:paraId="7B9A867B" w14:textId="77777777" w:rsidR="00F671D8" w:rsidRPr="00DF5653" w:rsidRDefault="00000000">
            <w:pPr>
              <w:rPr>
                <w:rFonts w:ascii="Times New Roman" w:hAnsi="Times New Roman" w:cs="Times New Roman"/>
              </w:rPr>
            </w:pPr>
            <w:r w:rsidRPr="00DF5653">
              <w:rPr>
                <w:rFonts w:ascii="Times New Roman" w:hAnsi="Times New Roman" w:cs="Times New Roman"/>
                <w:b/>
                <w:sz w:val="18"/>
              </w:rPr>
              <w:t>Case</w:t>
            </w:r>
          </w:p>
        </w:tc>
        <w:tc>
          <w:tcPr>
            <w:tcW w:w="2592" w:type="dxa"/>
            <w:shd w:val="clear" w:color="auto" w:fill="D9EAF7"/>
          </w:tcPr>
          <w:p w14:paraId="72260608" w14:textId="77777777" w:rsidR="00F671D8" w:rsidRPr="00DF5653" w:rsidRDefault="00000000">
            <w:pPr>
              <w:rPr>
                <w:rFonts w:ascii="Times New Roman" w:hAnsi="Times New Roman" w:cs="Times New Roman"/>
              </w:rPr>
            </w:pPr>
            <w:r w:rsidRPr="00DF5653">
              <w:rPr>
                <w:rFonts w:ascii="Times New Roman" w:hAnsi="Times New Roman" w:cs="Times New Roman"/>
                <w:b/>
                <w:sz w:val="18"/>
              </w:rPr>
              <w:t>Capital (Ksh)</w:t>
            </w:r>
          </w:p>
        </w:tc>
        <w:tc>
          <w:tcPr>
            <w:tcW w:w="2592" w:type="dxa"/>
            <w:shd w:val="clear" w:color="auto" w:fill="D9EAF7"/>
          </w:tcPr>
          <w:p w14:paraId="37C249BB" w14:textId="77777777" w:rsidR="00F671D8" w:rsidRPr="00DF5653" w:rsidRDefault="00000000">
            <w:pPr>
              <w:rPr>
                <w:rFonts w:ascii="Times New Roman" w:hAnsi="Times New Roman" w:cs="Times New Roman"/>
              </w:rPr>
            </w:pPr>
            <w:r w:rsidRPr="00DF5653">
              <w:rPr>
                <w:rFonts w:ascii="Times New Roman" w:hAnsi="Times New Roman" w:cs="Times New Roman"/>
                <w:b/>
                <w:sz w:val="18"/>
              </w:rPr>
              <w:t>Liabilities (Ksh)</w:t>
            </w:r>
          </w:p>
        </w:tc>
        <w:tc>
          <w:tcPr>
            <w:tcW w:w="2592" w:type="dxa"/>
            <w:shd w:val="clear" w:color="auto" w:fill="D9EAF7"/>
          </w:tcPr>
          <w:p w14:paraId="33936945" w14:textId="77777777" w:rsidR="00F671D8" w:rsidRPr="00DF5653" w:rsidRDefault="00000000">
            <w:pPr>
              <w:rPr>
                <w:rFonts w:ascii="Times New Roman" w:hAnsi="Times New Roman" w:cs="Times New Roman"/>
              </w:rPr>
            </w:pPr>
            <w:r w:rsidRPr="00DF5653">
              <w:rPr>
                <w:rFonts w:ascii="Times New Roman" w:hAnsi="Times New Roman" w:cs="Times New Roman"/>
                <w:b/>
                <w:sz w:val="18"/>
              </w:rPr>
              <w:t>Assets (Ksh)</w:t>
            </w:r>
          </w:p>
        </w:tc>
      </w:tr>
      <w:tr w:rsidR="00F671D8" w:rsidRPr="00DF5653" w14:paraId="72D3C8D9" w14:textId="77777777">
        <w:trPr>
          <w:jc w:val="center"/>
        </w:trPr>
        <w:tc>
          <w:tcPr>
            <w:tcW w:w="2592" w:type="dxa"/>
          </w:tcPr>
          <w:p w14:paraId="0C2FABC7" w14:textId="77777777" w:rsidR="00F671D8" w:rsidRPr="00DF5653" w:rsidRDefault="00000000">
            <w:pPr>
              <w:rPr>
                <w:rFonts w:ascii="Times New Roman" w:hAnsi="Times New Roman" w:cs="Times New Roman"/>
              </w:rPr>
            </w:pPr>
            <w:r w:rsidRPr="00DF5653">
              <w:rPr>
                <w:rFonts w:ascii="Times New Roman" w:hAnsi="Times New Roman" w:cs="Times New Roman"/>
                <w:sz w:val="18"/>
              </w:rPr>
              <w:t>(i)</w:t>
            </w:r>
          </w:p>
        </w:tc>
        <w:tc>
          <w:tcPr>
            <w:tcW w:w="2592" w:type="dxa"/>
          </w:tcPr>
          <w:p w14:paraId="1BDDAFA3" w14:textId="77777777" w:rsidR="00F671D8" w:rsidRPr="00DF5653" w:rsidRDefault="00000000">
            <w:pPr>
              <w:rPr>
                <w:rFonts w:ascii="Times New Roman" w:hAnsi="Times New Roman" w:cs="Times New Roman"/>
              </w:rPr>
            </w:pPr>
            <w:r w:rsidRPr="00DF5653">
              <w:rPr>
                <w:rFonts w:ascii="Times New Roman" w:hAnsi="Times New Roman" w:cs="Times New Roman"/>
                <w:sz w:val="18"/>
              </w:rPr>
              <w:t>A</w:t>
            </w:r>
          </w:p>
        </w:tc>
        <w:tc>
          <w:tcPr>
            <w:tcW w:w="2592" w:type="dxa"/>
          </w:tcPr>
          <w:p w14:paraId="22A7B87D" w14:textId="77777777" w:rsidR="00F671D8" w:rsidRPr="00DF5653" w:rsidRDefault="00000000">
            <w:pPr>
              <w:rPr>
                <w:rFonts w:ascii="Times New Roman" w:hAnsi="Times New Roman" w:cs="Times New Roman"/>
              </w:rPr>
            </w:pPr>
            <w:r w:rsidRPr="00DF5653">
              <w:rPr>
                <w:rFonts w:ascii="Times New Roman" w:hAnsi="Times New Roman" w:cs="Times New Roman"/>
                <w:sz w:val="18"/>
              </w:rPr>
              <w:t>3,280</w:t>
            </w:r>
          </w:p>
        </w:tc>
        <w:tc>
          <w:tcPr>
            <w:tcW w:w="2592" w:type="dxa"/>
          </w:tcPr>
          <w:p w14:paraId="175D56B3" w14:textId="77777777" w:rsidR="00F671D8" w:rsidRPr="00DF5653" w:rsidRDefault="00000000">
            <w:pPr>
              <w:rPr>
                <w:rFonts w:ascii="Times New Roman" w:hAnsi="Times New Roman" w:cs="Times New Roman"/>
              </w:rPr>
            </w:pPr>
            <w:r w:rsidRPr="00DF5653">
              <w:rPr>
                <w:rFonts w:ascii="Times New Roman" w:hAnsi="Times New Roman" w:cs="Times New Roman"/>
                <w:sz w:val="18"/>
              </w:rPr>
              <w:t>24,500</w:t>
            </w:r>
          </w:p>
        </w:tc>
      </w:tr>
      <w:tr w:rsidR="00F671D8" w:rsidRPr="00DF5653" w14:paraId="679684BE" w14:textId="77777777">
        <w:trPr>
          <w:jc w:val="center"/>
        </w:trPr>
        <w:tc>
          <w:tcPr>
            <w:tcW w:w="2592" w:type="dxa"/>
          </w:tcPr>
          <w:p w14:paraId="41CD1309" w14:textId="77777777" w:rsidR="00F671D8" w:rsidRPr="00DF5653" w:rsidRDefault="00000000">
            <w:pPr>
              <w:rPr>
                <w:rFonts w:ascii="Times New Roman" w:hAnsi="Times New Roman" w:cs="Times New Roman"/>
              </w:rPr>
            </w:pPr>
            <w:r w:rsidRPr="00DF5653">
              <w:rPr>
                <w:rFonts w:ascii="Times New Roman" w:hAnsi="Times New Roman" w:cs="Times New Roman"/>
                <w:sz w:val="18"/>
              </w:rPr>
              <w:t>(ii)</w:t>
            </w:r>
          </w:p>
        </w:tc>
        <w:tc>
          <w:tcPr>
            <w:tcW w:w="2592" w:type="dxa"/>
          </w:tcPr>
          <w:p w14:paraId="736010D1" w14:textId="77777777" w:rsidR="00F671D8" w:rsidRPr="00DF5653" w:rsidRDefault="00000000">
            <w:pPr>
              <w:rPr>
                <w:rFonts w:ascii="Times New Roman" w:hAnsi="Times New Roman" w:cs="Times New Roman"/>
              </w:rPr>
            </w:pPr>
            <w:r w:rsidRPr="00DF5653">
              <w:rPr>
                <w:rFonts w:ascii="Times New Roman" w:hAnsi="Times New Roman" w:cs="Times New Roman"/>
                <w:sz w:val="18"/>
              </w:rPr>
              <w:t>35,750</w:t>
            </w:r>
          </w:p>
        </w:tc>
        <w:tc>
          <w:tcPr>
            <w:tcW w:w="2592" w:type="dxa"/>
          </w:tcPr>
          <w:p w14:paraId="477205E1" w14:textId="77777777" w:rsidR="00F671D8" w:rsidRPr="00DF5653" w:rsidRDefault="00000000">
            <w:pPr>
              <w:rPr>
                <w:rFonts w:ascii="Times New Roman" w:hAnsi="Times New Roman" w:cs="Times New Roman"/>
              </w:rPr>
            </w:pPr>
            <w:r w:rsidRPr="00DF5653">
              <w:rPr>
                <w:rFonts w:ascii="Times New Roman" w:hAnsi="Times New Roman" w:cs="Times New Roman"/>
                <w:sz w:val="18"/>
              </w:rPr>
              <w:t>B</w:t>
            </w:r>
          </w:p>
        </w:tc>
        <w:tc>
          <w:tcPr>
            <w:tcW w:w="2592" w:type="dxa"/>
          </w:tcPr>
          <w:p w14:paraId="7C586E90" w14:textId="77777777" w:rsidR="00F671D8" w:rsidRPr="00DF5653" w:rsidRDefault="00000000">
            <w:pPr>
              <w:rPr>
                <w:rFonts w:ascii="Times New Roman" w:hAnsi="Times New Roman" w:cs="Times New Roman"/>
              </w:rPr>
            </w:pPr>
            <w:r w:rsidRPr="00DF5653">
              <w:rPr>
                <w:rFonts w:ascii="Times New Roman" w:hAnsi="Times New Roman" w:cs="Times New Roman"/>
                <w:sz w:val="18"/>
              </w:rPr>
              <w:t>128,600</w:t>
            </w:r>
          </w:p>
        </w:tc>
      </w:tr>
      <w:tr w:rsidR="00F671D8" w:rsidRPr="00DF5653" w14:paraId="41AAB026" w14:textId="77777777">
        <w:trPr>
          <w:jc w:val="center"/>
        </w:trPr>
        <w:tc>
          <w:tcPr>
            <w:tcW w:w="2592" w:type="dxa"/>
          </w:tcPr>
          <w:p w14:paraId="146F65BC" w14:textId="77777777" w:rsidR="00F671D8" w:rsidRPr="00DF5653" w:rsidRDefault="00000000">
            <w:pPr>
              <w:rPr>
                <w:rFonts w:ascii="Times New Roman" w:hAnsi="Times New Roman" w:cs="Times New Roman"/>
              </w:rPr>
            </w:pPr>
            <w:r w:rsidRPr="00DF5653">
              <w:rPr>
                <w:rFonts w:ascii="Times New Roman" w:hAnsi="Times New Roman" w:cs="Times New Roman"/>
                <w:sz w:val="18"/>
              </w:rPr>
              <w:t>(iii)</w:t>
            </w:r>
          </w:p>
        </w:tc>
        <w:tc>
          <w:tcPr>
            <w:tcW w:w="2592" w:type="dxa"/>
          </w:tcPr>
          <w:p w14:paraId="109EA8AE" w14:textId="77777777" w:rsidR="00F671D8" w:rsidRPr="00DF5653" w:rsidRDefault="00000000">
            <w:pPr>
              <w:rPr>
                <w:rFonts w:ascii="Times New Roman" w:hAnsi="Times New Roman" w:cs="Times New Roman"/>
              </w:rPr>
            </w:pPr>
            <w:r w:rsidRPr="00DF5653">
              <w:rPr>
                <w:rFonts w:ascii="Times New Roman" w:hAnsi="Times New Roman" w:cs="Times New Roman"/>
                <w:sz w:val="18"/>
              </w:rPr>
              <w:t>160,000</w:t>
            </w:r>
          </w:p>
        </w:tc>
        <w:tc>
          <w:tcPr>
            <w:tcW w:w="2592" w:type="dxa"/>
          </w:tcPr>
          <w:p w14:paraId="31B9C459" w14:textId="77777777" w:rsidR="00F671D8" w:rsidRPr="00DF5653" w:rsidRDefault="00000000">
            <w:pPr>
              <w:rPr>
                <w:rFonts w:ascii="Times New Roman" w:hAnsi="Times New Roman" w:cs="Times New Roman"/>
              </w:rPr>
            </w:pPr>
            <w:r w:rsidRPr="00DF5653">
              <w:rPr>
                <w:rFonts w:ascii="Times New Roman" w:hAnsi="Times New Roman" w:cs="Times New Roman"/>
                <w:sz w:val="18"/>
              </w:rPr>
              <w:t>294,500</w:t>
            </w:r>
          </w:p>
        </w:tc>
        <w:tc>
          <w:tcPr>
            <w:tcW w:w="2592" w:type="dxa"/>
          </w:tcPr>
          <w:p w14:paraId="3EAE5975" w14:textId="77777777" w:rsidR="00F671D8" w:rsidRPr="00DF5653" w:rsidRDefault="00000000">
            <w:pPr>
              <w:rPr>
                <w:rFonts w:ascii="Times New Roman" w:hAnsi="Times New Roman" w:cs="Times New Roman"/>
              </w:rPr>
            </w:pPr>
            <w:r w:rsidRPr="00DF5653">
              <w:rPr>
                <w:rFonts w:ascii="Times New Roman" w:hAnsi="Times New Roman" w:cs="Times New Roman"/>
                <w:sz w:val="18"/>
              </w:rPr>
              <w:t>C</w:t>
            </w:r>
          </w:p>
        </w:tc>
      </w:tr>
      <w:tr w:rsidR="00F671D8" w:rsidRPr="00DF5653" w14:paraId="56833A87" w14:textId="77777777">
        <w:trPr>
          <w:jc w:val="center"/>
        </w:trPr>
        <w:tc>
          <w:tcPr>
            <w:tcW w:w="2592" w:type="dxa"/>
          </w:tcPr>
          <w:p w14:paraId="4C34890E" w14:textId="77777777" w:rsidR="00F671D8" w:rsidRPr="00DF5653" w:rsidRDefault="00000000">
            <w:pPr>
              <w:rPr>
                <w:rFonts w:ascii="Times New Roman" w:hAnsi="Times New Roman" w:cs="Times New Roman"/>
              </w:rPr>
            </w:pPr>
            <w:r w:rsidRPr="00DF5653">
              <w:rPr>
                <w:rFonts w:ascii="Times New Roman" w:hAnsi="Times New Roman" w:cs="Times New Roman"/>
                <w:sz w:val="18"/>
              </w:rPr>
              <w:t>(iv)</w:t>
            </w:r>
          </w:p>
        </w:tc>
        <w:tc>
          <w:tcPr>
            <w:tcW w:w="2592" w:type="dxa"/>
          </w:tcPr>
          <w:p w14:paraId="167AC377" w14:textId="77777777" w:rsidR="00F671D8" w:rsidRPr="00DF5653" w:rsidRDefault="00000000">
            <w:pPr>
              <w:rPr>
                <w:rFonts w:ascii="Times New Roman" w:hAnsi="Times New Roman" w:cs="Times New Roman"/>
              </w:rPr>
            </w:pPr>
            <w:r w:rsidRPr="00DF5653">
              <w:rPr>
                <w:rFonts w:ascii="Times New Roman" w:hAnsi="Times New Roman" w:cs="Times New Roman"/>
                <w:sz w:val="18"/>
              </w:rPr>
              <w:t>D</w:t>
            </w:r>
          </w:p>
        </w:tc>
        <w:tc>
          <w:tcPr>
            <w:tcW w:w="2592" w:type="dxa"/>
          </w:tcPr>
          <w:p w14:paraId="7EA97CDA" w14:textId="77777777" w:rsidR="00F671D8" w:rsidRPr="00DF5653" w:rsidRDefault="00000000">
            <w:pPr>
              <w:rPr>
                <w:rFonts w:ascii="Times New Roman" w:hAnsi="Times New Roman" w:cs="Times New Roman"/>
              </w:rPr>
            </w:pPr>
            <w:r w:rsidRPr="00DF5653">
              <w:rPr>
                <w:rFonts w:ascii="Times New Roman" w:hAnsi="Times New Roman" w:cs="Times New Roman"/>
                <w:sz w:val="18"/>
              </w:rPr>
              <w:t>186,400</w:t>
            </w:r>
          </w:p>
        </w:tc>
        <w:tc>
          <w:tcPr>
            <w:tcW w:w="2592" w:type="dxa"/>
          </w:tcPr>
          <w:p w14:paraId="4727A21E" w14:textId="77777777" w:rsidR="00F671D8" w:rsidRPr="00DF5653" w:rsidRDefault="00000000">
            <w:pPr>
              <w:rPr>
                <w:rFonts w:ascii="Times New Roman" w:hAnsi="Times New Roman" w:cs="Times New Roman"/>
              </w:rPr>
            </w:pPr>
            <w:r w:rsidRPr="00DF5653">
              <w:rPr>
                <w:rFonts w:ascii="Times New Roman" w:hAnsi="Times New Roman" w:cs="Times New Roman"/>
                <w:sz w:val="18"/>
              </w:rPr>
              <w:t>512,800</w:t>
            </w:r>
          </w:p>
        </w:tc>
      </w:tr>
    </w:tbl>
    <w:p w14:paraId="036940E3" w14:textId="77777777" w:rsidR="00F671D8" w:rsidRPr="00DF5653" w:rsidRDefault="00F671D8">
      <w:pPr>
        <w:rPr>
          <w:rFonts w:ascii="Times New Roman" w:hAnsi="Times New Roman" w:cs="Times New Roman"/>
        </w:rPr>
      </w:pPr>
    </w:p>
    <w:p w14:paraId="77EAF0E5" w14:textId="77777777" w:rsidR="00F671D8" w:rsidRPr="00DF5653" w:rsidRDefault="00000000">
      <w:pPr>
        <w:spacing w:after="20"/>
        <w:rPr>
          <w:rFonts w:ascii="Times New Roman" w:hAnsi="Times New Roman" w:cs="Times New Roman"/>
        </w:rPr>
      </w:pPr>
      <w:r w:rsidRPr="00DF5653">
        <w:rPr>
          <w:rFonts w:ascii="Times New Roman" w:hAnsi="Times New Roman" w:cs="Times New Roman"/>
          <w:sz w:val="17"/>
        </w:rPr>
        <w:t>________________________________________________________________________________</w:t>
      </w:r>
    </w:p>
    <w:p w14:paraId="0B287662" w14:textId="77777777" w:rsidR="00F671D8" w:rsidRPr="00DF5653" w:rsidRDefault="00000000">
      <w:pPr>
        <w:spacing w:after="20"/>
        <w:rPr>
          <w:rFonts w:ascii="Times New Roman" w:hAnsi="Times New Roman" w:cs="Times New Roman"/>
        </w:rPr>
      </w:pPr>
      <w:r w:rsidRPr="00DF5653">
        <w:rPr>
          <w:rFonts w:ascii="Times New Roman" w:hAnsi="Times New Roman" w:cs="Times New Roman"/>
          <w:sz w:val="17"/>
        </w:rPr>
        <w:t>________________________________________________________________________________</w:t>
      </w:r>
    </w:p>
    <w:p w14:paraId="2A524460" w14:textId="77777777" w:rsidR="00F671D8" w:rsidRPr="00DF5653" w:rsidRDefault="00000000">
      <w:pPr>
        <w:spacing w:after="20"/>
        <w:rPr>
          <w:rFonts w:ascii="Times New Roman" w:hAnsi="Times New Roman" w:cs="Times New Roman"/>
        </w:rPr>
      </w:pPr>
      <w:r w:rsidRPr="00DF5653">
        <w:rPr>
          <w:rFonts w:ascii="Times New Roman" w:hAnsi="Times New Roman" w:cs="Times New Roman"/>
          <w:sz w:val="17"/>
        </w:rPr>
        <w:t>________________________________________________________________________________</w:t>
      </w:r>
    </w:p>
    <w:p w14:paraId="3115E840" w14:textId="77777777" w:rsidR="00F671D8" w:rsidRPr="00DF5653" w:rsidRDefault="00000000">
      <w:pPr>
        <w:spacing w:after="20"/>
        <w:rPr>
          <w:rFonts w:ascii="Times New Roman" w:hAnsi="Times New Roman" w:cs="Times New Roman"/>
        </w:rPr>
      </w:pPr>
      <w:r w:rsidRPr="00DF5653">
        <w:rPr>
          <w:rFonts w:ascii="Times New Roman" w:hAnsi="Times New Roman" w:cs="Times New Roman"/>
          <w:sz w:val="17"/>
        </w:rPr>
        <w:t>________________________________________________________________________________</w:t>
      </w:r>
    </w:p>
    <w:p w14:paraId="307B9CC4" w14:textId="77777777" w:rsidR="00F671D8" w:rsidRPr="00DF5653" w:rsidRDefault="00000000">
      <w:pPr>
        <w:spacing w:before="60"/>
        <w:rPr>
          <w:rFonts w:ascii="Times New Roman" w:hAnsi="Times New Roman" w:cs="Times New Roman"/>
        </w:rPr>
      </w:pPr>
      <w:r w:rsidRPr="00DF5653">
        <w:rPr>
          <w:rFonts w:ascii="Times New Roman" w:hAnsi="Times New Roman" w:cs="Times New Roman"/>
          <w:b/>
        </w:rPr>
        <w:t xml:space="preserve">11. </w:t>
      </w:r>
      <w:r w:rsidRPr="00DF5653">
        <w:rPr>
          <w:rFonts w:ascii="Times New Roman" w:hAnsi="Times New Roman" w:cs="Times New Roman"/>
        </w:rPr>
        <w:t>Outline four factors that are used to determine the size of a firm.</w:t>
      </w:r>
      <w:r w:rsidRPr="00DF5653">
        <w:rPr>
          <w:rFonts w:ascii="Times New Roman" w:hAnsi="Times New Roman" w:cs="Times New Roman"/>
          <w:b/>
        </w:rPr>
        <w:t xml:space="preserve">  (4 marks)</w:t>
      </w:r>
    </w:p>
    <w:p w14:paraId="1139E9EA" w14:textId="77777777" w:rsidR="00F671D8" w:rsidRPr="00DF5653" w:rsidRDefault="00000000">
      <w:pPr>
        <w:spacing w:after="20"/>
        <w:ind w:left="259"/>
        <w:rPr>
          <w:rFonts w:ascii="Times New Roman" w:hAnsi="Times New Roman" w:cs="Times New Roman"/>
        </w:rPr>
      </w:pPr>
      <w:r w:rsidRPr="00DF5653">
        <w:rPr>
          <w:rFonts w:ascii="Times New Roman" w:hAnsi="Times New Roman" w:cs="Times New Roman"/>
          <w:b/>
        </w:rPr>
        <w:t>(i)   (1 mark)</w:t>
      </w:r>
    </w:p>
    <w:p w14:paraId="75CF8042" w14:textId="77777777" w:rsidR="00F671D8" w:rsidRPr="00DF5653" w:rsidRDefault="00000000">
      <w:pPr>
        <w:spacing w:after="20"/>
        <w:ind w:left="547"/>
        <w:rPr>
          <w:rFonts w:ascii="Times New Roman" w:hAnsi="Times New Roman" w:cs="Times New Roman"/>
        </w:rPr>
      </w:pPr>
      <w:r w:rsidRPr="00DF5653">
        <w:rPr>
          <w:rFonts w:ascii="Times New Roman" w:hAnsi="Times New Roman" w:cs="Times New Roman"/>
          <w:sz w:val="17"/>
        </w:rPr>
        <w:t>________________________________________________________________________________</w:t>
      </w:r>
    </w:p>
    <w:p w14:paraId="34786468" w14:textId="77777777" w:rsidR="00F671D8" w:rsidRPr="00DF5653" w:rsidRDefault="00000000">
      <w:pPr>
        <w:spacing w:after="20"/>
        <w:ind w:left="259"/>
        <w:rPr>
          <w:rFonts w:ascii="Times New Roman" w:hAnsi="Times New Roman" w:cs="Times New Roman"/>
        </w:rPr>
      </w:pPr>
      <w:r w:rsidRPr="00DF5653">
        <w:rPr>
          <w:rFonts w:ascii="Times New Roman" w:hAnsi="Times New Roman" w:cs="Times New Roman"/>
          <w:b/>
        </w:rPr>
        <w:t>(ii)   (1 mark)</w:t>
      </w:r>
    </w:p>
    <w:p w14:paraId="09B0AA26" w14:textId="77777777" w:rsidR="00F671D8" w:rsidRPr="00DF5653" w:rsidRDefault="00000000">
      <w:pPr>
        <w:spacing w:after="20"/>
        <w:ind w:left="547"/>
        <w:rPr>
          <w:rFonts w:ascii="Times New Roman" w:hAnsi="Times New Roman" w:cs="Times New Roman"/>
        </w:rPr>
      </w:pPr>
      <w:r w:rsidRPr="00DF5653">
        <w:rPr>
          <w:rFonts w:ascii="Times New Roman" w:hAnsi="Times New Roman" w:cs="Times New Roman"/>
          <w:sz w:val="17"/>
        </w:rPr>
        <w:t>________________________________________________________________________________</w:t>
      </w:r>
    </w:p>
    <w:p w14:paraId="597C2867" w14:textId="77777777" w:rsidR="00F671D8" w:rsidRPr="00DF5653" w:rsidRDefault="00000000">
      <w:pPr>
        <w:spacing w:after="20"/>
        <w:ind w:left="259"/>
        <w:rPr>
          <w:rFonts w:ascii="Times New Roman" w:hAnsi="Times New Roman" w:cs="Times New Roman"/>
        </w:rPr>
      </w:pPr>
      <w:r w:rsidRPr="00DF5653">
        <w:rPr>
          <w:rFonts w:ascii="Times New Roman" w:hAnsi="Times New Roman" w:cs="Times New Roman"/>
          <w:b/>
        </w:rPr>
        <w:t>(iii)   (1 mark)</w:t>
      </w:r>
    </w:p>
    <w:p w14:paraId="0B26E4E4" w14:textId="77777777" w:rsidR="00F671D8" w:rsidRPr="00DF5653" w:rsidRDefault="00000000">
      <w:pPr>
        <w:spacing w:after="20"/>
        <w:ind w:left="547"/>
        <w:rPr>
          <w:rFonts w:ascii="Times New Roman" w:hAnsi="Times New Roman" w:cs="Times New Roman"/>
        </w:rPr>
      </w:pPr>
      <w:r w:rsidRPr="00DF5653">
        <w:rPr>
          <w:rFonts w:ascii="Times New Roman" w:hAnsi="Times New Roman" w:cs="Times New Roman"/>
          <w:sz w:val="17"/>
        </w:rPr>
        <w:t>________________________________________________________________________________</w:t>
      </w:r>
    </w:p>
    <w:p w14:paraId="6E27C0C3" w14:textId="77777777" w:rsidR="00F671D8" w:rsidRPr="00DF5653" w:rsidRDefault="00000000">
      <w:pPr>
        <w:spacing w:after="20"/>
        <w:ind w:left="259"/>
        <w:rPr>
          <w:rFonts w:ascii="Times New Roman" w:hAnsi="Times New Roman" w:cs="Times New Roman"/>
        </w:rPr>
      </w:pPr>
      <w:r w:rsidRPr="00DF5653">
        <w:rPr>
          <w:rFonts w:ascii="Times New Roman" w:hAnsi="Times New Roman" w:cs="Times New Roman"/>
          <w:b/>
        </w:rPr>
        <w:t>(iv)   (1 mark)</w:t>
      </w:r>
    </w:p>
    <w:p w14:paraId="061AF30D" w14:textId="77777777" w:rsidR="00F671D8" w:rsidRPr="00DF5653" w:rsidRDefault="00000000">
      <w:pPr>
        <w:spacing w:after="20"/>
        <w:ind w:left="547"/>
        <w:rPr>
          <w:rFonts w:ascii="Times New Roman" w:hAnsi="Times New Roman" w:cs="Times New Roman"/>
        </w:rPr>
      </w:pPr>
      <w:r w:rsidRPr="00DF5653">
        <w:rPr>
          <w:rFonts w:ascii="Times New Roman" w:hAnsi="Times New Roman" w:cs="Times New Roman"/>
          <w:sz w:val="17"/>
        </w:rPr>
        <w:t>________________________________________________________________________________</w:t>
      </w:r>
    </w:p>
    <w:p w14:paraId="52EAF717" w14:textId="77777777" w:rsidR="00F671D8" w:rsidRPr="00DF5653" w:rsidRDefault="00000000">
      <w:pPr>
        <w:spacing w:before="60"/>
        <w:rPr>
          <w:rFonts w:ascii="Times New Roman" w:hAnsi="Times New Roman" w:cs="Times New Roman"/>
        </w:rPr>
      </w:pPr>
      <w:r w:rsidRPr="00DF5653">
        <w:rPr>
          <w:rFonts w:ascii="Times New Roman" w:hAnsi="Times New Roman" w:cs="Times New Roman"/>
          <w:b/>
        </w:rPr>
        <w:t xml:space="preserve">12. </w:t>
      </w:r>
      <w:r w:rsidRPr="00DF5653">
        <w:rPr>
          <w:rFonts w:ascii="Times New Roman" w:hAnsi="Times New Roman" w:cs="Times New Roman"/>
        </w:rPr>
        <w:t>Highlight four circumstances under which a producer would not need a lot of warehousing space or facilities.</w:t>
      </w:r>
      <w:r w:rsidRPr="00DF5653">
        <w:rPr>
          <w:rFonts w:ascii="Times New Roman" w:hAnsi="Times New Roman" w:cs="Times New Roman"/>
          <w:b/>
        </w:rPr>
        <w:t xml:space="preserve">  (4 marks)</w:t>
      </w:r>
    </w:p>
    <w:p w14:paraId="1B15FE21" w14:textId="77777777" w:rsidR="00F671D8" w:rsidRPr="00DF5653" w:rsidRDefault="00000000">
      <w:pPr>
        <w:spacing w:after="20"/>
        <w:ind w:left="259"/>
        <w:rPr>
          <w:rFonts w:ascii="Times New Roman" w:hAnsi="Times New Roman" w:cs="Times New Roman"/>
        </w:rPr>
      </w:pPr>
      <w:r w:rsidRPr="00DF5653">
        <w:rPr>
          <w:rFonts w:ascii="Times New Roman" w:hAnsi="Times New Roman" w:cs="Times New Roman"/>
          <w:b/>
        </w:rPr>
        <w:t>(i)   (1 mark)</w:t>
      </w:r>
    </w:p>
    <w:p w14:paraId="35C30A7C" w14:textId="77777777" w:rsidR="00F671D8" w:rsidRPr="00DF5653" w:rsidRDefault="00000000">
      <w:pPr>
        <w:spacing w:after="20"/>
        <w:ind w:left="547"/>
        <w:rPr>
          <w:rFonts w:ascii="Times New Roman" w:hAnsi="Times New Roman" w:cs="Times New Roman"/>
        </w:rPr>
      </w:pPr>
      <w:r w:rsidRPr="00DF5653">
        <w:rPr>
          <w:rFonts w:ascii="Times New Roman" w:hAnsi="Times New Roman" w:cs="Times New Roman"/>
          <w:sz w:val="17"/>
        </w:rPr>
        <w:t>________________________________________________________________________________</w:t>
      </w:r>
    </w:p>
    <w:p w14:paraId="1676105D" w14:textId="77777777" w:rsidR="00F671D8" w:rsidRPr="00DF5653" w:rsidRDefault="00000000">
      <w:pPr>
        <w:spacing w:after="20"/>
        <w:ind w:left="259"/>
        <w:rPr>
          <w:rFonts w:ascii="Times New Roman" w:hAnsi="Times New Roman" w:cs="Times New Roman"/>
        </w:rPr>
      </w:pPr>
      <w:r w:rsidRPr="00DF5653">
        <w:rPr>
          <w:rFonts w:ascii="Times New Roman" w:hAnsi="Times New Roman" w:cs="Times New Roman"/>
          <w:b/>
        </w:rPr>
        <w:t>(ii)   (1 mark)</w:t>
      </w:r>
    </w:p>
    <w:p w14:paraId="4A5E870B" w14:textId="77777777" w:rsidR="00F671D8" w:rsidRPr="00DF5653" w:rsidRDefault="00000000">
      <w:pPr>
        <w:spacing w:after="20"/>
        <w:ind w:left="547"/>
        <w:rPr>
          <w:rFonts w:ascii="Times New Roman" w:hAnsi="Times New Roman" w:cs="Times New Roman"/>
        </w:rPr>
      </w:pPr>
      <w:r w:rsidRPr="00DF5653">
        <w:rPr>
          <w:rFonts w:ascii="Times New Roman" w:hAnsi="Times New Roman" w:cs="Times New Roman"/>
          <w:sz w:val="17"/>
        </w:rPr>
        <w:t>________________________________________________________________________________</w:t>
      </w:r>
    </w:p>
    <w:p w14:paraId="276F80DF" w14:textId="77777777" w:rsidR="00F671D8" w:rsidRPr="00DF5653" w:rsidRDefault="00000000">
      <w:pPr>
        <w:spacing w:after="20"/>
        <w:ind w:left="259"/>
        <w:rPr>
          <w:rFonts w:ascii="Times New Roman" w:hAnsi="Times New Roman" w:cs="Times New Roman"/>
        </w:rPr>
      </w:pPr>
      <w:r w:rsidRPr="00DF5653">
        <w:rPr>
          <w:rFonts w:ascii="Times New Roman" w:hAnsi="Times New Roman" w:cs="Times New Roman"/>
          <w:b/>
        </w:rPr>
        <w:t>(iii)   (1 mark)</w:t>
      </w:r>
    </w:p>
    <w:p w14:paraId="7BAFB69C" w14:textId="77777777" w:rsidR="00F671D8" w:rsidRPr="00DF5653" w:rsidRDefault="00000000">
      <w:pPr>
        <w:spacing w:after="20"/>
        <w:ind w:left="547"/>
        <w:rPr>
          <w:rFonts w:ascii="Times New Roman" w:hAnsi="Times New Roman" w:cs="Times New Roman"/>
        </w:rPr>
      </w:pPr>
      <w:r w:rsidRPr="00DF5653">
        <w:rPr>
          <w:rFonts w:ascii="Times New Roman" w:hAnsi="Times New Roman" w:cs="Times New Roman"/>
          <w:sz w:val="17"/>
        </w:rPr>
        <w:t>________________________________________________________________________________</w:t>
      </w:r>
    </w:p>
    <w:p w14:paraId="1EFD8971" w14:textId="77777777" w:rsidR="00F671D8" w:rsidRPr="00DF5653" w:rsidRDefault="00000000">
      <w:pPr>
        <w:spacing w:after="20"/>
        <w:ind w:left="259"/>
        <w:rPr>
          <w:rFonts w:ascii="Times New Roman" w:hAnsi="Times New Roman" w:cs="Times New Roman"/>
        </w:rPr>
      </w:pPr>
      <w:r w:rsidRPr="00DF5653">
        <w:rPr>
          <w:rFonts w:ascii="Times New Roman" w:hAnsi="Times New Roman" w:cs="Times New Roman"/>
          <w:b/>
        </w:rPr>
        <w:t>(iv)   (1 mark)</w:t>
      </w:r>
    </w:p>
    <w:p w14:paraId="7F8E76CF" w14:textId="77777777" w:rsidR="00F671D8" w:rsidRPr="00DF5653" w:rsidRDefault="00000000">
      <w:pPr>
        <w:spacing w:after="20"/>
        <w:ind w:left="547"/>
        <w:rPr>
          <w:rFonts w:ascii="Times New Roman" w:hAnsi="Times New Roman" w:cs="Times New Roman"/>
        </w:rPr>
      </w:pPr>
      <w:r w:rsidRPr="00DF5653">
        <w:rPr>
          <w:rFonts w:ascii="Times New Roman" w:hAnsi="Times New Roman" w:cs="Times New Roman"/>
          <w:sz w:val="17"/>
        </w:rPr>
        <w:t>________________________________________________________________________________</w:t>
      </w:r>
    </w:p>
    <w:p w14:paraId="1770DD56" w14:textId="77777777" w:rsidR="00F671D8" w:rsidRPr="00DF5653" w:rsidRDefault="00000000">
      <w:pPr>
        <w:spacing w:before="60"/>
        <w:rPr>
          <w:rFonts w:ascii="Times New Roman" w:hAnsi="Times New Roman" w:cs="Times New Roman"/>
          <w:lang w:val="de-DE"/>
        </w:rPr>
      </w:pPr>
      <w:r w:rsidRPr="00DF5653">
        <w:rPr>
          <w:rFonts w:ascii="Times New Roman" w:hAnsi="Times New Roman" w:cs="Times New Roman"/>
          <w:b/>
        </w:rPr>
        <w:t xml:space="preserve">13. </w:t>
      </w:r>
      <w:r w:rsidRPr="00DF5653">
        <w:rPr>
          <w:rFonts w:ascii="Times New Roman" w:hAnsi="Times New Roman" w:cs="Times New Roman"/>
        </w:rPr>
        <w:t>Outline four disadvantages of public limited companies.</w:t>
      </w:r>
      <w:r w:rsidRPr="00DF5653">
        <w:rPr>
          <w:rFonts w:ascii="Times New Roman" w:hAnsi="Times New Roman" w:cs="Times New Roman"/>
          <w:b/>
        </w:rPr>
        <w:t xml:space="preserve">  </w:t>
      </w:r>
      <w:r w:rsidRPr="00DF5653">
        <w:rPr>
          <w:rFonts w:ascii="Times New Roman" w:hAnsi="Times New Roman" w:cs="Times New Roman"/>
          <w:b/>
          <w:lang w:val="de-DE"/>
        </w:rPr>
        <w:t>(4 marks)</w:t>
      </w:r>
    </w:p>
    <w:p w14:paraId="5FE7E2B7" w14:textId="77777777" w:rsidR="00F671D8" w:rsidRPr="00DF5653" w:rsidRDefault="00000000">
      <w:pPr>
        <w:spacing w:after="20"/>
        <w:ind w:left="259"/>
        <w:rPr>
          <w:rFonts w:ascii="Times New Roman" w:hAnsi="Times New Roman" w:cs="Times New Roman"/>
          <w:lang w:val="de-DE"/>
        </w:rPr>
      </w:pPr>
      <w:r w:rsidRPr="00DF5653">
        <w:rPr>
          <w:rFonts w:ascii="Times New Roman" w:hAnsi="Times New Roman" w:cs="Times New Roman"/>
          <w:b/>
          <w:lang w:val="de-DE"/>
        </w:rPr>
        <w:t>(i)   (1 mark)</w:t>
      </w:r>
    </w:p>
    <w:p w14:paraId="5DF16257" w14:textId="77777777" w:rsidR="00F671D8" w:rsidRPr="00DF5653" w:rsidRDefault="00000000">
      <w:pPr>
        <w:spacing w:after="20"/>
        <w:ind w:left="547"/>
        <w:rPr>
          <w:rFonts w:ascii="Times New Roman" w:hAnsi="Times New Roman" w:cs="Times New Roman"/>
          <w:lang w:val="de-DE"/>
        </w:rPr>
      </w:pPr>
      <w:r w:rsidRPr="00DF5653">
        <w:rPr>
          <w:rFonts w:ascii="Times New Roman" w:hAnsi="Times New Roman" w:cs="Times New Roman"/>
          <w:sz w:val="17"/>
          <w:lang w:val="de-DE"/>
        </w:rPr>
        <w:t>________________________________________________________________________________</w:t>
      </w:r>
    </w:p>
    <w:p w14:paraId="105697F9" w14:textId="77777777" w:rsidR="00F671D8" w:rsidRPr="00DF5653" w:rsidRDefault="00000000">
      <w:pPr>
        <w:spacing w:after="20"/>
        <w:ind w:left="259"/>
        <w:rPr>
          <w:rFonts w:ascii="Times New Roman" w:hAnsi="Times New Roman" w:cs="Times New Roman"/>
          <w:lang w:val="de-DE"/>
        </w:rPr>
      </w:pPr>
      <w:r w:rsidRPr="00DF5653">
        <w:rPr>
          <w:rFonts w:ascii="Times New Roman" w:hAnsi="Times New Roman" w:cs="Times New Roman"/>
          <w:b/>
          <w:lang w:val="de-DE"/>
        </w:rPr>
        <w:t>(ii)   (1 mark)</w:t>
      </w:r>
    </w:p>
    <w:p w14:paraId="6510E24D" w14:textId="77777777" w:rsidR="00F671D8" w:rsidRPr="00DF5653" w:rsidRDefault="00000000">
      <w:pPr>
        <w:spacing w:after="20"/>
        <w:ind w:left="547"/>
        <w:rPr>
          <w:rFonts w:ascii="Times New Roman" w:hAnsi="Times New Roman" w:cs="Times New Roman"/>
        </w:rPr>
      </w:pPr>
      <w:r w:rsidRPr="00DF5653">
        <w:rPr>
          <w:rFonts w:ascii="Times New Roman" w:hAnsi="Times New Roman" w:cs="Times New Roman"/>
          <w:sz w:val="17"/>
        </w:rPr>
        <w:t>________________________________________________________________________________</w:t>
      </w:r>
    </w:p>
    <w:p w14:paraId="53C6A2AD" w14:textId="77777777" w:rsidR="00F671D8" w:rsidRPr="00DF5653" w:rsidRDefault="00000000">
      <w:pPr>
        <w:spacing w:after="20"/>
        <w:ind w:left="259"/>
        <w:rPr>
          <w:rFonts w:ascii="Times New Roman" w:hAnsi="Times New Roman" w:cs="Times New Roman"/>
        </w:rPr>
      </w:pPr>
      <w:r w:rsidRPr="00DF5653">
        <w:rPr>
          <w:rFonts w:ascii="Times New Roman" w:hAnsi="Times New Roman" w:cs="Times New Roman"/>
          <w:b/>
        </w:rPr>
        <w:lastRenderedPageBreak/>
        <w:t>(iii)   (1 mark)</w:t>
      </w:r>
    </w:p>
    <w:p w14:paraId="065BA69C" w14:textId="77777777" w:rsidR="00F671D8" w:rsidRPr="00DF5653" w:rsidRDefault="00000000">
      <w:pPr>
        <w:spacing w:after="20"/>
        <w:ind w:left="547"/>
        <w:rPr>
          <w:rFonts w:ascii="Times New Roman" w:hAnsi="Times New Roman" w:cs="Times New Roman"/>
        </w:rPr>
      </w:pPr>
      <w:r w:rsidRPr="00DF5653">
        <w:rPr>
          <w:rFonts w:ascii="Times New Roman" w:hAnsi="Times New Roman" w:cs="Times New Roman"/>
          <w:sz w:val="17"/>
        </w:rPr>
        <w:t>________________________________________________________________________________</w:t>
      </w:r>
    </w:p>
    <w:p w14:paraId="05136766" w14:textId="77777777" w:rsidR="00F671D8" w:rsidRPr="00DF5653" w:rsidRDefault="00000000">
      <w:pPr>
        <w:spacing w:after="20"/>
        <w:ind w:left="259"/>
        <w:rPr>
          <w:rFonts w:ascii="Times New Roman" w:hAnsi="Times New Roman" w:cs="Times New Roman"/>
        </w:rPr>
      </w:pPr>
      <w:r w:rsidRPr="00DF5653">
        <w:rPr>
          <w:rFonts w:ascii="Times New Roman" w:hAnsi="Times New Roman" w:cs="Times New Roman"/>
          <w:b/>
        </w:rPr>
        <w:t>(iv)   (1 mark)</w:t>
      </w:r>
    </w:p>
    <w:p w14:paraId="5472546C" w14:textId="77777777" w:rsidR="00F671D8" w:rsidRPr="00DF5653" w:rsidRDefault="00000000">
      <w:pPr>
        <w:spacing w:after="20"/>
        <w:ind w:left="547"/>
        <w:rPr>
          <w:rFonts w:ascii="Times New Roman" w:hAnsi="Times New Roman" w:cs="Times New Roman"/>
        </w:rPr>
      </w:pPr>
      <w:r w:rsidRPr="00DF5653">
        <w:rPr>
          <w:rFonts w:ascii="Times New Roman" w:hAnsi="Times New Roman" w:cs="Times New Roman"/>
          <w:sz w:val="17"/>
        </w:rPr>
        <w:t>________________________________________________________________________________</w:t>
      </w:r>
    </w:p>
    <w:p w14:paraId="411D9F0E" w14:textId="77777777" w:rsidR="00F671D8" w:rsidRPr="00DF5653" w:rsidRDefault="00000000">
      <w:pPr>
        <w:spacing w:before="60"/>
        <w:rPr>
          <w:rFonts w:ascii="Times New Roman" w:hAnsi="Times New Roman" w:cs="Times New Roman"/>
          <w:lang w:val="de-DE"/>
        </w:rPr>
      </w:pPr>
      <w:r w:rsidRPr="00DF5653">
        <w:rPr>
          <w:rFonts w:ascii="Times New Roman" w:hAnsi="Times New Roman" w:cs="Times New Roman"/>
          <w:b/>
        </w:rPr>
        <w:t xml:space="preserve">14. </w:t>
      </w:r>
      <w:r w:rsidRPr="00DF5653">
        <w:rPr>
          <w:rFonts w:ascii="Times New Roman" w:hAnsi="Times New Roman" w:cs="Times New Roman"/>
        </w:rPr>
        <w:t>State four advantages of an open office layout.</w:t>
      </w:r>
      <w:r w:rsidRPr="00DF5653">
        <w:rPr>
          <w:rFonts w:ascii="Times New Roman" w:hAnsi="Times New Roman" w:cs="Times New Roman"/>
          <w:b/>
        </w:rPr>
        <w:t xml:space="preserve">  </w:t>
      </w:r>
      <w:r w:rsidRPr="00DF5653">
        <w:rPr>
          <w:rFonts w:ascii="Times New Roman" w:hAnsi="Times New Roman" w:cs="Times New Roman"/>
          <w:b/>
          <w:lang w:val="de-DE"/>
        </w:rPr>
        <w:t>(4 marks)</w:t>
      </w:r>
    </w:p>
    <w:p w14:paraId="286BC48A" w14:textId="77777777" w:rsidR="00F671D8" w:rsidRPr="00DF5653" w:rsidRDefault="00000000">
      <w:pPr>
        <w:spacing w:after="20"/>
        <w:ind w:left="259"/>
        <w:rPr>
          <w:rFonts w:ascii="Times New Roman" w:hAnsi="Times New Roman" w:cs="Times New Roman"/>
          <w:lang w:val="de-DE"/>
        </w:rPr>
      </w:pPr>
      <w:r w:rsidRPr="00DF5653">
        <w:rPr>
          <w:rFonts w:ascii="Times New Roman" w:hAnsi="Times New Roman" w:cs="Times New Roman"/>
          <w:b/>
          <w:lang w:val="de-DE"/>
        </w:rPr>
        <w:t>(i)   (1 mark)</w:t>
      </w:r>
    </w:p>
    <w:p w14:paraId="495F9D8D" w14:textId="77777777" w:rsidR="00F671D8" w:rsidRPr="00DF5653" w:rsidRDefault="00000000">
      <w:pPr>
        <w:spacing w:after="20"/>
        <w:ind w:left="547"/>
        <w:rPr>
          <w:rFonts w:ascii="Times New Roman" w:hAnsi="Times New Roman" w:cs="Times New Roman"/>
          <w:lang w:val="de-DE"/>
        </w:rPr>
      </w:pPr>
      <w:r w:rsidRPr="00DF5653">
        <w:rPr>
          <w:rFonts w:ascii="Times New Roman" w:hAnsi="Times New Roman" w:cs="Times New Roman"/>
          <w:sz w:val="17"/>
          <w:lang w:val="de-DE"/>
        </w:rPr>
        <w:t>________________________________________________________________________________</w:t>
      </w:r>
    </w:p>
    <w:p w14:paraId="742C05A2" w14:textId="77777777" w:rsidR="00F671D8" w:rsidRPr="00DF5653" w:rsidRDefault="00000000">
      <w:pPr>
        <w:spacing w:after="20"/>
        <w:ind w:left="259"/>
        <w:rPr>
          <w:rFonts w:ascii="Times New Roman" w:hAnsi="Times New Roman" w:cs="Times New Roman"/>
          <w:lang w:val="de-DE"/>
        </w:rPr>
      </w:pPr>
      <w:r w:rsidRPr="00DF5653">
        <w:rPr>
          <w:rFonts w:ascii="Times New Roman" w:hAnsi="Times New Roman" w:cs="Times New Roman"/>
          <w:b/>
          <w:lang w:val="de-DE"/>
        </w:rPr>
        <w:t>(ii)   (1 mark)</w:t>
      </w:r>
    </w:p>
    <w:p w14:paraId="57E108C4" w14:textId="77777777" w:rsidR="00F671D8" w:rsidRPr="00DF5653" w:rsidRDefault="00000000">
      <w:pPr>
        <w:spacing w:after="20"/>
        <w:ind w:left="547"/>
        <w:rPr>
          <w:rFonts w:ascii="Times New Roman" w:hAnsi="Times New Roman" w:cs="Times New Roman"/>
        </w:rPr>
      </w:pPr>
      <w:r w:rsidRPr="00DF5653">
        <w:rPr>
          <w:rFonts w:ascii="Times New Roman" w:hAnsi="Times New Roman" w:cs="Times New Roman"/>
          <w:sz w:val="17"/>
        </w:rPr>
        <w:t>________________________________________________________________________________</w:t>
      </w:r>
    </w:p>
    <w:p w14:paraId="6F1A3D36" w14:textId="77777777" w:rsidR="00F671D8" w:rsidRPr="00DF5653" w:rsidRDefault="00000000">
      <w:pPr>
        <w:spacing w:after="20"/>
        <w:ind w:left="259"/>
        <w:rPr>
          <w:rFonts w:ascii="Times New Roman" w:hAnsi="Times New Roman" w:cs="Times New Roman"/>
        </w:rPr>
      </w:pPr>
      <w:r w:rsidRPr="00DF5653">
        <w:rPr>
          <w:rFonts w:ascii="Times New Roman" w:hAnsi="Times New Roman" w:cs="Times New Roman"/>
          <w:b/>
        </w:rPr>
        <w:t>(iii)   (1 mark)</w:t>
      </w:r>
    </w:p>
    <w:p w14:paraId="5CAB440A" w14:textId="77777777" w:rsidR="00F671D8" w:rsidRPr="00DF5653" w:rsidRDefault="00000000">
      <w:pPr>
        <w:spacing w:after="20"/>
        <w:ind w:left="547"/>
        <w:rPr>
          <w:rFonts w:ascii="Times New Roman" w:hAnsi="Times New Roman" w:cs="Times New Roman"/>
        </w:rPr>
      </w:pPr>
      <w:r w:rsidRPr="00DF5653">
        <w:rPr>
          <w:rFonts w:ascii="Times New Roman" w:hAnsi="Times New Roman" w:cs="Times New Roman"/>
          <w:sz w:val="17"/>
        </w:rPr>
        <w:t>________________________________________________________________________________</w:t>
      </w:r>
    </w:p>
    <w:p w14:paraId="315E248D" w14:textId="77777777" w:rsidR="00F671D8" w:rsidRPr="00DF5653" w:rsidRDefault="00000000">
      <w:pPr>
        <w:spacing w:after="20"/>
        <w:ind w:left="259"/>
        <w:rPr>
          <w:rFonts w:ascii="Times New Roman" w:hAnsi="Times New Roman" w:cs="Times New Roman"/>
        </w:rPr>
      </w:pPr>
      <w:r w:rsidRPr="00DF5653">
        <w:rPr>
          <w:rFonts w:ascii="Times New Roman" w:hAnsi="Times New Roman" w:cs="Times New Roman"/>
          <w:b/>
        </w:rPr>
        <w:t>(iv)   (1 mark)</w:t>
      </w:r>
    </w:p>
    <w:p w14:paraId="03AD04CD" w14:textId="77777777" w:rsidR="00F671D8" w:rsidRPr="00DF5653" w:rsidRDefault="00000000">
      <w:pPr>
        <w:spacing w:after="20"/>
        <w:ind w:left="547"/>
        <w:rPr>
          <w:rFonts w:ascii="Times New Roman" w:hAnsi="Times New Roman" w:cs="Times New Roman"/>
        </w:rPr>
      </w:pPr>
      <w:r w:rsidRPr="00DF5653">
        <w:rPr>
          <w:rFonts w:ascii="Times New Roman" w:hAnsi="Times New Roman" w:cs="Times New Roman"/>
          <w:sz w:val="17"/>
        </w:rPr>
        <w:t>________________________________________________________________________________</w:t>
      </w:r>
    </w:p>
    <w:p w14:paraId="1F9DDC34" w14:textId="77777777" w:rsidR="00F671D8" w:rsidRPr="00DF5653" w:rsidRDefault="00000000">
      <w:pPr>
        <w:spacing w:before="60"/>
        <w:rPr>
          <w:rFonts w:ascii="Times New Roman" w:hAnsi="Times New Roman" w:cs="Times New Roman"/>
          <w:lang w:val="de-DE"/>
        </w:rPr>
      </w:pPr>
      <w:r w:rsidRPr="00DF5653">
        <w:rPr>
          <w:rFonts w:ascii="Times New Roman" w:hAnsi="Times New Roman" w:cs="Times New Roman"/>
          <w:b/>
        </w:rPr>
        <w:t xml:space="preserve">15. </w:t>
      </w:r>
      <w:r w:rsidRPr="00DF5653">
        <w:rPr>
          <w:rFonts w:ascii="Times New Roman" w:hAnsi="Times New Roman" w:cs="Times New Roman"/>
        </w:rPr>
        <w:t>Highlight four characteristics of an asset.</w:t>
      </w:r>
      <w:r w:rsidRPr="00DF5653">
        <w:rPr>
          <w:rFonts w:ascii="Times New Roman" w:hAnsi="Times New Roman" w:cs="Times New Roman"/>
          <w:b/>
        </w:rPr>
        <w:t xml:space="preserve">  </w:t>
      </w:r>
      <w:r w:rsidRPr="00DF5653">
        <w:rPr>
          <w:rFonts w:ascii="Times New Roman" w:hAnsi="Times New Roman" w:cs="Times New Roman"/>
          <w:b/>
          <w:lang w:val="de-DE"/>
        </w:rPr>
        <w:t>(4 marks)</w:t>
      </w:r>
    </w:p>
    <w:p w14:paraId="0615856B" w14:textId="77777777" w:rsidR="00F671D8" w:rsidRPr="00DF5653" w:rsidRDefault="00000000">
      <w:pPr>
        <w:spacing w:after="20"/>
        <w:ind w:left="259"/>
        <w:rPr>
          <w:rFonts w:ascii="Times New Roman" w:hAnsi="Times New Roman" w:cs="Times New Roman"/>
          <w:lang w:val="de-DE"/>
        </w:rPr>
      </w:pPr>
      <w:r w:rsidRPr="00DF5653">
        <w:rPr>
          <w:rFonts w:ascii="Times New Roman" w:hAnsi="Times New Roman" w:cs="Times New Roman"/>
          <w:b/>
          <w:lang w:val="de-DE"/>
        </w:rPr>
        <w:t>(i)   (1 mark)</w:t>
      </w:r>
    </w:p>
    <w:p w14:paraId="02AC1B23" w14:textId="77777777" w:rsidR="00F671D8" w:rsidRPr="00DF5653" w:rsidRDefault="00000000">
      <w:pPr>
        <w:spacing w:after="20"/>
        <w:ind w:left="547"/>
        <w:rPr>
          <w:rFonts w:ascii="Times New Roman" w:hAnsi="Times New Roman" w:cs="Times New Roman"/>
          <w:lang w:val="de-DE"/>
        </w:rPr>
      </w:pPr>
      <w:r w:rsidRPr="00DF5653">
        <w:rPr>
          <w:rFonts w:ascii="Times New Roman" w:hAnsi="Times New Roman" w:cs="Times New Roman"/>
          <w:sz w:val="17"/>
          <w:lang w:val="de-DE"/>
        </w:rPr>
        <w:t>________________________________________________________________________________</w:t>
      </w:r>
    </w:p>
    <w:p w14:paraId="1F99C936" w14:textId="77777777" w:rsidR="00F671D8" w:rsidRPr="00DF5653" w:rsidRDefault="00000000">
      <w:pPr>
        <w:spacing w:after="20"/>
        <w:ind w:left="259"/>
        <w:rPr>
          <w:rFonts w:ascii="Times New Roman" w:hAnsi="Times New Roman" w:cs="Times New Roman"/>
          <w:lang w:val="de-DE"/>
        </w:rPr>
      </w:pPr>
      <w:r w:rsidRPr="00DF5653">
        <w:rPr>
          <w:rFonts w:ascii="Times New Roman" w:hAnsi="Times New Roman" w:cs="Times New Roman"/>
          <w:b/>
          <w:lang w:val="de-DE"/>
        </w:rPr>
        <w:t>(ii)   (1 mark)</w:t>
      </w:r>
    </w:p>
    <w:p w14:paraId="69C8D8A3" w14:textId="77777777" w:rsidR="00F671D8" w:rsidRPr="00DF5653" w:rsidRDefault="00000000">
      <w:pPr>
        <w:spacing w:after="20"/>
        <w:ind w:left="547"/>
        <w:rPr>
          <w:rFonts w:ascii="Times New Roman" w:hAnsi="Times New Roman" w:cs="Times New Roman"/>
        </w:rPr>
      </w:pPr>
      <w:r w:rsidRPr="00DF5653">
        <w:rPr>
          <w:rFonts w:ascii="Times New Roman" w:hAnsi="Times New Roman" w:cs="Times New Roman"/>
          <w:sz w:val="17"/>
        </w:rPr>
        <w:t>________________________________________________________________________________</w:t>
      </w:r>
    </w:p>
    <w:p w14:paraId="592BC2A6" w14:textId="77777777" w:rsidR="00F671D8" w:rsidRPr="00DF5653" w:rsidRDefault="00000000">
      <w:pPr>
        <w:spacing w:after="20"/>
        <w:ind w:left="259"/>
        <w:rPr>
          <w:rFonts w:ascii="Times New Roman" w:hAnsi="Times New Roman" w:cs="Times New Roman"/>
        </w:rPr>
      </w:pPr>
      <w:r w:rsidRPr="00DF5653">
        <w:rPr>
          <w:rFonts w:ascii="Times New Roman" w:hAnsi="Times New Roman" w:cs="Times New Roman"/>
          <w:b/>
        </w:rPr>
        <w:t>(iii)   (1 mark)</w:t>
      </w:r>
    </w:p>
    <w:p w14:paraId="7ED7478C" w14:textId="77777777" w:rsidR="00F671D8" w:rsidRPr="00DF5653" w:rsidRDefault="00000000">
      <w:pPr>
        <w:spacing w:after="20"/>
        <w:ind w:left="547"/>
        <w:rPr>
          <w:rFonts w:ascii="Times New Roman" w:hAnsi="Times New Roman" w:cs="Times New Roman"/>
        </w:rPr>
      </w:pPr>
      <w:r w:rsidRPr="00DF5653">
        <w:rPr>
          <w:rFonts w:ascii="Times New Roman" w:hAnsi="Times New Roman" w:cs="Times New Roman"/>
          <w:sz w:val="17"/>
        </w:rPr>
        <w:t>________________________________________________________________________________</w:t>
      </w:r>
    </w:p>
    <w:p w14:paraId="23E0BF9F" w14:textId="77777777" w:rsidR="00F671D8" w:rsidRPr="00DF5653" w:rsidRDefault="00000000">
      <w:pPr>
        <w:spacing w:after="20"/>
        <w:ind w:left="259"/>
        <w:rPr>
          <w:rFonts w:ascii="Times New Roman" w:hAnsi="Times New Roman" w:cs="Times New Roman"/>
        </w:rPr>
      </w:pPr>
      <w:r w:rsidRPr="00DF5653">
        <w:rPr>
          <w:rFonts w:ascii="Times New Roman" w:hAnsi="Times New Roman" w:cs="Times New Roman"/>
          <w:b/>
        </w:rPr>
        <w:t>(iv)   (1 mark)</w:t>
      </w:r>
    </w:p>
    <w:p w14:paraId="0023F0AF" w14:textId="77777777" w:rsidR="00F671D8" w:rsidRPr="00DF5653" w:rsidRDefault="00000000">
      <w:pPr>
        <w:spacing w:after="20"/>
        <w:ind w:left="547"/>
        <w:rPr>
          <w:rFonts w:ascii="Times New Roman" w:hAnsi="Times New Roman" w:cs="Times New Roman"/>
        </w:rPr>
      </w:pPr>
      <w:r w:rsidRPr="00DF5653">
        <w:rPr>
          <w:rFonts w:ascii="Times New Roman" w:hAnsi="Times New Roman" w:cs="Times New Roman"/>
          <w:sz w:val="17"/>
        </w:rPr>
        <w:t>________________________________________________________________________________</w:t>
      </w:r>
    </w:p>
    <w:p w14:paraId="7DD52CB5" w14:textId="77777777" w:rsidR="00F671D8" w:rsidRPr="00DF5653" w:rsidRDefault="00000000">
      <w:pPr>
        <w:spacing w:before="60"/>
        <w:rPr>
          <w:rFonts w:ascii="Times New Roman" w:hAnsi="Times New Roman" w:cs="Times New Roman"/>
          <w:lang w:val="de-DE"/>
        </w:rPr>
      </w:pPr>
      <w:r w:rsidRPr="00DF5653">
        <w:rPr>
          <w:rFonts w:ascii="Times New Roman" w:hAnsi="Times New Roman" w:cs="Times New Roman"/>
          <w:b/>
        </w:rPr>
        <w:t xml:space="preserve">16. </w:t>
      </w:r>
      <w:r w:rsidRPr="00DF5653">
        <w:rPr>
          <w:rFonts w:ascii="Times New Roman" w:hAnsi="Times New Roman" w:cs="Times New Roman"/>
        </w:rPr>
        <w:t>Outline four features of life assurance.</w:t>
      </w:r>
      <w:r w:rsidRPr="00DF5653">
        <w:rPr>
          <w:rFonts w:ascii="Times New Roman" w:hAnsi="Times New Roman" w:cs="Times New Roman"/>
          <w:b/>
        </w:rPr>
        <w:t xml:space="preserve">  </w:t>
      </w:r>
      <w:r w:rsidRPr="00DF5653">
        <w:rPr>
          <w:rFonts w:ascii="Times New Roman" w:hAnsi="Times New Roman" w:cs="Times New Roman"/>
          <w:b/>
          <w:lang w:val="de-DE"/>
        </w:rPr>
        <w:t>(4 marks)</w:t>
      </w:r>
    </w:p>
    <w:p w14:paraId="7621125D" w14:textId="77777777" w:rsidR="00F671D8" w:rsidRPr="00DF5653" w:rsidRDefault="00000000">
      <w:pPr>
        <w:spacing w:after="20"/>
        <w:ind w:left="259"/>
        <w:rPr>
          <w:rFonts w:ascii="Times New Roman" w:hAnsi="Times New Roman" w:cs="Times New Roman"/>
          <w:lang w:val="de-DE"/>
        </w:rPr>
      </w:pPr>
      <w:r w:rsidRPr="00DF5653">
        <w:rPr>
          <w:rFonts w:ascii="Times New Roman" w:hAnsi="Times New Roman" w:cs="Times New Roman"/>
          <w:b/>
          <w:lang w:val="de-DE"/>
        </w:rPr>
        <w:t>(i)   (1 mark)</w:t>
      </w:r>
    </w:p>
    <w:p w14:paraId="6DCA76B0" w14:textId="77777777" w:rsidR="00F671D8" w:rsidRPr="00DF5653" w:rsidRDefault="00000000">
      <w:pPr>
        <w:spacing w:after="20"/>
        <w:ind w:left="547"/>
        <w:rPr>
          <w:rFonts w:ascii="Times New Roman" w:hAnsi="Times New Roman" w:cs="Times New Roman"/>
          <w:lang w:val="de-DE"/>
        </w:rPr>
      </w:pPr>
      <w:r w:rsidRPr="00DF5653">
        <w:rPr>
          <w:rFonts w:ascii="Times New Roman" w:hAnsi="Times New Roman" w:cs="Times New Roman"/>
          <w:sz w:val="17"/>
          <w:lang w:val="de-DE"/>
        </w:rPr>
        <w:t>________________________________________________________________________________</w:t>
      </w:r>
    </w:p>
    <w:p w14:paraId="0B38365A" w14:textId="77777777" w:rsidR="00F671D8" w:rsidRPr="00DF5653" w:rsidRDefault="00000000">
      <w:pPr>
        <w:spacing w:after="20"/>
        <w:ind w:left="259"/>
        <w:rPr>
          <w:rFonts w:ascii="Times New Roman" w:hAnsi="Times New Roman" w:cs="Times New Roman"/>
          <w:lang w:val="de-DE"/>
        </w:rPr>
      </w:pPr>
      <w:r w:rsidRPr="00DF5653">
        <w:rPr>
          <w:rFonts w:ascii="Times New Roman" w:hAnsi="Times New Roman" w:cs="Times New Roman"/>
          <w:b/>
          <w:lang w:val="de-DE"/>
        </w:rPr>
        <w:t>(ii)   (1 mark)</w:t>
      </w:r>
    </w:p>
    <w:p w14:paraId="0689CA47" w14:textId="77777777" w:rsidR="00F671D8" w:rsidRPr="00DF5653" w:rsidRDefault="00000000">
      <w:pPr>
        <w:spacing w:after="20"/>
        <w:ind w:left="547"/>
        <w:rPr>
          <w:rFonts w:ascii="Times New Roman" w:hAnsi="Times New Roman" w:cs="Times New Roman"/>
        </w:rPr>
      </w:pPr>
      <w:r w:rsidRPr="00DF5653">
        <w:rPr>
          <w:rFonts w:ascii="Times New Roman" w:hAnsi="Times New Roman" w:cs="Times New Roman"/>
          <w:sz w:val="17"/>
        </w:rPr>
        <w:t>________________________________________________________________________________</w:t>
      </w:r>
    </w:p>
    <w:p w14:paraId="6F21C661" w14:textId="77777777" w:rsidR="00F671D8" w:rsidRPr="00DF5653" w:rsidRDefault="00000000">
      <w:pPr>
        <w:spacing w:after="20"/>
        <w:ind w:left="259"/>
        <w:rPr>
          <w:rFonts w:ascii="Times New Roman" w:hAnsi="Times New Roman" w:cs="Times New Roman"/>
        </w:rPr>
      </w:pPr>
      <w:r w:rsidRPr="00DF5653">
        <w:rPr>
          <w:rFonts w:ascii="Times New Roman" w:hAnsi="Times New Roman" w:cs="Times New Roman"/>
          <w:b/>
        </w:rPr>
        <w:t>(iii)   (1 mark)</w:t>
      </w:r>
    </w:p>
    <w:p w14:paraId="7DC4671A" w14:textId="77777777" w:rsidR="00F671D8" w:rsidRPr="00DF5653" w:rsidRDefault="00000000">
      <w:pPr>
        <w:spacing w:after="20"/>
        <w:ind w:left="547"/>
        <w:rPr>
          <w:rFonts w:ascii="Times New Roman" w:hAnsi="Times New Roman" w:cs="Times New Roman"/>
        </w:rPr>
      </w:pPr>
      <w:r w:rsidRPr="00DF5653">
        <w:rPr>
          <w:rFonts w:ascii="Times New Roman" w:hAnsi="Times New Roman" w:cs="Times New Roman"/>
          <w:sz w:val="17"/>
        </w:rPr>
        <w:t>________________________________________________________________________________</w:t>
      </w:r>
    </w:p>
    <w:p w14:paraId="72B457FD" w14:textId="77777777" w:rsidR="00F671D8" w:rsidRPr="00DF5653" w:rsidRDefault="00000000">
      <w:pPr>
        <w:spacing w:after="20"/>
        <w:ind w:left="259"/>
        <w:rPr>
          <w:rFonts w:ascii="Times New Roman" w:hAnsi="Times New Roman" w:cs="Times New Roman"/>
        </w:rPr>
      </w:pPr>
      <w:r w:rsidRPr="00DF5653">
        <w:rPr>
          <w:rFonts w:ascii="Times New Roman" w:hAnsi="Times New Roman" w:cs="Times New Roman"/>
          <w:b/>
        </w:rPr>
        <w:t>(iv)   (1 mark)</w:t>
      </w:r>
    </w:p>
    <w:p w14:paraId="0BA07562" w14:textId="77777777" w:rsidR="00F671D8" w:rsidRPr="00DF5653" w:rsidRDefault="00000000">
      <w:pPr>
        <w:spacing w:after="20"/>
        <w:ind w:left="547"/>
        <w:rPr>
          <w:rFonts w:ascii="Times New Roman" w:hAnsi="Times New Roman" w:cs="Times New Roman"/>
        </w:rPr>
      </w:pPr>
      <w:r w:rsidRPr="00DF5653">
        <w:rPr>
          <w:rFonts w:ascii="Times New Roman" w:hAnsi="Times New Roman" w:cs="Times New Roman"/>
          <w:sz w:val="17"/>
        </w:rPr>
        <w:t>________________________________________________________________________________</w:t>
      </w:r>
    </w:p>
    <w:p w14:paraId="25C3D671" w14:textId="77777777" w:rsidR="00F671D8" w:rsidRPr="00DF5653" w:rsidRDefault="00000000">
      <w:pPr>
        <w:spacing w:before="60"/>
        <w:rPr>
          <w:rFonts w:ascii="Times New Roman" w:hAnsi="Times New Roman" w:cs="Times New Roman"/>
        </w:rPr>
      </w:pPr>
      <w:r w:rsidRPr="00DF5653">
        <w:rPr>
          <w:rFonts w:ascii="Times New Roman" w:hAnsi="Times New Roman" w:cs="Times New Roman"/>
          <w:b/>
        </w:rPr>
        <w:t xml:space="preserve">17. </w:t>
      </w:r>
      <w:r w:rsidRPr="00DF5653">
        <w:rPr>
          <w:rFonts w:ascii="Times New Roman" w:hAnsi="Times New Roman" w:cs="Times New Roman"/>
        </w:rPr>
        <w:t>Highlight four characteristics of an oligopolistic market structure.</w:t>
      </w:r>
      <w:r w:rsidRPr="00DF5653">
        <w:rPr>
          <w:rFonts w:ascii="Times New Roman" w:hAnsi="Times New Roman" w:cs="Times New Roman"/>
          <w:b/>
        </w:rPr>
        <w:t xml:space="preserve">  (4 marks)</w:t>
      </w:r>
    </w:p>
    <w:p w14:paraId="65067C79" w14:textId="77777777" w:rsidR="00F671D8" w:rsidRPr="00DF5653" w:rsidRDefault="00000000">
      <w:pPr>
        <w:spacing w:after="20"/>
        <w:ind w:left="259"/>
        <w:rPr>
          <w:rFonts w:ascii="Times New Roman" w:hAnsi="Times New Roman" w:cs="Times New Roman"/>
        </w:rPr>
      </w:pPr>
      <w:r w:rsidRPr="00DF5653">
        <w:rPr>
          <w:rFonts w:ascii="Times New Roman" w:hAnsi="Times New Roman" w:cs="Times New Roman"/>
          <w:b/>
        </w:rPr>
        <w:t>(i)   (1 mark)</w:t>
      </w:r>
    </w:p>
    <w:p w14:paraId="44E21C7A" w14:textId="77777777" w:rsidR="00F671D8" w:rsidRPr="00DF5653" w:rsidRDefault="00000000">
      <w:pPr>
        <w:spacing w:after="20"/>
        <w:ind w:left="547"/>
        <w:rPr>
          <w:rFonts w:ascii="Times New Roman" w:hAnsi="Times New Roman" w:cs="Times New Roman"/>
        </w:rPr>
      </w:pPr>
      <w:r w:rsidRPr="00DF5653">
        <w:rPr>
          <w:rFonts w:ascii="Times New Roman" w:hAnsi="Times New Roman" w:cs="Times New Roman"/>
          <w:sz w:val="17"/>
        </w:rPr>
        <w:t>________________________________________________________________________________</w:t>
      </w:r>
    </w:p>
    <w:p w14:paraId="316B4B17" w14:textId="77777777" w:rsidR="00F671D8" w:rsidRPr="00DF5653" w:rsidRDefault="00000000">
      <w:pPr>
        <w:spacing w:after="20"/>
        <w:ind w:left="259"/>
        <w:rPr>
          <w:rFonts w:ascii="Times New Roman" w:hAnsi="Times New Roman" w:cs="Times New Roman"/>
        </w:rPr>
      </w:pPr>
      <w:r w:rsidRPr="00DF5653">
        <w:rPr>
          <w:rFonts w:ascii="Times New Roman" w:hAnsi="Times New Roman" w:cs="Times New Roman"/>
          <w:b/>
        </w:rPr>
        <w:t>(ii)   (1 mark)</w:t>
      </w:r>
    </w:p>
    <w:p w14:paraId="7C2C71DE" w14:textId="77777777" w:rsidR="00F671D8" w:rsidRPr="00DF5653" w:rsidRDefault="00000000">
      <w:pPr>
        <w:spacing w:after="20"/>
        <w:ind w:left="547"/>
        <w:rPr>
          <w:rFonts w:ascii="Times New Roman" w:hAnsi="Times New Roman" w:cs="Times New Roman"/>
        </w:rPr>
      </w:pPr>
      <w:r w:rsidRPr="00DF5653">
        <w:rPr>
          <w:rFonts w:ascii="Times New Roman" w:hAnsi="Times New Roman" w:cs="Times New Roman"/>
          <w:sz w:val="17"/>
        </w:rPr>
        <w:t>________________________________________________________________________________</w:t>
      </w:r>
    </w:p>
    <w:p w14:paraId="50193A8C" w14:textId="77777777" w:rsidR="00F671D8" w:rsidRPr="00DF5653" w:rsidRDefault="00000000">
      <w:pPr>
        <w:spacing w:after="20"/>
        <w:ind w:left="259"/>
        <w:rPr>
          <w:rFonts w:ascii="Times New Roman" w:hAnsi="Times New Roman" w:cs="Times New Roman"/>
        </w:rPr>
      </w:pPr>
      <w:r w:rsidRPr="00DF5653">
        <w:rPr>
          <w:rFonts w:ascii="Times New Roman" w:hAnsi="Times New Roman" w:cs="Times New Roman"/>
          <w:b/>
        </w:rPr>
        <w:t>(iii)   (1 mark)</w:t>
      </w:r>
    </w:p>
    <w:p w14:paraId="72E7F216" w14:textId="77777777" w:rsidR="00F671D8" w:rsidRPr="00DF5653" w:rsidRDefault="00000000">
      <w:pPr>
        <w:spacing w:after="20"/>
        <w:ind w:left="547"/>
        <w:rPr>
          <w:rFonts w:ascii="Times New Roman" w:hAnsi="Times New Roman" w:cs="Times New Roman"/>
        </w:rPr>
      </w:pPr>
      <w:r w:rsidRPr="00DF5653">
        <w:rPr>
          <w:rFonts w:ascii="Times New Roman" w:hAnsi="Times New Roman" w:cs="Times New Roman"/>
          <w:sz w:val="17"/>
        </w:rPr>
        <w:t>________________________________________________________________________________</w:t>
      </w:r>
    </w:p>
    <w:p w14:paraId="473F1F0B" w14:textId="77777777" w:rsidR="00F671D8" w:rsidRPr="00DF5653" w:rsidRDefault="00000000">
      <w:pPr>
        <w:spacing w:after="20"/>
        <w:ind w:left="259"/>
        <w:rPr>
          <w:rFonts w:ascii="Times New Roman" w:hAnsi="Times New Roman" w:cs="Times New Roman"/>
        </w:rPr>
      </w:pPr>
      <w:r w:rsidRPr="00DF5653">
        <w:rPr>
          <w:rFonts w:ascii="Times New Roman" w:hAnsi="Times New Roman" w:cs="Times New Roman"/>
          <w:b/>
        </w:rPr>
        <w:t>(iv)   (1 mark)</w:t>
      </w:r>
    </w:p>
    <w:p w14:paraId="5B96B5F2" w14:textId="77777777" w:rsidR="00F671D8" w:rsidRPr="00DF5653" w:rsidRDefault="00000000">
      <w:pPr>
        <w:spacing w:after="20"/>
        <w:ind w:left="547"/>
        <w:rPr>
          <w:rFonts w:ascii="Times New Roman" w:hAnsi="Times New Roman" w:cs="Times New Roman"/>
        </w:rPr>
      </w:pPr>
      <w:r w:rsidRPr="00DF5653">
        <w:rPr>
          <w:rFonts w:ascii="Times New Roman" w:hAnsi="Times New Roman" w:cs="Times New Roman"/>
          <w:sz w:val="17"/>
        </w:rPr>
        <w:t>________________________________________________________________________________</w:t>
      </w:r>
    </w:p>
    <w:p w14:paraId="3FCEF3A9" w14:textId="77777777" w:rsidR="00F671D8" w:rsidRPr="00DF5653" w:rsidRDefault="00000000">
      <w:pPr>
        <w:spacing w:before="60"/>
        <w:rPr>
          <w:rFonts w:ascii="Times New Roman" w:hAnsi="Times New Roman" w:cs="Times New Roman"/>
        </w:rPr>
      </w:pPr>
      <w:r w:rsidRPr="00DF5653">
        <w:rPr>
          <w:rFonts w:ascii="Times New Roman" w:hAnsi="Times New Roman" w:cs="Times New Roman"/>
          <w:b/>
        </w:rPr>
        <w:t xml:space="preserve">18. </w:t>
      </w:r>
      <w:r w:rsidRPr="00DF5653">
        <w:rPr>
          <w:rFonts w:ascii="Times New Roman" w:hAnsi="Times New Roman" w:cs="Times New Roman"/>
        </w:rPr>
        <w:t>The following information relates to Kito business for the year ended 31-12-2026:</w:t>
      </w:r>
      <w:r w:rsidRPr="00DF5653">
        <w:rPr>
          <w:rFonts w:ascii="Times New Roman" w:hAnsi="Times New Roman" w:cs="Times New Roman"/>
        </w:rPr>
        <w:br/>
        <w:t>Capital as at 31-12-2026 = Ksh 96,000; Drawings for the year = Ksh 15,000; Net loss for the year = Ksh 8,000; Extra capital introduced during the year = Ksh 27,000.</w:t>
      </w:r>
      <w:r w:rsidRPr="00DF5653">
        <w:rPr>
          <w:rFonts w:ascii="Times New Roman" w:hAnsi="Times New Roman" w:cs="Times New Roman"/>
        </w:rPr>
        <w:br/>
        <w:t>Required: Determine the capital on 1-1-2026.</w:t>
      </w:r>
      <w:r w:rsidRPr="00DF5653">
        <w:rPr>
          <w:rFonts w:ascii="Times New Roman" w:hAnsi="Times New Roman" w:cs="Times New Roman"/>
          <w:b/>
        </w:rPr>
        <w:t xml:space="preserve">  (4 marks)</w:t>
      </w:r>
    </w:p>
    <w:p w14:paraId="01665FB5" w14:textId="77777777" w:rsidR="00F671D8" w:rsidRPr="00DF5653" w:rsidRDefault="00000000">
      <w:pPr>
        <w:spacing w:after="20"/>
        <w:rPr>
          <w:rFonts w:ascii="Times New Roman" w:hAnsi="Times New Roman" w:cs="Times New Roman"/>
        </w:rPr>
      </w:pPr>
      <w:r w:rsidRPr="00DF5653">
        <w:rPr>
          <w:rFonts w:ascii="Times New Roman" w:hAnsi="Times New Roman" w:cs="Times New Roman"/>
          <w:sz w:val="17"/>
        </w:rPr>
        <w:t>________________________________________________________________________________</w:t>
      </w:r>
    </w:p>
    <w:p w14:paraId="4F7256E7" w14:textId="77777777" w:rsidR="00F671D8" w:rsidRPr="00DF5653" w:rsidRDefault="00000000">
      <w:pPr>
        <w:spacing w:after="20"/>
        <w:rPr>
          <w:rFonts w:ascii="Times New Roman" w:hAnsi="Times New Roman" w:cs="Times New Roman"/>
        </w:rPr>
      </w:pPr>
      <w:r w:rsidRPr="00DF5653">
        <w:rPr>
          <w:rFonts w:ascii="Times New Roman" w:hAnsi="Times New Roman" w:cs="Times New Roman"/>
          <w:sz w:val="17"/>
        </w:rPr>
        <w:t>________________________________________________________________________________</w:t>
      </w:r>
    </w:p>
    <w:p w14:paraId="707CC5F1" w14:textId="77777777" w:rsidR="00F671D8" w:rsidRPr="00DF5653" w:rsidRDefault="00000000">
      <w:pPr>
        <w:spacing w:after="20"/>
        <w:rPr>
          <w:rFonts w:ascii="Times New Roman" w:hAnsi="Times New Roman" w:cs="Times New Roman"/>
        </w:rPr>
      </w:pPr>
      <w:r w:rsidRPr="00DF5653">
        <w:rPr>
          <w:rFonts w:ascii="Times New Roman" w:hAnsi="Times New Roman" w:cs="Times New Roman"/>
          <w:sz w:val="17"/>
        </w:rPr>
        <w:t>________________________________________________________________________________</w:t>
      </w:r>
    </w:p>
    <w:p w14:paraId="7DC294AD" w14:textId="77777777" w:rsidR="00F671D8" w:rsidRPr="00DF5653" w:rsidRDefault="00000000">
      <w:pPr>
        <w:spacing w:after="20"/>
        <w:rPr>
          <w:rFonts w:ascii="Times New Roman" w:hAnsi="Times New Roman" w:cs="Times New Roman"/>
        </w:rPr>
      </w:pPr>
      <w:r w:rsidRPr="00DF5653">
        <w:rPr>
          <w:rFonts w:ascii="Times New Roman" w:hAnsi="Times New Roman" w:cs="Times New Roman"/>
          <w:sz w:val="17"/>
        </w:rPr>
        <w:t>________________________________________________________________________________</w:t>
      </w:r>
    </w:p>
    <w:p w14:paraId="2CCEA0DE" w14:textId="77777777" w:rsidR="00F671D8" w:rsidRPr="00DF5653" w:rsidRDefault="00000000">
      <w:pPr>
        <w:spacing w:before="60"/>
        <w:rPr>
          <w:rFonts w:ascii="Times New Roman" w:hAnsi="Times New Roman" w:cs="Times New Roman"/>
        </w:rPr>
      </w:pPr>
      <w:r w:rsidRPr="00DF5653">
        <w:rPr>
          <w:rFonts w:ascii="Times New Roman" w:hAnsi="Times New Roman" w:cs="Times New Roman"/>
          <w:b/>
        </w:rPr>
        <w:t xml:space="preserve">19. </w:t>
      </w:r>
      <w:r w:rsidRPr="00DF5653">
        <w:rPr>
          <w:rFonts w:ascii="Times New Roman" w:hAnsi="Times New Roman" w:cs="Times New Roman"/>
        </w:rPr>
        <w:t>State four factors that may influence a firm's decision on what to produce.</w:t>
      </w:r>
      <w:r w:rsidRPr="00DF5653">
        <w:rPr>
          <w:rFonts w:ascii="Times New Roman" w:hAnsi="Times New Roman" w:cs="Times New Roman"/>
          <w:b/>
        </w:rPr>
        <w:t xml:space="preserve">  (4 marks)</w:t>
      </w:r>
    </w:p>
    <w:p w14:paraId="0DFE2D68" w14:textId="77777777" w:rsidR="00F671D8" w:rsidRPr="00DF5653" w:rsidRDefault="00000000">
      <w:pPr>
        <w:spacing w:after="20"/>
        <w:ind w:left="259"/>
        <w:rPr>
          <w:rFonts w:ascii="Times New Roman" w:hAnsi="Times New Roman" w:cs="Times New Roman"/>
        </w:rPr>
      </w:pPr>
      <w:r w:rsidRPr="00DF5653">
        <w:rPr>
          <w:rFonts w:ascii="Times New Roman" w:hAnsi="Times New Roman" w:cs="Times New Roman"/>
          <w:b/>
        </w:rPr>
        <w:t>(i)   (1 mark)</w:t>
      </w:r>
    </w:p>
    <w:p w14:paraId="6B20B091" w14:textId="77777777" w:rsidR="00F671D8" w:rsidRPr="00DF5653" w:rsidRDefault="00000000">
      <w:pPr>
        <w:spacing w:after="20"/>
        <w:ind w:left="547"/>
        <w:rPr>
          <w:rFonts w:ascii="Times New Roman" w:hAnsi="Times New Roman" w:cs="Times New Roman"/>
        </w:rPr>
      </w:pPr>
      <w:r w:rsidRPr="00DF5653">
        <w:rPr>
          <w:rFonts w:ascii="Times New Roman" w:hAnsi="Times New Roman" w:cs="Times New Roman"/>
          <w:sz w:val="17"/>
        </w:rPr>
        <w:t>________________________________________________________________________________</w:t>
      </w:r>
    </w:p>
    <w:p w14:paraId="602296F2" w14:textId="77777777" w:rsidR="00F671D8" w:rsidRPr="00DF5653" w:rsidRDefault="00000000">
      <w:pPr>
        <w:spacing w:after="20"/>
        <w:ind w:left="259"/>
        <w:rPr>
          <w:rFonts w:ascii="Times New Roman" w:hAnsi="Times New Roman" w:cs="Times New Roman"/>
        </w:rPr>
      </w:pPr>
      <w:r w:rsidRPr="00DF5653">
        <w:rPr>
          <w:rFonts w:ascii="Times New Roman" w:hAnsi="Times New Roman" w:cs="Times New Roman"/>
          <w:b/>
        </w:rPr>
        <w:t>(ii)   (1 mark)</w:t>
      </w:r>
    </w:p>
    <w:p w14:paraId="2A05ADE3" w14:textId="77777777" w:rsidR="00F671D8" w:rsidRPr="00DF5653" w:rsidRDefault="00000000">
      <w:pPr>
        <w:spacing w:after="20"/>
        <w:ind w:left="547"/>
        <w:rPr>
          <w:rFonts w:ascii="Times New Roman" w:hAnsi="Times New Roman" w:cs="Times New Roman"/>
        </w:rPr>
      </w:pPr>
      <w:r w:rsidRPr="00DF5653">
        <w:rPr>
          <w:rFonts w:ascii="Times New Roman" w:hAnsi="Times New Roman" w:cs="Times New Roman"/>
          <w:sz w:val="17"/>
        </w:rPr>
        <w:t>________________________________________________________________________________</w:t>
      </w:r>
    </w:p>
    <w:p w14:paraId="36ECAD7D" w14:textId="77777777" w:rsidR="00F671D8" w:rsidRPr="00DF5653" w:rsidRDefault="00000000">
      <w:pPr>
        <w:spacing w:after="20"/>
        <w:ind w:left="259"/>
        <w:rPr>
          <w:rFonts w:ascii="Times New Roman" w:hAnsi="Times New Roman" w:cs="Times New Roman"/>
        </w:rPr>
      </w:pPr>
      <w:r w:rsidRPr="00DF5653">
        <w:rPr>
          <w:rFonts w:ascii="Times New Roman" w:hAnsi="Times New Roman" w:cs="Times New Roman"/>
          <w:b/>
        </w:rPr>
        <w:t>(iii)   (1 mark)</w:t>
      </w:r>
    </w:p>
    <w:p w14:paraId="30C86DF3" w14:textId="77777777" w:rsidR="00F671D8" w:rsidRPr="00DF5653" w:rsidRDefault="00000000">
      <w:pPr>
        <w:spacing w:after="20"/>
        <w:ind w:left="547"/>
        <w:rPr>
          <w:rFonts w:ascii="Times New Roman" w:hAnsi="Times New Roman" w:cs="Times New Roman"/>
        </w:rPr>
      </w:pPr>
      <w:r w:rsidRPr="00DF5653">
        <w:rPr>
          <w:rFonts w:ascii="Times New Roman" w:hAnsi="Times New Roman" w:cs="Times New Roman"/>
          <w:sz w:val="17"/>
        </w:rPr>
        <w:t>________________________________________________________________________________</w:t>
      </w:r>
    </w:p>
    <w:p w14:paraId="142EDF71" w14:textId="77777777" w:rsidR="00F671D8" w:rsidRPr="00DF5653" w:rsidRDefault="00000000">
      <w:pPr>
        <w:spacing w:after="20"/>
        <w:ind w:left="259"/>
        <w:rPr>
          <w:rFonts w:ascii="Times New Roman" w:hAnsi="Times New Roman" w:cs="Times New Roman"/>
        </w:rPr>
      </w:pPr>
      <w:r w:rsidRPr="00DF5653">
        <w:rPr>
          <w:rFonts w:ascii="Times New Roman" w:hAnsi="Times New Roman" w:cs="Times New Roman"/>
          <w:b/>
        </w:rPr>
        <w:t>(iv)   (1 mark)</w:t>
      </w:r>
    </w:p>
    <w:p w14:paraId="653EB58F" w14:textId="77777777" w:rsidR="00F671D8" w:rsidRPr="00DF5653" w:rsidRDefault="00000000">
      <w:pPr>
        <w:spacing w:after="20"/>
        <w:ind w:left="547"/>
        <w:rPr>
          <w:rFonts w:ascii="Times New Roman" w:hAnsi="Times New Roman" w:cs="Times New Roman"/>
        </w:rPr>
      </w:pPr>
      <w:r w:rsidRPr="00DF5653">
        <w:rPr>
          <w:rFonts w:ascii="Times New Roman" w:hAnsi="Times New Roman" w:cs="Times New Roman"/>
          <w:sz w:val="17"/>
        </w:rPr>
        <w:t>________________________________________________________________________________</w:t>
      </w:r>
    </w:p>
    <w:p w14:paraId="31C8220A" w14:textId="77777777" w:rsidR="00F671D8" w:rsidRPr="00DF5653" w:rsidRDefault="00000000">
      <w:pPr>
        <w:spacing w:before="60"/>
        <w:rPr>
          <w:rFonts w:ascii="Times New Roman" w:hAnsi="Times New Roman" w:cs="Times New Roman"/>
        </w:rPr>
      </w:pPr>
      <w:r w:rsidRPr="00DF5653">
        <w:rPr>
          <w:rFonts w:ascii="Times New Roman" w:hAnsi="Times New Roman" w:cs="Times New Roman"/>
          <w:b/>
        </w:rPr>
        <w:lastRenderedPageBreak/>
        <w:t xml:space="preserve">20. </w:t>
      </w:r>
      <w:r w:rsidRPr="00DF5653">
        <w:rPr>
          <w:rFonts w:ascii="Times New Roman" w:hAnsi="Times New Roman" w:cs="Times New Roman"/>
        </w:rPr>
        <w:t>The following are some of the documents used in home trade: cash sale receipt, catalogue, invoice and statement of account. Match each document with the appropriate description provided in the table below.</w:t>
      </w:r>
      <w:r w:rsidRPr="00DF5653">
        <w:rPr>
          <w:rFonts w:ascii="Times New Roman" w:hAnsi="Times New Roman" w:cs="Times New Roman"/>
          <w:b/>
        </w:rPr>
        <w:t xml:space="preserve">  (4 marks)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184"/>
        <w:gridCol w:w="5184"/>
      </w:tblGrid>
      <w:tr w:rsidR="00F671D8" w:rsidRPr="00DF5653" w14:paraId="23E6CBE1" w14:textId="77777777">
        <w:trPr>
          <w:jc w:val="center"/>
        </w:trPr>
        <w:tc>
          <w:tcPr>
            <w:tcW w:w="5184" w:type="dxa"/>
            <w:shd w:val="clear" w:color="auto" w:fill="D9EAF7"/>
          </w:tcPr>
          <w:p w14:paraId="65CEB378" w14:textId="77777777" w:rsidR="00F671D8" w:rsidRPr="00DF5653" w:rsidRDefault="00000000">
            <w:pPr>
              <w:rPr>
                <w:rFonts w:ascii="Times New Roman" w:hAnsi="Times New Roman" w:cs="Times New Roman"/>
              </w:rPr>
            </w:pPr>
            <w:r w:rsidRPr="00DF5653">
              <w:rPr>
                <w:rFonts w:ascii="Times New Roman" w:hAnsi="Times New Roman" w:cs="Times New Roman"/>
                <w:b/>
                <w:sz w:val="17"/>
              </w:rPr>
              <w:t>Description</w:t>
            </w:r>
          </w:p>
        </w:tc>
        <w:tc>
          <w:tcPr>
            <w:tcW w:w="5184" w:type="dxa"/>
            <w:shd w:val="clear" w:color="auto" w:fill="D9EAF7"/>
          </w:tcPr>
          <w:p w14:paraId="45C7FAA1" w14:textId="77777777" w:rsidR="00F671D8" w:rsidRPr="00DF5653" w:rsidRDefault="00000000">
            <w:pPr>
              <w:rPr>
                <w:rFonts w:ascii="Times New Roman" w:hAnsi="Times New Roman" w:cs="Times New Roman"/>
              </w:rPr>
            </w:pPr>
            <w:r w:rsidRPr="00DF5653">
              <w:rPr>
                <w:rFonts w:ascii="Times New Roman" w:hAnsi="Times New Roman" w:cs="Times New Roman"/>
                <w:b/>
                <w:sz w:val="17"/>
              </w:rPr>
              <w:t>Document</w:t>
            </w:r>
          </w:p>
        </w:tc>
      </w:tr>
      <w:tr w:rsidR="00F671D8" w:rsidRPr="00DF5653" w14:paraId="1EC2F807" w14:textId="77777777">
        <w:trPr>
          <w:jc w:val="center"/>
        </w:trPr>
        <w:tc>
          <w:tcPr>
            <w:tcW w:w="5184" w:type="dxa"/>
          </w:tcPr>
          <w:p w14:paraId="682844F6" w14:textId="77777777" w:rsidR="00F671D8" w:rsidRPr="00DF5653" w:rsidRDefault="00000000">
            <w:pPr>
              <w:rPr>
                <w:rFonts w:ascii="Times New Roman" w:hAnsi="Times New Roman" w:cs="Times New Roman"/>
              </w:rPr>
            </w:pPr>
            <w:r w:rsidRPr="00DF5653">
              <w:rPr>
                <w:rFonts w:ascii="Times New Roman" w:hAnsi="Times New Roman" w:cs="Times New Roman"/>
                <w:sz w:val="17"/>
              </w:rPr>
              <w:t>(a) Shows details of goods offered</w:t>
            </w:r>
          </w:p>
        </w:tc>
        <w:tc>
          <w:tcPr>
            <w:tcW w:w="5184" w:type="dxa"/>
          </w:tcPr>
          <w:p w14:paraId="6BEA837B" w14:textId="77777777" w:rsidR="00F671D8" w:rsidRPr="00DF5653" w:rsidRDefault="00F671D8">
            <w:pPr>
              <w:rPr>
                <w:rFonts w:ascii="Times New Roman" w:hAnsi="Times New Roman" w:cs="Times New Roman"/>
              </w:rPr>
            </w:pPr>
          </w:p>
        </w:tc>
      </w:tr>
      <w:tr w:rsidR="00F671D8" w:rsidRPr="00DF5653" w14:paraId="45158F4E" w14:textId="77777777">
        <w:trPr>
          <w:jc w:val="center"/>
        </w:trPr>
        <w:tc>
          <w:tcPr>
            <w:tcW w:w="5184" w:type="dxa"/>
          </w:tcPr>
          <w:p w14:paraId="38B1DF36" w14:textId="77777777" w:rsidR="00F671D8" w:rsidRPr="00DF5653" w:rsidRDefault="00000000">
            <w:pPr>
              <w:rPr>
                <w:rFonts w:ascii="Times New Roman" w:hAnsi="Times New Roman" w:cs="Times New Roman"/>
              </w:rPr>
            </w:pPr>
            <w:r w:rsidRPr="00DF5653">
              <w:rPr>
                <w:rFonts w:ascii="Times New Roman" w:hAnsi="Times New Roman" w:cs="Times New Roman"/>
                <w:sz w:val="17"/>
              </w:rPr>
              <w:t>(b) Gives quantity, unit price and total amount to be paid</w:t>
            </w:r>
          </w:p>
        </w:tc>
        <w:tc>
          <w:tcPr>
            <w:tcW w:w="5184" w:type="dxa"/>
          </w:tcPr>
          <w:p w14:paraId="1ACCFD13" w14:textId="77777777" w:rsidR="00F671D8" w:rsidRPr="00DF5653" w:rsidRDefault="00F671D8">
            <w:pPr>
              <w:rPr>
                <w:rFonts w:ascii="Times New Roman" w:hAnsi="Times New Roman" w:cs="Times New Roman"/>
              </w:rPr>
            </w:pPr>
          </w:p>
        </w:tc>
      </w:tr>
      <w:tr w:rsidR="00F671D8" w:rsidRPr="00DF5653" w14:paraId="3363B4A7" w14:textId="77777777">
        <w:trPr>
          <w:jc w:val="center"/>
        </w:trPr>
        <w:tc>
          <w:tcPr>
            <w:tcW w:w="5184" w:type="dxa"/>
          </w:tcPr>
          <w:p w14:paraId="67276F29" w14:textId="77777777" w:rsidR="00F671D8" w:rsidRPr="00DF5653" w:rsidRDefault="00000000">
            <w:pPr>
              <w:rPr>
                <w:rFonts w:ascii="Times New Roman" w:hAnsi="Times New Roman" w:cs="Times New Roman"/>
              </w:rPr>
            </w:pPr>
            <w:r w:rsidRPr="00DF5653">
              <w:rPr>
                <w:rFonts w:ascii="Times New Roman" w:hAnsi="Times New Roman" w:cs="Times New Roman"/>
                <w:sz w:val="17"/>
              </w:rPr>
              <w:t>(c) Shows transactions since the date of the last statement</w:t>
            </w:r>
          </w:p>
        </w:tc>
        <w:tc>
          <w:tcPr>
            <w:tcW w:w="5184" w:type="dxa"/>
          </w:tcPr>
          <w:p w14:paraId="6EE07133" w14:textId="77777777" w:rsidR="00F671D8" w:rsidRPr="00DF5653" w:rsidRDefault="00F671D8">
            <w:pPr>
              <w:rPr>
                <w:rFonts w:ascii="Times New Roman" w:hAnsi="Times New Roman" w:cs="Times New Roman"/>
              </w:rPr>
            </w:pPr>
          </w:p>
        </w:tc>
      </w:tr>
      <w:tr w:rsidR="00F671D8" w:rsidRPr="00DF5653" w14:paraId="5847D7F1" w14:textId="77777777">
        <w:trPr>
          <w:jc w:val="center"/>
        </w:trPr>
        <w:tc>
          <w:tcPr>
            <w:tcW w:w="5184" w:type="dxa"/>
          </w:tcPr>
          <w:p w14:paraId="13163FB7" w14:textId="77777777" w:rsidR="00F671D8" w:rsidRPr="00DF5653" w:rsidRDefault="00000000">
            <w:pPr>
              <w:rPr>
                <w:rFonts w:ascii="Times New Roman" w:hAnsi="Times New Roman" w:cs="Times New Roman"/>
              </w:rPr>
            </w:pPr>
            <w:r w:rsidRPr="00DF5653">
              <w:rPr>
                <w:rFonts w:ascii="Times New Roman" w:hAnsi="Times New Roman" w:cs="Times New Roman"/>
                <w:sz w:val="17"/>
              </w:rPr>
              <w:t>(d) Shows description of goods bought, prices and total amount paid</w:t>
            </w:r>
          </w:p>
        </w:tc>
        <w:tc>
          <w:tcPr>
            <w:tcW w:w="5184" w:type="dxa"/>
          </w:tcPr>
          <w:p w14:paraId="5797092D" w14:textId="77777777" w:rsidR="00F671D8" w:rsidRPr="00DF5653" w:rsidRDefault="00F671D8">
            <w:pPr>
              <w:rPr>
                <w:rFonts w:ascii="Times New Roman" w:hAnsi="Times New Roman" w:cs="Times New Roman"/>
              </w:rPr>
            </w:pPr>
          </w:p>
        </w:tc>
      </w:tr>
    </w:tbl>
    <w:p w14:paraId="57341529" w14:textId="77777777" w:rsidR="00F671D8" w:rsidRPr="00DF5653" w:rsidRDefault="00F671D8">
      <w:pPr>
        <w:rPr>
          <w:rFonts w:ascii="Times New Roman" w:hAnsi="Times New Roman" w:cs="Times New Roman"/>
        </w:rPr>
      </w:pPr>
    </w:p>
    <w:p w14:paraId="041CB338" w14:textId="77777777" w:rsidR="00F671D8" w:rsidRPr="00DF5653" w:rsidRDefault="00000000">
      <w:pPr>
        <w:spacing w:before="60"/>
        <w:rPr>
          <w:rFonts w:ascii="Times New Roman" w:hAnsi="Times New Roman" w:cs="Times New Roman"/>
        </w:rPr>
      </w:pPr>
      <w:r w:rsidRPr="00DF5653">
        <w:rPr>
          <w:rFonts w:ascii="Times New Roman" w:hAnsi="Times New Roman" w:cs="Times New Roman"/>
          <w:b/>
        </w:rPr>
        <w:t xml:space="preserve">21. </w:t>
      </w:r>
      <w:r w:rsidRPr="00DF5653">
        <w:rPr>
          <w:rFonts w:ascii="Times New Roman" w:hAnsi="Times New Roman" w:cs="Times New Roman"/>
        </w:rPr>
        <w:t>The figure below shows a shift in demand for a commodity from D₀D₀ to D₁D₁. State four possible causes that have led to this situation.</w:t>
      </w:r>
      <w:r w:rsidRPr="00DF5653">
        <w:rPr>
          <w:rFonts w:ascii="Times New Roman" w:hAnsi="Times New Roman" w:cs="Times New Roman"/>
          <w:b/>
        </w:rPr>
        <w:t xml:space="preserve">  (4 marks)</w:t>
      </w:r>
    </w:p>
    <w:p w14:paraId="5C141F58" w14:textId="593F2B1B" w:rsidR="00F671D8" w:rsidRPr="00DF5653" w:rsidRDefault="00DF5653">
      <w:pPr>
        <w:spacing w:before="60" w:after="60"/>
        <w:rPr>
          <w:rFonts w:ascii="Times New Roman" w:hAnsi="Times New Roman" w:cs="Times New Roman"/>
        </w:rPr>
      </w:pPr>
      <w:r w:rsidRPr="00DF5653">
        <w:rPr>
          <w:rFonts w:ascii="Times New Roman" w:hAnsi="Times New Roman" w:cs="Times New Roman"/>
        </w:rPr>
        <w:drawing>
          <wp:inline distT="0" distB="0" distL="0" distR="0" wp14:anchorId="676581E0" wp14:editId="3700A77E">
            <wp:extent cx="3869021" cy="1913255"/>
            <wp:effectExtent l="0" t="0" r="0" b="0"/>
            <wp:docPr id="140025833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0258332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874134" cy="19157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034F0F" w14:textId="77777777" w:rsidR="00F671D8" w:rsidRPr="00DF5653" w:rsidRDefault="00000000">
      <w:pPr>
        <w:spacing w:after="20"/>
        <w:rPr>
          <w:rFonts w:ascii="Times New Roman" w:hAnsi="Times New Roman" w:cs="Times New Roman"/>
        </w:rPr>
      </w:pPr>
      <w:r w:rsidRPr="00DF5653">
        <w:rPr>
          <w:rFonts w:ascii="Times New Roman" w:hAnsi="Times New Roman" w:cs="Times New Roman"/>
          <w:sz w:val="17"/>
        </w:rPr>
        <w:t>________________________________________________________________________________</w:t>
      </w:r>
    </w:p>
    <w:p w14:paraId="18FCAEFE" w14:textId="77777777" w:rsidR="00F671D8" w:rsidRPr="00DF5653" w:rsidRDefault="00000000">
      <w:pPr>
        <w:spacing w:after="20"/>
        <w:rPr>
          <w:rFonts w:ascii="Times New Roman" w:hAnsi="Times New Roman" w:cs="Times New Roman"/>
        </w:rPr>
      </w:pPr>
      <w:r w:rsidRPr="00DF5653">
        <w:rPr>
          <w:rFonts w:ascii="Times New Roman" w:hAnsi="Times New Roman" w:cs="Times New Roman"/>
          <w:sz w:val="17"/>
        </w:rPr>
        <w:t>________________________________________________________________________________</w:t>
      </w:r>
    </w:p>
    <w:p w14:paraId="30D2171F" w14:textId="77777777" w:rsidR="00F671D8" w:rsidRPr="00DF5653" w:rsidRDefault="00000000">
      <w:pPr>
        <w:spacing w:after="20"/>
        <w:rPr>
          <w:rFonts w:ascii="Times New Roman" w:hAnsi="Times New Roman" w:cs="Times New Roman"/>
        </w:rPr>
      </w:pPr>
      <w:r w:rsidRPr="00DF5653">
        <w:rPr>
          <w:rFonts w:ascii="Times New Roman" w:hAnsi="Times New Roman" w:cs="Times New Roman"/>
          <w:sz w:val="17"/>
        </w:rPr>
        <w:t>________________________________________________________________________________</w:t>
      </w:r>
    </w:p>
    <w:p w14:paraId="06CDD9BB" w14:textId="77777777" w:rsidR="00F671D8" w:rsidRPr="00DF5653" w:rsidRDefault="00000000">
      <w:pPr>
        <w:spacing w:after="20"/>
        <w:rPr>
          <w:rFonts w:ascii="Times New Roman" w:hAnsi="Times New Roman" w:cs="Times New Roman"/>
        </w:rPr>
      </w:pPr>
      <w:r w:rsidRPr="00DF5653">
        <w:rPr>
          <w:rFonts w:ascii="Times New Roman" w:hAnsi="Times New Roman" w:cs="Times New Roman"/>
          <w:sz w:val="17"/>
        </w:rPr>
        <w:t>________________________________________________________________________________</w:t>
      </w:r>
    </w:p>
    <w:p w14:paraId="222689C4" w14:textId="77777777" w:rsidR="00F671D8" w:rsidRPr="00DF5653" w:rsidRDefault="00000000">
      <w:pPr>
        <w:spacing w:before="60"/>
        <w:rPr>
          <w:rFonts w:ascii="Times New Roman" w:hAnsi="Times New Roman" w:cs="Times New Roman"/>
        </w:rPr>
      </w:pPr>
      <w:r w:rsidRPr="00DF5653">
        <w:rPr>
          <w:rFonts w:ascii="Times New Roman" w:hAnsi="Times New Roman" w:cs="Times New Roman"/>
          <w:b/>
        </w:rPr>
        <w:t xml:space="preserve">22. </w:t>
      </w:r>
      <w:r w:rsidRPr="00DF5653">
        <w:rPr>
          <w:rFonts w:ascii="Times New Roman" w:hAnsi="Times New Roman" w:cs="Times New Roman"/>
        </w:rPr>
        <w:t>Outline four factors to consider when choosing a distributing channel.</w:t>
      </w:r>
      <w:r w:rsidRPr="00DF5653">
        <w:rPr>
          <w:rFonts w:ascii="Times New Roman" w:hAnsi="Times New Roman" w:cs="Times New Roman"/>
          <w:b/>
        </w:rPr>
        <w:t xml:space="preserve">  (4 marks)</w:t>
      </w:r>
    </w:p>
    <w:p w14:paraId="3B7FEBD6" w14:textId="77777777" w:rsidR="00F671D8" w:rsidRPr="00DF5653" w:rsidRDefault="00000000">
      <w:pPr>
        <w:spacing w:after="20"/>
        <w:ind w:left="259"/>
        <w:rPr>
          <w:rFonts w:ascii="Times New Roman" w:hAnsi="Times New Roman" w:cs="Times New Roman"/>
        </w:rPr>
      </w:pPr>
      <w:r w:rsidRPr="00DF5653">
        <w:rPr>
          <w:rFonts w:ascii="Times New Roman" w:hAnsi="Times New Roman" w:cs="Times New Roman"/>
          <w:b/>
        </w:rPr>
        <w:t>(i)   (1 mark)</w:t>
      </w:r>
    </w:p>
    <w:p w14:paraId="35873D18" w14:textId="77777777" w:rsidR="00F671D8" w:rsidRPr="00DF5653" w:rsidRDefault="00000000">
      <w:pPr>
        <w:spacing w:after="20"/>
        <w:ind w:left="547"/>
        <w:rPr>
          <w:rFonts w:ascii="Times New Roman" w:hAnsi="Times New Roman" w:cs="Times New Roman"/>
        </w:rPr>
      </w:pPr>
      <w:r w:rsidRPr="00DF5653">
        <w:rPr>
          <w:rFonts w:ascii="Times New Roman" w:hAnsi="Times New Roman" w:cs="Times New Roman"/>
          <w:sz w:val="17"/>
        </w:rPr>
        <w:t>________________________________________________________________________________</w:t>
      </w:r>
    </w:p>
    <w:p w14:paraId="203F9F15" w14:textId="77777777" w:rsidR="00F671D8" w:rsidRPr="00DF5653" w:rsidRDefault="00000000">
      <w:pPr>
        <w:spacing w:after="20"/>
        <w:ind w:left="259"/>
        <w:rPr>
          <w:rFonts w:ascii="Times New Roman" w:hAnsi="Times New Roman" w:cs="Times New Roman"/>
        </w:rPr>
      </w:pPr>
      <w:r w:rsidRPr="00DF5653">
        <w:rPr>
          <w:rFonts w:ascii="Times New Roman" w:hAnsi="Times New Roman" w:cs="Times New Roman"/>
          <w:b/>
        </w:rPr>
        <w:t>(ii)   (1 mark)</w:t>
      </w:r>
    </w:p>
    <w:p w14:paraId="43C6A88B" w14:textId="77777777" w:rsidR="00F671D8" w:rsidRPr="00DF5653" w:rsidRDefault="00000000">
      <w:pPr>
        <w:spacing w:after="20"/>
        <w:ind w:left="547"/>
        <w:rPr>
          <w:rFonts w:ascii="Times New Roman" w:hAnsi="Times New Roman" w:cs="Times New Roman"/>
        </w:rPr>
      </w:pPr>
      <w:r w:rsidRPr="00DF5653">
        <w:rPr>
          <w:rFonts w:ascii="Times New Roman" w:hAnsi="Times New Roman" w:cs="Times New Roman"/>
          <w:sz w:val="17"/>
        </w:rPr>
        <w:t>________________________________________________________________________________</w:t>
      </w:r>
    </w:p>
    <w:p w14:paraId="373CB403" w14:textId="77777777" w:rsidR="00F671D8" w:rsidRPr="00DF5653" w:rsidRDefault="00000000">
      <w:pPr>
        <w:spacing w:after="20"/>
        <w:ind w:left="259"/>
        <w:rPr>
          <w:rFonts w:ascii="Times New Roman" w:hAnsi="Times New Roman" w:cs="Times New Roman"/>
        </w:rPr>
      </w:pPr>
      <w:r w:rsidRPr="00DF5653">
        <w:rPr>
          <w:rFonts w:ascii="Times New Roman" w:hAnsi="Times New Roman" w:cs="Times New Roman"/>
          <w:b/>
        </w:rPr>
        <w:t>(iii)   (1 mark)</w:t>
      </w:r>
    </w:p>
    <w:p w14:paraId="2ED2B6ED" w14:textId="77777777" w:rsidR="00F671D8" w:rsidRPr="00DF5653" w:rsidRDefault="00000000">
      <w:pPr>
        <w:spacing w:after="20"/>
        <w:ind w:left="547"/>
        <w:rPr>
          <w:rFonts w:ascii="Times New Roman" w:hAnsi="Times New Roman" w:cs="Times New Roman"/>
        </w:rPr>
      </w:pPr>
      <w:r w:rsidRPr="00DF5653">
        <w:rPr>
          <w:rFonts w:ascii="Times New Roman" w:hAnsi="Times New Roman" w:cs="Times New Roman"/>
          <w:sz w:val="17"/>
        </w:rPr>
        <w:t>________________________________________________________________________________</w:t>
      </w:r>
    </w:p>
    <w:p w14:paraId="64C061C9" w14:textId="77777777" w:rsidR="00F671D8" w:rsidRPr="00DF5653" w:rsidRDefault="00000000">
      <w:pPr>
        <w:spacing w:after="20"/>
        <w:ind w:left="259"/>
        <w:rPr>
          <w:rFonts w:ascii="Times New Roman" w:hAnsi="Times New Roman" w:cs="Times New Roman"/>
        </w:rPr>
      </w:pPr>
      <w:r w:rsidRPr="00DF5653">
        <w:rPr>
          <w:rFonts w:ascii="Times New Roman" w:hAnsi="Times New Roman" w:cs="Times New Roman"/>
          <w:b/>
        </w:rPr>
        <w:t>(iv)   (1 mark)</w:t>
      </w:r>
    </w:p>
    <w:p w14:paraId="437444FF" w14:textId="77777777" w:rsidR="00F671D8" w:rsidRPr="00DF5653" w:rsidRDefault="00000000">
      <w:pPr>
        <w:spacing w:after="20"/>
        <w:ind w:left="547"/>
        <w:rPr>
          <w:rFonts w:ascii="Times New Roman" w:hAnsi="Times New Roman" w:cs="Times New Roman"/>
        </w:rPr>
      </w:pPr>
      <w:r w:rsidRPr="00DF5653">
        <w:rPr>
          <w:rFonts w:ascii="Times New Roman" w:hAnsi="Times New Roman" w:cs="Times New Roman"/>
          <w:sz w:val="17"/>
        </w:rPr>
        <w:t>________________________________________________________________________________</w:t>
      </w:r>
    </w:p>
    <w:p w14:paraId="5E87B078" w14:textId="77777777" w:rsidR="00F671D8" w:rsidRPr="00DF5653" w:rsidRDefault="00000000">
      <w:pPr>
        <w:spacing w:before="60"/>
        <w:rPr>
          <w:rFonts w:ascii="Times New Roman" w:hAnsi="Times New Roman" w:cs="Times New Roman"/>
        </w:rPr>
      </w:pPr>
      <w:r w:rsidRPr="00DF5653">
        <w:rPr>
          <w:rFonts w:ascii="Times New Roman" w:hAnsi="Times New Roman" w:cs="Times New Roman"/>
          <w:b/>
        </w:rPr>
        <w:t xml:space="preserve">23. </w:t>
      </w:r>
      <w:r w:rsidRPr="00DF5653">
        <w:rPr>
          <w:rFonts w:ascii="Times New Roman" w:hAnsi="Times New Roman" w:cs="Times New Roman"/>
        </w:rPr>
        <w:t>State four social responsibilities that a sugar manufacturing company should have towards the community.</w:t>
      </w:r>
      <w:r w:rsidRPr="00DF5653">
        <w:rPr>
          <w:rFonts w:ascii="Times New Roman" w:hAnsi="Times New Roman" w:cs="Times New Roman"/>
          <w:b/>
        </w:rPr>
        <w:t xml:space="preserve">  (4 marks)</w:t>
      </w:r>
    </w:p>
    <w:p w14:paraId="1689D086" w14:textId="77777777" w:rsidR="00F671D8" w:rsidRPr="00DF5653" w:rsidRDefault="00000000">
      <w:pPr>
        <w:spacing w:after="20"/>
        <w:ind w:left="259"/>
        <w:rPr>
          <w:rFonts w:ascii="Times New Roman" w:hAnsi="Times New Roman" w:cs="Times New Roman"/>
        </w:rPr>
      </w:pPr>
      <w:r w:rsidRPr="00DF5653">
        <w:rPr>
          <w:rFonts w:ascii="Times New Roman" w:hAnsi="Times New Roman" w:cs="Times New Roman"/>
          <w:b/>
        </w:rPr>
        <w:t>(i)   (1 mark)</w:t>
      </w:r>
    </w:p>
    <w:p w14:paraId="401171DB" w14:textId="77777777" w:rsidR="00F671D8" w:rsidRPr="00DF5653" w:rsidRDefault="00000000">
      <w:pPr>
        <w:spacing w:after="20"/>
        <w:ind w:left="547"/>
        <w:rPr>
          <w:rFonts w:ascii="Times New Roman" w:hAnsi="Times New Roman" w:cs="Times New Roman"/>
        </w:rPr>
      </w:pPr>
      <w:r w:rsidRPr="00DF5653">
        <w:rPr>
          <w:rFonts w:ascii="Times New Roman" w:hAnsi="Times New Roman" w:cs="Times New Roman"/>
          <w:sz w:val="17"/>
        </w:rPr>
        <w:t>________________________________________________________________________________</w:t>
      </w:r>
    </w:p>
    <w:p w14:paraId="7849BBD7" w14:textId="77777777" w:rsidR="00F671D8" w:rsidRPr="00DF5653" w:rsidRDefault="00000000">
      <w:pPr>
        <w:spacing w:after="20"/>
        <w:ind w:left="259"/>
        <w:rPr>
          <w:rFonts w:ascii="Times New Roman" w:hAnsi="Times New Roman" w:cs="Times New Roman"/>
        </w:rPr>
      </w:pPr>
      <w:r w:rsidRPr="00DF5653">
        <w:rPr>
          <w:rFonts w:ascii="Times New Roman" w:hAnsi="Times New Roman" w:cs="Times New Roman"/>
          <w:b/>
        </w:rPr>
        <w:t>(ii)   (1 mark)</w:t>
      </w:r>
    </w:p>
    <w:p w14:paraId="3FB82CC7" w14:textId="77777777" w:rsidR="00F671D8" w:rsidRPr="00DF5653" w:rsidRDefault="00000000">
      <w:pPr>
        <w:spacing w:after="20"/>
        <w:ind w:left="547"/>
        <w:rPr>
          <w:rFonts w:ascii="Times New Roman" w:hAnsi="Times New Roman" w:cs="Times New Roman"/>
        </w:rPr>
      </w:pPr>
      <w:r w:rsidRPr="00DF5653">
        <w:rPr>
          <w:rFonts w:ascii="Times New Roman" w:hAnsi="Times New Roman" w:cs="Times New Roman"/>
          <w:sz w:val="17"/>
        </w:rPr>
        <w:t>________________________________________________________________________________</w:t>
      </w:r>
    </w:p>
    <w:p w14:paraId="179AA9EF" w14:textId="77777777" w:rsidR="00F671D8" w:rsidRPr="00DF5653" w:rsidRDefault="00000000">
      <w:pPr>
        <w:spacing w:after="20"/>
        <w:ind w:left="259"/>
        <w:rPr>
          <w:rFonts w:ascii="Times New Roman" w:hAnsi="Times New Roman" w:cs="Times New Roman"/>
        </w:rPr>
      </w:pPr>
      <w:r w:rsidRPr="00DF5653">
        <w:rPr>
          <w:rFonts w:ascii="Times New Roman" w:hAnsi="Times New Roman" w:cs="Times New Roman"/>
          <w:b/>
        </w:rPr>
        <w:t>(iii)   (1 mark)</w:t>
      </w:r>
    </w:p>
    <w:p w14:paraId="2375EEEC" w14:textId="77777777" w:rsidR="00F671D8" w:rsidRPr="00DF5653" w:rsidRDefault="00000000">
      <w:pPr>
        <w:spacing w:after="20"/>
        <w:ind w:left="547"/>
        <w:rPr>
          <w:rFonts w:ascii="Times New Roman" w:hAnsi="Times New Roman" w:cs="Times New Roman"/>
        </w:rPr>
      </w:pPr>
      <w:r w:rsidRPr="00DF5653">
        <w:rPr>
          <w:rFonts w:ascii="Times New Roman" w:hAnsi="Times New Roman" w:cs="Times New Roman"/>
          <w:sz w:val="17"/>
        </w:rPr>
        <w:t>________________________________________________________________________________</w:t>
      </w:r>
    </w:p>
    <w:p w14:paraId="7E5B96F1" w14:textId="77777777" w:rsidR="00F671D8" w:rsidRPr="00DF5653" w:rsidRDefault="00000000">
      <w:pPr>
        <w:spacing w:after="20"/>
        <w:ind w:left="259"/>
        <w:rPr>
          <w:rFonts w:ascii="Times New Roman" w:hAnsi="Times New Roman" w:cs="Times New Roman"/>
        </w:rPr>
      </w:pPr>
      <w:r w:rsidRPr="00DF5653">
        <w:rPr>
          <w:rFonts w:ascii="Times New Roman" w:hAnsi="Times New Roman" w:cs="Times New Roman"/>
          <w:b/>
        </w:rPr>
        <w:t>(iv)   (1 mark)</w:t>
      </w:r>
    </w:p>
    <w:p w14:paraId="1ABA9922" w14:textId="77777777" w:rsidR="00F671D8" w:rsidRPr="00DF5653" w:rsidRDefault="00000000">
      <w:pPr>
        <w:spacing w:after="20"/>
        <w:ind w:left="547"/>
        <w:rPr>
          <w:rFonts w:ascii="Times New Roman" w:hAnsi="Times New Roman" w:cs="Times New Roman"/>
        </w:rPr>
      </w:pPr>
      <w:r w:rsidRPr="00DF5653">
        <w:rPr>
          <w:rFonts w:ascii="Times New Roman" w:hAnsi="Times New Roman" w:cs="Times New Roman"/>
          <w:sz w:val="17"/>
        </w:rPr>
        <w:t>________________________________________________________________________________</w:t>
      </w:r>
    </w:p>
    <w:p w14:paraId="03917151" w14:textId="77777777" w:rsidR="00F671D8" w:rsidRPr="00DF5653" w:rsidRDefault="00000000">
      <w:pPr>
        <w:spacing w:before="60"/>
        <w:rPr>
          <w:rFonts w:ascii="Times New Roman" w:hAnsi="Times New Roman" w:cs="Times New Roman"/>
        </w:rPr>
      </w:pPr>
      <w:r w:rsidRPr="00DF5653">
        <w:rPr>
          <w:rFonts w:ascii="Times New Roman" w:hAnsi="Times New Roman" w:cs="Times New Roman"/>
          <w:b/>
        </w:rPr>
        <w:t xml:space="preserve">24. </w:t>
      </w:r>
      <w:r w:rsidRPr="00DF5653">
        <w:rPr>
          <w:rFonts w:ascii="Times New Roman" w:hAnsi="Times New Roman" w:cs="Times New Roman"/>
        </w:rPr>
        <w:t>Give four reasons why one would prefer a letter to a telephone to send a message.</w:t>
      </w:r>
      <w:r w:rsidRPr="00DF5653">
        <w:rPr>
          <w:rFonts w:ascii="Times New Roman" w:hAnsi="Times New Roman" w:cs="Times New Roman"/>
          <w:b/>
        </w:rPr>
        <w:t xml:space="preserve">  (4 marks)</w:t>
      </w:r>
    </w:p>
    <w:p w14:paraId="7DB4DA3B" w14:textId="77777777" w:rsidR="00F671D8" w:rsidRPr="00DF5653" w:rsidRDefault="00000000">
      <w:pPr>
        <w:spacing w:after="20"/>
        <w:ind w:left="259"/>
        <w:rPr>
          <w:rFonts w:ascii="Times New Roman" w:hAnsi="Times New Roman" w:cs="Times New Roman"/>
        </w:rPr>
      </w:pPr>
      <w:r w:rsidRPr="00DF5653">
        <w:rPr>
          <w:rFonts w:ascii="Times New Roman" w:hAnsi="Times New Roman" w:cs="Times New Roman"/>
          <w:b/>
        </w:rPr>
        <w:t>(i)   (1 mark)</w:t>
      </w:r>
    </w:p>
    <w:p w14:paraId="1E251746" w14:textId="77777777" w:rsidR="00F671D8" w:rsidRPr="00DF5653" w:rsidRDefault="00000000">
      <w:pPr>
        <w:spacing w:after="20"/>
        <w:ind w:left="547"/>
        <w:rPr>
          <w:rFonts w:ascii="Times New Roman" w:hAnsi="Times New Roman" w:cs="Times New Roman"/>
        </w:rPr>
      </w:pPr>
      <w:r w:rsidRPr="00DF5653">
        <w:rPr>
          <w:rFonts w:ascii="Times New Roman" w:hAnsi="Times New Roman" w:cs="Times New Roman"/>
          <w:sz w:val="17"/>
        </w:rPr>
        <w:t>________________________________________________________________________________</w:t>
      </w:r>
    </w:p>
    <w:p w14:paraId="0FFAAC6D" w14:textId="77777777" w:rsidR="00F671D8" w:rsidRPr="00DF5653" w:rsidRDefault="00000000">
      <w:pPr>
        <w:spacing w:after="20"/>
        <w:ind w:left="259"/>
        <w:rPr>
          <w:rFonts w:ascii="Times New Roman" w:hAnsi="Times New Roman" w:cs="Times New Roman"/>
        </w:rPr>
      </w:pPr>
      <w:r w:rsidRPr="00DF5653">
        <w:rPr>
          <w:rFonts w:ascii="Times New Roman" w:hAnsi="Times New Roman" w:cs="Times New Roman"/>
          <w:b/>
        </w:rPr>
        <w:t>(ii)   (1 mark)</w:t>
      </w:r>
    </w:p>
    <w:p w14:paraId="1EB59CD4" w14:textId="77777777" w:rsidR="00F671D8" w:rsidRPr="00DF5653" w:rsidRDefault="00000000">
      <w:pPr>
        <w:spacing w:after="20"/>
        <w:ind w:left="547"/>
        <w:rPr>
          <w:rFonts w:ascii="Times New Roman" w:hAnsi="Times New Roman" w:cs="Times New Roman"/>
        </w:rPr>
      </w:pPr>
      <w:r w:rsidRPr="00DF5653">
        <w:rPr>
          <w:rFonts w:ascii="Times New Roman" w:hAnsi="Times New Roman" w:cs="Times New Roman"/>
          <w:sz w:val="17"/>
        </w:rPr>
        <w:t>________________________________________________________________________________</w:t>
      </w:r>
    </w:p>
    <w:p w14:paraId="384E3294" w14:textId="77777777" w:rsidR="00F671D8" w:rsidRPr="00DF5653" w:rsidRDefault="00000000">
      <w:pPr>
        <w:spacing w:after="20"/>
        <w:ind w:left="259"/>
        <w:rPr>
          <w:rFonts w:ascii="Times New Roman" w:hAnsi="Times New Roman" w:cs="Times New Roman"/>
        </w:rPr>
      </w:pPr>
      <w:r w:rsidRPr="00DF5653">
        <w:rPr>
          <w:rFonts w:ascii="Times New Roman" w:hAnsi="Times New Roman" w:cs="Times New Roman"/>
          <w:b/>
        </w:rPr>
        <w:t>(iii)   (1 mark)</w:t>
      </w:r>
    </w:p>
    <w:p w14:paraId="2AF72F22" w14:textId="77777777" w:rsidR="00F671D8" w:rsidRPr="00DF5653" w:rsidRDefault="00000000">
      <w:pPr>
        <w:spacing w:after="20"/>
        <w:ind w:left="547"/>
        <w:rPr>
          <w:rFonts w:ascii="Times New Roman" w:hAnsi="Times New Roman" w:cs="Times New Roman"/>
        </w:rPr>
      </w:pPr>
      <w:r w:rsidRPr="00DF5653">
        <w:rPr>
          <w:rFonts w:ascii="Times New Roman" w:hAnsi="Times New Roman" w:cs="Times New Roman"/>
          <w:sz w:val="17"/>
        </w:rPr>
        <w:t>________________________________________________________________________________</w:t>
      </w:r>
    </w:p>
    <w:p w14:paraId="67D7FD3F" w14:textId="77777777" w:rsidR="00F671D8" w:rsidRPr="00DF5653" w:rsidRDefault="00000000">
      <w:pPr>
        <w:spacing w:after="20"/>
        <w:ind w:left="259"/>
        <w:rPr>
          <w:rFonts w:ascii="Times New Roman" w:hAnsi="Times New Roman" w:cs="Times New Roman"/>
        </w:rPr>
      </w:pPr>
      <w:r w:rsidRPr="00DF5653">
        <w:rPr>
          <w:rFonts w:ascii="Times New Roman" w:hAnsi="Times New Roman" w:cs="Times New Roman"/>
          <w:b/>
        </w:rPr>
        <w:t>(iv)   (1 mark)</w:t>
      </w:r>
    </w:p>
    <w:p w14:paraId="641B482E" w14:textId="77777777" w:rsidR="00F671D8" w:rsidRPr="00DF5653" w:rsidRDefault="00000000">
      <w:pPr>
        <w:spacing w:after="20"/>
        <w:ind w:left="547"/>
        <w:rPr>
          <w:rFonts w:ascii="Times New Roman" w:hAnsi="Times New Roman" w:cs="Times New Roman"/>
        </w:rPr>
      </w:pPr>
      <w:r w:rsidRPr="00DF5653">
        <w:rPr>
          <w:rFonts w:ascii="Times New Roman" w:hAnsi="Times New Roman" w:cs="Times New Roman"/>
          <w:sz w:val="17"/>
        </w:rPr>
        <w:t>________________________________________________________________________________</w:t>
      </w:r>
    </w:p>
    <w:p w14:paraId="05ACF4F1" w14:textId="77777777" w:rsidR="00F671D8" w:rsidRPr="00DF5653" w:rsidRDefault="00000000">
      <w:pPr>
        <w:spacing w:before="60"/>
        <w:rPr>
          <w:rFonts w:ascii="Times New Roman" w:hAnsi="Times New Roman" w:cs="Times New Roman"/>
          <w:lang w:val="de-DE"/>
        </w:rPr>
      </w:pPr>
      <w:r w:rsidRPr="00DF5653">
        <w:rPr>
          <w:rFonts w:ascii="Times New Roman" w:hAnsi="Times New Roman" w:cs="Times New Roman"/>
          <w:b/>
        </w:rPr>
        <w:t xml:space="preserve">25. </w:t>
      </w:r>
      <w:r w:rsidRPr="00DF5653">
        <w:rPr>
          <w:rFonts w:ascii="Times New Roman" w:hAnsi="Times New Roman" w:cs="Times New Roman"/>
        </w:rPr>
        <w:t>Outline four unethical practices in product promotion.</w:t>
      </w:r>
      <w:r w:rsidRPr="00DF5653">
        <w:rPr>
          <w:rFonts w:ascii="Times New Roman" w:hAnsi="Times New Roman" w:cs="Times New Roman"/>
          <w:b/>
        </w:rPr>
        <w:t xml:space="preserve">  </w:t>
      </w:r>
      <w:r w:rsidRPr="00DF5653">
        <w:rPr>
          <w:rFonts w:ascii="Times New Roman" w:hAnsi="Times New Roman" w:cs="Times New Roman"/>
          <w:b/>
          <w:lang w:val="de-DE"/>
        </w:rPr>
        <w:t>(4 marks)</w:t>
      </w:r>
    </w:p>
    <w:p w14:paraId="573D6810" w14:textId="77777777" w:rsidR="00F671D8" w:rsidRPr="00DF5653" w:rsidRDefault="00000000">
      <w:pPr>
        <w:spacing w:after="20"/>
        <w:ind w:left="259"/>
        <w:rPr>
          <w:rFonts w:ascii="Times New Roman" w:hAnsi="Times New Roman" w:cs="Times New Roman"/>
          <w:lang w:val="de-DE"/>
        </w:rPr>
      </w:pPr>
      <w:r w:rsidRPr="00DF5653">
        <w:rPr>
          <w:rFonts w:ascii="Times New Roman" w:hAnsi="Times New Roman" w:cs="Times New Roman"/>
          <w:b/>
          <w:lang w:val="de-DE"/>
        </w:rPr>
        <w:t>(i)   (1 mark)</w:t>
      </w:r>
    </w:p>
    <w:p w14:paraId="69CE1596" w14:textId="77777777" w:rsidR="00F671D8" w:rsidRPr="00DF5653" w:rsidRDefault="00000000">
      <w:pPr>
        <w:spacing w:after="20"/>
        <w:ind w:left="547"/>
        <w:rPr>
          <w:rFonts w:ascii="Times New Roman" w:hAnsi="Times New Roman" w:cs="Times New Roman"/>
          <w:lang w:val="de-DE"/>
        </w:rPr>
      </w:pPr>
      <w:r w:rsidRPr="00DF5653">
        <w:rPr>
          <w:rFonts w:ascii="Times New Roman" w:hAnsi="Times New Roman" w:cs="Times New Roman"/>
          <w:sz w:val="17"/>
          <w:lang w:val="de-DE"/>
        </w:rPr>
        <w:t>________________________________________________________________________________</w:t>
      </w:r>
    </w:p>
    <w:p w14:paraId="221F0B4A" w14:textId="77777777" w:rsidR="00F671D8" w:rsidRPr="00DF5653" w:rsidRDefault="00000000">
      <w:pPr>
        <w:spacing w:after="20"/>
        <w:ind w:left="259"/>
        <w:rPr>
          <w:rFonts w:ascii="Times New Roman" w:hAnsi="Times New Roman" w:cs="Times New Roman"/>
          <w:lang w:val="de-DE"/>
        </w:rPr>
      </w:pPr>
      <w:r w:rsidRPr="00DF5653">
        <w:rPr>
          <w:rFonts w:ascii="Times New Roman" w:hAnsi="Times New Roman" w:cs="Times New Roman"/>
          <w:b/>
          <w:lang w:val="de-DE"/>
        </w:rPr>
        <w:t>(ii)   (1 mark)</w:t>
      </w:r>
    </w:p>
    <w:p w14:paraId="1C00C9A9" w14:textId="77777777" w:rsidR="00F671D8" w:rsidRPr="00DF5653" w:rsidRDefault="00000000">
      <w:pPr>
        <w:spacing w:after="20"/>
        <w:ind w:left="547"/>
        <w:rPr>
          <w:rFonts w:ascii="Times New Roman" w:hAnsi="Times New Roman" w:cs="Times New Roman"/>
        </w:rPr>
      </w:pPr>
      <w:r w:rsidRPr="00DF5653">
        <w:rPr>
          <w:rFonts w:ascii="Times New Roman" w:hAnsi="Times New Roman" w:cs="Times New Roman"/>
          <w:sz w:val="17"/>
        </w:rPr>
        <w:lastRenderedPageBreak/>
        <w:t>________________________________________________________________________________</w:t>
      </w:r>
    </w:p>
    <w:p w14:paraId="65451F93" w14:textId="77777777" w:rsidR="00F671D8" w:rsidRPr="00DF5653" w:rsidRDefault="00000000">
      <w:pPr>
        <w:spacing w:after="20"/>
        <w:ind w:left="259"/>
        <w:rPr>
          <w:rFonts w:ascii="Times New Roman" w:hAnsi="Times New Roman" w:cs="Times New Roman"/>
        </w:rPr>
      </w:pPr>
      <w:r w:rsidRPr="00DF5653">
        <w:rPr>
          <w:rFonts w:ascii="Times New Roman" w:hAnsi="Times New Roman" w:cs="Times New Roman"/>
          <w:b/>
        </w:rPr>
        <w:t>(iii)   (1 mark)</w:t>
      </w:r>
    </w:p>
    <w:p w14:paraId="27D939AC" w14:textId="77777777" w:rsidR="00F671D8" w:rsidRPr="00DF5653" w:rsidRDefault="00000000">
      <w:pPr>
        <w:spacing w:after="20"/>
        <w:ind w:left="547"/>
        <w:rPr>
          <w:rFonts w:ascii="Times New Roman" w:hAnsi="Times New Roman" w:cs="Times New Roman"/>
        </w:rPr>
      </w:pPr>
      <w:r w:rsidRPr="00DF5653">
        <w:rPr>
          <w:rFonts w:ascii="Times New Roman" w:hAnsi="Times New Roman" w:cs="Times New Roman"/>
          <w:sz w:val="17"/>
        </w:rPr>
        <w:t>________________________________________________________________________________</w:t>
      </w:r>
    </w:p>
    <w:p w14:paraId="53864B35" w14:textId="77777777" w:rsidR="00F671D8" w:rsidRPr="00DF5653" w:rsidRDefault="00000000">
      <w:pPr>
        <w:spacing w:after="20"/>
        <w:ind w:left="259"/>
        <w:rPr>
          <w:rFonts w:ascii="Times New Roman" w:hAnsi="Times New Roman" w:cs="Times New Roman"/>
        </w:rPr>
      </w:pPr>
      <w:r w:rsidRPr="00DF5653">
        <w:rPr>
          <w:rFonts w:ascii="Times New Roman" w:hAnsi="Times New Roman" w:cs="Times New Roman"/>
          <w:b/>
        </w:rPr>
        <w:t>(iv)   (1 mark)</w:t>
      </w:r>
    </w:p>
    <w:p w14:paraId="62001448" w14:textId="77777777" w:rsidR="00F671D8" w:rsidRPr="00DF5653" w:rsidRDefault="00000000">
      <w:pPr>
        <w:spacing w:after="20"/>
        <w:ind w:left="547"/>
        <w:rPr>
          <w:rFonts w:ascii="Times New Roman" w:hAnsi="Times New Roman" w:cs="Times New Roman"/>
        </w:rPr>
      </w:pPr>
      <w:r w:rsidRPr="00DF5653">
        <w:rPr>
          <w:rFonts w:ascii="Times New Roman" w:hAnsi="Times New Roman" w:cs="Times New Roman"/>
          <w:sz w:val="17"/>
        </w:rPr>
        <w:t>________________________________________________________________________________</w:t>
      </w:r>
    </w:p>
    <w:sectPr w:rsidR="00F671D8" w:rsidRPr="00DF5653" w:rsidSect="00034616">
      <w:footerReference w:type="default" r:id="rId9"/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4971D1" w14:textId="77777777" w:rsidR="00F35995" w:rsidRDefault="00F35995">
      <w:pPr>
        <w:spacing w:after="0"/>
      </w:pPr>
      <w:r>
        <w:separator/>
      </w:r>
    </w:p>
  </w:endnote>
  <w:endnote w:type="continuationSeparator" w:id="0">
    <w:p w14:paraId="2E4BF3B9" w14:textId="77777777" w:rsidR="00F35995" w:rsidRDefault="00F3599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29C27F" w14:textId="77777777" w:rsidR="00F671D8" w:rsidRDefault="00000000">
    <w:pPr>
      <w:pStyle w:val="Footer"/>
      <w:jc w:val="center"/>
    </w:pPr>
    <w:r>
      <w:rPr>
        <w:b/>
        <w:sz w:val="18"/>
      </w:rPr>
      <w:t>kcserevision.com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B3D17B" w14:textId="77777777" w:rsidR="00F35995" w:rsidRDefault="00F35995">
      <w:pPr>
        <w:spacing w:after="0"/>
      </w:pPr>
      <w:r>
        <w:separator/>
      </w:r>
    </w:p>
  </w:footnote>
  <w:footnote w:type="continuationSeparator" w:id="0">
    <w:p w14:paraId="718F4374" w14:textId="77777777" w:rsidR="00F35995" w:rsidRDefault="00F35995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804234212">
    <w:abstractNumId w:val="8"/>
  </w:num>
  <w:num w:numId="2" w16cid:durableId="1490635858">
    <w:abstractNumId w:val="6"/>
  </w:num>
  <w:num w:numId="3" w16cid:durableId="1679305045">
    <w:abstractNumId w:val="5"/>
  </w:num>
  <w:num w:numId="4" w16cid:durableId="1624531848">
    <w:abstractNumId w:val="4"/>
  </w:num>
  <w:num w:numId="5" w16cid:durableId="2006666838">
    <w:abstractNumId w:val="7"/>
  </w:num>
  <w:num w:numId="6" w16cid:durableId="172115613">
    <w:abstractNumId w:val="3"/>
  </w:num>
  <w:num w:numId="7" w16cid:durableId="1102840543">
    <w:abstractNumId w:val="2"/>
  </w:num>
  <w:num w:numId="8" w16cid:durableId="2099054941">
    <w:abstractNumId w:val="1"/>
  </w:num>
  <w:num w:numId="9" w16cid:durableId="15005428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CE0B54"/>
    <w:rsid w:val="00DF5653"/>
    <w:rsid w:val="00F35995"/>
    <w:rsid w:val="00F671D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697ED59"/>
  <w14:defaultImageDpi w14:val="300"/>
  <w15:docId w15:val="{87E50B74-7252-4864-B426-856B4F39E8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40" w:line="240" w:lineRule="auto"/>
    </w:pPr>
    <w:rPr>
      <w:rFonts w:ascii="Arial" w:hAnsi="Arial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1904</Words>
  <Characters>10859</Characters>
  <Application>Microsoft Office Word</Application>
  <DocSecurity>0</DocSecurity>
  <Lines>90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12738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Ondreia Thomas</cp:lastModifiedBy>
  <cp:revision>2</cp:revision>
  <dcterms:created xsi:type="dcterms:W3CDTF">2013-12-23T23:15:00Z</dcterms:created>
  <dcterms:modified xsi:type="dcterms:W3CDTF">2026-09-21T23:47:00Z</dcterms:modified>
  <cp:category/>
</cp:coreProperties>
</file>