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FA454" w14:textId="77777777" w:rsidR="00A947B5" w:rsidRPr="004141FA" w:rsidRDefault="00000000">
      <w:pPr>
        <w:spacing w:after="20"/>
        <w:jc w:val="center"/>
        <w:rPr>
          <w:rFonts w:ascii="Times New Roman" w:hAnsi="Times New Roman" w:cs="Times New Roman"/>
        </w:rPr>
      </w:pPr>
      <w:r w:rsidRPr="004141FA">
        <w:rPr>
          <w:rFonts w:ascii="Times New Roman" w:hAnsi="Times New Roman" w:cs="Times New Roman"/>
          <w:b/>
          <w:sz w:val="28"/>
        </w:rPr>
        <w:t>TERM 3 HOLIDAY ASSIGNMENT 2026</w:t>
      </w:r>
    </w:p>
    <w:p w14:paraId="321FF6A5" w14:textId="77777777" w:rsidR="00A947B5" w:rsidRPr="004141FA" w:rsidRDefault="00000000">
      <w:pPr>
        <w:spacing w:after="20"/>
        <w:jc w:val="center"/>
        <w:rPr>
          <w:rFonts w:ascii="Times New Roman" w:hAnsi="Times New Roman" w:cs="Times New Roman"/>
        </w:rPr>
      </w:pPr>
      <w:r w:rsidRPr="004141FA">
        <w:rPr>
          <w:rFonts w:ascii="Times New Roman" w:hAnsi="Times New Roman" w:cs="Times New Roman"/>
          <w:b/>
          <w:sz w:val="26"/>
        </w:rPr>
        <w:t>FORM THREE</w:t>
      </w:r>
    </w:p>
    <w:p w14:paraId="0F45E066" w14:textId="77777777" w:rsidR="00A947B5" w:rsidRPr="004141FA" w:rsidRDefault="00000000">
      <w:pPr>
        <w:spacing w:after="20"/>
        <w:jc w:val="center"/>
        <w:rPr>
          <w:rFonts w:ascii="Times New Roman" w:hAnsi="Times New Roman" w:cs="Times New Roman"/>
        </w:rPr>
      </w:pPr>
      <w:r w:rsidRPr="004141FA">
        <w:rPr>
          <w:rFonts w:ascii="Times New Roman" w:hAnsi="Times New Roman" w:cs="Times New Roman"/>
          <w:b/>
          <w:sz w:val="26"/>
        </w:rPr>
        <w:t>BIOLOGY PAPER 3 (PRACTICAL)</w:t>
      </w:r>
    </w:p>
    <w:tbl>
      <w:tblPr>
        <w:tblStyle w:val="TableGrid"/>
        <w:tblW w:w="0" w:type="auto"/>
        <w:jc w:val="center"/>
        <w:tblLook w:val="04A0" w:firstRow="1" w:lastRow="0" w:firstColumn="1" w:lastColumn="0" w:noHBand="0" w:noVBand="1"/>
      </w:tblPr>
      <w:tblGrid>
        <w:gridCol w:w="3456"/>
        <w:gridCol w:w="3456"/>
        <w:gridCol w:w="3456"/>
      </w:tblGrid>
      <w:tr w:rsidR="00A947B5" w:rsidRPr="004141FA" w14:paraId="62239AAC" w14:textId="77777777">
        <w:trPr>
          <w:jc w:val="center"/>
        </w:trPr>
        <w:tc>
          <w:tcPr>
            <w:tcW w:w="3456" w:type="dxa"/>
            <w:shd w:val="clear" w:color="auto" w:fill="D9EAF7"/>
          </w:tcPr>
          <w:p w14:paraId="7C36DEF1" w14:textId="77777777" w:rsidR="00A947B5" w:rsidRPr="004141FA" w:rsidRDefault="00000000">
            <w:pPr>
              <w:rPr>
                <w:rFonts w:ascii="Times New Roman" w:hAnsi="Times New Roman" w:cs="Times New Roman"/>
              </w:rPr>
            </w:pPr>
            <w:r w:rsidRPr="004141FA">
              <w:rPr>
                <w:rFonts w:ascii="Times New Roman" w:hAnsi="Times New Roman" w:cs="Times New Roman"/>
                <w:b/>
                <w:sz w:val="18"/>
              </w:rPr>
              <w:t>Question</w:t>
            </w:r>
          </w:p>
        </w:tc>
        <w:tc>
          <w:tcPr>
            <w:tcW w:w="3456" w:type="dxa"/>
            <w:shd w:val="clear" w:color="auto" w:fill="D9EAF7"/>
          </w:tcPr>
          <w:p w14:paraId="6013C0D4" w14:textId="77777777" w:rsidR="00A947B5" w:rsidRPr="004141FA" w:rsidRDefault="00000000">
            <w:pPr>
              <w:rPr>
                <w:rFonts w:ascii="Times New Roman" w:hAnsi="Times New Roman" w:cs="Times New Roman"/>
              </w:rPr>
            </w:pPr>
            <w:r w:rsidRPr="004141FA">
              <w:rPr>
                <w:rFonts w:ascii="Times New Roman" w:hAnsi="Times New Roman" w:cs="Times New Roman"/>
                <w:b/>
                <w:sz w:val="18"/>
              </w:rPr>
              <w:t>Maximum Score</w:t>
            </w:r>
          </w:p>
        </w:tc>
        <w:tc>
          <w:tcPr>
            <w:tcW w:w="3456" w:type="dxa"/>
            <w:shd w:val="clear" w:color="auto" w:fill="D9EAF7"/>
          </w:tcPr>
          <w:p w14:paraId="70D979D4" w14:textId="77777777" w:rsidR="00A947B5" w:rsidRPr="004141FA" w:rsidRDefault="00000000">
            <w:pPr>
              <w:rPr>
                <w:rFonts w:ascii="Times New Roman" w:hAnsi="Times New Roman" w:cs="Times New Roman"/>
              </w:rPr>
            </w:pPr>
            <w:r w:rsidRPr="004141FA">
              <w:rPr>
                <w:rFonts w:ascii="Times New Roman" w:hAnsi="Times New Roman" w:cs="Times New Roman"/>
                <w:b/>
                <w:sz w:val="18"/>
              </w:rPr>
              <w:t>Candidate's Score</w:t>
            </w:r>
          </w:p>
        </w:tc>
      </w:tr>
      <w:tr w:rsidR="00A947B5" w:rsidRPr="004141FA" w14:paraId="6282508C" w14:textId="77777777">
        <w:trPr>
          <w:jc w:val="center"/>
        </w:trPr>
        <w:tc>
          <w:tcPr>
            <w:tcW w:w="3456" w:type="dxa"/>
          </w:tcPr>
          <w:p w14:paraId="0AF19E9D" w14:textId="77777777" w:rsidR="00A947B5" w:rsidRPr="004141FA" w:rsidRDefault="00000000">
            <w:pPr>
              <w:rPr>
                <w:rFonts w:ascii="Times New Roman" w:hAnsi="Times New Roman" w:cs="Times New Roman"/>
              </w:rPr>
            </w:pPr>
            <w:r w:rsidRPr="004141FA">
              <w:rPr>
                <w:rFonts w:ascii="Times New Roman" w:hAnsi="Times New Roman" w:cs="Times New Roman"/>
                <w:sz w:val="18"/>
              </w:rPr>
              <w:t>1</w:t>
            </w:r>
          </w:p>
        </w:tc>
        <w:tc>
          <w:tcPr>
            <w:tcW w:w="3456" w:type="dxa"/>
          </w:tcPr>
          <w:p w14:paraId="725EB69D" w14:textId="77777777" w:rsidR="00A947B5" w:rsidRPr="004141FA" w:rsidRDefault="00000000">
            <w:pPr>
              <w:rPr>
                <w:rFonts w:ascii="Times New Roman" w:hAnsi="Times New Roman" w:cs="Times New Roman"/>
              </w:rPr>
            </w:pPr>
            <w:r w:rsidRPr="004141FA">
              <w:rPr>
                <w:rFonts w:ascii="Times New Roman" w:hAnsi="Times New Roman" w:cs="Times New Roman"/>
                <w:sz w:val="18"/>
              </w:rPr>
              <w:t>13</w:t>
            </w:r>
          </w:p>
        </w:tc>
        <w:tc>
          <w:tcPr>
            <w:tcW w:w="3456" w:type="dxa"/>
          </w:tcPr>
          <w:p w14:paraId="36908D1D" w14:textId="77777777" w:rsidR="00A947B5" w:rsidRPr="004141FA" w:rsidRDefault="00A947B5">
            <w:pPr>
              <w:rPr>
                <w:rFonts w:ascii="Times New Roman" w:hAnsi="Times New Roman" w:cs="Times New Roman"/>
              </w:rPr>
            </w:pPr>
          </w:p>
        </w:tc>
      </w:tr>
      <w:tr w:rsidR="00A947B5" w:rsidRPr="004141FA" w14:paraId="5D1469F9" w14:textId="77777777">
        <w:trPr>
          <w:jc w:val="center"/>
        </w:trPr>
        <w:tc>
          <w:tcPr>
            <w:tcW w:w="3456" w:type="dxa"/>
          </w:tcPr>
          <w:p w14:paraId="3C5901D9" w14:textId="77777777" w:rsidR="00A947B5" w:rsidRPr="004141FA" w:rsidRDefault="00000000">
            <w:pPr>
              <w:rPr>
                <w:rFonts w:ascii="Times New Roman" w:hAnsi="Times New Roman" w:cs="Times New Roman"/>
              </w:rPr>
            </w:pPr>
            <w:r w:rsidRPr="004141FA">
              <w:rPr>
                <w:rFonts w:ascii="Times New Roman" w:hAnsi="Times New Roman" w:cs="Times New Roman"/>
                <w:sz w:val="18"/>
              </w:rPr>
              <w:t>2</w:t>
            </w:r>
          </w:p>
        </w:tc>
        <w:tc>
          <w:tcPr>
            <w:tcW w:w="3456" w:type="dxa"/>
          </w:tcPr>
          <w:p w14:paraId="3DA8A664" w14:textId="77777777" w:rsidR="00A947B5" w:rsidRPr="004141FA" w:rsidRDefault="00000000">
            <w:pPr>
              <w:rPr>
                <w:rFonts w:ascii="Times New Roman" w:hAnsi="Times New Roman" w:cs="Times New Roman"/>
              </w:rPr>
            </w:pPr>
            <w:r w:rsidRPr="004141FA">
              <w:rPr>
                <w:rFonts w:ascii="Times New Roman" w:hAnsi="Times New Roman" w:cs="Times New Roman"/>
                <w:sz w:val="18"/>
              </w:rPr>
              <w:t>12</w:t>
            </w:r>
          </w:p>
        </w:tc>
        <w:tc>
          <w:tcPr>
            <w:tcW w:w="3456" w:type="dxa"/>
          </w:tcPr>
          <w:p w14:paraId="0A042BE3" w14:textId="77777777" w:rsidR="00A947B5" w:rsidRPr="004141FA" w:rsidRDefault="00A947B5">
            <w:pPr>
              <w:rPr>
                <w:rFonts w:ascii="Times New Roman" w:hAnsi="Times New Roman" w:cs="Times New Roman"/>
              </w:rPr>
            </w:pPr>
          </w:p>
        </w:tc>
      </w:tr>
      <w:tr w:rsidR="00A947B5" w:rsidRPr="004141FA" w14:paraId="4F22D01F" w14:textId="77777777">
        <w:trPr>
          <w:jc w:val="center"/>
        </w:trPr>
        <w:tc>
          <w:tcPr>
            <w:tcW w:w="3456" w:type="dxa"/>
          </w:tcPr>
          <w:p w14:paraId="73324C5F" w14:textId="77777777" w:rsidR="00A947B5" w:rsidRPr="004141FA" w:rsidRDefault="00000000">
            <w:pPr>
              <w:rPr>
                <w:rFonts w:ascii="Times New Roman" w:hAnsi="Times New Roman" w:cs="Times New Roman"/>
              </w:rPr>
            </w:pPr>
            <w:r w:rsidRPr="004141FA">
              <w:rPr>
                <w:rFonts w:ascii="Times New Roman" w:hAnsi="Times New Roman" w:cs="Times New Roman"/>
                <w:sz w:val="18"/>
              </w:rPr>
              <w:t>3</w:t>
            </w:r>
          </w:p>
        </w:tc>
        <w:tc>
          <w:tcPr>
            <w:tcW w:w="3456" w:type="dxa"/>
          </w:tcPr>
          <w:p w14:paraId="6BA8CD53" w14:textId="77777777" w:rsidR="00A947B5" w:rsidRPr="004141FA" w:rsidRDefault="00000000">
            <w:pPr>
              <w:rPr>
                <w:rFonts w:ascii="Times New Roman" w:hAnsi="Times New Roman" w:cs="Times New Roman"/>
              </w:rPr>
            </w:pPr>
            <w:r w:rsidRPr="004141FA">
              <w:rPr>
                <w:rFonts w:ascii="Times New Roman" w:hAnsi="Times New Roman" w:cs="Times New Roman"/>
                <w:sz w:val="18"/>
              </w:rPr>
              <w:t>15</w:t>
            </w:r>
          </w:p>
        </w:tc>
        <w:tc>
          <w:tcPr>
            <w:tcW w:w="3456" w:type="dxa"/>
          </w:tcPr>
          <w:p w14:paraId="45D9C9E2" w14:textId="77777777" w:rsidR="00A947B5" w:rsidRPr="004141FA" w:rsidRDefault="00A947B5">
            <w:pPr>
              <w:rPr>
                <w:rFonts w:ascii="Times New Roman" w:hAnsi="Times New Roman" w:cs="Times New Roman"/>
              </w:rPr>
            </w:pPr>
          </w:p>
        </w:tc>
      </w:tr>
      <w:tr w:rsidR="00A947B5" w:rsidRPr="004141FA" w14:paraId="052CE4EB" w14:textId="77777777">
        <w:trPr>
          <w:jc w:val="center"/>
        </w:trPr>
        <w:tc>
          <w:tcPr>
            <w:tcW w:w="3456" w:type="dxa"/>
          </w:tcPr>
          <w:p w14:paraId="05971A1E" w14:textId="77777777" w:rsidR="00A947B5" w:rsidRPr="004141FA" w:rsidRDefault="00000000">
            <w:pPr>
              <w:rPr>
                <w:rFonts w:ascii="Times New Roman" w:hAnsi="Times New Roman" w:cs="Times New Roman"/>
              </w:rPr>
            </w:pPr>
            <w:r w:rsidRPr="004141FA">
              <w:rPr>
                <w:rFonts w:ascii="Times New Roman" w:hAnsi="Times New Roman" w:cs="Times New Roman"/>
                <w:sz w:val="18"/>
              </w:rPr>
              <w:t>TOTAL</w:t>
            </w:r>
          </w:p>
        </w:tc>
        <w:tc>
          <w:tcPr>
            <w:tcW w:w="3456" w:type="dxa"/>
          </w:tcPr>
          <w:p w14:paraId="10D1B71C" w14:textId="77777777" w:rsidR="00A947B5" w:rsidRPr="004141FA" w:rsidRDefault="00000000">
            <w:pPr>
              <w:rPr>
                <w:rFonts w:ascii="Times New Roman" w:hAnsi="Times New Roman" w:cs="Times New Roman"/>
              </w:rPr>
            </w:pPr>
            <w:r w:rsidRPr="004141FA">
              <w:rPr>
                <w:rFonts w:ascii="Times New Roman" w:hAnsi="Times New Roman" w:cs="Times New Roman"/>
                <w:sz w:val="18"/>
              </w:rPr>
              <w:t>40</w:t>
            </w:r>
          </w:p>
        </w:tc>
        <w:tc>
          <w:tcPr>
            <w:tcW w:w="3456" w:type="dxa"/>
          </w:tcPr>
          <w:p w14:paraId="586A6837" w14:textId="77777777" w:rsidR="00A947B5" w:rsidRPr="004141FA" w:rsidRDefault="00A947B5">
            <w:pPr>
              <w:rPr>
                <w:rFonts w:ascii="Times New Roman" w:hAnsi="Times New Roman" w:cs="Times New Roman"/>
              </w:rPr>
            </w:pPr>
          </w:p>
        </w:tc>
      </w:tr>
    </w:tbl>
    <w:p w14:paraId="2656C42B" w14:textId="77777777" w:rsidR="00A947B5" w:rsidRPr="004141FA" w:rsidRDefault="00A947B5">
      <w:pPr>
        <w:rPr>
          <w:rFonts w:ascii="Times New Roman" w:hAnsi="Times New Roman" w:cs="Times New Roman"/>
        </w:rPr>
      </w:pPr>
    </w:p>
    <w:p w14:paraId="69B07352" w14:textId="77777777" w:rsidR="00A947B5" w:rsidRPr="004141FA" w:rsidRDefault="00000000">
      <w:pPr>
        <w:rPr>
          <w:rFonts w:ascii="Times New Roman" w:hAnsi="Times New Roman" w:cs="Times New Roman"/>
        </w:rPr>
      </w:pPr>
      <w:r w:rsidRPr="004141FA">
        <w:rPr>
          <w:rFonts w:ascii="Times New Roman" w:hAnsi="Times New Roman" w:cs="Times New Roman"/>
        </w:rPr>
        <w:br w:type="page"/>
      </w:r>
    </w:p>
    <w:p w14:paraId="3144F87E" w14:textId="77777777" w:rsidR="00A947B5" w:rsidRPr="004141FA" w:rsidRDefault="00000000">
      <w:pPr>
        <w:spacing w:before="60" w:after="40"/>
        <w:rPr>
          <w:rFonts w:ascii="Times New Roman" w:hAnsi="Times New Roman" w:cs="Times New Roman"/>
        </w:rPr>
      </w:pPr>
      <w:r w:rsidRPr="004141FA">
        <w:rPr>
          <w:rFonts w:ascii="Times New Roman" w:hAnsi="Times New Roman" w:cs="Times New Roman"/>
          <w:b/>
        </w:rPr>
        <w:lastRenderedPageBreak/>
        <w:t xml:space="preserve">1. </w:t>
      </w:r>
      <w:r w:rsidRPr="004141FA">
        <w:rPr>
          <w:rFonts w:ascii="Times New Roman" w:hAnsi="Times New Roman" w:cs="Times New Roman"/>
        </w:rPr>
        <w:t>You are provided with a suspension labelled M which contains food substances. You are also provided with iodine solution, Benedict's solution, dilute hydrochloric acid, dilute sodium hydrogen carbonate, copper(II) sulphate and dilute sodium hydroxide. Carry out tests to determine the food substances in suspension M.</w:t>
      </w:r>
      <w:r w:rsidRPr="004141FA">
        <w:rPr>
          <w:rFonts w:ascii="Times New Roman" w:hAnsi="Times New Roman" w:cs="Times New Roman"/>
          <w:b/>
        </w:rPr>
        <w:t xml:space="preserve">  (13 marks)</w:t>
      </w:r>
    </w:p>
    <w:tbl>
      <w:tblPr>
        <w:tblStyle w:val="TableGrid"/>
        <w:tblW w:w="0" w:type="auto"/>
        <w:jc w:val="center"/>
        <w:tblLook w:val="04A0" w:firstRow="1" w:lastRow="0" w:firstColumn="1" w:lastColumn="0" w:noHBand="0" w:noVBand="1"/>
      </w:tblPr>
      <w:tblGrid>
        <w:gridCol w:w="2592"/>
        <w:gridCol w:w="2592"/>
        <w:gridCol w:w="2592"/>
        <w:gridCol w:w="2592"/>
      </w:tblGrid>
      <w:tr w:rsidR="00A947B5" w:rsidRPr="004141FA" w14:paraId="42CBC1BF" w14:textId="77777777">
        <w:trPr>
          <w:jc w:val="center"/>
        </w:trPr>
        <w:tc>
          <w:tcPr>
            <w:tcW w:w="2592" w:type="dxa"/>
            <w:shd w:val="clear" w:color="auto" w:fill="D9EAF7"/>
          </w:tcPr>
          <w:p w14:paraId="3DFDBC3C" w14:textId="77777777" w:rsidR="00A947B5" w:rsidRPr="004141FA" w:rsidRDefault="00000000">
            <w:pPr>
              <w:rPr>
                <w:rFonts w:ascii="Times New Roman" w:hAnsi="Times New Roman" w:cs="Times New Roman"/>
              </w:rPr>
            </w:pPr>
            <w:r w:rsidRPr="004141FA">
              <w:rPr>
                <w:rFonts w:ascii="Times New Roman" w:hAnsi="Times New Roman" w:cs="Times New Roman"/>
                <w:b/>
                <w:sz w:val="17"/>
              </w:rPr>
              <w:t>Food substrate being tested</w:t>
            </w:r>
          </w:p>
        </w:tc>
        <w:tc>
          <w:tcPr>
            <w:tcW w:w="2592" w:type="dxa"/>
            <w:shd w:val="clear" w:color="auto" w:fill="D9EAF7"/>
          </w:tcPr>
          <w:p w14:paraId="4A2B280E" w14:textId="77777777" w:rsidR="00A947B5" w:rsidRPr="004141FA" w:rsidRDefault="00000000">
            <w:pPr>
              <w:rPr>
                <w:rFonts w:ascii="Times New Roman" w:hAnsi="Times New Roman" w:cs="Times New Roman"/>
              </w:rPr>
            </w:pPr>
            <w:r w:rsidRPr="004141FA">
              <w:rPr>
                <w:rFonts w:ascii="Times New Roman" w:hAnsi="Times New Roman" w:cs="Times New Roman"/>
                <w:b/>
                <w:sz w:val="17"/>
              </w:rPr>
              <w:t>Procedure</w:t>
            </w:r>
          </w:p>
        </w:tc>
        <w:tc>
          <w:tcPr>
            <w:tcW w:w="2592" w:type="dxa"/>
            <w:shd w:val="clear" w:color="auto" w:fill="D9EAF7"/>
          </w:tcPr>
          <w:p w14:paraId="74AC8E41" w14:textId="77777777" w:rsidR="00A947B5" w:rsidRPr="004141FA" w:rsidRDefault="00000000">
            <w:pPr>
              <w:rPr>
                <w:rFonts w:ascii="Times New Roman" w:hAnsi="Times New Roman" w:cs="Times New Roman"/>
              </w:rPr>
            </w:pPr>
            <w:r w:rsidRPr="004141FA">
              <w:rPr>
                <w:rFonts w:ascii="Times New Roman" w:hAnsi="Times New Roman" w:cs="Times New Roman"/>
                <w:b/>
                <w:sz w:val="17"/>
              </w:rPr>
              <w:t>Observation</w:t>
            </w:r>
          </w:p>
        </w:tc>
        <w:tc>
          <w:tcPr>
            <w:tcW w:w="2592" w:type="dxa"/>
            <w:shd w:val="clear" w:color="auto" w:fill="D9EAF7"/>
          </w:tcPr>
          <w:p w14:paraId="1ADA4668" w14:textId="77777777" w:rsidR="00A947B5" w:rsidRPr="004141FA" w:rsidRDefault="00000000">
            <w:pPr>
              <w:rPr>
                <w:rFonts w:ascii="Times New Roman" w:hAnsi="Times New Roman" w:cs="Times New Roman"/>
              </w:rPr>
            </w:pPr>
            <w:r w:rsidRPr="004141FA">
              <w:rPr>
                <w:rFonts w:ascii="Times New Roman" w:hAnsi="Times New Roman" w:cs="Times New Roman"/>
                <w:b/>
                <w:sz w:val="17"/>
              </w:rPr>
              <w:t>Conclusion</w:t>
            </w:r>
          </w:p>
        </w:tc>
      </w:tr>
      <w:tr w:rsidR="00A947B5" w:rsidRPr="004141FA" w14:paraId="3751B779" w14:textId="77777777">
        <w:trPr>
          <w:jc w:val="center"/>
        </w:trPr>
        <w:tc>
          <w:tcPr>
            <w:tcW w:w="2592" w:type="dxa"/>
          </w:tcPr>
          <w:p w14:paraId="1DD49E8C" w14:textId="77777777" w:rsidR="00A947B5" w:rsidRPr="004141FA" w:rsidRDefault="00000000">
            <w:pPr>
              <w:rPr>
                <w:rFonts w:ascii="Times New Roman" w:hAnsi="Times New Roman" w:cs="Times New Roman"/>
              </w:rPr>
            </w:pPr>
            <w:r w:rsidRPr="004141FA">
              <w:rPr>
                <w:rFonts w:ascii="Times New Roman" w:hAnsi="Times New Roman" w:cs="Times New Roman"/>
                <w:sz w:val="17"/>
              </w:rPr>
              <w:t>Starch</w:t>
            </w:r>
          </w:p>
        </w:tc>
        <w:tc>
          <w:tcPr>
            <w:tcW w:w="2592" w:type="dxa"/>
          </w:tcPr>
          <w:p w14:paraId="00D31264" w14:textId="77777777" w:rsidR="00A947B5" w:rsidRPr="004141FA" w:rsidRDefault="00A947B5">
            <w:pPr>
              <w:rPr>
                <w:rFonts w:ascii="Times New Roman" w:hAnsi="Times New Roman" w:cs="Times New Roman"/>
              </w:rPr>
            </w:pPr>
          </w:p>
        </w:tc>
        <w:tc>
          <w:tcPr>
            <w:tcW w:w="2592" w:type="dxa"/>
          </w:tcPr>
          <w:p w14:paraId="3C753C47" w14:textId="77777777" w:rsidR="00A947B5" w:rsidRPr="004141FA" w:rsidRDefault="00A947B5">
            <w:pPr>
              <w:rPr>
                <w:rFonts w:ascii="Times New Roman" w:hAnsi="Times New Roman" w:cs="Times New Roman"/>
              </w:rPr>
            </w:pPr>
          </w:p>
        </w:tc>
        <w:tc>
          <w:tcPr>
            <w:tcW w:w="2592" w:type="dxa"/>
          </w:tcPr>
          <w:p w14:paraId="7896413D" w14:textId="77777777" w:rsidR="00A947B5" w:rsidRPr="004141FA" w:rsidRDefault="00A947B5">
            <w:pPr>
              <w:rPr>
                <w:rFonts w:ascii="Times New Roman" w:hAnsi="Times New Roman" w:cs="Times New Roman"/>
              </w:rPr>
            </w:pPr>
          </w:p>
        </w:tc>
      </w:tr>
      <w:tr w:rsidR="00A947B5" w:rsidRPr="004141FA" w14:paraId="5A289BD2" w14:textId="77777777">
        <w:trPr>
          <w:jc w:val="center"/>
        </w:trPr>
        <w:tc>
          <w:tcPr>
            <w:tcW w:w="2592" w:type="dxa"/>
          </w:tcPr>
          <w:p w14:paraId="54F86F9A" w14:textId="77777777" w:rsidR="00A947B5" w:rsidRPr="004141FA" w:rsidRDefault="00000000">
            <w:pPr>
              <w:rPr>
                <w:rFonts w:ascii="Times New Roman" w:hAnsi="Times New Roman" w:cs="Times New Roman"/>
              </w:rPr>
            </w:pPr>
            <w:r w:rsidRPr="004141FA">
              <w:rPr>
                <w:rFonts w:ascii="Times New Roman" w:hAnsi="Times New Roman" w:cs="Times New Roman"/>
                <w:sz w:val="17"/>
              </w:rPr>
              <w:t>Reducing sugar</w:t>
            </w:r>
          </w:p>
        </w:tc>
        <w:tc>
          <w:tcPr>
            <w:tcW w:w="2592" w:type="dxa"/>
          </w:tcPr>
          <w:p w14:paraId="59DE4E32" w14:textId="77777777" w:rsidR="00A947B5" w:rsidRPr="004141FA" w:rsidRDefault="00A947B5">
            <w:pPr>
              <w:rPr>
                <w:rFonts w:ascii="Times New Roman" w:hAnsi="Times New Roman" w:cs="Times New Roman"/>
              </w:rPr>
            </w:pPr>
          </w:p>
        </w:tc>
        <w:tc>
          <w:tcPr>
            <w:tcW w:w="2592" w:type="dxa"/>
          </w:tcPr>
          <w:p w14:paraId="406AB98B" w14:textId="77777777" w:rsidR="00A947B5" w:rsidRPr="004141FA" w:rsidRDefault="00A947B5">
            <w:pPr>
              <w:rPr>
                <w:rFonts w:ascii="Times New Roman" w:hAnsi="Times New Roman" w:cs="Times New Roman"/>
              </w:rPr>
            </w:pPr>
          </w:p>
        </w:tc>
        <w:tc>
          <w:tcPr>
            <w:tcW w:w="2592" w:type="dxa"/>
          </w:tcPr>
          <w:p w14:paraId="595CDA1E" w14:textId="77777777" w:rsidR="00A947B5" w:rsidRPr="004141FA" w:rsidRDefault="00A947B5">
            <w:pPr>
              <w:rPr>
                <w:rFonts w:ascii="Times New Roman" w:hAnsi="Times New Roman" w:cs="Times New Roman"/>
              </w:rPr>
            </w:pPr>
          </w:p>
        </w:tc>
      </w:tr>
      <w:tr w:rsidR="00A947B5" w:rsidRPr="004141FA" w14:paraId="5F50C8B8" w14:textId="77777777">
        <w:trPr>
          <w:jc w:val="center"/>
        </w:trPr>
        <w:tc>
          <w:tcPr>
            <w:tcW w:w="2592" w:type="dxa"/>
          </w:tcPr>
          <w:p w14:paraId="62EEA8D8" w14:textId="77777777" w:rsidR="00A947B5" w:rsidRPr="004141FA" w:rsidRDefault="00000000">
            <w:pPr>
              <w:rPr>
                <w:rFonts w:ascii="Times New Roman" w:hAnsi="Times New Roman" w:cs="Times New Roman"/>
              </w:rPr>
            </w:pPr>
            <w:r w:rsidRPr="004141FA">
              <w:rPr>
                <w:rFonts w:ascii="Times New Roman" w:hAnsi="Times New Roman" w:cs="Times New Roman"/>
                <w:sz w:val="17"/>
              </w:rPr>
              <w:t>Protein</w:t>
            </w:r>
          </w:p>
        </w:tc>
        <w:tc>
          <w:tcPr>
            <w:tcW w:w="2592" w:type="dxa"/>
          </w:tcPr>
          <w:p w14:paraId="78D05356" w14:textId="77777777" w:rsidR="00A947B5" w:rsidRPr="004141FA" w:rsidRDefault="00A947B5">
            <w:pPr>
              <w:rPr>
                <w:rFonts w:ascii="Times New Roman" w:hAnsi="Times New Roman" w:cs="Times New Roman"/>
              </w:rPr>
            </w:pPr>
          </w:p>
        </w:tc>
        <w:tc>
          <w:tcPr>
            <w:tcW w:w="2592" w:type="dxa"/>
          </w:tcPr>
          <w:p w14:paraId="6B1A0785" w14:textId="77777777" w:rsidR="00A947B5" w:rsidRPr="004141FA" w:rsidRDefault="00A947B5">
            <w:pPr>
              <w:rPr>
                <w:rFonts w:ascii="Times New Roman" w:hAnsi="Times New Roman" w:cs="Times New Roman"/>
              </w:rPr>
            </w:pPr>
          </w:p>
        </w:tc>
        <w:tc>
          <w:tcPr>
            <w:tcW w:w="2592" w:type="dxa"/>
          </w:tcPr>
          <w:p w14:paraId="609F6E21" w14:textId="77777777" w:rsidR="00A947B5" w:rsidRPr="004141FA" w:rsidRDefault="00A947B5">
            <w:pPr>
              <w:rPr>
                <w:rFonts w:ascii="Times New Roman" w:hAnsi="Times New Roman" w:cs="Times New Roman"/>
              </w:rPr>
            </w:pPr>
          </w:p>
        </w:tc>
      </w:tr>
      <w:tr w:rsidR="00A947B5" w:rsidRPr="004141FA" w14:paraId="004F21AB" w14:textId="77777777">
        <w:trPr>
          <w:jc w:val="center"/>
        </w:trPr>
        <w:tc>
          <w:tcPr>
            <w:tcW w:w="2592" w:type="dxa"/>
          </w:tcPr>
          <w:p w14:paraId="393127CA" w14:textId="77777777" w:rsidR="00A947B5" w:rsidRPr="004141FA" w:rsidRDefault="00000000">
            <w:pPr>
              <w:rPr>
                <w:rFonts w:ascii="Times New Roman" w:hAnsi="Times New Roman" w:cs="Times New Roman"/>
              </w:rPr>
            </w:pPr>
            <w:r w:rsidRPr="004141FA">
              <w:rPr>
                <w:rFonts w:ascii="Times New Roman" w:hAnsi="Times New Roman" w:cs="Times New Roman"/>
                <w:sz w:val="17"/>
              </w:rPr>
              <w:t>Lipid</w:t>
            </w:r>
          </w:p>
        </w:tc>
        <w:tc>
          <w:tcPr>
            <w:tcW w:w="2592" w:type="dxa"/>
          </w:tcPr>
          <w:p w14:paraId="2DD04E45" w14:textId="77777777" w:rsidR="00A947B5" w:rsidRPr="004141FA" w:rsidRDefault="00A947B5">
            <w:pPr>
              <w:rPr>
                <w:rFonts w:ascii="Times New Roman" w:hAnsi="Times New Roman" w:cs="Times New Roman"/>
              </w:rPr>
            </w:pPr>
          </w:p>
        </w:tc>
        <w:tc>
          <w:tcPr>
            <w:tcW w:w="2592" w:type="dxa"/>
          </w:tcPr>
          <w:p w14:paraId="2B577766" w14:textId="77777777" w:rsidR="00A947B5" w:rsidRPr="004141FA" w:rsidRDefault="00A947B5">
            <w:pPr>
              <w:rPr>
                <w:rFonts w:ascii="Times New Roman" w:hAnsi="Times New Roman" w:cs="Times New Roman"/>
              </w:rPr>
            </w:pPr>
          </w:p>
        </w:tc>
        <w:tc>
          <w:tcPr>
            <w:tcW w:w="2592" w:type="dxa"/>
          </w:tcPr>
          <w:p w14:paraId="558C3EB9" w14:textId="77777777" w:rsidR="00A947B5" w:rsidRPr="004141FA" w:rsidRDefault="00A947B5">
            <w:pPr>
              <w:rPr>
                <w:rFonts w:ascii="Times New Roman" w:hAnsi="Times New Roman" w:cs="Times New Roman"/>
              </w:rPr>
            </w:pPr>
          </w:p>
        </w:tc>
      </w:tr>
    </w:tbl>
    <w:p w14:paraId="76CB4428" w14:textId="77777777" w:rsidR="00A947B5" w:rsidRPr="004141FA" w:rsidRDefault="00A947B5">
      <w:pPr>
        <w:rPr>
          <w:rFonts w:ascii="Times New Roman" w:hAnsi="Times New Roman" w:cs="Times New Roman"/>
        </w:rPr>
      </w:pPr>
    </w:p>
    <w:p w14:paraId="6F02A4B9" w14:textId="77777777" w:rsidR="00A947B5" w:rsidRPr="004141FA" w:rsidRDefault="00000000">
      <w:pPr>
        <w:rPr>
          <w:rFonts w:ascii="Times New Roman" w:hAnsi="Times New Roman" w:cs="Times New Roman"/>
        </w:rPr>
      </w:pPr>
      <w:r w:rsidRPr="004141FA">
        <w:rPr>
          <w:rFonts w:ascii="Times New Roman" w:hAnsi="Times New Roman" w:cs="Times New Roman"/>
          <w:i/>
          <w:sz w:val="17"/>
        </w:rPr>
        <w:t>Use the appropriate reagents and record the observations and conclusions in the table. Where heating is required, use the available apparatus safely.</w:t>
      </w:r>
    </w:p>
    <w:p w14:paraId="53762E8A" w14:textId="77777777" w:rsidR="00A947B5" w:rsidRPr="004141FA" w:rsidRDefault="00000000">
      <w:pPr>
        <w:rPr>
          <w:rFonts w:ascii="Times New Roman" w:hAnsi="Times New Roman" w:cs="Times New Roman"/>
        </w:rPr>
      </w:pPr>
      <w:r w:rsidRPr="004141FA">
        <w:rPr>
          <w:rFonts w:ascii="Times New Roman" w:hAnsi="Times New Roman" w:cs="Times New Roman"/>
        </w:rPr>
        <w:br w:type="page"/>
      </w:r>
    </w:p>
    <w:p w14:paraId="77E43C2C" w14:textId="77777777" w:rsidR="00A947B5" w:rsidRPr="004141FA" w:rsidRDefault="00000000">
      <w:pPr>
        <w:spacing w:before="60" w:after="40"/>
        <w:rPr>
          <w:rFonts w:ascii="Times New Roman" w:hAnsi="Times New Roman" w:cs="Times New Roman"/>
        </w:rPr>
      </w:pPr>
      <w:r w:rsidRPr="004141FA">
        <w:rPr>
          <w:rFonts w:ascii="Times New Roman" w:hAnsi="Times New Roman" w:cs="Times New Roman"/>
          <w:b/>
        </w:rPr>
        <w:lastRenderedPageBreak/>
        <w:t xml:space="preserve">2. </w:t>
      </w:r>
      <w:r w:rsidRPr="004141FA">
        <w:rPr>
          <w:rFonts w:ascii="Times New Roman" w:hAnsi="Times New Roman" w:cs="Times New Roman"/>
        </w:rPr>
        <w:t>Photographs Q1, R1 and S1 represent three different organisms. Study them and use them to answer the questions that follow.</w:t>
      </w:r>
      <w:r w:rsidRPr="004141FA">
        <w:rPr>
          <w:rFonts w:ascii="Times New Roman" w:hAnsi="Times New Roman" w:cs="Times New Roman"/>
          <w:b/>
        </w:rPr>
        <w:t xml:space="preserve">  (12 marks)</w:t>
      </w:r>
    </w:p>
    <w:p w14:paraId="09E54E3D" w14:textId="2D37439F" w:rsidR="00A947B5" w:rsidRPr="004141FA" w:rsidRDefault="005C4571">
      <w:pPr>
        <w:spacing w:before="80" w:after="80"/>
        <w:rPr>
          <w:rFonts w:ascii="Times New Roman" w:hAnsi="Times New Roman" w:cs="Times New Roman"/>
        </w:rPr>
      </w:pPr>
      <w:r w:rsidRPr="004141FA">
        <w:rPr>
          <w:rFonts w:ascii="Times New Roman" w:hAnsi="Times New Roman" w:cs="Times New Roman"/>
        </w:rPr>
        <w:drawing>
          <wp:inline distT="0" distB="0" distL="0" distR="0" wp14:anchorId="3C29E74E" wp14:editId="121F1F29">
            <wp:extent cx="6583680" cy="3594100"/>
            <wp:effectExtent l="0" t="0" r="7620" b="6350"/>
            <wp:docPr id="841296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296578" name=""/>
                    <pic:cNvPicPr/>
                  </pic:nvPicPr>
                  <pic:blipFill>
                    <a:blip r:embed="rId8"/>
                    <a:stretch>
                      <a:fillRect/>
                    </a:stretch>
                  </pic:blipFill>
                  <pic:spPr>
                    <a:xfrm>
                      <a:off x="0" y="0"/>
                      <a:ext cx="6583680" cy="3594100"/>
                    </a:xfrm>
                    <a:prstGeom prst="rect">
                      <a:avLst/>
                    </a:prstGeom>
                  </pic:spPr>
                </pic:pic>
              </a:graphicData>
            </a:graphic>
          </wp:inline>
        </w:drawing>
      </w:r>
    </w:p>
    <w:p w14:paraId="3CF71D27"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a) </w:t>
      </w:r>
      <w:r w:rsidRPr="004141FA">
        <w:rPr>
          <w:rFonts w:ascii="Times New Roman" w:hAnsi="Times New Roman" w:cs="Times New Roman"/>
        </w:rPr>
        <w:t>Identify the kingdom to which each of the organisms belongs.</w:t>
      </w:r>
      <w:r w:rsidRPr="004141FA">
        <w:rPr>
          <w:rFonts w:ascii="Times New Roman" w:hAnsi="Times New Roman" w:cs="Times New Roman"/>
          <w:b/>
        </w:rPr>
        <w:t xml:space="preserve">  (2 marks)</w:t>
      </w:r>
    </w:p>
    <w:p w14:paraId="6F263456"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27B2B8E9"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tbl>
      <w:tblPr>
        <w:tblStyle w:val="TableGrid"/>
        <w:tblW w:w="0" w:type="auto"/>
        <w:jc w:val="center"/>
        <w:tblLook w:val="04A0" w:firstRow="1" w:lastRow="0" w:firstColumn="1" w:lastColumn="0" w:noHBand="0" w:noVBand="1"/>
      </w:tblPr>
      <w:tblGrid>
        <w:gridCol w:w="5184"/>
        <w:gridCol w:w="5184"/>
      </w:tblGrid>
      <w:tr w:rsidR="00A947B5" w:rsidRPr="004141FA" w14:paraId="71E3D361" w14:textId="77777777">
        <w:trPr>
          <w:jc w:val="center"/>
        </w:trPr>
        <w:tc>
          <w:tcPr>
            <w:tcW w:w="5184" w:type="dxa"/>
            <w:shd w:val="clear" w:color="auto" w:fill="D9EAF7"/>
          </w:tcPr>
          <w:p w14:paraId="0E6C8B41" w14:textId="77777777" w:rsidR="00A947B5" w:rsidRPr="004141FA" w:rsidRDefault="00000000">
            <w:pPr>
              <w:rPr>
                <w:rFonts w:ascii="Times New Roman" w:hAnsi="Times New Roman" w:cs="Times New Roman"/>
              </w:rPr>
            </w:pPr>
            <w:r w:rsidRPr="004141FA">
              <w:rPr>
                <w:rFonts w:ascii="Times New Roman" w:hAnsi="Times New Roman" w:cs="Times New Roman"/>
                <w:b/>
                <w:sz w:val="18"/>
              </w:rPr>
              <w:t>Organism</w:t>
            </w:r>
          </w:p>
        </w:tc>
        <w:tc>
          <w:tcPr>
            <w:tcW w:w="5184" w:type="dxa"/>
            <w:shd w:val="clear" w:color="auto" w:fill="D9EAF7"/>
          </w:tcPr>
          <w:p w14:paraId="7526F076" w14:textId="77777777" w:rsidR="00A947B5" w:rsidRPr="004141FA" w:rsidRDefault="00000000">
            <w:pPr>
              <w:rPr>
                <w:rFonts w:ascii="Times New Roman" w:hAnsi="Times New Roman" w:cs="Times New Roman"/>
              </w:rPr>
            </w:pPr>
            <w:r w:rsidRPr="004141FA">
              <w:rPr>
                <w:rFonts w:ascii="Times New Roman" w:hAnsi="Times New Roman" w:cs="Times New Roman"/>
                <w:b/>
                <w:sz w:val="18"/>
              </w:rPr>
              <w:t>Kingdom</w:t>
            </w:r>
          </w:p>
        </w:tc>
      </w:tr>
      <w:tr w:rsidR="00A947B5" w:rsidRPr="004141FA" w14:paraId="35851115" w14:textId="77777777">
        <w:trPr>
          <w:jc w:val="center"/>
        </w:trPr>
        <w:tc>
          <w:tcPr>
            <w:tcW w:w="5184" w:type="dxa"/>
          </w:tcPr>
          <w:p w14:paraId="4C311B76" w14:textId="77777777" w:rsidR="00A947B5" w:rsidRPr="004141FA" w:rsidRDefault="00000000">
            <w:pPr>
              <w:rPr>
                <w:rFonts w:ascii="Times New Roman" w:hAnsi="Times New Roman" w:cs="Times New Roman"/>
              </w:rPr>
            </w:pPr>
            <w:r w:rsidRPr="004141FA">
              <w:rPr>
                <w:rFonts w:ascii="Times New Roman" w:hAnsi="Times New Roman" w:cs="Times New Roman"/>
                <w:sz w:val="18"/>
              </w:rPr>
              <w:t>Q1 and R1</w:t>
            </w:r>
          </w:p>
        </w:tc>
        <w:tc>
          <w:tcPr>
            <w:tcW w:w="5184" w:type="dxa"/>
          </w:tcPr>
          <w:p w14:paraId="12F75503" w14:textId="77777777" w:rsidR="00A947B5" w:rsidRPr="004141FA" w:rsidRDefault="00A947B5">
            <w:pPr>
              <w:rPr>
                <w:rFonts w:ascii="Times New Roman" w:hAnsi="Times New Roman" w:cs="Times New Roman"/>
              </w:rPr>
            </w:pPr>
          </w:p>
        </w:tc>
      </w:tr>
      <w:tr w:rsidR="00A947B5" w:rsidRPr="004141FA" w14:paraId="7B0E732E" w14:textId="77777777">
        <w:trPr>
          <w:jc w:val="center"/>
        </w:trPr>
        <w:tc>
          <w:tcPr>
            <w:tcW w:w="5184" w:type="dxa"/>
          </w:tcPr>
          <w:p w14:paraId="4CED26EC" w14:textId="77777777" w:rsidR="00A947B5" w:rsidRPr="004141FA" w:rsidRDefault="00000000">
            <w:pPr>
              <w:rPr>
                <w:rFonts w:ascii="Times New Roman" w:hAnsi="Times New Roman" w:cs="Times New Roman"/>
              </w:rPr>
            </w:pPr>
            <w:r w:rsidRPr="004141FA">
              <w:rPr>
                <w:rFonts w:ascii="Times New Roman" w:hAnsi="Times New Roman" w:cs="Times New Roman"/>
                <w:sz w:val="18"/>
              </w:rPr>
              <w:t>S1</w:t>
            </w:r>
          </w:p>
        </w:tc>
        <w:tc>
          <w:tcPr>
            <w:tcW w:w="5184" w:type="dxa"/>
          </w:tcPr>
          <w:p w14:paraId="40FB12D6" w14:textId="77777777" w:rsidR="00A947B5" w:rsidRPr="004141FA" w:rsidRDefault="00A947B5">
            <w:pPr>
              <w:rPr>
                <w:rFonts w:ascii="Times New Roman" w:hAnsi="Times New Roman" w:cs="Times New Roman"/>
              </w:rPr>
            </w:pPr>
          </w:p>
        </w:tc>
      </w:tr>
    </w:tbl>
    <w:p w14:paraId="7465AAF0" w14:textId="77777777" w:rsidR="00A947B5" w:rsidRPr="004141FA" w:rsidRDefault="00A947B5">
      <w:pPr>
        <w:rPr>
          <w:rFonts w:ascii="Times New Roman" w:hAnsi="Times New Roman" w:cs="Times New Roman"/>
        </w:rPr>
      </w:pPr>
    </w:p>
    <w:p w14:paraId="7B5BA382"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b) </w:t>
      </w:r>
      <w:r w:rsidRPr="004141FA">
        <w:rPr>
          <w:rFonts w:ascii="Times New Roman" w:hAnsi="Times New Roman" w:cs="Times New Roman"/>
        </w:rPr>
        <w:t>Name the divisions to which Q1 and R1 belong.</w:t>
      </w:r>
      <w:r w:rsidRPr="004141FA">
        <w:rPr>
          <w:rFonts w:ascii="Times New Roman" w:hAnsi="Times New Roman" w:cs="Times New Roman"/>
          <w:b/>
        </w:rPr>
        <w:t xml:space="preserve">  (2 marks)</w:t>
      </w:r>
    </w:p>
    <w:p w14:paraId="059CA8D8"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66060842"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tbl>
      <w:tblPr>
        <w:tblStyle w:val="TableGrid"/>
        <w:tblW w:w="0" w:type="auto"/>
        <w:jc w:val="center"/>
        <w:tblLook w:val="04A0" w:firstRow="1" w:lastRow="0" w:firstColumn="1" w:lastColumn="0" w:noHBand="0" w:noVBand="1"/>
      </w:tblPr>
      <w:tblGrid>
        <w:gridCol w:w="5184"/>
        <w:gridCol w:w="5184"/>
      </w:tblGrid>
      <w:tr w:rsidR="00A947B5" w:rsidRPr="004141FA" w14:paraId="48ACDD79" w14:textId="77777777">
        <w:trPr>
          <w:jc w:val="center"/>
        </w:trPr>
        <w:tc>
          <w:tcPr>
            <w:tcW w:w="5184" w:type="dxa"/>
            <w:shd w:val="clear" w:color="auto" w:fill="D9EAF7"/>
          </w:tcPr>
          <w:p w14:paraId="1077C91C" w14:textId="77777777" w:rsidR="00A947B5" w:rsidRPr="004141FA" w:rsidRDefault="00000000">
            <w:pPr>
              <w:rPr>
                <w:rFonts w:ascii="Times New Roman" w:hAnsi="Times New Roman" w:cs="Times New Roman"/>
              </w:rPr>
            </w:pPr>
            <w:r w:rsidRPr="004141FA">
              <w:rPr>
                <w:rFonts w:ascii="Times New Roman" w:hAnsi="Times New Roman" w:cs="Times New Roman"/>
                <w:b/>
                <w:sz w:val="18"/>
              </w:rPr>
              <w:t>Organism</w:t>
            </w:r>
          </w:p>
        </w:tc>
        <w:tc>
          <w:tcPr>
            <w:tcW w:w="5184" w:type="dxa"/>
            <w:shd w:val="clear" w:color="auto" w:fill="D9EAF7"/>
          </w:tcPr>
          <w:p w14:paraId="5E6AF7AF" w14:textId="77777777" w:rsidR="00A947B5" w:rsidRPr="004141FA" w:rsidRDefault="00000000">
            <w:pPr>
              <w:rPr>
                <w:rFonts w:ascii="Times New Roman" w:hAnsi="Times New Roman" w:cs="Times New Roman"/>
              </w:rPr>
            </w:pPr>
            <w:r w:rsidRPr="004141FA">
              <w:rPr>
                <w:rFonts w:ascii="Times New Roman" w:hAnsi="Times New Roman" w:cs="Times New Roman"/>
                <w:b/>
                <w:sz w:val="18"/>
              </w:rPr>
              <w:t>Division</w:t>
            </w:r>
          </w:p>
        </w:tc>
      </w:tr>
      <w:tr w:rsidR="00A947B5" w:rsidRPr="004141FA" w14:paraId="73190C6C" w14:textId="77777777">
        <w:trPr>
          <w:jc w:val="center"/>
        </w:trPr>
        <w:tc>
          <w:tcPr>
            <w:tcW w:w="5184" w:type="dxa"/>
          </w:tcPr>
          <w:p w14:paraId="2AB95030" w14:textId="77777777" w:rsidR="00A947B5" w:rsidRPr="004141FA" w:rsidRDefault="00000000">
            <w:pPr>
              <w:rPr>
                <w:rFonts w:ascii="Times New Roman" w:hAnsi="Times New Roman" w:cs="Times New Roman"/>
              </w:rPr>
            </w:pPr>
            <w:r w:rsidRPr="004141FA">
              <w:rPr>
                <w:rFonts w:ascii="Times New Roman" w:hAnsi="Times New Roman" w:cs="Times New Roman"/>
                <w:sz w:val="18"/>
              </w:rPr>
              <w:t>Q1</w:t>
            </w:r>
          </w:p>
        </w:tc>
        <w:tc>
          <w:tcPr>
            <w:tcW w:w="5184" w:type="dxa"/>
          </w:tcPr>
          <w:p w14:paraId="22460420" w14:textId="77777777" w:rsidR="00A947B5" w:rsidRPr="004141FA" w:rsidRDefault="00A947B5">
            <w:pPr>
              <w:rPr>
                <w:rFonts w:ascii="Times New Roman" w:hAnsi="Times New Roman" w:cs="Times New Roman"/>
              </w:rPr>
            </w:pPr>
          </w:p>
        </w:tc>
      </w:tr>
      <w:tr w:rsidR="00A947B5" w:rsidRPr="004141FA" w14:paraId="04C62FA6" w14:textId="77777777">
        <w:trPr>
          <w:jc w:val="center"/>
        </w:trPr>
        <w:tc>
          <w:tcPr>
            <w:tcW w:w="5184" w:type="dxa"/>
          </w:tcPr>
          <w:p w14:paraId="22FE9268" w14:textId="77777777" w:rsidR="00A947B5" w:rsidRPr="004141FA" w:rsidRDefault="00000000">
            <w:pPr>
              <w:rPr>
                <w:rFonts w:ascii="Times New Roman" w:hAnsi="Times New Roman" w:cs="Times New Roman"/>
              </w:rPr>
            </w:pPr>
            <w:r w:rsidRPr="004141FA">
              <w:rPr>
                <w:rFonts w:ascii="Times New Roman" w:hAnsi="Times New Roman" w:cs="Times New Roman"/>
                <w:sz w:val="18"/>
              </w:rPr>
              <w:t>R1</w:t>
            </w:r>
          </w:p>
        </w:tc>
        <w:tc>
          <w:tcPr>
            <w:tcW w:w="5184" w:type="dxa"/>
          </w:tcPr>
          <w:p w14:paraId="1B436D56" w14:textId="77777777" w:rsidR="00A947B5" w:rsidRPr="004141FA" w:rsidRDefault="00A947B5">
            <w:pPr>
              <w:rPr>
                <w:rFonts w:ascii="Times New Roman" w:hAnsi="Times New Roman" w:cs="Times New Roman"/>
              </w:rPr>
            </w:pPr>
          </w:p>
        </w:tc>
      </w:tr>
    </w:tbl>
    <w:p w14:paraId="421E97A5" w14:textId="77777777" w:rsidR="00A947B5" w:rsidRPr="004141FA" w:rsidRDefault="00A947B5">
      <w:pPr>
        <w:rPr>
          <w:rFonts w:ascii="Times New Roman" w:hAnsi="Times New Roman" w:cs="Times New Roman"/>
        </w:rPr>
      </w:pPr>
    </w:p>
    <w:p w14:paraId="2AAC7274"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c) </w:t>
      </w:r>
      <w:r w:rsidRPr="004141FA">
        <w:rPr>
          <w:rFonts w:ascii="Times New Roman" w:hAnsi="Times New Roman" w:cs="Times New Roman"/>
        </w:rPr>
        <w:t>Name the structures labelled S, T and U.</w:t>
      </w:r>
      <w:r w:rsidRPr="004141FA">
        <w:rPr>
          <w:rFonts w:ascii="Times New Roman" w:hAnsi="Times New Roman" w:cs="Times New Roman"/>
          <w:b/>
        </w:rPr>
        <w:t xml:space="preserve">  (3 marks)</w:t>
      </w:r>
    </w:p>
    <w:p w14:paraId="34AF99FE"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4FB3748C"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328AFF71"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19767110"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 </w:t>
      </w:r>
      <w:r w:rsidRPr="004141FA">
        <w:rPr>
          <w:rFonts w:ascii="Times New Roman" w:hAnsi="Times New Roman" w:cs="Times New Roman"/>
        </w:rPr>
        <w:t>S: _________________________________________________</w:t>
      </w:r>
    </w:p>
    <w:p w14:paraId="6FDC3293"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 </w:t>
      </w:r>
      <w:r w:rsidRPr="004141FA">
        <w:rPr>
          <w:rFonts w:ascii="Times New Roman" w:hAnsi="Times New Roman" w:cs="Times New Roman"/>
        </w:rPr>
        <w:t>T: _________________________________________________</w:t>
      </w:r>
    </w:p>
    <w:p w14:paraId="6D8D2158"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 </w:t>
      </w:r>
      <w:r w:rsidRPr="004141FA">
        <w:rPr>
          <w:rFonts w:ascii="Times New Roman" w:hAnsi="Times New Roman" w:cs="Times New Roman"/>
        </w:rPr>
        <w:t>U: _________________________________________________</w:t>
      </w:r>
    </w:p>
    <w:p w14:paraId="5A451531"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d) i) </w:t>
      </w:r>
      <w:r w:rsidRPr="004141FA">
        <w:rPr>
          <w:rFonts w:ascii="Times New Roman" w:hAnsi="Times New Roman" w:cs="Times New Roman"/>
        </w:rPr>
        <w:t>Name the structures responsible for reproduction of S1.</w:t>
      </w:r>
      <w:r w:rsidRPr="004141FA">
        <w:rPr>
          <w:rFonts w:ascii="Times New Roman" w:hAnsi="Times New Roman" w:cs="Times New Roman"/>
          <w:b/>
        </w:rPr>
        <w:t xml:space="preserve">  (1 mark)</w:t>
      </w:r>
    </w:p>
    <w:p w14:paraId="274AEC1E"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00510349"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ii) </w:t>
      </w:r>
      <w:r w:rsidRPr="004141FA">
        <w:rPr>
          <w:rFonts w:ascii="Times New Roman" w:hAnsi="Times New Roman" w:cs="Times New Roman"/>
        </w:rPr>
        <w:t>State one economic importance of organism S1.</w:t>
      </w:r>
      <w:r w:rsidRPr="004141FA">
        <w:rPr>
          <w:rFonts w:ascii="Times New Roman" w:hAnsi="Times New Roman" w:cs="Times New Roman"/>
          <w:b/>
        </w:rPr>
        <w:t xml:space="preserve">  (1 mark)</w:t>
      </w:r>
    </w:p>
    <w:p w14:paraId="3EF7A677"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3DB9FDBF"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e) </w:t>
      </w:r>
      <w:r w:rsidRPr="004141FA">
        <w:rPr>
          <w:rFonts w:ascii="Times New Roman" w:hAnsi="Times New Roman" w:cs="Times New Roman"/>
        </w:rPr>
        <w:t>State the mode of nutrition for organism S1 and Q1.</w:t>
      </w:r>
      <w:r w:rsidRPr="004141FA">
        <w:rPr>
          <w:rFonts w:ascii="Times New Roman" w:hAnsi="Times New Roman" w:cs="Times New Roman"/>
          <w:b/>
        </w:rPr>
        <w:t xml:space="preserve">  (2 marks)</w:t>
      </w:r>
    </w:p>
    <w:p w14:paraId="23485A6F"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29C22A32"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18D979C9"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lastRenderedPageBreak/>
        <w:t xml:space="preserve"> </w:t>
      </w:r>
      <w:r w:rsidRPr="004141FA">
        <w:rPr>
          <w:rFonts w:ascii="Times New Roman" w:hAnsi="Times New Roman" w:cs="Times New Roman"/>
        </w:rPr>
        <w:t>S1: _________________________________________________</w:t>
      </w:r>
    </w:p>
    <w:p w14:paraId="6A21E1A5"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 </w:t>
      </w:r>
      <w:r w:rsidRPr="004141FA">
        <w:rPr>
          <w:rFonts w:ascii="Times New Roman" w:hAnsi="Times New Roman" w:cs="Times New Roman"/>
        </w:rPr>
        <w:t>Q1: _________________________________________________</w:t>
      </w:r>
    </w:p>
    <w:p w14:paraId="30DA57AD"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f) </w:t>
      </w:r>
      <w:r w:rsidRPr="004141FA">
        <w:rPr>
          <w:rFonts w:ascii="Times New Roman" w:hAnsi="Times New Roman" w:cs="Times New Roman"/>
        </w:rPr>
        <w:t>Name the dominant generation of specimen Q1 in wet weather.</w:t>
      </w:r>
      <w:r w:rsidRPr="004141FA">
        <w:rPr>
          <w:rFonts w:ascii="Times New Roman" w:hAnsi="Times New Roman" w:cs="Times New Roman"/>
          <w:b/>
        </w:rPr>
        <w:t xml:space="preserve">  (1 mark)</w:t>
      </w:r>
    </w:p>
    <w:p w14:paraId="43624E6E"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2D67AFD9" w14:textId="77777777" w:rsidR="00A947B5" w:rsidRPr="004141FA" w:rsidRDefault="00000000">
      <w:pPr>
        <w:rPr>
          <w:rFonts w:ascii="Times New Roman" w:hAnsi="Times New Roman" w:cs="Times New Roman"/>
        </w:rPr>
      </w:pPr>
      <w:r w:rsidRPr="004141FA">
        <w:rPr>
          <w:rFonts w:ascii="Times New Roman" w:hAnsi="Times New Roman" w:cs="Times New Roman"/>
        </w:rPr>
        <w:br w:type="page"/>
      </w:r>
    </w:p>
    <w:p w14:paraId="7DD1E228" w14:textId="77777777" w:rsidR="00A947B5" w:rsidRPr="004141FA" w:rsidRDefault="00000000">
      <w:pPr>
        <w:spacing w:before="60" w:after="40"/>
        <w:rPr>
          <w:rFonts w:ascii="Times New Roman" w:hAnsi="Times New Roman" w:cs="Times New Roman"/>
        </w:rPr>
      </w:pPr>
      <w:r w:rsidRPr="004141FA">
        <w:rPr>
          <w:rFonts w:ascii="Times New Roman" w:hAnsi="Times New Roman" w:cs="Times New Roman"/>
          <w:b/>
        </w:rPr>
        <w:lastRenderedPageBreak/>
        <w:t xml:space="preserve">3. </w:t>
      </w:r>
      <w:r w:rsidRPr="004141FA">
        <w:rPr>
          <w:rFonts w:ascii="Times New Roman" w:hAnsi="Times New Roman" w:cs="Times New Roman"/>
        </w:rPr>
        <w:t>You are provided with a specimen labelled K.</w:t>
      </w:r>
      <w:r w:rsidRPr="004141FA">
        <w:rPr>
          <w:rFonts w:ascii="Times New Roman" w:hAnsi="Times New Roman" w:cs="Times New Roman"/>
          <w:b/>
        </w:rPr>
        <w:t xml:space="preserve">  (15 marks)</w:t>
      </w:r>
    </w:p>
    <w:p w14:paraId="77DE1FEC"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a) i) </w:t>
      </w:r>
      <w:r w:rsidRPr="004141FA">
        <w:rPr>
          <w:rFonts w:ascii="Times New Roman" w:hAnsi="Times New Roman" w:cs="Times New Roman"/>
        </w:rPr>
        <w:t>Giving a reason, identify the part of the plant represented by specimen K.</w:t>
      </w:r>
      <w:r w:rsidRPr="004141FA">
        <w:rPr>
          <w:rFonts w:ascii="Times New Roman" w:hAnsi="Times New Roman" w:cs="Times New Roman"/>
          <w:b/>
        </w:rPr>
        <w:t xml:space="preserve">  (2 marks)</w:t>
      </w:r>
    </w:p>
    <w:p w14:paraId="1F7BA9A1"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662759EE"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0EB1F481"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ii) </w:t>
      </w:r>
      <w:r w:rsidRPr="004141FA">
        <w:rPr>
          <w:rFonts w:ascii="Times New Roman" w:hAnsi="Times New Roman" w:cs="Times New Roman"/>
        </w:rPr>
        <w:t>Cut the specimen into two halves transversely. Observe the arrangement of seeds inside the specimen. Suggest its type of placentation.</w:t>
      </w:r>
      <w:r w:rsidRPr="004141FA">
        <w:rPr>
          <w:rFonts w:ascii="Times New Roman" w:hAnsi="Times New Roman" w:cs="Times New Roman"/>
          <w:b/>
        </w:rPr>
        <w:t xml:space="preserve">  (1 mark)</w:t>
      </w:r>
    </w:p>
    <w:p w14:paraId="5BFDA1B3"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2C3129A5"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b) i) </w:t>
      </w:r>
      <w:r w:rsidRPr="004141FA">
        <w:rPr>
          <w:rFonts w:ascii="Times New Roman" w:hAnsi="Times New Roman" w:cs="Times New Roman"/>
        </w:rPr>
        <w:t>Suggest the mode of dispersal for specimen K.</w:t>
      </w:r>
      <w:r w:rsidRPr="004141FA">
        <w:rPr>
          <w:rFonts w:ascii="Times New Roman" w:hAnsi="Times New Roman" w:cs="Times New Roman"/>
          <w:b/>
        </w:rPr>
        <w:t xml:space="preserve">  (1 mark)</w:t>
      </w:r>
    </w:p>
    <w:p w14:paraId="75175BB5"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1C261482"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ii) </w:t>
      </w:r>
      <w:r w:rsidRPr="004141FA">
        <w:rPr>
          <w:rFonts w:ascii="Times New Roman" w:hAnsi="Times New Roman" w:cs="Times New Roman"/>
        </w:rPr>
        <w:t>Give one reason for your answer in (b)(i).</w:t>
      </w:r>
      <w:r w:rsidRPr="004141FA">
        <w:rPr>
          <w:rFonts w:ascii="Times New Roman" w:hAnsi="Times New Roman" w:cs="Times New Roman"/>
          <w:b/>
        </w:rPr>
        <w:t xml:space="preserve">  (1 mark)</w:t>
      </w:r>
    </w:p>
    <w:p w14:paraId="7BED8C79"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63330893"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c) i) </w:t>
      </w:r>
      <w:r w:rsidRPr="004141FA">
        <w:rPr>
          <w:rFonts w:ascii="Times New Roman" w:hAnsi="Times New Roman" w:cs="Times New Roman"/>
        </w:rPr>
        <w:t>Specimen K in its raw state has an excretory substance in its skin. Name the excretory substance.</w:t>
      </w:r>
      <w:r w:rsidRPr="004141FA">
        <w:rPr>
          <w:rFonts w:ascii="Times New Roman" w:hAnsi="Times New Roman" w:cs="Times New Roman"/>
          <w:b/>
        </w:rPr>
        <w:t xml:space="preserve">  (1 mark)</w:t>
      </w:r>
    </w:p>
    <w:p w14:paraId="37DCCABE"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2C5A9E9C"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ii) </w:t>
      </w:r>
      <w:r w:rsidRPr="004141FA">
        <w:rPr>
          <w:rFonts w:ascii="Times New Roman" w:hAnsi="Times New Roman" w:cs="Times New Roman"/>
        </w:rPr>
        <w:t>State one importance of the excretory substance named in (c)(i) to human beings.</w:t>
      </w:r>
      <w:r w:rsidRPr="004141FA">
        <w:rPr>
          <w:rFonts w:ascii="Times New Roman" w:hAnsi="Times New Roman" w:cs="Times New Roman"/>
          <w:b/>
        </w:rPr>
        <w:t xml:space="preserve">  (1 mark)</w:t>
      </w:r>
    </w:p>
    <w:p w14:paraId="2B839A5E"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72C5DDDD"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d) i) </w:t>
      </w:r>
      <w:r w:rsidRPr="004141FA">
        <w:rPr>
          <w:rFonts w:ascii="Times New Roman" w:hAnsi="Times New Roman" w:cs="Times New Roman"/>
        </w:rPr>
        <w:t>From the remaining parts of specimen K, cut thin strips measuring 1 cm wide and 5 cm long. Place two strips in tap water (solution X) and two in concentrated salt solution (solution Y). Allow the set-ups to stand for 30 minutes. Record the shape of the strips from each solution.</w:t>
      </w:r>
      <w:r w:rsidRPr="004141FA">
        <w:rPr>
          <w:rFonts w:ascii="Times New Roman" w:hAnsi="Times New Roman" w:cs="Times New Roman"/>
          <w:b/>
        </w:rPr>
        <w:t xml:space="preserve">  (2 marks)</w:t>
      </w:r>
    </w:p>
    <w:p w14:paraId="2BDD5FB2"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66AD059B"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16BCF243"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 </w:t>
      </w:r>
      <w:r w:rsidRPr="004141FA">
        <w:rPr>
          <w:rFonts w:ascii="Times New Roman" w:hAnsi="Times New Roman" w:cs="Times New Roman"/>
        </w:rPr>
        <w:t>Solution X: _________________________________________________</w:t>
      </w:r>
    </w:p>
    <w:p w14:paraId="69A6BDD8"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 </w:t>
      </w:r>
      <w:r w:rsidRPr="004141FA">
        <w:rPr>
          <w:rFonts w:ascii="Times New Roman" w:hAnsi="Times New Roman" w:cs="Times New Roman"/>
        </w:rPr>
        <w:t>Solution Y: _________________________________________________</w:t>
      </w:r>
    </w:p>
    <w:p w14:paraId="3CCDE894"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ii) </w:t>
      </w:r>
      <w:r w:rsidRPr="004141FA">
        <w:rPr>
          <w:rFonts w:ascii="Times New Roman" w:hAnsi="Times New Roman" w:cs="Times New Roman"/>
        </w:rPr>
        <w:t>Using your fingers, feel the texture of the strips from the two solutions.</w:t>
      </w:r>
      <w:r w:rsidRPr="004141FA">
        <w:rPr>
          <w:rFonts w:ascii="Times New Roman" w:hAnsi="Times New Roman" w:cs="Times New Roman"/>
          <w:b/>
        </w:rPr>
        <w:t xml:space="preserve">  (2 marks)</w:t>
      </w:r>
    </w:p>
    <w:p w14:paraId="426038D4"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0070E64D"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063FBDD1"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 </w:t>
      </w:r>
      <w:r w:rsidRPr="004141FA">
        <w:rPr>
          <w:rFonts w:ascii="Times New Roman" w:hAnsi="Times New Roman" w:cs="Times New Roman"/>
        </w:rPr>
        <w:t>Solution X: _________________________________________________</w:t>
      </w:r>
    </w:p>
    <w:p w14:paraId="5661A3FD"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 </w:t>
      </w:r>
      <w:r w:rsidRPr="004141FA">
        <w:rPr>
          <w:rFonts w:ascii="Times New Roman" w:hAnsi="Times New Roman" w:cs="Times New Roman"/>
        </w:rPr>
        <w:t>Solution Y: _________________________________________________</w:t>
      </w:r>
    </w:p>
    <w:p w14:paraId="7ADCF48F" w14:textId="77777777" w:rsidR="00A947B5" w:rsidRPr="004141FA" w:rsidRDefault="00000000">
      <w:pPr>
        <w:spacing w:after="40"/>
        <w:ind w:left="288"/>
        <w:rPr>
          <w:rFonts w:ascii="Times New Roman" w:hAnsi="Times New Roman" w:cs="Times New Roman"/>
        </w:rPr>
      </w:pPr>
      <w:r w:rsidRPr="004141FA">
        <w:rPr>
          <w:rFonts w:ascii="Times New Roman" w:hAnsi="Times New Roman" w:cs="Times New Roman"/>
          <w:b/>
        </w:rPr>
        <w:t xml:space="preserve">e) </w:t>
      </w:r>
      <w:r w:rsidRPr="004141FA">
        <w:rPr>
          <w:rFonts w:ascii="Times New Roman" w:hAnsi="Times New Roman" w:cs="Times New Roman"/>
        </w:rPr>
        <w:t>Explain the observations made in (d)(i) and (d)(ii) for the strips in solution X.</w:t>
      </w:r>
      <w:r w:rsidRPr="004141FA">
        <w:rPr>
          <w:rFonts w:ascii="Times New Roman" w:hAnsi="Times New Roman" w:cs="Times New Roman"/>
          <w:b/>
        </w:rPr>
        <w:t xml:space="preserve">  (4 marks)</w:t>
      </w:r>
    </w:p>
    <w:p w14:paraId="099F1620"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37208CFD"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76CD84B2"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4568A91C" w14:textId="77777777" w:rsidR="00A947B5" w:rsidRPr="004141FA" w:rsidRDefault="0000000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5B2C682B" w14:textId="77777777" w:rsidR="00A947B5" w:rsidRPr="004141FA" w:rsidRDefault="00000000" w:rsidP="008C711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51A52105" w14:textId="77777777" w:rsidR="00A947B5" w:rsidRPr="004141FA" w:rsidRDefault="00000000" w:rsidP="008C711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46F0B022" w14:textId="77777777" w:rsidR="00A947B5" w:rsidRPr="004141FA" w:rsidRDefault="00000000" w:rsidP="008C711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p w14:paraId="1AA1D0BC" w14:textId="77777777" w:rsidR="00A947B5" w:rsidRPr="004141FA" w:rsidRDefault="00000000" w:rsidP="008C7110">
      <w:pPr>
        <w:spacing w:after="20"/>
        <w:ind w:left="648"/>
        <w:rPr>
          <w:rFonts w:ascii="Times New Roman" w:hAnsi="Times New Roman" w:cs="Times New Roman"/>
        </w:rPr>
      </w:pPr>
      <w:r w:rsidRPr="004141FA">
        <w:rPr>
          <w:rFonts w:ascii="Times New Roman" w:hAnsi="Times New Roman" w:cs="Times New Roman"/>
          <w:sz w:val="18"/>
        </w:rPr>
        <w:t>________________________________________________________________________________</w:t>
      </w:r>
    </w:p>
    <w:sectPr w:rsidR="00A947B5" w:rsidRPr="004141FA" w:rsidSect="00034616">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CB4BE" w14:textId="77777777" w:rsidR="00FB628B" w:rsidRDefault="00FB628B">
      <w:pPr>
        <w:spacing w:after="0" w:line="240" w:lineRule="auto"/>
      </w:pPr>
      <w:r>
        <w:separator/>
      </w:r>
    </w:p>
  </w:endnote>
  <w:endnote w:type="continuationSeparator" w:id="0">
    <w:p w14:paraId="75BCC877" w14:textId="77777777" w:rsidR="00FB628B" w:rsidRDefault="00FB6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A68E0" w14:textId="77777777" w:rsidR="00A947B5" w:rsidRDefault="00000000">
    <w:pPr>
      <w:pStyle w:val="Footer"/>
      <w:jc w:val="center"/>
    </w:pPr>
    <w:r>
      <w:rPr>
        <w:b/>
        <w:sz w:val="18"/>
      </w:rPr>
      <w:t>kcserevision.com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DC10D" w14:textId="77777777" w:rsidR="00FB628B" w:rsidRDefault="00FB628B">
      <w:pPr>
        <w:spacing w:after="0" w:line="240" w:lineRule="auto"/>
      </w:pPr>
      <w:r>
        <w:separator/>
      </w:r>
    </w:p>
  </w:footnote>
  <w:footnote w:type="continuationSeparator" w:id="0">
    <w:p w14:paraId="7E0BEDE6" w14:textId="77777777" w:rsidR="00FB628B" w:rsidRDefault="00FB62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3666112">
    <w:abstractNumId w:val="8"/>
  </w:num>
  <w:num w:numId="2" w16cid:durableId="702053125">
    <w:abstractNumId w:val="6"/>
  </w:num>
  <w:num w:numId="3" w16cid:durableId="821654926">
    <w:abstractNumId w:val="5"/>
  </w:num>
  <w:num w:numId="4" w16cid:durableId="544489335">
    <w:abstractNumId w:val="4"/>
  </w:num>
  <w:num w:numId="5" w16cid:durableId="164787771">
    <w:abstractNumId w:val="7"/>
  </w:num>
  <w:num w:numId="6" w16cid:durableId="2026635989">
    <w:abstractNumId w:val="3"/>
  </w:num>
  <w:num w:numId="7" w16cid:durableId="1458454818">
    <w:abstractNumId w:val="2"/>
  </w:num>
  <w:num w:numId="8" w16cid:durableId="727804771">
    <w:abstractNumId w:val="1"/>
  </w:num>
  <w:num w:numId="9" w16cid:durableId="694968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141FA"/>
    <w:rsid w:val="005C4571"/>
    <w:rsid w:val="008C7110"/>
    <w:rsid w:val="00A947B5"/>
    <w:rsid w:val="00AA1D8D"/>
    <w:rsid w:val="00B47730"/>
    <w:rsid w:val="00BC41B3"/>
    <w:rsid w:val="00CB0664"/>
    <w:rsid w:val="00E107D7"/>
    <w:rsid w:val="00FB628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A1796E"/>
  <w14:defaultImageDpi w14:val="300"/>
  <w15:docId w15:val="{FD844208-EFB0-403D-950C-DDBCA70C9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5</cp:revision>
  <dcterms:created xsi:type="dcterms:W3CDTF">2013-12-23T23:15:00Z</dcterms:created>
  <dcterms:modified xsi:type="dcterms:W3CDTF">2026-09-21T23:44:00Z</dcterms:modified>
  <cp:category/>
</cp:coreProperties>
</file>