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AA7A" w14:textId="77777777" w:rsidR="007002CA" w:rsidRPr="00F52E71" w:rsidRDefault="00000000">
      <w:pPr>
        <w:spacing w:after="2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  <w:sz w:val="28"/>
        </w:rPr>
        <w:t>TERM 3 HOLIDAY ASSIGNMENT 2026</w:t>
      </w:r>
    </w:p>
    <w:p w14:paraId="5B6FEAC0" w14:textId="77777777" w:rsidR="007002CA" w:rsidRPr="00F52E71" w:rsidRDefault="00000000">
      <w:pPr>
        <w:spacing w:after="2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  <w:sz w:val="26"/>
        </w:rPr>
        <w:t>FORM THREE</w:t>
      </w:r>
    </w:p>
    <w:p w14:paraId="6F8DBF2F" w14:textId="77777777" w:rsidR="007002CA" w:rsidRPr="00F52E71" w:rsidRDefault="00000000">
      <w:pPr>
        <w:spacing w:after="2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  <w:sz w:val="26"/>
        </w:rPr>
        <w:t>BIOLOGY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7002CA" w:rsidRPr="00F52E71" w14:paraId="6238B6D0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5CAF586B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</w:tcPr>
          <w:p w14:paraId="4DDFD6E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</w:tcPr>
          <w:p w14:paraId="1F43B06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</w:tcPr>
          <w:p w14:paraId="02D28B5A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7002CA" w:rsidRPr="00F52E71" w14:paraId="75A54771" w14:textId="77777777">
        <w:trPr>
          <w:jc w:val="center"/>
        </w:trPr>
        <w:tc>
          <w:tcPr>
            <w:tcW w:w="2592" w:type="dxa"/>
          </w:tcPr>
          <w:p w14:paraId="34CA2F78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Section A</w:t>
            </w:r>
          </w:p>
        </w:tc>
        <w:tc>
          <w:tcPr>
            <w:tcW w:w="2592" w:type="dxa"/>
          </w:tcPr>
          <w:p w14:paraId="4B8BDA4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1 – 5</w:t>
            </w:r>
          </w:p>
        </w:tc>
        <w:tc>
          <w:tcPr>
            <w:tcW w:w="2592" w:type="dxa"/>
          </w:tcPr>
          <w:p w14:paraId="4F417470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</w:rPr>
              <w:t>20 Marks</w:t>
            </w:r>
          </w:p>
        </w:tc>
        <w:tc>
          <w:tcPr>
            <w:tcW w:w="2592" w:type="dxa"/>
          </w:tcPr>
          <w:p w14:paraId="1D1CD1B1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</w:tr>
      <w:tr w:rsidR="007002CA" w:rsidRPr="00F52E71" w14:paraId="46BF92D9" w14:textId="77777777">
        <w:trPr>
          <w:jc w:val="center"/>
        </w:trPr>
        <w:tc>
          <w:tcPr>
            <w:tcW w:w="2592" w:type="dxa"/>
          </w:tcPr>
          <w:p w14:paraId="60B2B994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Section B</w:t>
            </w:r>
          </w:p>
        </w:tc>
        <w:tc>
          <w:tcPr>
            <w:tcW w:w="2592" w:type="dxa"/>
          </w:tcPr>
          <w:p w14:paraId="43864299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</w:rPr>
              <w:t>1–8 (as instructed)</w:t>
            </w:r>
          </w:p>
        </w:tc>
        <w:tc>
          <w:tcPr>
            <w:tcW w:w="2592" w:type="dxa"/>
          </w:tcPr>
          <w:p w14:paraId="10B5CDA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</w:rPr>
              <w:t>60 Marks</w:t>
            </w:r>
          </w:p>
        </w:tc>
        <w:tc>
          <w:tcPr>
            <w:tcW w:w="2592" w:type="dxa"/>
          </w:tcPr>
          <w:p w14:paraId="299EA8D4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</w:tr>
      <w:tr w:rsidR="007002CA" w:rsidRPr="00F52E71" w14:paraId="1C8479BC" w14:textId="77777777">
        <w:trPr>
          <w:jc w:val="center"/>
        </w:trPr>
        <w:tc>
          <w:tcPr>
            <w:tcW w:w="2592" w:type="dxa"/>
          </w:tcPr>
          <w:p w14:paraId="3E7173C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2592" w:type="dxa"/>
          </w:tcPr>
          <w:p w14:paraId="2172CD0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Answered questions</w:t>
            </w:r>
          </w:p>
        </w:tc>
        <w:tc>
          <w:tcPr>
            <w:tcW w:w="2592" w:type="dxa"/>
          </w:tcPr>
          <w:p w14:paraId="4C2FEFBD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80 Marks*</w:t>
            </w:r>
          </w:p>
        </w:tc>
        <w:tc>
          <w:tcPr>
            <w:tcW w:w="2592" w:type="dxa"/>
          </w:tcPr>
          <w:p w14:paraId="660D04F8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</w:tr>
    </w:tbl>
    <w:p w14:paraId="213EDA65" w14:textId="77777777" w:rsidR="007002CA" w:rsidRPr="00F52E71" w:rsidRDefault="007002CA">
      <w:pPr>
        <w:rPr>
          <w:rFonts w:ascii="Times New Roman" w:hAnsi="Times New Roman" w:cs="Times New Roman"/>
        </w:rPr>
      </w:pPr>
    </w:p>
    <w:p w14:paraId="3F9AD023" w14:textId="77777777" w:rsidR="007002CA" w:rsidRPr="00F52E71" w:rsidRDefault="00000000">
      <w:pPr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</w:rPr>
        <w:br w:type="page"/>
      </w:r>
    </w:p>
    <w:p w14:paraId="312F92AE" w14:textId="77777777" w:rsidR="007002CA" w:rsidRPr="00F52E71" w:rsidRDefault="00000000">
      <w:pPr>
        <w:spacing w:after="4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  <w:sz w:val="24"/>
        </w:rPr>
        <w:lastRenderedPageBreak/>
        <w:t>SECTION A (40 MARKS)</w:t>
      </w:r>
    </w:p>
    <w:p w14:paraId="66C46A96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1. </w:t>
      </w:r>
      <w:r w:rsidRPr="00F52E71">
        <w:rPr>
          <w:rFonts w:ascii="Times New Roman" w:hAnsi="Times New Roman" w:cs="Times New Roman"/>
        </w:rPr>
        <w:t>The diagram below shows a phenomenon that occurs during cell division.</w:t>
      </w:r>
    </w:p>
    <w:p w14:paraId="1839F79A" w14:textId="534EC1A3" w:rsidR="007002CA" w:rsidRPr="00F52E71" w:rsidRDefault="00F52E71" w:rsidP="00F52E71">
      <w:pPr>
        <w:spacing w:before="80" w:after="8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</w:rPr>
        <w:drawing>
          <wp:inline distT="0" distB="0" distL="0" distR="0" wp14:anchorId="0F676FD2" wp14:editId="7C220576">
            <wp:extent cx="2654300" cy="1276350"/>
            <wp:effectExtent l="0" t="0" r="0" b="0"/>
            <wp:docPr id="841496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961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9322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a) </w:t>
      </w:r>
      <w:r w:rsidRPr="00F52E71">
        <w:rPr>
          <w:rFonts w:ascii="Times New Roman" w:hAnsi="Times New Roman" w:cs="Times New Roman"/>
        </w:rPr>
        <w:t>Identify the phenomenon exhibited in the diagram.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63053E11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B2AED4A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Identify the type of cell division in which this phenomenon occurs.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18DE1BE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E25075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c) </w:t>
      </w:r>
      <w:r w:rsidRPr="00F52E71">
        <w:rPr>
          <w:rFonts w:ascii="Times New Roman" w:hAnsi="Times New Roman" w:cs="Times New Roman"/>
        </w:rPr>
        <w:t>Name the part labelled T and state its biological importance.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5435478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07157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9D01C65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</w:t>
      </w:r>
      <w:r w:rsidRPr="00F52E71">
        <w:rPr>
          <w:rFonts w:ascii="Times New Roman" w:hAnsi="Times New Roman" w:cs="Times New Roman"/>
        </w:rPr>
        <w:t>Name two organs in a human being where this type of cell division occurs.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3FDE538A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F37B0EB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68B14C5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e) </w:t>
      </w:r>
      <w:r w:rsidRPr="00F52E71">
        <w:rPr>
          <w:rFonts w:ascii="Times New Roman" w:hAnsi="Times New Roman" w:cs="Times New Roman"/>
        </w:rPr>
        <w:t>On the table below, state one significant event that occurs during each stage listed.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40A88489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F153B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7002CA" w:rsidRPr="00F52E71" w14:paraId="0597EED6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14263694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Stage in cell division</w:t>
            </w:r>
          </w:p>
        </w:tc>
        <w:tc>
          <w:tcPr>
            <w:tcW w:w="3456" w:type="dxa"/>
            <w:shd w:val="clear" w:color="auto" w:fill="D9EAF7"/>
          </w:tcPr>
          <w:p w14:paraId="19089918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Meiosis I</w:t>
            </w:r>
          </w:p>
        </w:tc>
        <w:tc>
          <w:tcPr>
            <w:tcW w:w="3456" w:type="dxa"/>
            <w:shd w:val="clear" w:color="auto" w:fill="D9EAF7"/>
          </w:tcPr>
          <w:p w14:paraId="79E5F29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8"/>
              </w:rPr>
              <w:t>Mitosis</w:t>
            </w:r>
          </w:p>
        </w:tc>
      </w:tr>
      <w:tr w:rsidR="007002CA" w:rsidRPr="00F52E71" w14:paraId="6DCF6AFE" w14:textId="77777777">
        <w:trPr>
          <w:jc w:val="center"/>
        </w:trPr>
        <w:tc>
          <w:tcPr>
            <w:tcW w:w="3456" w:type="dxa"/>
          </w:tcPr>
          <w:p w14:paraId="30B23DEB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Metaphase</w:t>
            </w:r>
          </w:p>
        </w:tc>
        <w:tc>
          <w:tcPr>
            <w:tcW w:w="3456" w:type="dxa"/>
          </w:tcPr>
          <w:p w14:paraId="40FE205C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</w:tcPr>
          <w:p w14:paraId="702C47E7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</w:tr>
      <w:tr w:rsidR="007002CA" w:rsidRPr="00F52E71" w14:paraId="69500C45" w14:textId="77777777">
        <w:trPr>
          <w:jc w:val="center"/>
        </w:trPr>
        <w:tc>
          <w:tcPr>
            <w:tcW w:w="3456" w:type="dxa"/>
          </w:tcPr>
          <w:p w14:paraId="494878B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8"/>
              </w:rPr>
              <w:t>Anaphase</w:t>
            </w:r>
          </w:p>
        </w:tc>
        <w:tc>
          <w:tcPr>
            <w:tcW w:w="3456" w:type="dxa"/>
          </w:tcPr>
          <w:p w14:paraId="7C4B508D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</w:tcPr>
          <w:p w14:paraId="705E3625" w14:textId="77777777" w:rsidR="007002CA" w:rsidRPr="00F52E71" w:rsidRDefault="007002CA">
            <w:pPr>
              <w:rPr>
                <w:rFonts w:ascii="Times New Roman" w:hAnsi="Times New Roman" w:cs="Times New Roman"/>
              </w:rPr>
            </w:pPr>
          </w:p>
        </w:tc>
      </w:tr>
    </w:tbl>
    <w:p w14:paraId="3EF3A362" w14:textId="77777777" w:rsidR="007002CA" w:rsidRPr="00F52E71" w:rsidRDefault="007002CA">
      <w:pPr>
        <w:rPr>
          <w:rFonts w:ascii="Times New Roman" w:hAnsi="Times New Roman" w:cs="Times New Roman"/>
        </w:rPr>
      </w:pPr>
    </w:p>
    <w:p w14:paraId="23CFCB28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2. </w:t>
      </w:r>
      <w:r w:rsidRPr="00F52E71">
        <w:rPr>
          <w:rFonts w:ascii="Times New Roman" w:hAnsi="Times New Roman" w:cs="Times New Roman"/>
        </w:rPr>
        <w:t>A biological washing powder contains enzymes. The enzymes remove stains such as blood from clothes when the clothes are soaked in water with the powder.</w:t>
      </w:r>
    </w:p>
    <w:p w14:paraId="75B18E3A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a) </w:t>
      </w:r>
      <w:r w:rsidRPr="00F52E71">
        <w:rPr>
          <w:rFonts w:ascii="Times New Roman" w:hAnsi="Times New Roman" w:cs="Times New Roman"/>
        </w:rPr>
        <w:t>What is an enzyme?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37AA38F6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85812CE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Identify two possible enzymes that may be found in the washing powder.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05D62FB9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4F1793E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EC4F95E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c) </w:t>
      </w:r>
      <w:r w:rsidRPr="00F52E71">
        <w:rPr>
          <w:rFonts w:ascii="Times New Roman" w:hAnsi="Times New Roman" w:cs="Times New Roman"/>
        </w:rPr>
        <w:t>Would the stains be removed faster with the powder in water at 35 °C or 15 °C?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259F6DAE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03F8094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</w:t>
      </w:r>
      <w:r w:rsidRPr="00F52E71">
        <w:rPr>
          <w:rFonts w:ascii="Times New Roman" w:hAnsi="Times New Roman" w:cs="Times New Roman"/>
        </w:rPr>
        <w:t>Explain your answer in (c).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4F349BD6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04B3423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01C02EC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e) </w:t>
      </w:r>
      <w:r w:rsidRPr="00F52E71">
        <w:rPr>
          <w:rFonts w:ascii="Times New Roman" w:hAnsi="Times New Roman" w:cs="Times New Roman"/>
        </w:rPr>
        <w:t>Why does boiling clothes soaked with the washing powder not necessarily remove the stains?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5DA8FA43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695D713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D68BB9C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3. </w:t>
      </w:r>
      <w:r w:rsidRPr="00F52E71">
        <w:rPr>
          <w:rFonts w:ascii="Times New Roman" w:hAnsi="Times New Roman" w:cs="Times New Roman"/>
        </w:rPr>
        <w:t>The amount of blood flowing through selected parts of the mammalian body at different activity levels was measured as shown below.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7002CA" w:rsidRPr="00F52E71" w14:paraId="02F2B6A0" w14:textId="77777777">
        <w:trPr>
          <w:jc w:val="center"/>
        </w:trPr>
        <w:tc>
          <w:tcPr>
            <w:tcW w:w="2592" w:type="dxa"/>
            <w:shd w:val="clear" w:color="auto" w:fill="D9EAF7"/>
          </w:tcPr>
          <w:p w14:paraId="25F222FE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7"/>
              </w:rPr>
              <w:t>Part of body</w:t>
            </w:r>
          </w:p>
        </w:tc>
        <w:tc>
          <w:tcPr>
            <w:tcW w:w="2592" w:type="dxa"/>
            <w:shd w:val="clear" w:color="auto" w:fill="D9EAF7"/>
          </w:tcPr>
          <w:p w14:paraId="5535438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7"/>
              </w:rPr>
              <w:t>At rest (cm³/min)</w:t>
            </w:r>
          </w:p>
        </w:tc>
        <w:tc>
          <w:tcPr>
            <w:tcW w:w="2592" w:type="dxa"/>
            <w:shd w:val="clear" w:color="auto" w:fill="D9EAF7"/>
          </w:tcPr>
          <w:p w14:paraId="776BDF3D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7"/>
              </w:rPr>
              <w:t>Light exercise (cm³/min)</w:t>
            </w:r>
          </w:p>
        </w:tc>
        <w:tc>
          <w:tcPr>
            <w:tcW w:w="2592" w:type="dxa"/>
            <w:shd w:val="clear" w:color="auto" w:fill="D9EAF7"/>
          </w:tcPr>
          <w:p w14:paraId="00602186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7"/>
              </w:rPr>
              <w:t>Strenuous exercise (cm³/min)</w:t>
            </w:r>
          </w:p>
        </w:tc>
      </w:tr>
      <w:tr w:rsidR="007002CA" w:rsidRPr="00F52E71" w14:paraId="24C19502" w14:textId="77777777">
        <w:trPr>
          <w:jc w:val="center"/>
        </w:trPr>
        <w:tc>
          <w:tcPr>
            <w:tcW w:w="2592" w:type="dxa"/>
          </w:tcPr>
          <w:p w14:paraId="3454BA4B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Alimentary canal</w:t>
            </w:r>
          </w:p>
        </w:tc>
        <w:tc>
          <w:tcPr>
            <w:tcW w:w="2592" w:type="dxa"/>
          </w:tcPr>
          <w:p w14:paraId="317BB0DE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1200</w:t>
            </w:r>
          </w:p>
        </w:tc>
        <w:tc>
          <w:tcPr>
            <w:tcW w:w="2592" w:type="dxa"/>
          </w:tcPr>
          <w:p w14:paraId="713D023C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800</w:t>
            </w:r>
          </w:p>
        </w:tc>
        <w:tc>
          <w:tcPr>
            <w:tcW w:w="2592" w:type="dxa"/>
          </w:tcPr>
          <w:p w14:paraId="4C8BA83A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400</w:t>
            </w:r>
          </w:p>
        </w:tc>
      </w:tr>
      <w:tr w:rsidR="007002CA" w:rsidRPr="00F52E71" w14:paraId="7B016417" w14:textId="77777777">
        <w:trPr>
          <w:jc w:val="center"/>
        </w:trPr>
        <w:tc>
          <w:tcPr>
            <w:tcW w:w="2592" w:type="dxa"/>
          </w:tcPr>
          <w:p w14:paraId="317E42B2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Cardiac muscle</w:t>
            </w:r>
          </w:p>
        </w:tc>
        <w:tc>
          <w:tcPr>
            <w:tcW w:w="2592" w:type="dxa"/>
          </w:tcPr>
          <w:p w14:paraId="53D17FC1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100</w:t>
            </w:r>
          </w:p>
        </w:tc>
        <w:tc>
          <w:tcPr>
            <w:tcW w:w="2592" w:type="dxa"/>
          </w:tcPr>
          <w:p w14:paraId="271EE7D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250</w:t>
            </w:r>
          </w:p>
        </w:tc>
        <w:tc>
          <w:tcPr>
            <w:tcW w:w="2592" w:type="dxa"/>
          </w:tcPr>
          <w:p w14:paraId="67B08C40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1400</w:t>
            </w:r>
          </w:p>
        </w:tc>
      </w:tr>
      <w:tr w:rsidR="007002CA" w:rsidRPr="00F52E71" w14:paraId="33042DAB" w14:textId="77777777">
        <w:trPr>
          <w:jc w:val="center"/>
        </w:trPr>
        <w:tc>
          <w:tcPr>
            <w:tcW w:w="2592" w:type="dxa"/>
          </w:tcPr>
          <w:p w14:paraId="7F69B552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Skeletal muscle</w:t>
            </w:r>
          </w:p>
        </w:tc>
        <w:tc>
          <w:tcPr>
            <w:tcW w:w="2592" w:type="dxa"/>
          </w:tcPr>
          <w:p w14:paraId="155E0B72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900</w:t>
            </w:r>
          </w:p>
        </w:tc>
        <w:tc>
          <w:tcPr>
            <w:tcW w:w="2592" w:type="dxa"/>
          </w:tcPr>
          <w:p w14:paraId="53E9C33E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5000</w:t>
            </w:r>
          </w:p>
        </w:tc>
        <w:tc>
          <w:tcPr>
            <w:tcW w:w="2592" w:type="dxa"/>
          </w:tcPr>
          <w:p w14:paraId="49F40F8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7"/>
              </w:rPr>
              <w:t>16000</w:t>
            </w:r>
          </w:p>
        </w:tc>
      </w:tr>
    </w:tbl>
    <w:p w14:paraId="4258D67B" w14:textId="77777777" w:rsidR="007002CA" w:rsidRPr="00F52E71" w:rsidRDefault="007002CA">
      <w:pPr>
        <w:rPr>
          <w:rFonts w:ascii="Times New Roman" w:hAnsi="Times New Roman" w:cs="Times New Roman"/>
        </w:rPr>
      </w:pPr>
    </w:p>
    <w:p w14:paraId="652912F5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a) i) </w:t>
      </w:r>
      <w:r w:rsidRPr="00F52E71">
        <w:rPr>
          <w:rFonts w:ascii="Times New Roman" w:hAnsi="Times New Roman" w:cs="Times New Roman"/>
        </w:rPr>
        <w:t>Account for the high blood flow through cardiac and skeletal muscle during strenuous exercise.</w:t>
      </w:r>
      <w:r w:rsidRPr="00F52E71">
        <w:rPr>
          <w:rFonts w:ascii="Times New Roman" w:hAnsi="Times New Roman" w:cs="Times New Roman"/>
          <w:b/>
        </w:rPr>
        <w:t xml:space="preserve">  (4 marks)</w:t>
      </w:r>
    </w:p>
    <w:p w14:paraId="73C93EE1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A7E43F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lastRenderedPageBreak/>
        <w:t>________________________________________________________________________________</w:t>
      </w:r>
    </w:p>
    <w:p w14:paraId="29010DF4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8811339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ACB336A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ii) </w:t>
      </w:r>
      <w:r w:rsidRPr="00F52E71">
        <w:rPr>
          <w:rFonts w:ascii="Times New Roman" w:hAnsi="Times New Roman" w:cs="Times New Roman"/>
        </w:rPr>
        <w:t>Account for the blood flow through the alimentary canal at rest.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6080752C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B1C0901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D92340B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Name two waste materials excreted by both the skin and the kidney.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2CE36B2E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B938DBE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6B1772E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4. </w:t>
      </w:r>
      <w:r w:rsidRPr="00F52E71">
        <w:rPr>
          <w:rFonts w:ascii="Times New Roman" w:hAnsi="Times New Roman" w:cs="Times New Roman"/>
        </w:rPr>
        <w:t>a) Nitrogen in the atmosphere cannot be directly utilized by plants. State two ways by which this nitrogen is made available for plant use.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713612A6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State the importance of saprophytic bacteria in the environment.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42765C92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1CA2707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c) </w:t>
      </w:r>
      <w:r w:rsidRPr="00F52E71">
        <w:rPr>
          <w:rFonts w:ascii="Times New Roman" w:hAnsi="Times New Roman" w:cs="Times New Roman"/>
        </w:rPr>
        <w:t>Briefly explain how excessive use of fertilizers affects large water bodies.</w:t>
      </w:r>
      <w:r w:rsidRPr="00F52E71">
        <w:rPr>
          <w:rFonts w:ascii="Times New Roman" w:hAnsi="Times New Roman" w:cs="Times New Roman"/>
          <w:b/>
        </w:rPr>
        <w:t xml:space="preserve">  (3 marks)</w:t>
      </w:r>
    </w:p>
    <w:p w14:paraId="53481727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FAD0452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B8B6666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DE44221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</w:t>
      </w:r>
      <w:r w:rsidRPr="00F52E71">
        <w:rPr>
          <w:rFonts w:ascii="Times New Roman" w:hAnsi="Times New Roman" w:cs="Times New Roman"/>
        </w:rPr>
        <w:t>State two reasons why it has been difficult to eradicate malaria in the tropics.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28C9B532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D390465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F6A9099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5. </w:t>
      </w:r>
      <w:r w:rsidRPr="00F52E71">
        <w:rPr>
          <w:rFonts w:ascii="Times New Roman" w:hAnsi="Times New Roman" w:cs="Times New Roman"/>
        </w:rPr>
        <w:t>The diagram below shows the exchange of gases in an alveolus. Study it and answer the questions that follow.</w:t>
      </w:r>
    </w:p>
    <w:p w14:paraId="663A2BBA" w14:textId="273B9E49" w:rsidR="007002CA" w:rsidRPr="00F52E71" w:rsidRDefault="00F52E71" w:rsidP="00F52E71">
      <w:pPr>
        <w:spacing w:before="80" w:after="8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</w:rPr>
        <w:drawing>
          <wp:inline distT="0" distB="0" distL="0" distR="0" wp14:anchorId="35342738" wp14:editId="5FAAFA9C">
            <wp:extent cx="4514850" cy="2120900"/>
            <wp:effectExtent l="0" t="0" r="0" b="0"/>
            <wp:docPr id="51295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51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C5902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a) </w:t>
      </w:r>
      <w:r w:rsidRPr="00F52E71">
        <w:rPr>
          <w:rFonts w:ascii="Times New Roman" w:hAnsi="Times New Roman" w:cs="Times New Roman"/>
        </w:rPr>
        <w:t>Name gases A and B.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4EDF84C8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FF5CB7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38A7F46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State the importance of gas B in tissues.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3341766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1670176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c) </w:t>
      </w:r>
      <w:r w:rsidRPr="00F52E71">
        <w:rPr>
          <w:rFonts w:ascii="Times New Roman" w:hAnsi="Times New Roman" w:cs="Times New Roman"/>
        </w:rPr>
        <w:t>Name parts marked K and P.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17AFFBB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5593C7A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B7204B6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</w:t>
      </w:r>
      <w:r w:rsidRPr="00F52E71">
        <w:rPr>
          <w:rFonts w:ascii="Times New Roman" w:hAnsi="Times New Roman" w:cs="Times New Roman"/>
        </w:rPr>
        <w:t>State three adaptations of the alveolus to its function.</w:t>
      </w:r>
      <w:r w:rsidRPr="00F52E71">
        <w:rPr>
          <w:rFonts w:ascii="Times New Roman" w:hAnsi="Times New Roman" w:cs="Times New Roman"/>
          <w:b/>
        </w:rPr>
        <w:t xml:space="preserve">  (3 marks)</w:t>
      </w:r>
    </w:p>
    <w:p w14:paraId="402BA5A4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57E5127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9FC376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BE7773E" w14:textId="77777777" w:rsidR="007002CA" w:rsidRPr="00F52E71" w:rsidRDefault="00000000">
      <w:pPr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</w:rPr>
        <w:br w:type="page"/>
      </w:r>
    </w:p>
    <w:p w14:paraId="19D637CE" w14:textId="77777777" w:rsidR="007002CA" w:rsidRPr="00F52E71" w:rsidRDefault="00000000">
      <w:pPr>
        <w:spacing w:after="40"/>
        <w:jc w:val="center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  <w:sz w:val="24"/>
        </w:rPr>
        <w:lastRenderedPageBreak/>
        <w:t>SECTION B (ANSWER QUESTION 6 AND ANY ONE OF QUESTIONS 7 AND 8)</w:t>
      </w:r>
    </w:p>
    <w:p w14:paraId="4A2788BE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6. </w:t>
      </w:r>
      <w:r w:rsidRPr="00F52E71">
        <w:rPr>
          <w:rFonts w:ascii="Times New Roman" w:hAnsi="Times New Roman" w:cs="Times New Roman"/>
        </w:rPr>
        <w:t>In an experiment to investigate a process in a plant species, the rates of carbon(IV) oxide consumption and carbon(IV) oxide release were measured at different times of the day. The results are shown below.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1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</w:tblGrid>
      <w:tr w:rsidR="007002CA" w:rsidRPr="00F52E71" w14:paraId="6EB2E026" w14:textId="77777777">
        <w:trPr>
          <w:jc w:val="center"/>
        </w:trPr>
        <w:tc>
          <w:tcPr>
            <w:tcW w:w="943" w:type="dxa"/>
            <w:shd w:val="clear" w:color="auto" w:fill="D9EAF7"/>
          </w:tcPr>
          <w:p w14:paraId="69B5AF9F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Time of day (hours)</w:t>
            </w:r>
          </w:p>
        </w:tc>
        <w:tc>
          <w:tcPr>
            <w:tcW w:w="943" w:type="dxa"/>
            <w:shd w:val="clear" w:color="auto" w:fill="D9EAF7"/>
          </w:tcPr>
          <w:p w14:paraId="7A1F555A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6</w:t>
            </w:r>
          </w:p>
        </w:tc>
        <w:tc>
          <w:tcPr>
            <w:tcW w:w="943" w:type="dxa"/>
            <w:shd w:val="clear" w:color="auto" w:fill="D9EAF7"/>
          </w:tcPr>
          <w:p w14:paraId="1F1A61CC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8</w:t>
            </w:r>
          </w:p>
        </w:tc>
        <w:tc>
          <w:tcPr>
            <w:tcW w:w="943" w:type="dxa"/>
            <w:shd w:val="clear" w:color="auto" w:fill="D9EAF7"/>
          </w:tcPr>
          <w:p w14:paraId="52268B93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10</w:t>
            </w:r>
          </w:p>
        </w:tc>
        <w:tc>
          <w:tcPr>
            <w:tcW w:w="943" w:type="dxa"/>
            <w:shd w:val="clear" w:color="auto" w:fill="D9EAF7"/>
          </w:tcPr>
          <w:p w14:paraId="2BC576A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12</w:t>
            </w:r>
          </w:p>
        </w:tc>
        <w:tc>
          <w:tcPr>
            <w:tcW w:w="943" w:type="dxa"/>
            <w:shd w:val="clear" w:color="auto" w:fill="D9EAF7"/>
          </w:tcPr>
          <w:p w14:paraId="51657587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14</w:t>
            </w:r>
          </w:p>
        </w:tc>
        <w:tc>
          <w:tcPr>
            <w:tcW w:w="943" w:type="dxa"/>
            <w:shd w:val="clear" w:color="auto" w:fill="D9EAF7"/>
          </w:tcPr>
          <w:p w14:paraId="3C5A90DD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16</w:t>
            </w:r>
          </w:p>
        </w:tc>
        <w:tc>
          <w:tcPr>
            <w:tcW w:w="943" w:type="dxa"/>
            <w:shd w:val="clear" w:color="auto" w:fill="D9EAF7"/>
          </w:tcPr>
          <w:p w14:paraId="7974396F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18</w:t>
            </w:r>
          </w:p>
        </w:tc>
        <w:tc>
          <w:tcPr>
            <w:tcW w:w="943" w:type="dxa"/>
            <w:shd w:val="clear" w:color="auto" w:fill="D9EAF7"/>
          </w:tcPr>
          <w:p w14:paraId="7ACC5EA4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20</w:t>
            </w:r>
          </w:p>
        </w:tc>
        <w:tc>
          <w:tcPr>
            <w:tcW w:w="943" w:type="dxa"/>
            <w:shd w:val="clear" w:color="auto" w:fill="D9EAF7"/>
          </w:tcPr>
          <w:p w14:paraId="0D57BB9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22</w:t>
            </w:r>
          </w:p>
        </w:tc>
        <w:tc>
          <w:tcPr>
            <w:tcW w:w="943" w:type="dxa"/>
            <w:shd w:val="clear" w:color="auto" w:fill="D9EAF7"/>
          </w:tcPr>
          <w:p w14:paraId="79C3FC4C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b/>
                <w:sz w:val="15"/>
              </w:rPr>
              <w:t>24</w:t>
            </w:r>
          </w:p>
        </w:tc>
      </w:tr>
      <w:tr w:rsidR="007002CA" w:rsidRPr="00F52E71" w14:paraId="3C66D8BA" w14:textId="77777777">
        <w:trPr>
          <w:jc w:val="center"/>
        </w:trPr>
        <w:tc>
          <w:tcPr>
            <w:tcW w:w="943" w:type="dxa"/>
          </w:tcPr>
          <w:p w14:paraId="5F4E0B69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CO₂ consumption (mm³/min)</w:t>
            </w:r>
          </w:p>
        </w:tc>
        <w:tc>
          <w:tcPr>
            <w:tcW w:w="943" w:type="dxa"/>
          </w:tcPr>
          <w:p w14:paraId="5018B3DA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0</w:t>
            </w:r>
          </w:p>
        </w:tc>
        <w:tc>
          <w:tcPr>
            <w:tcW w:w="943" w:type="dxa"/>
          </w:tcPr>
          <w:p w14:paraId="5EB8A3EF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50</w:t>
            </w:r>
          </w:p>
        </w:tc>
        <w:tc>
          <w:tcPr>
            <w:tcW w:w="943" w:type="dxa"/>
          </w:tcPr>
          <w:p w14:paraId="6C75FDAF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72</w:t>
            </w:r>
          </w:p>
        </w:tc>
        <w:tc>
          <w:tcPr>
            <w:tcW w:w="943" w:type="dxa"/>
          </w:tcPr>
          <w:p w14:paraId="05921811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96</w:t>
            </w:r>
          </w:p>
        </w:tc>
        <w:tc>
          <w:tcPr>
            <w:tcW w:w="943" w:type="dxa"/>
          </w:tcPr>
          <w:p w14:paraId="50B1F07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96</w:t>
            </w:r>
          </w:p>
        </w:tc>
        <w:tc>
          <w:tcPr>
            <w:tcW w:w="943" w:type="dxa"/>
          </w:tcPr>
          <w:p w14:paraId="55629FC1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55</w:t>
            </w:r>
          </w:p>
        </w:tc>
        <w:tc>
          <w:tcPr>
            <w:tcW w:w="943" w:type="dxa"/>
          </w:tcPr>
          <w:p w14:paraId="4397947E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20</w:t>
            </w:r>
          </w:p>
        </w:tc>
        <w:tc>
          <w:tcPr>
            <w:tcW w:w="943" w:type="dxa"/>
          </w:tcPr>
          <w:p w14:paraId="29287666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0</w:t>
            </w:r>
          </w:p>
        </w:tc>
        <w:tc>
          <w:tcPr>
            <w:tcW w:w="943" w:type="dxa"/>
          </w:tcPr>
          <w:p w14:paraId="1052EB9E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0</w:t>
            </w:r>
          </w:p>
        </w:tc>
        <w:tc>
          <w:tcPr>
            <w:tcW w:w="943" w:type="dxa"/>
          </w:tcPr>
          <w:p w14:paraId="5825C797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0</w:t>
            </w:r>
          </w:p>
        </w:tc>
      </w:tr>
      <w:tr w:rsidR="007002CA" w:rsidRPr="00F52E71" w14:paraId="6FE00F27" w14:textId="77777777">
        <w:trPr>
          <w:jc w:val="center"/>
        </w:trPr>
        <w:tc>
          <w:tcPr>
            <w:tcW w:w="943" w:type="dxa"/>
          </w:tcPr>
          <w:p w14:paraId="50952E7D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CO₂ release (mm³/min)</w:t>
            </w:r>
          </w:p>
        </w:tc>
        <w:tc>
          <w:tcPr>
            <w:tcW w:w="943" w:type="dxa"/>
          </w:tcPr>
          <w:p w14:paraId="06253FDD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40</w:t>
            </w:r>
          </w:p>
        </w:tc>
        <w:tc>
          <w:tcPr>
            <w:tcW w:w="943" w:type="dxa"/>
          </w:tcPr>
          <w:p w14:paraId="5E0FBB94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24</w:t>
            </w:r>
          </w:p>
        </w:tc>
        <w:tc>
          <w:tcPr>
            <w:tcW w:w="943" w:type="dxa"/>
          </w:tcPr>
          <w:p w14:paraId="1C9C02BF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12</w:t>
            </w:r>
          </w:p>
        </w:tc>
        <w:tc>
          <w:tcPr>
            <w:tcW w:w="943" w:type="dxa"/>
          </w:tcPr>
          <w:p w14:paraId="28221508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4</w:t>
            </w:r>
          </w:p>
        </w:tc>
        <w:tc>
          <w:tcPr>
            <w:tcW w:w="943" w:type="dxa"/>
          </w:tcPr>
          <w:p w14:paraId="3E8D9DDC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4</w:t>
            </w:r>
          </w:p>
        </w:tc>
        <w:tc>
          <w:tcPr>
            <w:tcW w:w="943" w:type="dxa"/>
          </w:tcPr>
          <w:p w14:paraId="59EDE579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8</w:t>
            </w:r>
          </w:p>
        </w:tc>
        <w:tc>
          <w:tcPr>
            <w:tcW w:w="943" w:type="dxa"/>
          </w:tcPr>
          <w:p w14:paraId="16894A05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34</w:t>
            </w:r>
          </w:p>
        </w:tc>
        <w:tc>
          <w:tcPr>
            <w:tcW w:w="943" w:type="dxa"/>
          </w:tcPr>
          <w:p w14:paraId="2BE96D58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50</w:t>
            </w:r>
          </w:p>
        </w:tc>
        <w:tc>
          <w:tcPr>
            <w:tcW w:w="943" w:type="dxa"/>
          </w:tcPr>
          <w:p w14:paraId="3514A668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50</w:t>
            </w:r>
          </w:p>
        </w:tc>
        <w:tc>
          <w:tcPr>
            <w:tcW w:w="943" w:type="dxa"/>
          </w:tcPr>
          <w:p w14:paraId="7440AAA9" w14:textId="77777777" w:rsidR="007002CA" w:rsidRPr="00F52E71" w:rsidRDefault="00000000">
            <w:pPr>
              <w:rPr>
                <w:rFonts w:ascii="Times New Roman" w:hAnsi="Times New Roman" w:cs="Times New Roman"/>
              </w:rPr>
            </w:pPr>
            <w:r w:rsidRPr="00F52E71">
              <w:rPr>
                <w:rFonts w:ascii="Times New Roman" w:hAnsi="Times New Roman" w:cs="Times New Roman"/>
                <w:sz w:val="15"/>
              </w:rPr>
              <w:t>50</w:t>
            </w:r>
          </w:p>
        </w:tc>
      </w:tr>
    </w:tbl>
    <w:p w14:paraId="01B22B74" w14:textId="77777777" w:rsidR="007002CA" w:rsidRPr="00F52E71" w:rsidRDefault="007002CA">
      <w:pPr>
        <w:rPr>
          <w:rFonts w:ascii="Times New Roman" w:hAnsi="Times New Roman" w:cs="Times New Roman"/>
        </w:rPr>
      </w:pPr>
    </w:p>
    <w:p w14:paraId="2B39C45A" w14:textId="77777777" w:rsidR="007002CA" w:rsidRDefault="00000000">
      <w:pPr>
        <w:rPr>
          <w:rFonts w:ascii="Times New Roman" w:hAnsi="Times New Roman" w:cs="Times New Roman"/>
          <w:b/>
        </w:rPr>
      </w:pPr>
      <w:r w:rsidRPr="00F52E71">
        <w:rPr>
          <w:rFonts w:ascii="Times New Roman" w:hAnsi="Times New Roman" w:cs="Times New Roman"/>
          <w:b/>
        </w:rPr>
        <w:t>On the same axes, plot graphs of CO₂ consumed and CO₂ released against time.</w:t>
      </w:r>
    </w:p>
    <w:p w14:paraId="750E8E6A" w14:textId="0B607430" w:rsidR="00F52E71" w:rsidRPr="00F52E71" w:rsidRDefault="00F52E71">
      <w:pPr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</w:rPr>
        <w:drawing>
          <wp:inline distT="0" distB="0" distL="0" distR="0" wp14:anchorId="0E55F968" wp14:editId="3FE9F401">
            <wp:extent cx="6583680" cy="3594100"/>
            <wp:effectExtent l="0" t="0" r="7620" b="6350"/>
            <wp:docPr id="1618920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200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6ED93" w14:textId="6D3C581C" w:rsidR="007002CA" w:rsidRPr="00F52E71" w:rsidRDefault="00000000" w:rsidP="00F52E71">
      <w:pPr>
        <w:spacing w:before="80" w:after="8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i/>
          <w:sz w:val="16"/>
        </w:rPr>
        <w:t>[</w:t>
      </w:r>
      <w:r w:rsidRPr="00F52E71">
        <w:rPr>
          <w:rFonts w:ascii="Times New Roman" w:hAnsi="Times New Roman" w:cs="Times New Roman"/>
          <w:b/>
        </w:rPr>
        <w:t xml:space="preserve">a) </w:t>
      </w:r>
      <w:r w:rsidRPr="00F52E71">
        <w:rPr>
          <w:rFonts w:ascii="Times New Roman" w:hAnsi="Times New Roman" w:cs="Times New Roman"/>
        </w:rPr>
        <w:t>Name the biological process represented by the CO₂ consumption curve.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5434F4F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EA7B74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32DD935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Account for the shape of the curve for CO₂ consumption.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20F2A09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708A97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25ADCF4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c) </w:t>
      </w:r>
      <w:r w:rsidRPr="00F52E71">
        <w:rPr>
          <w:rFonts w:ascii="Times New Roman" w:hAnsi="Times New Roman" w:cs="Times New Roman"/>
        </w:rPr>
        <w:t>Account for the shape of the curve for CO₂ release.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32DB4D7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2388DE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EA79F91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i) </w:t>
      </w:r>
      <w:r w:rsidRPr="00F52E71">
        <w:rPr>
          <w:rFonts w:ascii="Times New Roman" w:hAnsi="Times New Roman" w:cs="Times New Roman"/>
        </w:rPr>
        <w:t>From the graph, state the time of the day when the plant attains the compensation point.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2FA16BAC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EAC71D6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d) ii) </w:t>
      </w:r>
      <w:r w:rsidRPr="00F52E71">
        <w:rPr>
          <w:rFonts w:ascii="Times New Roman" w:hAnsi="Times New Roman" w:cs="Times New Roman"/>
        </w:rPr>
        <w:t>What is meant by compensation point?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1897FC1B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9AF57BA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e) </w:t>
      </w:r>
      <w:r w:rsidRPr="00F52E71">
        <w:rPr>
          <w:rFonts w:ascii="Times New Roman" w:hAnsi="Times New Roman" w:cs="Times New Roman"/>
        </w:rPr>
        <w:t>Explain how temperature affects the rate of CO₂ consumption in a plant.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76C52BB8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2B380B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f) </w:t>
      </w:r>
      <w:r w:rsidRPr="00F52E71">
        <w:rPr>
          <w:rFonts w:ascii="Times New Roman" w:hAnsi="Times New Roman" w:cs="Times New Roman"/>
        </w:rPr>
        <w:t>Under certain conditions, CO₂ concentration in the blood of a mammal rises above normal. State two physiological changes that occur in the body to lower the CO₂ level back to normal.</w:t>
      </w:r>
      <w:r w:rsidRPr="00F52E71">
        <w:rPr>
          <w:rFonts w:ascii="Times New Roman" w:hAnsi="Times New Roman" w:cs="Times New Roman"/>
          <w:b/>
        </w:rPr>
        <w:t xml:space="preserve">  (2 marks)</w:t>
      </w:r>
    </w:p>
    <w:p w14:paraId="6611BDC2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1A9AB6B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220FF2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lastRenderedPageBreak/>
        <w:t xml:space="preserve">g) </w:t>
      </w:r>
      <w:r w:rsidRPr="00F52E71">
        <w:rPr>
          <w:rFonts w:ascii="Times New Roman" w:hAnsi="Times New Roman" w:cs="Times New Roman"/>
        </w:rPr>
        <w:t>Most CO₂ is transported from tissues to the lungs within red blood cells and not simply in plasma. State one advantage of this mode of transport.</w:t>
      </w:r>
      <w:r w:rsidRPr="00F52E71">
        <w:rPr>
          <w:rFonts w:ascii="Times New Roman" w:hAnsi="Times New Roman" w:cs="Times New Roman"/>
          <w:b/>
        </w:rPr>
        <w:t xml:space="preserve">  (1 mark)</w:t>
      </w:r>
    </w:p>
    <w:p w14:paraId="36CA9C38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5D7DA00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7. </w:t>
      </w:r>
      <w:r w:rsidRPr="00F52E71">
        <w:rPr>
          <w:rFonts w:ascii="Times New Roman" w:hAnsi="Times New Roman" w:cs="Times New Roman"/>
        </w:rPr>
        <w:t>Describe how water molecules are absorbed from the soil and move to the leaves in a tree.</w:t>
      </w:r>
      <w:r w:rsidRPr="00F52E71">
        <w:rPr>
          <w:rFonts w:ascii="Times New Roman" w:hAnsi="Times New Roman" w:cs="Times New Roman"/>
          <w:b/>
        </w:rPr>
        <w:t xml:space="preserve">  (10 marks)</w:t>
      </w:r>
    </w:p>
    <w:p w14:paraId="14D2FAAF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CE7C664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2B2DAB8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27DB05F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AE3D2BA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17F57B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F3113E1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8D447F3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2D916DF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D4F4639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545D10B" w14:textId="77777777" w:rsidR="007002CA" w:rsidRPr="00F52E71" w:rsidRDefault="00000000">
      <w:pPr>
        <w:spacing w:before="40" w:after="4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8. </w:t>
      </w:r>
      <w:r w:rsidRPr="00F52E71">
        <w:rPr>
          <w:rFonts w:ascii="Times New Roman" w:hAnsi="Times New Roman" w:cs="Times New Roman"/>
        </w:rPr>
        <w:t>Explain any five adaptations of the ileum to the process of absorption.</w:t>
      </w:r>
      <w:r w:rsidRPr="00F52E71">
        <w:rPr>
          <w:rFonts w:ascii="Times New Roman" w:hAnsi="Times New Roman" w:cs="Times New Roman"/>
          <w:b/>
        </w:rPr>
        <w:t xml:space="preserve">  (10 marks)</w:t>
      </w:r>
    </w:p>
    <w:p w14:paraId="1271991F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2B0BF322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47B3406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5878766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B6216E4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D150391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A36AA3D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E2DDAD3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5030A35F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4F861BA" w14:textId="77777777" w:rsidR="007002CA" w:rsidRPr="00F52E71" w:rsidRDefault="00000000">
      <w:pPr>
        <w:spacing w:after="20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77CA2430" w14:textId="77777777" w:rsidR="007002CA" w:rsidRPr="00F52E71" w:rsidRDefault="00000000">
      <w:pPr>
        <w:spacing w:after="40"/>
        <w:ind w:left="28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b/>
        </w:rPr>
        <w:t xml:space="preserve">b) </w:t>
      </w:r>
      <w:r w:rsidRPr="00F52E71">
        <w:rPr>
          <w:rFonts w:ascii="Times New Roman" w:hAnsi="Times New Roman" w:cs="Times New Roman"/>
        </w:rPr>
        <w:t>Explain any five features or mechanisms that hinder self-pollination in plants.</w:t>
      </w:r>
      <w:r w:rsidRPr="00F52E71">
        <w:rPr>
          <w:rFonts w:ascii="Times New Roman" w:hAnsi="Times New Roman" w:cs="Times New Roman"/>
          <w:b/>
        </w:rPr>
        <w:t xml:space="preserve">  (10 marks)</w:t>
      </w:r>
    </w:p>
    <w:p w14:paraId="20DB3CF3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5BE0554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35DF3332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EBBCA2C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1547DEFE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142640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B054640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4464E4EF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6DAF888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p w14:paraId="0216805D" w14:textId="77777777" w:rsidR="007002CA" w:rsidRPr="00F52E71" w:rsidRDefault="00000000">
      <w:pPr>
        <w:spacing w:after="20"/>
        <w:ind w:left="648"/>
        <w:rPr>
          <w:rFonts w:ascii="Times New Roman" w:hAnsi="Times New Roman" w:cs="Times New Roman"/>
        </w:rPr>
      </w:pPr>
      <w:r w:rsidRPr="00F52E71">
        <w:rPr>
          <w:rFonts w:ascii="Times New Roman" w:hAnsi="Times New Roman" w:cs="Times New Roman"/>
          <w:sz w:val="18"/>
        </w:rPr>
        <w:t>________________________________________________________________________________</w:t>
      </w:r>
    </w:p>
    <w:sectPr w:rsidR="007002CA" w:rsidRPr="00F52E71" w:rsidSect="00034616"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277F3" w14:textId="77777777" w:rsidR="00170E8F" w:rsidRDefault="00170E8F">
      <w:pPr>
        <w:spacing w:after="0" w:line="240" w:lineRule="auto"/>
      </w:pPr>
      <w:r>
        <w:separator/>
      </w:r>
    </w:p>
  </w:endnote>
  <w:endnote w:type="continuationSeparator" w:id="0">
    <w:p w14:paraId="17B7C886" w14:textId="77777777" w:rsidR="00170E8F" w:rsidRDefault="0017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4F6A" w14:textId="77777777" w:rsidR="007002CA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47A1" w14:textId="77777777" w:rsidR="00170E8F" w:rsidRDefault="00170E8F">
      <w:pPr>
        <w:spacing w:after="0" w:line="240" w:lineRule="auto"/>
      </w:pPr>
      <w:r>
        <w:separator/>
      </w:r>
    </w:p>
  </w:footnote>
  <w:footnote w:type="continuationSeparator" w:id="0">
    <w:p w14:paraId="404EC1BF" w14:textId="77777777" w:rsidR="00170E8F" w:rsidRDefault="00170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0877050">
    <w:abstractNumId w:val="8"/>
  </w:num>
  <w:num w:numId="2" w16cid:durableId="610091777">
    <w:abstractNumId w:val="6"/>
  </w:num>
  <w:num w:numId="3" w16cid:durableId="997537254">
    <w:abstractNumId w:val="5"/>
  </w:num>
  <w:num w:numId="4" w16cid:durableId="1977951814">
    <w:abstractNumId w:val="4"/>
  </w:num>
  <w:num w:numId="5" w16cid:durableId="1785535440">
    <w:abstractNumId w:val="7"/>
  </w:num>
  <w:num w:numId="6" w16cid:durableId="1211845147">
    <w:abstractNumId w:val="3"/>
  </w:num>
  <w:num w:numId="7" w16cid:durableId="1068456630">
    <w:abstractNumId w:val="2"/>
  </w:num>
  <w:num w:numId="8" w16cid:durableId="1911961561">
    <w:abstractNumId w:val="1"/>
  </w:num>
  <w:num w:numId="9" w16cid:durableId="1500804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0E8F"/>
    <w:rsid w:val="0029639D"/>
    <w:rsid w:val="00326F90"/>
    <w:rsid w:val="00554178"/>
    <w:rsid w:val="007002CA"/>
    <w:rsid w:val="00AA1D8D"/>
    <w:rsid w:val="00B47730"/>
    <w:rsid w:val="00CB0664"/>
    <w:rsid w:val="00F52E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77EBD2"/>
  <w14:defaultImageDpi w14:val="300"/>
  <w15:docId w15:val="{B444D45F-D104-4079-85E7-3BB6ED1F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2026-09-21T23:40:00Z</dcterms:modified>
  <cp:category/>
</cp:coreProperties>
</file>