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95D6" w14:textId="77777777" w:rsidR="008777B3" w:rsidRPr="00C11C65" w:rsidRDefault="00000000">
      <w:pPr>
        <w:spacing w:after="20"/>
        <w:jc w:val="center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  <w:sz w:val="28"/>
        </w:rPr>
        <w:t>TERM 3 HOLIDAY ASSIGNMENT 2026</w:t>
      </w:r>
    </w:p>
    <w:p w14:paraId="3B9C2742" w14:textId="77777777" w:rsidR="008777B3" w:rsidRPr="00C11C65" w:rsidRDefault="00000000">
      <w:pPr>
        <w:spacing w:after="20"/>
        <w:jc w:val="center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  <w:sz w:val="26"/>
        </w:rPr>
        <w:t>FORM THREE</w:t>
      </w:r>
    </w:p>
    <w:p w14:paraId="709AD3D5" w14:textId="77777777" w:rsidR="008777B3" w:rsidRPr="00C11C65" w:rsidRDefault="00000000">
      <w:pPr>
        <w:spacing w:after="20"/>
        <w:jc w:val="center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  <w:sz w:val="26"/>
        </w:rPr>
        <w:t>AGRICULTURE PAPER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777B3" w:rsidRPr="00C11C65" w14:paraId="5F9DCB4D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60101701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b/>
                <w:sz w:val="18"/>
              </w:rPr>
              <w:t>Section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644F5821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b/>
                <w:sz w:val="18"/>
              </w:rPr>
              <w:t>Question Numbers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52F4D0DD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14FD9730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8777B3" w:rsidRPr="00C11C65" w14:paraId="131A326B" w14:textId="77777777">
        <w:trPr>
          <w:jc w:val="center"/>
        </w:trPr>
        <w:tc>
          <w:tcPr>
            <w:tcW w:w="2592" w:type="dxa"/>
            <w:vAlign w:val="center"/>
          </w:tcPr>
          <w:p w14:paraId="438D3206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Section A</w:t>
            </w:r>
          </w:p>
        </w:tc>
        <w:tc>
          <w:tcPr>
            <w:tcW w:w="2592" w:type="dxa"/>
            <w:vAlign w:val="center"/>
          </w:tcPr>
          <w:p w14:paraId="1AC4DCFC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1 – 18</w:t>
            </w:r>
          </w:p>
        </w:tc>
        <w:tc>
          <w:tcPr>
            <w:tcW w:w="2592" w:type="dxa"/>
            <w:vAlign w:val="center"/>
          </w:tcPr>
          <w:p w14:paraId="0D5E69FF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30 Marks</w:t>
            </w:r>
          </w:p>
        </w:tc>
        <w:tc>
          <w:tcPr>
            <w:tcW w:w="2592" w:type="dxa"/>
            <w:vAlign w:val="center"/>
          </w:tcPr>
          <w:p w14:paraId="7A1502D2" w14:textId="77777777" w:rsidR="008777B3" w:rsidRPr="00C11C65" w:rsidRDefault="008777B3">
            <w:pPr>
              <w:rPr>
                <w:rFonts w:ascii="Times New Roman" w:hAnsi="Times New Roman" w:cs="Times New Roman"/>
              </w:rPr>
            </w:pPr>
          </w:p>
        </w:tc>
      </w:tr>
      <w:tr w:rsidR="008777B3" w:rsidRPr="00C11C65" w14:paraId="3ABD7B44" w14:textId="77777777">
        <w:trPr>
          <w:jc w:val="center"/>
        </w:trPr>
        <w:tc>
          <w:tcPr>
            <w:tcW w:w="2592" w:type="dxa"/>
            <w:vAlign w:val="center"/>
          </w:tcPr>
          <w:p w14:paraId="6F0CFDB9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Section B</w:t>
            </w:r>
          </w:p>
        </w:tc>
        <w:tc>
          <w:tcPr>
            <w:tcW w:w="2592" w:type="dxa"/>
            <w:vAlign w:val="center"/>
          </w:tcPr>
          <w:p w14:paraId="606E8DA7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19 – 22</w:t>
            </w:r>
          </w:p>
        </w:tc>
        <w:tc>
          <w:tcPr>
            <w:tcW w:w="2592" w:type="dxa"/>
            <w:vAlign w:val="center"/>
          </w:tcPr>
          <w:p w14:paraId="0C3D2BCB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20 Marks</w:t>
            </w:r>
          </w:p>
        </w:tc>
        <w:tc>
          <w:tcPr>
            <w:tcW w:w="2592" w:type="dxa"/>
            <w:vAlign w:val="center"/>
          </w:tcPr>
          <w:p w14:paraId="21C5C258" w14:textId="77777777" w:rsidR="008777B3" w:rsidRPr="00C11C65" w:rsidRDefault="008777B3">
            <w:pPr>
              <w:rPr>
                <w:rFonts w:ascii="Times New Roman" w:hAnsi="Times New Roman" w:cs="Times New Roman"/>
              </w:rPr>
            </w:pPr>
          </w:p>
        </w:tc>
      </w:tr>
      <w:tr w:rsidR="008777B3" w:rsidRPr="00C11C65" w14:paraId="53C3344E" w14:textId="77777777">
        <w:trPr>
          <w:jc w:val="center"/>
        </w:trPr>
        <w:tc>
          <w:tcPr>
            <w:tcW w:w="2592" w:type="dxa"/>
            <w:vAlign w:val="center"/>
          </w:tcPr>
          <w:p w14:paraId="122EBC9E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Section C</w:t>
            </w:r>
          </w:p>
        </w:tc>
        <w:tc>
          <w:tcPr>
            <w:tcW w:w="2592" w:type="dxa"/>
            <w:vAlign w:val="center"/>
          </w:tcPr>
          <w:p w14:paraId="2606B5DE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23 – 25 (Answer any 2)</w:t>
            </w:r>
          </w:p>
        </w:tc>
        <w:tc>
          <w:tcPr>
            <w:tcW w:w="2592" w:type="dxa"/>
            <w:vAlign w:val="center"/>
          </w:tcPr>
          <w:p w14:paraId="6A7BCF87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40 Marks</w:t>
            </w:r>
          </w:p>
        </w:tc>
        <w:tc>
          <w:tcPr>
            <w:tcW w:w="2592" w:type="dxa"/>
            <w:vAlign w:val="center"/>
          </w:tcPr>
          <w:p w14:paraId="2AD54BA1" w14:textId="77777777" w:rsidR="008777B3" w:rsidRPr="00C11C65" w:rsidRDefault="008777B3">
            <w:pPr>
              <w:rPr>
                <w:rFonts w:ascii="Times New Roman" w:hAnsi="Times New Roman" w:cs="Times New Roman"/>
              </w:rPr>
            </w:pPr>
          </w:p>
        </w:tc>
      </w:tr>
      <w:tr w:rsidR="008777B3" w:rsidRPr="00C11C65" w14:paraId="22F8AD56" w14:textId="77777777">
        <w:trPr>
          <w:jc w:val="center"/>
        </w:trPr>
        <w:tc>
          <w:tcPr>
            <w:tcW w:w="2592" w:type="dxa"/>
            <w:vAlign w:val="center"/>
          </w:tcPr>
          <w:p w14:paraId="02BA85DB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2592" w:type="dxa"/>
            <w:vAlign w:val="center"/>
          </w:tcPr>
          <w:p w14:paraId="48ADDD27" w14:textId="77777777" w:rsidR="008777B3" w:rsidRPr="00C11C65" w:rsidRDefault="008777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vAlign w:val="center"/>
          </w:tcPr>
          <w:p w14:paraId="5109FCA8" w14:textId="77777777" w:rsidR="008777B3" w:rsidRPr="00C11C65" w:rsidRDefault="00000000">
            <w:pPr>
              <w:rPr>
                <w:rFonts w:ascii="Times New Roman" w:hAnsi="Times New Roman" w:cs="Times New Roman"/>
              </w:rPr>
            </w:pPr>
            <w:r w:rsidRPr="00C11C65">
              <w:rPr>
                <w:rFonts w:ascii="Times New Roman" w:hAnsi="Times New Roman" w:cs="Times New Roman"/>
                <w:sz w:val="18"/>
              </w:rPr>
              <w:t>90 Marks</w:t>
            </w:r>
          </w:p>
        </w:tc>
        <w:tc>
          <w:tcPr>
            <w:tcW w:w="2592" w:type="dxa"/>
            <w:vAlign w:val="center"/>
          </w:tcPr>
          <w:p w14:paraId="072EA18F" w14:textId="77777777" w:rsidR="008777B3" w:rsidRPr="00C11C65" w:rsidRDefault="008777B3">
            <w:pPr>
              <w:rPr>
                <w:rFonts w:ascii="Times New Roman" w:hAnsi="Times New Roman" w:cs="Times New Roman"/>
              </w:rPr>
            </w:pPr>
          </w:p>
        </w:tc>
      </w:tr>
    </w:tbl>
    <w:p w14:paraId="391E9389" w14:textId="77777777" w:rsidR="008777B3" w:rsidRPr="00C11C65" w:rsidRDefault="008777B3">
      <w:pPr>
        <w:spacing w:after="20"/>
        <w:rPr>
          <w:rFonts w:ascii="Times New Roman" w:hAnsi="Times New Roman" w:cs="Times New Roman"/>
        </w:rPr>
      </w:pPr>
    </w:p>
    <w:p w14:paraId="650EB9B2" w14:textId="77777777" w:rsidR="008777B3" w:rsidRPr="00C11C65" w:rsidRDefault="00000000">
      <w:pPr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</w:rPr>
        <w:br w:type="page"/>
      </w:r>
    </w:p>
    <w:p w14:paraId="00F6D415" w14:textId="77777777" w:rsidR="008777B3" w:rsidRPr="00C11C65" w:rsidRDefault="00000000">
      <w:pPr>
        <w:spacing w:after="40"/>
        <w:jc w:val="center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  <w:sz w:val="24"/>
        </w:rPr>
        <w:lastRenderedPageBreak/>
        <w:t>SECTION A (30 MARKS)</w:t>
      </w:r>
    </w:p>
    <w:p w14:paraId="7472AE4B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1. </w:t>
      </w:r>
      <w:r w:rsidRPr="00C11C65">
        <w:rPr>
          <w:rFonts w:ascii="Times New Roman" w:hAnsi="Times New Roman" w:cs="Times New Roman"/>
        </w:rPr>
        <w:t>State four roles of worker bees in a bee colony.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6E957B20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7A1773A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867EEF9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2. </w:t>
      </w:r>
      <w:r w:rsidRPr="00C11C65">
        <w:rPr>
          <w:rFonts w:ascii="Times New Roman" w:hAnsi="Times New Roman" w:cs="Times New Roman"/>
        </w:rPr>
        <w:t>Name a tool used for each of the following: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16478686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a) </w:t>
      </w:r>
      <w:r w:rsidRPr="00C11C65">
        <w:rPr>
          <w:rFonts w:ascii="Times New Roman" w:hAnsi="Times New Roman" w:cs="Times New Roman"/>
        </w:rPr>
        <w:t>Tightening barbed wire.</w:t>
      </w:r>
      <w:r w:rsidRPr="00C11C65">
        <w:rPr>
          <w:rFonts w:ascii="Times New Roman" w:hAnsi="Times New Roman" w:cs="Times New Roman"/>
          <w:b/>
        </w:rPr>
        <w:t xml:space="preserve">  (½ mark)</w:t>
      </w:r>
    </w:p>
    <w:p w14:paraId="510081C5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7F3A29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Digging and collecting manure.</w:t>
      </w:r>
      <w:r w:rsidRPr="00C11C65">
        <w:rPr>
          <w:rFonts w:ascii="Times New Roman" w:hAnsi="Times New Roman" w:cs="Times New Roman"/>
          <w:b/>
        </w:rPr>
        <w:t xml:space="preserve">  (½ mark)</w:t>
      </w:r>
    </w:p>
    <w:p w14:paraId="7AE6F754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9AB59D0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3. </w:t>
      </w:r>
      <w:r w:rsidRPr="00C11C65">
        <w:rPr>
          <w:rFonts w:ascii="Times New Roman" w:hAnsi="Times New Roman" w:cs="Times New Roman"/>
        </w:rPr>
        <w:t>List four routes through which pathogens can enter the body of an animal.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0DA143A0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EAC1A67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B7DD3FC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4. </w:t>
      </w:r>
      <w:r w:rsidRPr="00C11C65">
        <w:rPr>
          <w:rFonts w:ascii="Times New Roman" w:hAnsi="Times New Roman" w:cs="Times New Roman"/>
        </w:rPr>
        <w:t>What is the term used when the hind legs of a foetus come out first during parturition?</w:t>
      </w:r>
      <w:r w:rsidRPr="00C11C65">
        <w:rPr>
          <w:rFonts w:ascii="Times New Roman" w:hAnsi="Times New Roman" w:cs="Times New Roman"/>
          <w:b/>
        </w:rPr>
        <w:t xml:space="preserve">  (½ mark)</w:t>
      </w:r>
    </w:p>
    <w:p w14:paraId="153A3A0C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5D1AD7B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5. </w:t>
      </w:r>
      <w:r w:rsidRPr="00C11C65">
        <w:rPr>
          <w:rFonts w:ascii="Times New Roman" w:hAnsi="Times New Roman" w:cs="Times New Roman"/>
        </w:rPr>
        <w:t>Give four reasons for maintaining farm tools.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07F940B2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033ADA2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998BF78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6. </w:t>
      </w:r>
      <w:r w:rsidRPr="00C11C65">
        <w:rPr>
          <w:rFonts w:ascii="Times New Roman" w:hAnsi="Times New Roman" w:cs="Times New Roman"/>
        </w:rPr>
        <w:t>Name a breed of pigs with the following characteristics: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53F65176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i) </w:t>
      </w:r>
      <w:r w:rsidRPr="00C11C65">
        <w:rPr>
          <w:rFonts w:ascii="Times New Roman" w:hAnsi="Times New Roman" w:cs="Times New Roman"/>
        </w:rPr>
        <w:t>Black body with a white patch on the shoulder and foreleg.</w:t>
      </w:r>
      <w:r w:rsidRPr="00C11C65">
        <w:rPr>
          <w:rFonts w:ascii="Times New Roman" w:hAnsi="Times New Roman" w:cs="Times New Roman"/>
          <w:b/>
        </w:rPr>
        <w:t xml:space="preserve">  (½ mark)</w:t>
      </w:r>
    </w:p>
    <w:p w14:paraId="2B9FEF30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1A7DDAE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ii) </w:t>
      </w:r>
      <w:r w:rsidRPr="00C11C65">
        <w:rPr>
          <w:rFonts w:ascii="Times New Roman" w:hAnsi="Times New Roman" w:cs="Times New Roman"/>
        </w:rPr>
        <w:t>White body with blue/black spots.</w:t>
      </w:r>
      <w:r w:rsidRPr="00C11C65">
        <w:rPr>
          <w:rFonts w:ascii="Times New Roman" w:hAnsi="Times New Roman" w:cs="Times New Roman"/>
          <w:b/>
        </w:rPr>
        <w:t xml:space="preserve">  (½ mark)</w:t>
      </w:r>
    </w:p>
    <w:p w14:paraId="0FF01C81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9822E80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7. </w:t>
      </w:r>
      <w:r w:rsidRPr="00C11C65">
        <w:rPr>
          <w:rFonts w:ascii="Times New Roman" w:hAnsi="Times New Roman" w:cs="Times New Roman"/>
        </w:rPr>
        <w:t>Mention two tools used for cutting mature horns in cattle.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623E895D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4289CB7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8. </w:t>
      </w:r>
      <w:r w:rsidRPr="00C11C65">
        <w:rPr>
          <w:rFonts w:ascii="Times New Roman" w:hAnsi="Times New Roman" w:cs="Times New Roman"/>
        </w:rPr>
        <w:t>Name the other component or tool commonly used together with each of the following: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7510C97B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a) </w:t>
      </w:r>
      <w:r w:rsidRPr="00C11C65">
        <w:rPr>
          <w:rFonts w:ascii="Times New Roman" w:hAnsi="Times New Roman" w:cs="Times New Roman"/>
        </w:rPr>
        <w:t>Canula.</w:t>
      </w:r>
      <w:r w:rsidRPr="00C11C65">
        <w:rPr>
          <w:rFonts w:ascii="Times New Roman" w:hAnsi="Times New Roman" w:cs="Times New Roman"/>
          <w:b/>
        </w:rPr>
        <w:t xml:space="preserve">  (½ mark)</w:t>
      </w:r>
    </w:p>
    <w:p w14:paraId="200E6BF2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44FEAEB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  <w:lang w:val="de-DE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Brace.</w:t>
      </w:r>
      <w:r w:rsidRPr="00C11C65">
        <w:rPr>
          <w:rFonts w:ascii="Times New Roman" w:hAnsi="Times New Roman" w:cs="Times New Roman"/>
          <w:b/>
        </w:rPr>
        <w:t xml:space="preserve">  </w:t>
      </w:r>
      <w:r w:rsidRPr="00C11C65">
        <w:rPr>
          <w:rFonts w:ascii="Times New Roman" w:hAnsi="Times New Roman" w:cs="Times New Roman"/>
          <w:b/>
          <w:lang w:val="de-DE"/>
        </w:rPr>
        <w:t>(½ mark)</w:t>
      </w:r>
    </w:p>
    <w:p w14:paraId="68F42890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  <w:lang w:val="de-DE"/>
        </w:rPr>
      </w:pPr>
      <w:r w:rsidRPr="00C11C65">
        <w:rPr>
          <w:rFonts w:ascii="Times New Roman" w:hAnsi="Times New Roman" w:cs="Times New Roman"/>
          <w:sz w:val="18"/>
          <w:lang w:val="de-DE"/>
        </w:rPr>
        <w:t>________________________________________________________________________________</w:t>
      </w:r>
    </w:p>
    <w:p w14:paraId="79C50B6E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  <w:lang w:val="de-DE"/>
        </w:rPr>
      </w:pPr>
      <w:r w:rsidRPr="00C11C65">
        <w:rPr>
          <w:rFonts w:ascii="Times New Roman" w:hAnsi="Times New Roman" w:cs="Times New Roman"/>
          <w:b/>
          <w:lang w:val="de-DE"/>
        </w:rPr>
        <w:t xml:space="preserve">c) </w:t>
      </w:r>
      <w:r w:rsidRPr="00C11C65">
        <w:rPr>
          <w:rFonts w:ascii="Times New Roman" w:hAnsi="Times New Roman" w:cs="Times New Roman"/>
          <w:lang w:val="de-DE"/>
        </w:rPr>
        <w:t>Elastrator.</w:t>
      </w:r>
      <w:r w:rsidRPr="00C11C65">
        <w:rPr>
          <w:rFonts w:ascii="Times New Roman" w:hAnsi="Times New Roman" w:cs="Times New Roman"/>
          <w:b/>
          <w:lang w:val="de-DE"/>
        </w:rPr>
        <w:t xml:space="preserve">  (½ mark)</w:t>
      </w:r>
    </w:p>
    <w:p w14:paraId="1754631D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  <w:lang w:val="de-DE"/>
        </w:rPr>
      </w:pPr>
      <w:r w:rsidRPr="00C11C65">
        <w:rPr>
          <w:rFonts w:ascii="Times New Roman" w:hAnsi="Times New Roman" w:cs="Times New Roman"/>
          <w:sz w:val="18"/>
          <w:lang w:val="de-DE"/>
        </w:rPr>
        <w:t>________________________________________________________________________________</w:t>
      </w:r>
    </w:p>
    <w:p w14:paraId="1B6B1598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  <w:lang w:val="de-DE"/>
        </w:rPr>
        <w:t xml:space="preserve">d) </w:t>
      </w:r>
      <w:r w:rsidRPr="00C11C65">
        <w:rPr>
          <w:rFonts w:ascii="Times New Roman" w:hAnsi="Times New Roman" w:cs="Times New Roman"/>
          <w:lang w:val="de-DE"/>
        </w:rPr>
        <w:t>Wood chisel.</w:t>
      </w:r>
      <w:r w:rsidRPr="00C11C65">
        <w:rPr>
          <w:rFonts w:ascii="Times New Roman" w:hAnsi="Times New Roman" w:cs="Times New Roman"/>
          <w:b/>
          <w:lang w:val="de-DE"/>
        </w:rPr>
        <w:t xml:space="preserve">  </w:t>
      </w:r>
      <w:r w:rsidRPr="00C11C65">
        <w:rPr>
          <w:rFonts w:ascii="Times New Roman" w:hAnsi="Times New Roman" w:cs="Times New Roman"/>
          <w:b/>
        </w:rPr>
        <w:t>(½ mark)</w:t>
      </w:r>
    </w:p>
    <w:p w14:paraId="76283BB0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086B61E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9. </w:t>
      </w:r>
      <w:r w:rsidRPr="00C11C65">
        <w:rPr>
          <w:rFonts w:ascii="Times New Roman" w:hAnsi="Times New Roman" w:cs="Times New Roman"/>
        </w:rPr>
        <w:t>Name the four stages that ticks go through in their life cycle.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4B055505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69B7C88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60538EF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10. </w:t>
      </w:r>
      <w:r w:rsidRPr="00C11C65">
        <w:rPr>
          <w:rFonts w:ascii="Times New Roman" w:hAnsi="Times New Roman" w:cs="Times New Roman"/>
        </w:rPr>
        <w:t>State two reasons why a wire loop hanging in a Kenya Top Bar Hive (KTBH) is recommended.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01660644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20AFF39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11. </w:t>
      </w:r>
      <w:r w:rsidRPr="00C11C65">
        <w:rPr>
          <w:rFonts w:ascii="Times New Roman" w:hAnsi="Times New Roman" w:cs="Times New Roman"/>
        </w:rPr>
        <w:t>State four reasons for castration in pig production.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3AEE011B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7AD2E1E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9CF0F6A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12. </w:t>
      </w:r>
      <w:r w:rsidRPr="00C11C65">
        <w:rPr>
          <w:rFonts w:ascii="Times New Roman" w:hAnsi="Times New Roman" w:cs="Times New Roman"/>
        </w:rPr>
        <w:t>Distinguish between the following practices in livestock production:</w:t>
      </w:r>
      <w:r w:rsidRPr="00C11C65">
        <w:rPr>
          <w:rFonts w:ascii="Times New Roman" w:hAnsi="Times New Roman" w:cs="Times New Roman"/>
          <w:b/>
        </w:rPr>
        <w:t xml:space="preserve">  (4 marks)</w:t>
      </w:r>
    </w:p>
    <w:p w14:paraId="078F192C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a) </w:t>
      </w:r>
      <w:r w:rsidRPr="00C11C65">
        <w:rPr>
          <w:rFonts w:ascii="Times New Roman" w:hAnsi="Times New Roman" w:cs="Times New Roman"/>
        </w:rPr>
        <w:t>Crutching and ringing in sheep production.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17C56149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A31FF1F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B14F452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Cropping and harvesting in fish farming.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2DEDC023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4F0CA18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485CA37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13. </w:t>
      </w:r>
      <w:r w:rsidRPr="00C11C65">
        <w:rPr>
          <w:rFonts w:ascii="Times New Roman" w:hAnsi="Times New Roman" w:cs="Times New Roman"/>
        </w:rPr>
        <w:t>Name three methods used in the selection of breeding stock in livestock production.</w:t>
      </w:r>
      <w:r w:rsidRPr="00C11C65">
        <w:rPr>
          <w:rFonts w:ascii="Times New Roman" w:hAnsi="Times New Roman" w:cs="Times New Roman"/>
          <w:b/>
        </w:rPr>
        <w:t xml:space="preserve">  (1½ marks)</w:t>
      </w:r>
    </w:p>
    <w:p w14:paraId="4BAB9578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091EF3E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993DE69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lastRenderedPageBreak/>
        <w:t xml:space="preserve">14. </w:t>
      </w:r>
      <w:r w:rsidRPr="00C11C65">
        <w:rPr>
          <w:rFonts w:ascii="Times New Roman" w:hAnsi="Times New Roman" w:cs="Times New Roman"/>
        </w:rPr>
        <w:t>State two reasons for treating timber.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48C84786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66CB04D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2B464E5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15. </w:t>
      </w:r>
      <w:r w:rsidRPr="00C11C65">
        <w:rPr>
          <w:rFonts w:ascii="Times New Roman" w:hAnsi="Times New Roman" w:cs="Times New Roman"/>
        </w:rPr>
        <w:t>State three cultural uses of livestock.</w:t>
      </w:r>
      <w:r w:rsidRPr="00C11C65">
        <w:rPr>
          <w:rFonts w:ascii="Times New Roman" w:hAnsi="Times New Roman" w:cs="Times New Roman"/>
          <w:b/>
        </w:rPr>
        <w:t xml:space="preserve">  (1½ marks)</w:t>
      </w:r>
    </w:p>
    <w:p w14:paraId="6D8F86BF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6313A42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994CCF9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16. </w:t>
      </w:r>
      <w:r w:rsidRPr="00C11C65">
        <w:rPr>
          <w:rFonts w:ascii="Times New Roman" w:hAnsi="Times New Roman" w:cs="Times New Roman"/>
        </w:rPr>
        <w:t>Name the intermediate host of each of the following endoparasites: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7C881B82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a) </w:t>
      </w:r>
      <w:r w:rsidRPr="00C11C65">
        <w:rPr>
          <w:rFonts w:ascii="Times New Roman" w:hAnsi="Times New Roman" w:cs="Times New Roman"/>
        </w:rPr>
        <w:t>Fasciola hepatica.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0C944D21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05FAB0E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Taenia saginata.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6131F72D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4E450F0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17. </w:t>
      </w:r>
      <w:r w:rsidRPr="00C11C65">
        <w:rPr>
          <w:rFonts w:ascii="Times New Roman" w:hAnsi="Times New Roman" w:cs="Times New Roman"/>
        </w:rPr>
        <w:t>Give three signs of heat in rabbits.</w:t>
      </w:r>
      <w:r w:rsidRPr="00C11C65">
        <w:rPr>
          <w:rFonts w:ascii="Times New Roman" w:hAnsi="Times New Roman" w:cs="Times New Roman"/>
          <w:b/>
        </w:rPr>
        <w:t xml:space="preserve">  (1½ marks)</w:t>
      </w:r>
    </w:p>
    <w:p w14:paraId="5601EDFD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313E4D8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D3EF574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18. </w:t>
      </w:r>
      <w:r w:rsidRPr="00C11C65">
        <w:rPr>
          <w:rFonts w:ascii="Times New Roman" w:hAnsi="Times New Roman" w:cs="Times New Roman"/>
        </w:rPr>
        <w:t>Give two reasons for hoof trimming.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035B4BD2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078613F" w14:textId="77777777" w:rsidR="008777B3" w:rsidRPr="00C11C65" w:rsidRDefault="00000000">
      <w:pPr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</w:rPr>
        <w:br w:type="page"/>
      </w:r>
    </w:p>
    <w:p w14:paraId="0537A34E" w14:textId="77777777" w:rsidR="008777B3" w:rsidRPr="00C11C65" w:rsidRDefault="00000000">
      <w:pPr>
        <w:spacing w:after="40"/>
        <w:jc w:val="center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  <w:sz w:val="24"/>
        </w:rPr>
        <w:lastRenderedPageBreak/>
        <w:t>SECTION B (20 MARKS)</w:t>
      </w:r>
    </w:p>
    <w:p w14:paraId="42808CA7" w14:textId="77777777" w:rsidR="008777B3" w:rsidRPr="00C11C65" w:rsidRDefault="00000000">
      <w:pPr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>Answer ALL questions in this section.</w:t>
      </w:r>
    </w:p>
    <w:p w14:paraId="58A0A7AD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19. </w:t>
      </w:r>
      <w:r w:rsidRPr="00C11C65">
        <w:rPr>
          <w:rFonts w:ascii="Times New Roman" w:hAnsi="Times New Roman" w:cs="Times New Roman"/>
        </w:rPr>
        <w:t>a) Define the term digestible crude protein (DCP).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264D7CDA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5BB8B58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6DD61C6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A farmer wants to prepare 240 kg of calf-rearing ration containing 18% DCP using Pearson's Square method. Calculate the amount of maize containing 9% DCP and sunflower meal containing 30% DCP required to prepare the ration. Show your working.</w:t>
      </w:r>
      <w:r w:rsidRPr="00C11C65">
        <w:rPr>
          <w:rFonts w:ascii="Times New Roman" w:hAnsi="Times New Roman" w:cs="Times New Roman"/>
          <w:b/>
        </w:rPr>
        <w:t xml:space="preserve">  (5 marks)</w:t>
      </w:r>
    </w:p>
    <w:p w14:paraId="75FCA23F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7E9495D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BB06600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945F986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C825642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639AAA8" w14:textId="2E2171C4" w:rsidR="008777B3" w:rsidRDefault="00000000" w:rsidP="00C11C65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20. </w:t>
      </w:r>
      <w:r w:rsidRPr="00C11C65">
        <w:rPr>
          <w:rFonts w:ascii="Times New Roman" w:hAnsi="Times New Roman" w:cs="Times New Roman"/>
        </w:rPr>
        <w:t>The diagram below illustrates an instrument used in cattle breeding. Study it and answer the questions that follow.</w:t>
      </w:r>
    </w:p>
    <w:p w14:paraId="7492B0C9" w14:textId="638C1F50" w:rsidR="00C11C65" w:rsidRPr="00C11C65" w:rsidRDefault="00C11C65" w:rsidP="00C11C65">
      <w:pPr>
        <w:spacing w:before="40" w:after="40"/>
        <w:jc w:val="center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</w:rPr>
        <w:drawing>
          <wp:inline distT="0" distB="0" distL="0" distR="0" wp14:anchorId="119A3CBF" wp14:editId="6BB1AAE2">
            <wp:extent cx="5097780" cy="1809750"/>
            <wp:effectExtent l="0" t="0" r="7620" b="0"/>
            <wp:docPr id="843824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824704" name=""/>
                    <pic:cNvPicPr/>
                  </pic:nvPicPr>
                  <pic:blipFill rotWithShape="1">
                    <a:blip r:embed="rId8"/>
                    <a:srcRect b="15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54A14F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a) </w:t>
      </w:r>
      <w:r w:rsidRPr="00C11C65">
        <w:rPr>
          <w:rFonts w:ascii="Times New Roman" w:hAnsi="Times New Roman" w:cs="Times New Roman"/>
        </w:rPr>
        <w:t>Identify the instrument.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72BD28F7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DD980B1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State the role of the instrument in cattle breeding.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7C2AF4F7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704B2CD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c) </w:t>
      </w:r>
      <w:r w:rsidRPr="00C11C65">
        <w:rPr>
          <w:rFonts w:ascii="Times New Roman" w:hAnsi="Times New Roman" w:cs="Times New Roman"/>
        </w:rPr>
        <w:t>When would it be appropriate to serve a cow after the onset of heat?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2A4C1ABF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4AAD4AC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d) </w:t>
      </w:r>
      <w:r w:rsidRPr="00C11C65">
        <w:rPr>
          <w:rFonts w:ascii="Times New Roman" w:hAnsi="Times New Roman" w:cs="Times New Roman"/>
        </w:rPr>
        <w:t>Apart from the method involving the instrument shown, name two other methods of serving a cow.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68ADA8AB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92C8E52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D5CD6B3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21. </w:t>
      </w:r>
      <w:r w:rsidRPr="00C11C65">
        <w:rPr>
          <w:rFonts w:ascii="Times New Roman" w:hAnsi="Times New Roman" w:cs="Times New Roman"/>
        </w:rPr>
        <w:t>The diagram below illustrates a livestock handling structure. Study it and answer the questions that follow.</w:t>
      </w:r>
    </w:p>
    <w:p w14:paraId="1DA574FC" w14:textId="183ADC9C" w:rsidR="008777B3" w:rsidRPr="00C11C65" w:rsidRDefault="00C11C65" w:rsidP="00C11C65">
      <w:pPr>
        <w:spacing w:before="80" w:after="80"/>
        <w:jc w:val="center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</w:rPr>
        <w:drawing>
          <wp:inline distT="0" distB="0" distL="0" distR="0" wp14:anchorId="252DFFA1" wp14:editId="535C88BA">
            <wp:extent cx="4527550" cy="1746250"/>
            <wp:effectExtent l="0" t="0" r="6350" b="6350"/>
            <wp:docPr id="597980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980808" name=""/>
                    <pic:cNvPicPr/>
                  </pic:nvPicPr>
                  <pic:blipFill rotWithShape="1">
                    <a:blip r:embed="rId9"/>
                    <a:srcRect b="12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174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85A702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i) </w:t>
      </w:r>
      <w:r w:rsidRPr="00C11C65">
        <w:rPr>
          <w:rFonts w:ascii="Times New Roman" w:hAnsi="Times New Roman" w:cs="Times New Roman"/>
        </w:rPr>
        <w:t>Identify the structure.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7564F228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CAAE13E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ii) </w:t>
      </w:r>
      <w:r w:rsidRPr="00C11C65">
        <w:rPr>
          <w:rFonts w:ascii="Times New Roman" w:hAnsi="Times New Roman" w:cs="Times New Roman"/>
        </w:rPr>
        <w:t>Name any three practices that a farmer can carry out in the structure.</w:t>
      </w:r>
      <w:r w:rsidRPr="00C11C65">
        <w:rPr>
          <w:rFonts w:ascii="Times New Roman" w:hAnsi="Times New Roman" w:cs="Times New Roman"/>
          <w:b/>
        </w:rPr>
        <w:t xml:space="preserve">  (3 marks)</w:t>
      </w:r>
    </w:p>
    <w:p w14:paraId="028FD2FB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29D9749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2C1BCE3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D783A7C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22. </w:t>
      </w:r>
      <w:r w:rsidRPr="00C11C65">
        <w:rPr>
          <w:rFonts w:ascii="Times New Roman" w:hAnsi="Times New Roman" w:cs="Times New Roman"/>
        </w:rPr>
        <w:t>The diagram below illustrates the stages of the life cycle of a tick. Study it and answer the questions that follow.</w:t>
      </w:r>
    </w:p>
    <w:p w14:paraId="3868A813" w14:textId="47C33413" w:rsidR="008777B3" w:rsidRPr="00C11C65" w:rsidRDefault="00C11C65" w:rsidP="00C11C65">
      <w:pPr>
        <w:spacing w:before="80" w:after="80"/>
        <w:jc w:val="center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</w:rPr>
        <w:lastRenderedPageBreak/>
        <w:drawing>
          <wp:inline distT="0" distB="0" distL="0" distR="0" wp14:anchorId="26B1923F" wp14:editId="177FF1DA">
            <wp:extent cx="4121150" cy="2520950"/>
            <wp:effectExtent l="0" t="0" r="0" b="0"/>
            <wp:docPr id="1950835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83531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2115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4B2A7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a) </w:t>
      </w:r>
      <w:r w:rsidRPr="00C11C65">
        <w:rPr>
          <w:rFonts w:ascii="Times New Roman" w:hAnsi="Times New Roman" w:cs="Times New Roman"/>
        </w:rPr>
        <w:t>Describe the development of ticks at positions 1, 2, 3 and 4.</w:t>
      </w:r>
      <w:r w:rsidRPr="00C11C65">
        <w:rPr>
          <w:rFonts w:ascii="Times New Roman" w:hAnsi="Times New Roman" w:cs="Times New Roman"/>
          <w:b/>
        </w:rPr>
        <w:t xml:space="preserve">  (4 marks)</w:t>
      </w:r>
    </w:p>
    <w:p w14:paraId="29466AAA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D76C5DE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0917B6A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83859F8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4E02501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Classify the tick on the basis of its life cycle.</w:t>
      </w:r>
      <w:r w:rsidRPr="00C11C65">
        <w:rPr>
          <w:rFonts w:ascii="Times New Roman" w:hAnsi="Times New Roman" w:cs="Times New Roman"/>
          <w:b/>
        </w:rPr>
        <w:t xml:space="preserve">  (1 mark)</w:t>
      </w:r>
    </w:p>
    <w:p w14:paraId="55F8941E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C572D5F" w14:textId="77777777" w:rsidR="008777B3" w:rsidRPr="00C11C65" w:rsidRDefault="00000000">
      <w:pPr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</w:rPr>
        <w:br w:type="page"/>
      </w:r>
    </w:p>
    <w:p w14:paraId="7774739E" w14:textId="77777777" w:rsidR="008777B3" w:rsidRPr="00C11C65" w:rsidRDefault="00000000">
      <w:pPr>
        <w:spacing w:after="40"/>
        <w:jc w:val="center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  <w:sz w:val="24"/>
        </w:rPr>
        <w:lastRenderedPageBreak/>
        <w:t>SECTION C (40 MARKS)</w:t>
      </w:r>
    </w:p>
    <w:p w14:paraId="498479FF" w14:textId="77777777" w:rsidR="008777B3" w:rsidRPr="00C11C65" w:rsidRDefault="00000000">
      <w:pPr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>Answer ANY TWO questions in this section.</w:t>
      </w:r>
    </w:p>
    <w:p w14:paraId="7A490061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23. </w:t>
      </w:r>
      <w:r w:rsidRPr="00C11C65">
        <w:rPr>
          <w:rFonts w:ascii="Times New Roman" w:hAnsi="Times New Roman" w:cs="Times New Roman"/>
        </w:rPr>
        <w:t>a) Explain five factors that a farmer should consider when siting an apiary.</w:t>
      </w:r>
      <w:r w:rsidRPr="00C11C65">
        <w:rPr>
          <w:rFonts w:ascii="Times New Roman" w:hAnsi="Times New Roman" w:cs="Times New Roman"/>
          <w:b/>
        </w:rPr>
        <w:t xml:space="preserve">  (5 marks)</w:t>
      </w:r>
    </w:p>
    <w:p w14:paraId="5DA073C9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F86CB3F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13018F0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D397C23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15C3976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A15292D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Explain the importance of steaming up in dairy cattle.</w:t>
      </w:r>
      <w:r w:rsidRPr="00C11C65">
        <w:rPr>
          <w:rFonts w:ascii="Times New Roman" w:hAnsi="Times New Roman" w:cs="Times New Roman"/>
          <w:b/>
        </w:rPr>
        <w:t xml:space="preserve">  (5 marks)</w:t>
      </w:r>
    </w:p>
    <w:p w14:paraId="58D97DDC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ABE4AF2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14E0093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878FF5E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4E96535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8DC749A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c) </w:t>
      </w:r>
      <w:r w:rsidRPr="00C11C65">
        <w:rPr>
          <w:rFonts w:ascii="Times New Roman" w:hAnsi="Times New Roman" w:cs="Times New Roman"/>
        </w:rPr>
        <w:t>Explain the importance of a hedge on a farm.</w:t>
      </w:r>
      <w:r w:rsidRPr="00C11C65">
        <w:rPr>
          <w:rFonts w:ascii="Times New Roman" w:hAnsi="Times New Roman" w:cs="Times New Roman"/>
          <w:b/>
        </w:rPr>
        <w:t xml:space="preserve">  (10 marks)</w:t>
      </w:r>
    </w:p>
    <w:p w14:paraId="2C720353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CF656A7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16713CC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A6F2564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4FA5495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28BA29B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1EA0347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98C9502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13D3BE1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52EEB85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40E43C7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24. </w:t>
      </w:r>
      <w:r w:rsidRPr="00C11C65">
        <w:rPr>
          <w:rFonts w:ascii="Times New Roman" w:hAnsi="Times New Roman" w:cs="Times New Roman"/>
        </w:rPr>
        <w:t>a) Outline the factors to consider when selecting livestock for breeding.</w:t>
      </w:r>
      <w:r w:rsidRPr="00C11C65">
        <w:rPr>
          <w:rFonts w:ascii="Times New Roman" w:hAnsi="Times New Roman" w:cs="Times New Roman"/>
          <w:b/>
        </w:rPr>
        <w:t xml:space="preserve">  (10 marks)</w:t>
      </w:r>
    </w:p>
    <w:p w14:paraId="424B09CD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3C3D583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AE2ECD7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EA4BD50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0FF6B4B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1C41628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A92C451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B820B5B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6FA50D1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FB2297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C6ACB55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State four signs of heat in pigs.</w:t>
      </w:r>
      <w:r w:rsidRPr="00C11C65">
        <w:rPr>
          <w:rFonts w:ascii="Times New Roman" w:hAnsi="Times New Roman" w:cs="Times New Roman"/>
          <w:b/>
        </w:rPr>
        <w:t xml:space="preserve">  (2 marks)</w:t>
      </w:r>
    </w:p>
    <w:p w14:paraId="78073280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729424C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4E149BC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c) </w:t>
      </w:r>
      <w:r w:rsidRPr="00C11C65">
        <w:rPr>
          <w:rFonts w:ascii="Times New Roman" w:hAnsi="Times New Roman" w:cs="Times New Roman"/>
        </w:rPr>
        <w:t>State the disadvantages of natural mating in livestock breeding.</w:t>
      </w:r>
      <w:r w:rsidRPr="00C11C65">
        <w:rPr>
          <w:rFonts w:ascii="Times New Roman" w:hAnsi="Times New Roman" w:cs="Times New Roman"/>
          <w:b/>
        </w:rPr>
        <w:t xml:space="preserve">  (8 marks)</w:t>
      </w:r>
    </w:p>
    <w:p w14:paraId="21D668E5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982EA7D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E6A9A52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AAF1EA0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B3683B6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567E808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E3D721E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64FC271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CE31EDA" w14:textId="77777777" w:rsidR="008777B3" w:rsidRPr="00C11C65" w:rsidRDefault="00000000">
      <w:pPr>
        <w:spacing w:before="40" w:after="4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25. </w:t>
      </w:r>
      <w:r w:rsidRPr="00C11C65">
        <w:rPr>
          <w:rFonts w:ascii="Times New Roman" w:hAnsi="Times New Roman" w:cs="Times New Roman"/>
        </w:rPr>
        <w:t>a) What factors should be considered when siting farm structures?</w:t>
      </w:r>
      <w:r w:rsidRPr="00C11C65">
        <w:rPr>
          <w:rFonts w:ascii="Times New Roman" w:hAnsi="Times New Roman" w:cs="Times New Roman"/>
          <w:b/>
        </w:rPr>
        <w:t xml:space="preserve">  (10 marks)</w:t>
      </w:r>
    </w:p>
    <w:p w14:paraId="702354B4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675707C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268F886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012FE5B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3B49C15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2D4C637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7C52BE2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2315957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A3D2916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lastRenderedPageBreak/>
        <w:t>________________________________________________________________________________</w:t>
      </w:r>
    </w:p>
    <w:p w14:paraId="675DF998" w14:textId="77777777" w:rsidR="008777B3" w:rsidRPr="00C11C65" w:rsidRDefault="00000000">
      <w:pPr>
        <w:spacing w:after="20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3D3CCC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b) </w:t>
      </w:r>
      <w:r w:rsidRPr="00C11C65">
        <w:rPr>
          <w:rFonts w:ascii="Times New Roman" w:hAnsi="Times New Roman" w:cs="Times New Roman"/>
        </w:rPr>
        <w:t>Describe seven requirements of an ideal calf pen.</w:t>
      </w:r>
      <w:r w:rsidRPr="00C11C65">
        <w:rPr>
          <w:rFonts w:ascii="Times New Roman" w:hAnsi="Times New Roman" w:cs="Times New Roman"/>
          <w:b/>
        </w:rPr>
        <w:t xml:space="preserve">  (7 marks)</w:t>
      </w:r>
    </w:p>
    <w:p w14:paraId="17522C43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678CB20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3155ABA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5464BB8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4D38385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1696F90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4E9D707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9EB2127" w14:textId="77777777" w:rsidR="008777B3" w:rsidRPr="00C11C65" w:rsidRDefault="00000000">
      <w:pPr>
        <w:spacing w:after="40"/>
        <w:ind w:left="28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b/>
        </w:rPr>
        <w:t xml:space="preserve">c) </w:t>
      </w:r>
      <w:r w:rsidRPr="00C11C65">
        <w:rPr>
          <w:rFonts w:ascii="Times New Roman" w:hAnsi="Times New Roman" w:cs="Times New Roman"/>
        </w:rPr>
        <w:t>Name three materials a farmer requires in order to construct a barbed-wire fence.</w:t>
      </w:r>
      <w:r w:rsidRPr="00C11C65">
        <w:rPr>
          <w:rFonts w:ascii="Times New Roman" w:hAnsi="Times New Roman" w:cs="Times New Roman"/>
          <w:b/>
        </w:rPr>
        <w:t xml:space="preserve">  (3 marks)</w:t>
      </w:r>
    </w:p>
    <w:p w14:paraId="5C63A783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61E3E54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14A1262" w14:textId="77777777" w:rsidR="008777B3" w:rsidRPr="00C11C65" w:rsidRDefault="00000000">
      <w:pPr>
        <w:spacing w:after="20"/>
        <w:ind w:left="648"/>
        <w:rPr>
          <w:rFonts w:ascii="Times New Roman" w:hAnsi="Times New Roman" w:cs="Times New Roman"/>
        </w:rPr>
      </w:pPr>
      <w:r w:rsidRPr="00C11C65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sectPr w:rsidR="008777B3" w:rsidRPr="00C11C65" w:rsidSect="00034616">
      <w:footerReference w:type="default" r:id="rId11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8F819" w14:textId="77777777" w:rsidR="00CA414A" w:rsidRDefault="00CA414A">
      <w:pPr>
        <w:spacing w:after="0" w:line="240" w:lineRule="auto"/>
      </w:pPr>
      <w:r>
        <w:separator/>
      </w:r>
    </w:p>
  </w:endnote>
  <w:endnote w:type="continuationSeparator" w:id="0">
    <w:p w14:paraId="14D4C117" w14:textId="77777777" w:rsidR="00CA414A" w:rsidRDefault="00CA4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F7A0B" w14:textId="77777777" w:rsidR="008777B3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8AEEB" w14:textId="77777777" w:rsidR="00CA414A" w:rsidRDefault="00CA414A">
      <w:pPr>
        <w:spacing w:after="0" w:line="240" w:lineRule="auto"/>
      </w:pPr>
      <w:r>
        <w:separator/>
      </w:r>
    </w:p>
  </w:footnote>
  <w:footnote w:type="continuationSeparator" w:id="0">
    <w:p w14:paraId="6F87C097" w14:textId="77777777" w:rsidR="00CA414A" w:rsidRDefault="00CA4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3437042">
    <w:abstractNumId w:val="8"/>
  </w:num>
  <w:num w:numId="2" w16cid:durableId="192157943">
    <w:abstractNumId w:val="6"/>
  </w:num>
  <w:num w:numId="3" w16cid:durableId="2123526282">
    <w:abstractNumId w:val="5"/>
  </w:num>
  <w:num w:numId="4" w16cid:durableId="926960796">
    <w:abstractNumId w:val="4"/>
  </w:num>
  <w:num w:numId="5" w16cid:durableId="1201436824">
    <w:abstractNumId w:val="7"/>
  </w:num>
  <w:num w:numId="6" w16cid:durableId="960572995">
    <w:abstractNumId w:val="3"/>
  </w:num>
  <w:num w:numId="7" w16cid:durableId="426077480">
    <w:abstractNumId w:val="2"/>
  </w:num>
  <w:num w:numId="8" w16cid:durableId="342635356">
    <w:abstractNumId w:val="1"/>
  </w:num>
  <w:num w:numId="9" w16cid:durableId="188128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6F6E"/>
    <w:rsid w:val="0029639D"/>
    <w:rsid w:val="00326F90"/>
    <w:rsid w:val="008777B3"/>
    <w:rsid w:val="00AA1D8D"/>
    <w:rsid w:val="00B47730"/>
    <w:rsid w:val="00C11C65"/>
    <w:rsid w:val="00CA414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45A4A8"/>
  <w14:defaultImageDpi w14:val="300"/>
  <w15:docId w15:val="{0CDC30DF-1DB8-448F-932F-45A6DD76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2150</Words>
  <Characters>12259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2026-09-21T23:18:00Z</dcterms:modified>
  <cp:category/>
</cp:coreProperties>
</file>