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043F3" w14:textId="77777777" w:rsidR="00216ED0" w:rsidRPr="00FF1246" w:rsidRDefault="00000000">
      <w:pPr>
        <w:spacing w:after="20"/>
        <w:jc w:val="center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  <w:sz w:val="28"/>
        </w:rPr>
        <w:t>TERM 3 HOLIDAY ASSIGNMENT 2026</w:t>
      </w:r>
    </w:p>
    <w:p w14:paraId="1A2B7667" w14:textId="77777777" w:rsidR="00216ED0" w:rsidRPr="00FF1246" w:rsidRDefault="00000000">
      <w:pPr>
        <w:spacing w:after="20"/>
        <w:jc w:val="center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  <w:sz w:val="26"/>
        </w:rPr>
        <w:t>FORM THREE</w:t>
      </w:r>
    </w:p>
    <w:p w14:paraId="106A1EF1" w14:textId="77777777" w:rsidR="00216ED0" w:rsidRPr="00FF1246" w:rsidRDefault="00000000">
      <w:pPr>
        <w:spacing w:after="20"/>
        <w:jc w:val="center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  <w:sz w:val="26"/>
        </w:rPr>
        <w:t>AGRICULTURE PAPER 1 (THEORY)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216ED0" w:rsidRPr="00FF1246" w14:paraId="78FAC455" w14:textId="77777777">
        <w:trPr>
          <w:jc w:val="center"/>
        </w:trPr>
        <w:tc>
          <w:tcPr>
            <w:tcW w:w="2592" w:type="dxa"/>
            <w:shd w:val="clear" w:color="auto" w:fill="D9EAF7"/>
            <w:vAlign w:val="center"/>
          </w:tcPr>
          <w:p w14:paraId="17A31047" w14:textId="77777777" w:rsidR="00216ED0" w:rsidRPr="00FF1246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FF1246">
              <w:rPr>
                <w:rFonts w:ascii="Times New Roman" w:hAnsi="Times New Roman" w:cs="Times New Roman"/>
                <w:b/>
                <w:sz w:val="18"/>
              </w:rPr>
              <w:t>Section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65B431C2" w14:textId="77777777" w:rsidR="00216ED0" w:rsidRPr="00FF1246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FF1246">
              <w:rPr>
                <w:rFonts w:ascii="Times New Roman" w:hAnsi="Times New Roman" w:cs="Times New Roman"/>
                <w:b/>
                <w:sz w:val="18"/>
              </w:rPr>
              <w:t>Question Numbers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4CE5C1A2" w14:textId="77777777" w:rsidR="00216ED0" w:rsidRPr="00FF1246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FF1246">
              <w:rPr>
                <w:rFonts w:ascii="Times New Roman" w:hAnsi="Times New Roman" w:cs="Times New Roman"/>
                <w:b/>
                <w:sz w:val="18"/>
              </w:rPr>
              <w:t>Maximum Score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25423BBF" w14:textId="77777777" w:rsidR="00216ED0" w:rsidRPr="00FF1246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FF1246">
              <w:rPr>
                <w:rFonts w:ascii="Times New Roman" w:hAnsi="Times New Roman" w:cs="Times New Roman"/>
                <w:b/>
                <w:sz w:val="18"/>
              </w:rPr>
              <w:t>Candidate's Score</w:t>
            </w:r>
          </w:p>
        </w:tc>
      </w:tr>
      <w:tr w:rsidR="00216ED0" w:rsidRPr="00FF1246" w14:paraId="3D90AAB8" w14:textId="77777777">
        <w:trPr>
          <w:jc w:val="center"/>
        </w:trPr>
        <w:tc>
          <w:tcPr>
            <w:tcW w:w="2592" w:type="dxa"/>
            <w:vAlign w:val="center"/>
          </w:tcPr>
          <w:p w14:paraId="474AE8B0" w14:textId="77777777" w:rsidR="00216ED0" w:rsidRPr="00FF1246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FF1246">
              <w:rPr>
                <w:rFonts w:ascii="Times New Roman" w:hAnsi="Times New Roman" w:cs="Times New Roman"/>
                <w:sz w:val="18"/>
              </w:rPr>
              <w:t>Section A</w:t>
            </w:r>
          </w:p>
        </w:tc>
        <w:tc>
          <w:tcPr>
            <w:tcW w:w="2592" w:type="dxa"/>
            <w:vAlign w:val="center"/>
          </w:tcPr>
          <w:p w14:paraId="1FCD92DD" w14:textId="77777777" w:rsidR="00216ED0" w:rsidRPr="00FF1246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FF1246">
              <w:rPr>
                <w:rFonts w:ascii="Times New Roman" w:hAnsi="Times New Roman" w:cs="Times New Roman"/>
                <w:sz w:val="18"/>
              </w:rPr>
              <w:t>1 – 17</w:t>
            </w:r>
          </w:p>
        </w:tc>
        <w:tc>
          <w:tcPr>
            <w:tcW w:w="2592" w:type="dxa"/>
            <w:vAlign w:val="center"/>
          </w:tcPr>
          <w:p w14:paraId="2C87E37B" w14:textId="77777777" w:rsidR="00216ED0" w:rsidRPr="00FF1246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FF1246">
              <w:rPr>
                <w:rFonts w:ascii="Times New Roman" w:hAnsi="Times New Roman" w:cs="Times New Roman"/>
                <w:sz w:val="18"/>
              </w:rPr>
              <w:t>30 Marks*</w:t>
            </w:r>
          </w:p>
        </w:tc>
        <w:tc>
          <w:tcPr>
            <w:tcW w:w="2592" w:type="dxa"/>
            <w:vAlign w:val="center"/>
          </w:tcPr>
          <w:p w14:paraId="742EAC30" w14:textId="77777777" w:rsidR="00216ED0" w:rsidRPr="00FF1246" w:rsidRDefault="00216ED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16ED0" w:rsidRPr="00FF1246" w14:paraId="1A44A823" w14:textId="77777777">
        <w:trPr>
          <w:jc w:val="center"/>
        </w:trPr>
        <w:tc>
          <w:tcPr>
            <w:tcW w:w="2592" w:type="dxa"/>
            <w:vAlign w:val="center"/>
          </w:tcPr>
          <w:p w14:paraId="71F2234A" w14:textId="77777777" w:rsidR="00216ED0" w:rsidRPr="00FF1246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FF1246">
              <w:rPr>
                <w:rFonts w:ascii="Times New Roman" w:hAnsi="Times New Roman" w:cs="Times New Roman"/>
                <w:sz w:val="18"/>
              </w:rPr>
              <w:t>Section B</w:t>
            </w:r>
          </w:p>
        </w:tc>
        <w:tc>
          <w:tcPr>
            <w:tcW w:w="2592" w:type="dxa"/>
            <w:vAlign w:val="center"/>
          </w:tcPr>
          <w:p w14:paraId="7140D4E7" w14:textId="77777777" w:rsidR="00216ED0" w:rsidRPr="00FF1246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FF1246">
              <w:rPr>
                <w:rFonts w:ascii="Times New Roman" w:hAnsi="Times New Roman" w:cs="Times New Roman"/>
                <w:sz w:val="18"/>
              </w:rPr>
              <w:t>18 – 21</w:t>
            </w:r>
          </w:p>
        </w:tc>
        <w:tc>
          <w:tcPr>
            <w:tcW w:w="2592" w:type="dxa"/>
            <w:vAlign w:val="center"/>
          </w:tcPr>
          <w:p w14:paraId="5F34880B" w14:textId="77777777" w:rsidR="00216ED0" w:rsidRPr="00FF1246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FF1246">
              <w:rPr>
                <w:rFonts w:ascii="Times New Roman" w:hAnsi="Times New Roman" w:cs="Times New Roman"/>
                <w:sz w:val="18"/>
              </w:rPr>
              <w:t>20 Marks</w:t>
            </w:r>
          </w:p>
        </w:tc>
        <w:tc>
          <w:tcPr>
            <w:tcW w:w="2592" w:type="dxa"/>
            <w:vAlign w:val="center"/>
          </w:tcPr>
          <w:p w14:paraId="7D53FE03" w14:textId="77777777" w:rsidR="00216ED0" w:rsidRPr="00FF1246" w:rsidRDefault="00216ED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16ED0" w:rsidRPr="00FF1246" w14:paraId="6CD06899" w14:textId="77777777">
        <w:trPr>
          <w:jc w:val="center"/>
        </w:trPr>
        <w:tc>
          <w:tcPr>
            <w:tcW w:w="2592" w:type="dxa"/>
            <w:vAlign w:val="center"/>
          </w:tcPr>
          <w:p w14:paraId="56F301AF" w14:textId="77777777" w:rsidR="00216ED0" w:rsidRPr="00FF1246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FF1246">
              <w:rPr>
                <w:rFonts w:ascii="Times New Roman" w:hAnsi="Times New Roman" w:cs="Times New Roman"/>
                <w:sz w:val="18"/>
              </w:rPr>
              <w:t>Section C</w:t>
            </w:r>
          </w:p>
        </w:tc>
        <w:tc>
          <w:tcPr>
            <w:tcW w:w="2592" w:type="dxa"/>
            <w:vAlign w:val="center"/>
          </w:tcPr>
          <w:p w14:paraId="43946E8A" w14:textId="77777777" w:rsidR="00216ED0" w:rsidRPr="00FF1246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FF1246">
              <w:rPr>
                <w:rFonts w:ascii="Times New Roman" w:hAnsi="Times New Roman" w:cs="Times New Roman"/>
                <w:sz w:val="18"/>
              </w:rPr>
              <w:t>22 – 24 (Answer any 2)</w:t>
            </w:r>
          </w:p>
        </w:tc>
        <w:tc>
          <w:tcPr>
            <w:tcW w:w="2592" w:type="dxa"/>
            <w:vAlign w:val="center"/>
          </w:tcPr>
          <w:p w14:paraId="3061876A" w14:textId="77777777" w:rsidR="00216ED0" w:rsidRPr="00FF1246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FF1246">
              <w:rPr>
                <w:rFonts w:ascii="Times New Roman" w:hAnsi="Times New Roman" w:cs="Times New Roman"/>
                <w:sz w:val="18"/>
              </w:rPr>
              <w:t>40 Marks</w:t>
            </w:r>
          </w:p>
        </w:tc>
        <w:tc>
          <w:tcPr>
            <w:tcW w:w="2592" w:type="dxa"/>
            <w:vAlign w:val="center"/>
          </w:tcPr>
          <w:p w14:paraId="2894BAD6" w14:textId="77777777" w:rsidR="00216ED0" w:rsidRPr="00FF1246" w:rsidRDefault="00216ED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16ED0" w:rsidRPr="00FF1246" w14:paraId="3D9F168C" w14:textId="77777777">
        <w:trPr>
          <w:jc w:val="center"/>
        </w:trPr>
        <w:tc>
          <w:tcPr>
            <w:tcW w:w="2592" w:type="dxa"/>
            <w:vAlign w:val="center"/>
          </w:tcPr>
          <w:p w14:paraId="1249B304" w14:textId="77777777" w:rsidR="00216ED0" w:rsidRPr="00FF1246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FF1246">
              <w:rPr>
                <w:rFonts w:ascii="Times New Roman" w:hAnsi="Times New Roman" w:cs="Times New Roman"/>
                <w:sz w:val="18"/>
              </w:rPr>
              <w:t>TOTAL</w:t>
            </w:r>
          </w:p>
        </w:tc>
        <w:tc>
          <w:tcPr>
            <w:tcW w:w="2592" w:type="dxa"/>
            <w:vAlign w:val="center"/>
          </w:tcPr>
          <w:p w14:paraId="306556A1" w14:textId="77777777" w:rsidR="00216ED0" w:rsidRPr="00FF1246" w:rsidRDefault="00216ED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vAlign w:val="center"/>
          </w:tcPr>
          <w:p w14:paraId="3AB91E7A" w14:textId="77777777" w:rsidR="00216ED0" w:rsidRPr="00FF1246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FF1246">
              <w:rPr>
                <w:rFonts w:ascii="Times New Roman" w:hAnsi="Times New Roman" w:cs="Times New Roman"/>
                <w:sz w:val="18"/>
              </w:rPr>
              <w:t>90 Marks*</w:t>
            </w:r>
          </w:p>
        </w:tc>
        <w:tc>
          <w:tcPr>
            <w:tcW w:w="2592" w:type="dxa"/>
            <w:vAlign w:val="center"/>
          </w:tcPr>
          <w:p w14:paraId="6AD30CCD" w14:textId="77777777" w:rsidR="00216ED0" w:rsidRPr="00FF1246" w:rsidRDefault="00216ED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B30DF4A" w14:textId="77777777" w:rsidR="00216ED0" w:rsidRPr="00FF1246" w:rsidRDefault="00216ED0">
      <w:pPr>
        <w:spacing w:after="20"/>
        <w:rPr>
          <w:rFonts w:ascii="Times New Roman" w:hAnsi="Times New Roman" w:cs="Times New Roman"/>
        </w:rPr>
      </w:pPr>
    </w:p>
    <w:p w14:paraId="4B7AA00C" w14:textId="77777777" w:rsidR="00216ED0" w:rsidRPr="00FF1246" w:rsidRDefault="00000000">
      <w:pPr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</w:rPr>
        <w:br w:type="page"/>
      </w:r>
    </w:p>
    <w:p w14:paraId="3A5AD329" w14:textId="77777777" w:rsidR="00216ED0" w:rsidRPr="00FF1246" w:rsidRDefault="00000000">
      <w:pPr>
        <w:spacing w:after="40"/>
        <w:jc w:val="center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  <w:sz w:val="24"/>
        </w:rPr>
        <w:lastRenderedPageBreak/>
        <w:t>SECTION A (30 MARKS*)</w:t>
      </w:r>
    </w:p>
    <w:p w14:paraId="10106101" w14:textId="77777777" w:rsidR="00216ED0" w:rsidRPr="00FF1246" w:rsidRDefault="00000000">
      <w:pPr>
        <w:spacing w:before="40" w:after="6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1. </w:t>
      </w:r>
      <w:r w:rsidRPr="00FF1246">
        <w:rPr>
          <w:rFonts w:ascii="Times New Roman" w:hAnsi="Times New Roman" w:cs="Times New Roman"/>
        </w:rPr>
        <w:t>List any three climatic factors that influence crop production.</w:t>
      </w:r>
      <w:r w:rsidRPr="00FF1246">
        <w:rPr>
          <w:rFonts w:ascii="Times New Roman" w:hAnsi="Times New Roman" w:cs="Times New Roman"/>
          <w:b/>
        </w:rPr>
        <w:t xml:space="preserve">  (1½ marks)</w:t>
      </w:r>
    </w:p>
    <w:p w14:paraId="5F6625AC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CC02E2B" w14:textId="77777777" w:rsidR="00216ED0" w:rsidRPr="00FF1246" w:rsidRDefault="00000000">
      <w:pPr>
        <w:spacing w:before="40" w:after="6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2. </w:t>
      </w:r>
      <w:r w:rsidRPr="00FF1246">
        <w:rPr>
          <w:rFonts w:ascii="Times New Roman" w:hAnsi="Times New Roman" w:cs="Times New Roman"/>
        </w:rPr>
        <w:t>State four ways by which nutrients may be lost from the soil.</w:t>
      </w:r>
      <w:r w:rsidRPr="00FF1246">
        <w:rPr>
          <w:rFonts w:ascii="Times New Roman" w:hAnsi="Times New Roman" w:cs="Times New Roman"/>
          <w:b/>
        </w:rPr>
        <w:t xml:space="preserve">  (2 marks)</w:t>
      </w:r>
    </w:p>
    <w:p w14:paraId="23B81D09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93EAE05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4A6E829" w14:textId="77777777" w:rsidR="00216ED0" w:rsidRPr="00FF1246" w:rsidRDefault="00000000">
      <w:pPr>
        <w:spacing w:before="40" w:after="6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3. </w:t>
      </w:r>
      <w:r w:rsidRPr="00FF1246">
        <w:rPr>
          <w:rFonts w:ascii="Times New Roman" w:hAnsi="Times New Roman" w:cs="Times New Roman"/>
        </w:rPr>
        <w:t>List three aspects of light that influence crop growth.</w:t>
      </w:r>
      <w:r w:rsidRPr="00FF1246">
        <w:rPr>
          <w:rFonts w:ascii="Times New Roman" w:hAnsi="Times New Roman" w:cs="Times New Roman"/>
          <w:b/>
        </w:rPr>
        <w:t xml:space="preserve">  (1½ marks)</w:t>
      </w:r>
    </w:p>
    <w:p w14:paraId="3225276A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665E207" w14:textId="77777777" w:rsidR="00216ED0" w:rsidRPr="00FF1246" w:rsidRDefault="00000000">
      <w:pPr>
        <w:spacing w:before="40" w:after="6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4. </w:t>
      </w:r>
      <w:r w:rsidRPr="00FF1246">
        <w:rPr>
          <w:rFonts w:ascii="Times New Roman" w:hAnsi="Times New Roman" w:cs="Times New Roman"/>
        </w:rPr>
        <w:t>Name two types of water pumps which can be used on a farm.</w:t>
      </w:r>
      <w:r w:rsidRPr="00FF1246">
        <w:rPr>
          <w:rFonts w:ascii="Times New Roman" w:hAnsi="Times New Roman" w:cs="Times New Roman"/>
          <w:b/>
        </w:rPr>
        <w:t xml:space="preserve">  (1 marks)</w:t>
      </w:r>
    </w:p>
    <w:p w14:paraId="1D9CFC30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A838884" w14:textId="77777777" w:rsidR="00216ED0" w:rsidRPr="00FF1246" w:rsidRDefault="00000000">
      <w:pPr>
        <w:spacing w:before="40" w:after="6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5. </w:t>
      </w:r>
      <w:r w:rsidRPr="00FF1246">
        <w:rPr>
          <w:rFonts w:ascii="Times New Roman" w:hAnsi="Times New Roman" w:cs="Times New Roman"/>
        </w:rPr>
        <w:t>Outline four characteristics of plants used in the preparation of green manure.</w:t>
      </w:r>
      <w:r w:rsidRPr="00FF1246">
        <w:rPr>
          <w:rFonts w:ascii="Times New Roman" w:hAnsi="Times New Roman" w:cs="Times New Roman"/>
          <w:b/>
        </w:rPr>
        <w:t xml:space="preserve">  (2 marks)</w:t>
      </w:r>
    </w:p>
    <w:p w14:paraId="131909F2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29F4229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2B9F00A" w14:textId="77777777" w:rsidR="00216ED0" w:rsidRPr="00FF1246" w:rsidRDefault="00000000">
      <w:pPr>
        <w:spacing w:before="40" w:after="6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6. </w:t>
      </w:r>
      <w:r w:rsidRPr="00FF1246">
        <w:rPr>
          <w:rFonts w:ascii="Times New Roman" w:hAnsi="Times New Roman" w:cs="Times New Roman"/>
        </w:rPr>
        <w:t>State four roles of organic matter in sandy soil.</w:t>
      </w:r>
      <w:r w:rsidRPr="00FF1246">
        <w:rPr>
          <w:rFonts w:ascii="Times New Roman" w:hAnsi="Times New Roman" w:cs="Times New Roman"/>
          <w:b/>
        </w:rPr>
        <w:t xml:space="preserve">  (2 marks)</w:t>
      </w:r>
    </w:p>
    <w:p w14:paraId="623AA4F8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ED7A950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2875F7E" w14:textId="77777777" w:rsidR="00216ED0" w:rsidRPr="00FF1246" w:rsidRDefault="00000000">
      <w:pPr>
        <w:spacing w:before="40" w:after="6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7. </w:t>
      </w:r>
      <w:r w:rsidRPr="00FF1246">
        <w:rPr>
          <w:rFonts w:ascii="Times New Roman" w:hAnsi="Times New Roman" w:cs="Times New Roman"/>
        </w:rPr>
        <w:t>What are the causes of blossom end rot disease in tomatoes?</w:t>
      </w:r>
      <w:r w:rsidRPr="00FF1246">
        <w:rPr>
          <w:rFonts w:ascii="Times New Roman" w:hAnsi="Times New Roman" w:cs="Times New Roman"/>
          <w:b/>
        </w:rPr>
        <w:t xml:space="preserve">  (1½ marks)</w:t>
      </w:r>
    </w:p>
    <w:p w14:paraId="0E674150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A415A0E" w14:textId="77777777" w:rsidR="00216ED0" w:rsidRPr="00FF1246" w:rsidRDefault="00000000">
      <w:pPr>
        <w:spacing w:before="40" w:after="6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8. </w:t>
      </w:r>
      <w:r w:rsidRPr="00FF1246">
        <w:rPr>
          <w:rFonts w:ascii="Times New Roman" w:hAnsi="Times New Roman" w:cs="Times New Roman"/>
        </w:rPr>
        <w:t>Give two reasons why soil testing is carried out in crop production.</w:t>
      </w:r>
      <w:r w:rsidRPr="00FF1246">
        <w:rPr>
          <w:rFonts w:ascii="Times New Roman" w:hAnsi="Times New Roman" w:cs="Times New Roman"/>
          <w:b/>
        </w:rPr>
        <w:t xml:space="preserve">  (1 marks)</w:t>
      </w:r>
    </w:p>
    <w:p w14:paraId="28288336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53E63F8" w14:textId="77777777" w:rsidR="00216ED0" w:rsidRPr="00FF1246" w:rsidRDefault="00000000">
      <w:pPr>
        <w:spacing w:before="40" w:after="6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9. </w:t>
      </w:r>
      <w:r w:rsidRPr="00FF1246">
        <w:rPr>
          <w:rFonts w:ascii="Times New Roman" w:hAnsi="Times New Roman" w:cs="Times New Roman"/>
        </w:rPr>
        <w:t>State four characteristics of phosphatic fertilizers.</w:t>
      </w:r>
      <w:r w:rsidRPr="00FF1246">
        <w:rPr>
          <w:rFonts w:ascii="Times New Roman" w:hAnsi="Times New Roman" w:cs="Times New Roman"/>
          <w:b/>
        </w:rPr>
        <w:t xml:space="preserve">  (2 marks)</w:t>
      </w:r>
    </w:p>
    <w:p w14:paraId="358DE129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F03A0FD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943BB23" w14:textId="77777777" w:rsidR="00216ED0" w:rsidRPr="00FF1246" w:rsidRDefault="00000000">
      <w:pPr>
        <w:spacing w:before="40" w:after="6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10. </w:t>
      </w:r>
      <w:r w:rsidRPr="00FF1246">
        <w:rPr>
          <w:rFonts w:ascii="Times New Roman" w:hAnsi="Times New Roman" w:cs="Times New Roman"/>
        </w:rPr>
        <w:t>Calculate the plant population of a piece of land measuring 0.72 ha planted with maize at a spacing of 90 cm by 40 cm. Show your working.</w:t>
      </w:r>
      <w:r w:rsidRPr="00FF1246">
        <w:rPr>
          <w:rFonts w:ascii="Times New Roman" w:hAnsi="Times New Roman" w:cs="Times New Roman"/>
          <w:b/>
        </w:rPr>
        <w:t xml:space="preserve">  (3 marks)</w:t>
      </w:r>
    </w:p>
    <w:p w14:paraId="666F1484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E72EDE2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A1CE074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0DB8474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0752676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9517247" w14:textId="77777777" w:rsidR="00216ED0" w:rsidRPr="00FF1246" w:rsidRDefault="00000000">
      <w:pPr>
        <w:spacing w:before="40" w:after="6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11. </w:t>
      </w:r>
      <w:r w:rsidRPr="00FF1246">
        <w:rPr>
          <w:rFonts w:ascii="Times New Roman" w:hAnsi="Times New Roman" w:cs="Times New Roman"/>
        </w:rPr>
        <w:t>State three methods of breaking dormancy in some crops before planting.</w:t>
      </w:r>
      <w:r w:rsidRPr="00FF1246">
        <w:rPr>
          <w:rFonts w:ascii="Times New Roman" w:hAnsi="Times New Roman" w:cs="Times New Roman"/>
          <w:b/>
        </w:rPr>
        <w:t xml:space="preserve">  (1½ marks)</w:t>
      </w:r>
    </w:p>
    <w:p w14:paraId="2499FFE9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2FB599F" w14:textId="77777777" w:rsidR="00216ED0" w:rsidRPr="00FF1246" w:rsidRDefault="00000000">
      <w:pPr>
        <w:spacing w:before="40" w:after="6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12. </w:t>
      </w:r>
      <w:r w:rsidRPr="00FF1246">
        <w:rPr>
          <w:rFonts w:ascii="Times New Roman" w:hAnsi="Times New Roman" w:cs="Times New Roman"/>
        </w:rPr>
        <w:t>Give one reason for carrying out each of the following practices in a tomato nursery.</w:t>
      </w:r>
      <w:r w:rsidRPr="00FF1246">
        <w:rPr>
          <w:rFonts w:ascii="Times New Roman" w:hAnsi="Times New Roman" w:cs="Times New Roman"/>
          <w:b/>
        </w:rPr>
        <w:t xml:space="preserve">  (2 marks)</w:t>
      </w:r>
    </w:p>
    <w:p w14:paraId="3FAA09A5" w14:textId="77777777" w:rsidR="00216ED0" w:rsidRPr="00FF1246" w:rsidRDefault="00000000">
      <w:pPr>
        <w:spacing w:after="40"/>
        <w:ind w:left="28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i) </w:t>
      </w:r>
      <w:r w:rsidRPr="00FF1246">
        <w:rPr>
          <w:rFonts w:ascii="Times New Roman" w:hAnsi="Times New Roman" w:cs="Times New Roman"/>
        </w:rPr>
        <w:t>Pricking out.</w:t>
      </w:r>
      <w:r w:rsidRPr="00FF1246">
        <w:rPr>
          <w:rFonts w:ascii="Times New Roman" w:hAnsi="Times New Roman" w:cs="Times New Roman"/>
          <w:b/>
        </w:rPr>
        <w:t xml:space="preserve">  (1 marks)</w:t>
      </w:r>
    </w:p>
    <w:p w14:paraId="7940D375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6FD2B83" w14:textId="77777777" w:rsidR="00216ED0" w:rsidRPr="00FF1246" w:rsidRDefault="00000000">
      <w:pPr>
        <w:spacing w:after="40"/>
        <w:ind w:left="28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ii) </w:t>
      </w:r>
      <w:r w:rsidRPr="00FF1246">
        <w:rPr>
          <w:rFonts w:ascii="Times New Roman" w:hAnsi="Times New Roman" w:cs="Times New Roman"/>
        </w:rPr>
        <w:t>Hardening off.</w:t>
      </w:r>
      <w:r w:rsidRPr="00FF1246">
        <w:rPr>
          <w:rFonts w:ascii="Times New Roman" w:hAnsi="Times New Roman" w:cs="Times New Roman"/>
          <w:b/>
        </w:rPr>
        <w:t xml:space="preserve">  (1 marks)</w:t>
      </w:r>
    </w:p>
    <w:p w14:paraId="797B0BBD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07E58FC" w14:textId="77777777" w:rsidR="00216ED0" w:rsidRPr="00FF1246" w:rsidRDefault="00000000">
      <w:pPr>
        <w:spacing w:before="40" w:after="6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13. </w:t>
      </w:r>
      <w:r w:rsidRPr="00FF1246">
        <w:rPr>
          <w:rFonts w:ascii="Times New Roman" w:hAnsi="Times New Roman" w:cs="Times New Roman"/>
        </w:rPr>
        <w:t>State four agents of soil erosion.</w:t>
      </w:r>
      <w:r w:rsidRPr="00FF1246">
        <w:rPr>
          <w:rFonts w:ascii="Times New Roman" w:hAnsi="Times New Roman" w:cs="Times New Roman"/>
          <w:b/>
        </w:rPr>
        <w:t xml:space="preserve">  (2 marks)</w:t>
      </w:r>
    </w:p>
    <w:p w14:paraId="0A2870D3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C7D07C0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39F1F76" w14:textId="77777777" w:rsidR="00216ED0" w:rsidRPr="00FF1246" w:rsidRDefault="00000000">
      <w:pPr>
        <w:spacing w:before="40" w:after="6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14. </w:t>
      </w:r>
      <w:r w:rsidRPr="00FF1246">
        <w:rPr>
          <w:rFonts w:ascii="Times New Roman" w:hAnsi="Times New Roman" w:cs="Times New Roman"/>
        </w:rPr>
        <w:t>Define the following terms:</w:t>
      </w:r>
    </w:p>
    <w:p w14:paraId="3A86D7C5" w14:textId="77777777" w:rsidR="00216ED0" w:rsidRPr="00FF1246" w:rsidRDefault="00000000">
      <w:pPr>
        <w:spacing w:after="40"/>
        <w:ind w:left="28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i) </w:t>
      </w:r>
      <w:r w:rsidRPr="00FF1246">
        <w:rPr>
          <w:rFonts w:ascii="Times New Roman" w:hAnsi="Times New Roman" w:cs="Times New Roman"/>
        </w:rPr>
        <w:t>Afforestation.</w:t>
      </w:r>
      <w:r w:rsidRPr="00FF1246">
        <w:rPr>
          <w:rFonts w:ascii="Times New Roman" w:hAnsi="Times New Roman" w:cs="Times New Roman"/>
          <w:b/>
        </w:rPr>
        <w:t xml:space="preserve">  (1 marks)</w:t>
      </w:r>
    </w:p>
    <w:p w14:paraId="62107B9A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D62B763" w14:textId="77777777" w:rsidR="00216ED0" w:rsidRPr="00FF1246" w:rsidRDefault="00000000">
      <w:pPr>
        <w:spacing w:after="40"/>
        <w:ind w:left="28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ii) </w:t>
      </w:r>
      <w:r w:rsidRPr="00FF1246">
        <w:rPr>
          <w:rFonts w:ascii="Times New Roman" w:hAnsi="Times New Roman" w:cs="Times New Roman"/>
        </w:rPr>
        <w:t>Re-afforestation.</w:t>
      </w:r>
      <w:r w:rsidRPr="00FF1246">
        <w:rPr>
          <w:rFonts w:ascii="Times New Roman" w:hAnsi="Times New Roman" w:cs="Times New Roman"/>
          <w:b/>
        </w:rPr>
        <w:t xml:space="preserve">  (1 marks)</w:t>
      </w:r>
    </w:p>
    <w:p w14:paraId="3F220EC8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89DE2E1" w14:textId="77777777" w:rsidR="00216ED0" w:rsidRPr="00FF1246" w:rsidRDefault="00000000">
      <w:pPr>
        <w:spacing w:before="40" w:after="6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15. </w:t>
      </w:r>
      <w:r w:rsidRPr="00FF1246">
        <w:rPr>
          <w:rFonts w:ascii="Times New Roman" w:hAnsi="Times New Roman" w:cs="Times New Roman"/>
        </w:rPr>
        <w:t>List four types of terraces.</w:t>
      </w:r>
      <w:r w:rsidRPr="00FF1246">
        <w:rPr>
          <w:rFonts w:ascii="Times New Roman" w:hAnsi="Times New Roman" w:cs="Times New Roman"/>
          <w:b/>
        </w:rPr>
        <w:t xml:space="preserve">  (2 marks)</w:t>
      </w:r>
    </w:p>
    <w:p w14:paraId="7C158B81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195D5CA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C377F06" w14:textId="77777777" w:rsidR="00216ED0" w:rsidRPr="00FF1246" w:rsidRDefault="00000000">
      <w:pPr>
        <w:spacing w:before="40" w:after="6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16. </w:t>
      </w:r>
      <w:r w:rsidRPr="00FF1246">
        <w:rPr>
          <w:rFonts w:ascii="Times New Roman" w:hAnsi="Times New Roman" w:cs="Times New Roman"/>
        </w:rPr>
        <w:t>State four ways in which a land title deed is important to a farmer.</w:t>
      </w:r>
      <w:r w:rsidRPr="00FF1246">
        <w:rPr>
          <w:rFonts w:ascii="Times New Roman" w:hAnsi="Times New Roman" w:cs="Times New Roman"/>
          <w:b/>
        </w:rPr>
        <w:t xml:space="preserve">  (2 marks)</w:t>
      </w:r>
    </w:p>
    <w:p w14:paraId="0810DE74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A32B061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lastRenderedPageBreak/>
        <w:t>________________________________________________________________________________</w:t>
      </w:r>
    </w:p>
    <w:p w14:paraId="55A54178" w14:textId="77777777" w:rsidR="00216ED0" w:rsidRPr="00FF1246" w:rsidRDefault="00000000">
      <w:pPr>
        <w:spacing w:before="40" w:after="6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17. </w:t>
      </w:r>
      <w:r w:rsidRPr="00FF1246">
        <w:rPr>
          <w:rFonts w:ascii="Times New Roman" w:hAnsi="Times New Roman" w:cs="Times New Roman"/>
        </w:rPr>
        <w:t>State two forms of collective land tenure in Kenya.</w:t>
      </w:r>
      <w:r w:rsidRPr="00FF1246">
        <w:rPr>
          <w:rFonts w:ascii="Times New Roman" w:hAnsi="Times New Roman" w:cs="Times New Roman"/>
          <w:b/>
        </w:rPr>
        <w:t xml:space="preserve">  (2 marks)</w:t>
      </w:r>
    </w:p>
    <w:p w14:paraId="3FCD7654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8415745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DBDDB58" w14:textId="77777777" w:rsidR="00216ED0" w:rsidRPr="00FF1246" w:rsidRDefault="00000000">
      <w:pPr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</w:rPr>
        <w:br w:type="page"/>
      </w:r>
    </w:p>
    <w:p w14:paraId="47947A50" w14:textId="77777777" w:rsidR="00216ED0" w:rsidRPr="00FF1246" w:rsidRDefault="00000000">
      <w:pPr>
        <w:spacing w:after="40"/>
        <w:jc w:val="center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  <w:sz w:val="24"/>
        </w:rPr>
        <w:lastRenderedPageBreak/>
        <w:t>SECTION B (20 MARKS)</w:t>
      </w:r>
    </w:p>
    <w:p w14:paraId="26252382" w14:textId="77777777" w:rsidR="00216ED0" w:rsidRPr="00FF1246" w:rsidRDefault="00000000">
      <w:pPr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>Answer ALL questions in the spaces provided.</w:t>
      </w:r>
    </w:p>
    <w:p w14:paraId="79D000E6" w14:textId="77777777" w:rsidR="00216ED0" w:rsidRPr="00FF1246" w:rsidRDefault="00000000">
      <w:pPr>
        <w:spacing w:before="40" w:after="6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18. </w:t>
      </w:r>
      <w:r w:rsidRPr="00FF1246">
        <w:rPr>
          <w:rFonts w:ascii="Times New Roman" w:hAnsi="Times New Roman" w:cs="Times New Roman"/>
        </w:rPr>
        <w:t>a) Distinguish between straight fertilizers and compound fertilizers.</w:t>
      </w:r>
      <w:r w:rsidRPr="00FF1246">
        <w:rPr>
          <w:rFonts w:ascii="Times New Roman" w:hAnsi="Times New Roman" w:cs="Times New Roman"/>
          <w:b/>
        </w:rPr>
        <w:t xml:space="preserve">  (2 marks)</w:t>
      </w:r>
    </w:p>
    <w:p w14:paraId="3BBF6D1E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9C9F197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345F198" w14:textId="77777777" w:rsidR="00216ED0" w:rsidRPr="00FF1246" w:rsidRDefault="00000000">
      <w:pPr>
        <w:spacing w:after="40"/>
        <w:ind w:left="28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b) </w:t>
      </w:r>
      <w:r w:rsidRPr="00FF1246">
        <w:rPr>
          <w:rFonts w:ascii="Times New Roman" w:hAnsi="Times New Roman" w:cs="Times New Roman"/>
        </w:rPr>
        <w:t>A farmer applied 150 kg of CAN (20% N) per hectare on a four-hectare maize crop. Calculate the amount of nitrogen the farmer applied on the crop. Show your working.</w:t>
      </w:r>
      <w:r w:rsidRPr="00FF1246">
        <w:rPr>
          <w:rFonts w:ascii="Times New Roman" w:hAnsi="Times New Roman" w:cs="Times New Roman"/>
          <w:b/>
        </w:rPr>
        <w:t xml:space="preserve">  (5 marks)</w:t>
      </w:r>
    </w:p>
    <w:p w14:paraId="7D520F7C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028FBE3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F540669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586C6E7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E89872C" w14:textId="77777777" w:rsidR="00216ED0" w:rsidRPr="00FF1246" w:rsidRDefault="00000000">
      <w:pPr>
        <w:spacing w:before="40" w:after="6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19. </w:t>
      </w:r>
      <w:r w:rsidRPr="00FF1246">
        <w:rPr>
          <w:rFonts w:ascii="Times New Roman" w:hAnsi="Times New Roman" w:cs="Times New Roman"/>
        </w:rPr>
        <w:t>The diagram below shows a soil sampling method. Study it and answer the questions that follow.</w:t>
      </w:r>
    </w:p>
    <w:p w14:paraId="203372B3" w14:textId="2A2BBC6F" w:rsidR="00FF1246" w:rsidRPr="00FF1246" w:rsidRDefault="00FF1246" w:rsidP="00FF1246">
      <w:pPr>
        <w:spacing w:after="40"/>
        <w:ind w:left="288"/>
        <w:jc w:val="center"/>
        <w:rPr>
          <w:rFonts w:ascii="Times New Roman" w:hAnsi="Times New Roman" w:cs="Times New Roman"/>
          <w:i/>
          <w:sz w:val="17"/>
        </w:rPr>
      </w:pPr>
      <w:r w:rsidRPr="00FF1246">
        <w:rPr>
          <w:rFonts w:ascii="Times New Roman" w:hAnsi="Times New Roman" w:cs="Times New Roman"/>
          <w:i/>
          <w:sz w:val="17"/>
        </w:rPr>
        <w:drawing>
          <wp:inline distT="0" distB="0" distL="0" distR="0" wp14:anchorId="6AE8C95C" wp14:editId="692EEDFD">
            <wp:extent cx="5168900" cy="2006600"/>
            <wp:effectExtent l="0" t="0" r="0" b="0"/>
            <wp:docPr id="21274249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424968" name=""/>
                    <pic:cNvPicPr/>
                  </pic:nvPicPr>
                  <pic:blipFill rotWithShape="1">
                    <a:blip r:embed="rId8"/>
                    <a:srcRect b="136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0" cy="2006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40276D" w14:textId="6C15ED09" w:rsidR="00216ED0" w:rsidRPr="00FF1246" w:rsidRDefault="00000000">
      <w:pPr>
        <w:spacing w:after="40"/>
        <w:ind w:left="28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i) </w:t>
      </w:r>
      <w:r w:rsidRPr="00FF1246">
        <w:rPr>
          <w:rFonts w:ascii="Times New Roman" w:hAnsi="Times New Roman" w:cs="Times New Roman"/>
        </w:rPr>
        <w:t>Identify the soil sampling method illustrated.</w:t>
      </w:r>
      <w:r w:rsidRPr="00FF1246">
        <w:rPr>
          <w:rFonts w:ascii="Times New Roman" w:hAnsi="Times New Roman" w:cs="Times New Roman"/>
          <w:b/>
        </w:rPr>
        <w:t xml:space="preserve">  (1 marks)</w:t>
      </w:r>
    </w:p>
    <w:p w14:paraId="5C3582E6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BEB869A" w14:textId="77777777" w:rsidR="00216ED0" w:rsidRPr="00FF1246" w:rsidRDefault="00000000">
      <w:pPr>
        <w:spacing w:after="40"/>
        <w:ind w:left="28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ii) </w:t>
      </w:r>
      <w:r w:rsidRPr="00FF1246">
        <w:rPr>
          <w:rFonts w:ascii="Times New Roman" w:hAnsi="Times New Roman" w:cs="Times New Roman"/>
        </w:rPr>
        <w:t>State four activities that are carried out during soil sampling in the field.</w:t>
      </w:r>
      <w:r w:rsidRPr="00FF1246">
        <w:rPr>
          <w:rFonts w:ascii="Times New Roman" w:hAnsi="Times New Roman" w:cs="Times New Roman"/>
          <w:b/>
        </w:rPr>
        <w:t xml:space="preserve">  (4 marks)</w:t>
      </w:r>
    </w:p>
    <w:p w14:paraId="65977BA3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F6F172B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3D8CF98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FA0E78B" w14:textId="77777777" w:rsidR="00216ED0" w:rsidRPr="00FF1246" w:rsidRDefault="00000000">
      <w:pPr>
        <w:spacing w:after="40"/>
        <w:ind w:left="28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iii) </w:t>
      </w:r>
      <w:r w:rsidRPr="00FF1246">
        <w:rPr>
          <w:rFonts w:ascii="Times New Roman" w:hAnsi="Times New Roman" w:cs="Times New Roman"/>
        </w:rPr>
        <w:t>What information should the sample have before being taken to the laboratory?</w:t>
      </w:r>
      <w:r w:rsidRPr="00FF1246">
        <w:rPr>
          <w:rFonts w:ascii="Times New Roman" w:hAnsi="Times New Roman" w:cs="Times New Roman"/>
          <w:b/>
        </w:rPr>
        <w:t xml:space="preserve">  (2 marks)</w:t>
      </w:r>
    </w:p>
    <w:p w14:paraId="2ADF737F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95EAB39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FDB8C9D" w14:textId="77777777" w:rsidR="00216ED0" w:rsidRPr="00FF1246" w:rsidRDefault="00000000">
      <w:pPr>
        <w:spacing w:before="40" w:after="6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20. </w:t>
      </w:r>
      <w:r w:rsidRPr="00FF1246">
        <w:rPr>
          <w:rFonts w:ascii="Times New Roman" w:hAnsi="Times New Roman" w:cs="Times New Roman"/>
        </w:rPr>
        <w:t>The diagram below shows a crop pest and the damaged crop. Study it and answer the questions that follow.</w:t>
      </w:r>
    </w:p>
    <w:p w14:paraId="44AE33E2" w14:textId="240FD609" w:rsidR="00216ED0" w:rsidRPr="00FF1246" w:rsidRDefault="008A1311" w:rsidP="008A1311">
      <w:pPr>
        <w:spacing w:before="80"/>
        <w:jc w:val="center"/>
        <w:rPr>
          <w:rFonts w:ascii="Times New Roman" w:hAnsi="Times New Roman" w:cs="Times New Roman"/>
        </w:rPr>
      </w:pPr>
      <w:r w:rsidRPr="008A1311">
        <w:rPr>
          <w:rFonts w:ascii="Times New Roman" w:hAnsi="Times New Roman" w:cs="Times New Roman"/>
        </w:rPr>
        <w:drawing>
          <wp:inline distT="0" distB="0" distL="0" distR="0" wp14:anchorId="0E92D83C" wp14:editId="4A6DAFF9">
            <wp:extent cx="4329430" cy="1752600"/>
            <wp:effectExtent l="0" t="0" r="0" b="0"/>
            <wp:docPr id="7560937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093721" name=""/>
                    <pic:cNvPicPr/>
                  </pic:nvPicPr>
                  <pic:blipFill rotWithShape="1">
                    <a:blip r:embed="rId9"/>
                    <a:srcRect b="144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9430" cy="1752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093E90" w14:textId="77777777" w:rsidR="00216ED0" w:rsidRPr="00FF1246" w:rsidRDefault="00000000">
      <w:pPr>
        <w:spacing w:after="40"/>
        <w:ind w:left="28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a) </w:t>
      </w:r>
      <w:r w:rsidRPr="00FF1246">
        <w:rPr>
          <w:rFonts w:ascii="Times New Roman" w:hAnsi="Times New Roman" w:cs="Times New Roman"/>
        </w:rPr>
        <w:t>Identify the crop pest illustrated.</w:t>
      </w:r>
      <w:r w:rsidRPr="00FF1246">
        <w:rPr>
          <w:rFonts w:ascii="Times New Roman" w:hAnsi="Times New Roman" w:cs="Times New Roman"/>
          <w:b/>
        </w:rPr>
        <w:t xml:space="preserve">  (1 marks)</w:t>
      </w:r>
    </w:p>
    <w:p w14:paraId="7FB215DE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DFDD3A4" w14:textId="77777777" w:rsidR="00216ED0" w:rsidRPr="00FF1246" w:rsidRDefault="00000000">
      <w:pPr>
        <w:spacing w:after="40"/>
        <w:ind w:left="28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b) </w:t>
      </w:r>
      <w:r w:rsidRPr="00FF1246">
        <w:rPr>
          <w:rFonts w:ascii="Times New Roman" w:hAnsi="Times New Roman" w:cs="Times New Roman"/>
        </w:rPr>
        <w:t>State one way of controlling the pest.</w:t>
      </w:r>
      <w:r w:rsidRPr="00FF1246">
        <w:rPr>
          <w:rFonts w:ascii="Times New Roman" w:hAnsi="Times New Roman" w:cs="Times New Roman"/>
          <w:b/>
        </w:rPr>
        <w:t xml:space="preserve">  (1 marks)</w:t>
      </w:r>
    </w:p>
    <w:p w14:paraId="3DAD2D4B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7AF73AF" w14:textId="77777777" w:rsidR="00216ED0" w:rsidRPr="00FF1246" w:rsidRDefault="00000000">
      <w:pPr>
        <w:spacing w:before="40" w:after="6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21. </w:t>
      </w:r>
      <w:r w:rsidRPr="00FF1246">
        <w:rPr>
          <w:rFonts w:ascii="Times New Roman" w:hAnsi="Times New Roman" w:cs="Times New Roman"/>
        </w:rPr>
        <w:t>The diagram below illustrates a type of soil erosion.</w:t>
      </w:r>
    </w:p>
    <w:p w14:paraId="60F5C774" w14:textId="3E899D5E" w:rsidR="00216ED0" w:rsidRPr="00FF1246" w:rsidRDefault="008A1311" w:rsidP="008A1311">
      <w:pPr>
        <w:spacing w:before="80"/>
        <w:jc w:val="center"/>
        <w:rPr>
          <w:rFonts w:ascii="Times New Roman" w:hAnsi="Times New Roman" w:cs="Times New Roman"/>
        </w:rPr>
      </w:pPr>
      <w:r w:rsidRPr="008A1311">
        <w:rPr>
          <w:rFonts w:ascii="Times New Roman" w:hAnsi="Times New Roman" w:cs="Times New Roman"/>
        </w:rPr>
        <w:lastRenderedPageBreak/>
        <w:drawing>
          <wp:inline distT="0" distB="0" distL="0" distR="0" wp14:anchorId="4066F22B" wp14:editId="44D45EAD">
            <wp:extent cx="5021580" cy="2000250"/>
            <wp:effectExtent l="0" t="0" r="7620" b="0"/>
            <wp:docPr id="17010520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052022" name=""/>
                    <pic:cNvPicPr/>
                  </pic:nvPicPr>
                  <pic:blipFill rotWithShape="1">
                    <a:blip r:embed="rId10"/>
                    <a:srcRect b="13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1580" cy="200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F1A6E6" w14:textId="77777777" w:rsidR="00216ED0" w:rsidRPr="00FF1246" w:rsidRDefault="00000000">
      <w:pPr>
        <w:spacing w:after="40"/>
        <w:ind w:left="28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a) </w:t>
      </w:r>
      <w:r w:rsidRPr="00FF1246">
        <w:rPr>
          <w:rFonts w:ascii="Times New Roman" w:hAnsi="Times New Roman" w:cs="Times New Roman"/>
        </w:rPr>
        <w:t>Identify the type of soil erosion shown.</w:t>
      </w:r>
      <w:r w:rsidRPr="00FF1246">
        <w:rPr>
          <w:rFonts w:ascii="Times New Roman" w:hAnsi="Times New Roman" w:cs="Times New Roman"/>
          <w:b/>
        </w:rPr>
        <w:t xml:space="preserve">  (2 marks)</w:t>
      </w:r>
    </w:p>
    <w:p w14:paraId="049CA5C4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8900C60" w14:textId="77777777" w:rsidR="00216ED0" w:rsidRPr="00FF1246" w:rsidRDefault="00000000">
      <w:pPr>
        <w:spacing w:after="40"/>
        <w:ind w:left="28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b) </w:t>
      </w:r>
      <w:r w:rsidRPr="00FF1246">
        <w:rPr>
          <w:rFonts w:ascii="Times New Roman" w:hAnsi="Times New Roman" w:cs="Times New Roman"/>
        </w:rPr>
        <w:t>Explain how the type of erosion shown occurs.</w:t>
      </w:r>
      <w:r w:rsidRPr="00FF1246">
        <w:rPr>
          <w:rFonts w:ascii="Times New Roman" w:hAnsi="Times New Roman" w:cs="Times New Roman"/>
          <w:b/>
        </w:rPr>
        <w:t xml:space="preserve">  (2 marks)</w:t>
      </w:r>
    </w:p>
    <w:p w14:paraId="19376CE2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E58E1CE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2DB9585" w14:textId="77777777" w:rsidR="00216ED0" w:rsidRPr="00FF1246" w:rsidRDefault="00000000">
      <w:pPr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</w:rPr>
        <w:br w:type="page"/>
      </w:r>
    </w:p>
    <w:p w14:paraId="2D03E88F" w14:textId="77777777" w:rsidR="00216ED0" w:rsidRPr="00FF1246" w:rsidRDefault="00000000">
      <w:pPr>
        <w:spacing w:after="40"/>
        <w:jc w:val="center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  <w:sz w:val="24"/>
        </w:rPr>
        <w:lastRenderedPageBreak/>
        <w:t>SECTION C (40 MARKS)</w:t>
      </w:r>
    </w:p>
    <w:p w14:paraId="09FD763E" w14:textId="77777777" w:rsidR="00216ED0" w:rsidRPr="00FF1246" w:rsidRDefault="00000000">
      <w:pPr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>Answer ANY TWO questions from this section in the spaces provided after question 24.</w:t>
      </w:r>
    </w:p>
    <w:p w14:paraId="5BADD627" w14:textId="77777777" w:rsidR="00216ED0" w:rsidRPr="00FF1246" w:rsidRDefault="00000000">
      <w:pPr>
        <w:spacing w:before="40" w:after="6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22. </w:t>
      </w:r>
      <w:r w:rsidRPr="00FF1246">
        <w:rPr>
          <w:rFonts w:ascii="Times New Roman" w:hAnsi="Times New Roman" w:cs="Times New Roman"/>
        </w:rPr>
        <w:t>a) Explain eight cultural methods of soil and water conservation.</w:t>
      </w:r>
      <w:r w:rsidRPr="00FF1246">
        <w:rPr>
          <w:rFonts w:ascii="Times New Roman" w:hAnsi="Times New Roman" w:cs="Times New Roman"/>
          <w:b/>
        </w:rPr>
        <w:t xml:space="preserve">  (8 marks)</w:t>
      </w:r>
    </w:p>
    <w:p w14:paraId="36FD87C3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74E0567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73217C9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7C74BEA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3B83E4D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E3AF833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7508968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7B41C31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3AA7398" w14:textId="77777777" w:rsidR="00216ED0" w:rsidRPr="00FF1246" w:rsidRDefault="00000000">
      <w:pPr>
        <w:spacing w:after="40"/>
        <w:ind w:left="28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b) </w:t>
      </w:r>
      <w:r w:rsidRPr="00FF1246">
        <w:rPr>
          <w:rFonts w:ascii="Times New Roman" w:hAnsi="Times New Roman" w:cs="Times New Roman"/>
        </w:rPr>
        <w:t>Describe eight methods used in water harvesting.</w:t>
      </w:r>
      <w:r w:rsidRPr="00FF1246">
        <w:rPr>
          <w:rFonts w:ascii="Times New Roman" w:hAnsi="Times New Roman" w:cs="Times New Roman"/>
          <w:b/>
        </w:rPr>
        <w:t xml:space="preserve">  (8 marks)</w:t>
      </w:r>
    </w:p>
    <w:p w14:paraId="2D21685C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5AD589A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62CFB37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6AE3CC7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55E894A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6C5C468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C0CB29C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E2CC291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63121D9" w14:textId="77777777" w:rsidR="00216ED0" w:rsidRPr="00FF1246" w:rsidRDefault="00000000">
      <w:pPr>
        <w:spacing w:after="40"/>
        <w:ind w:left="28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c) </w:t>
      </w:r>
      <w:r w:rsidRPr="00FF1246">
        <w:rPr>
          <w:rFonts w:ascii="Times New Roman" w:hAnsi="Times New Roman" w:cs="Times New Roman"/>
        </w:rPr>
        <w:t>State four agents of soil erosion.</w:t>
      </w:r>
      <w:r w:rsidRPr="00FF1246">
        <w:rPr>
          <w:rFonts w:ascii="Times New Roman" w:hAnsi="Times New Roman" w:cs="Times New Roman"/>
          <w:b/>
        </w:rPr>
        <w:t xml:space="preserve">  (4 marks)</w:t>
      </w:r>
    </w:p>
    <w:p w14:paraId="75EC4E55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585FE2E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074E263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F1DA1DF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ED79A70" w14:textId="77777777" w:rsidR="00216ED0" w:rsidRPr="00FF1246" w:rsidRDefault="00000000">
      <w:pPr>
        <w:spacing w:before="40" w:after="6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23. </w:t>
      </w:r>
      <w:r w:rsidRPr="00FF1246">
        <w:rPr>
          <w:rFonts w:ascii="Times New Roman" w:hAnsi="Times New Roman" w:cs="Times New Roman"/>
        </w:rPr>
        <w:t>a) Describe the production of onions under the following subheadings.</w:t>
      </w:r>
    </w:p>
    <w:p w14:paraId="404CA965" w14:textId="77777777" w:rsidR="00216ED0" w:rsidRPr="00FF1246" w:rsidRDefault="00000000">
      <w:pPr>
        <w:spacing w:after="40"/>
        <w:ind w:left="28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i) </w:t>
      </w:r>
      <w:r w:rsidRPr="00FF1246">
        <w:rPr>
          <w:rFonts w:ascii="Times New Roman" w:hAnsi="Times New Roman" w:cs="Times New Roman"/>
        </w:rPr>
        <w:t>Seedbed preparation.</w:t>
      </w:r>
      <w:r w:rsidRPr="00FF1246">
        <w:rPr>
          <w:rFonts w:ascii="Times New Roman" w:hAnsi="Times New Roman" w:cs="Times New Roman"/>
          <w:b/>
        </w:rPr>
        <w:t xml:space="preserve">  (3 marks)</w:t>
      </w:r>
    </w:p>
    <w:p w14:paraId="580B5CA9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6EE987C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A5CA5C3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F500613" w14:textId="77777777" w:rsidR="00216ED0" w:rsidRPr="00FF1246" w:rsidRDefault="00000000">
      <w:pPr>
        <w:spacing w:after="40"/>
        <w:ind w:left="28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ii) </w:t>
      </w:r>
      <w:r w:rsidRPr="00FF1246">
        <w:rPr>
          <w:rFonts w:ascii="Times New Roman" w:hAnsi="Times New Roman" w:cs="Times New Roman"/>
        </w:rPr>
        <w:t>Field management.</w:t>
      </w:r>
      <w:r w:rsidRPr="00FF1246">
        <w:rPr>
          <w:rFonts w:ascii="Times New Roman" w:hAnsi="Times New Roman" w:cs="Times New Roman"/>
          <w:b/>
        </w:rPr>
        <w:t xml:space="preserve">  (4 marks)</w:t>
      </w:r>
    </w:p>
    <w:p w14:paraId="1C05F7BF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BFE22FE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F91447D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2FD3D90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82F8219" w14:textId="77777777" w:rsidR="00216ED0" w:rsidRPr="00FF1246" w:rsidRDefault="00000000">
      <w:pPr>
        <w:spacing w:after="40"/>
        <w:ind w:left="28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iii) </w:t>
      </w:r>
      <w:r w:rsidRPr="00FF1246">
        <w:rPr>
          <w:rFonts w:ascii="Times New Roman" w:hAnsi="Times New Roman" w:cs="Times New Roman"/>
        </w:rPr>
        <w:t>Harvesting.</w:t>
      </w:r>
      <w:r w:rsidRPr="00FF1246">
        <w:rPr>
          <w:rFonts w:ascii="Times New Roman" w:hAnsi="Times New Roman" w:cs="Times New Roman"/>
          <w:b/>
        </w:rPr>
        <w:t xml:space="preserve">  (3 marks)</w:t>
      </w:r>
    </w:p>
    <w:p w14:paraId="719EC92D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398CA37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7929E62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ED2FFEC" w14:textId="77777777" w:rsidR="00216ED0" w:rsidRPr="00FF1246" w:rsidRDefault="00000000">
      <w:pPr>
        <w:spacing w:after="40"/>
        <w:ind w:left="28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b) </w:t>
      </w:r>
      <w:r w:rsidRPr="00FF1246">
        <w:rPr>
          <w:rFonts w:ascii="Times New Roman" w:hAnsi="Times New Roman" w:cs="Times New Roman"/>
        </w:rPr>
        <w:t>Describe the field management practices for tomatoes.</w:t>
      </w:r>
      <w:r w:rsidRPr="00FF1246">
        <w:rPr>
          <w:rFonts w:ascii="Times New Roman" w:hAnsi="Times New Roman" w:cs="Times New Roman"/>
          <w:b/>
        </w:rPr>
        <w:t xml:space="preserve">  (10 marks)</w:t>
      </w:r>
    </w:p>
    <w:p w14:paraId="5FB0F745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30AF98B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7141D6A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9B95621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62A1C1C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8853C23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A60B5A5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B257E37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867E6D0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50E8384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8D84381" w14:textId="77777777" w:rsidR="00216ED0" w:rsidRPr="00FF1246" w:rsidRDefault="00000000">
      <w:pPr>
        <w:spacing w:before="40" w:after="6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24. </w:t>
      </w:r>
      <w:r w:rsidRPr="00FF1246">
        <w:rPr>
          <w:rFonts w:ascii="Times New Roman" w:hAnsi="Times New Roman" w:cs="Times New Roman"/>
        </w:rPr>
        <w:t>a) State and explain five roles of agriculture in economic development of Kenya.</w:t>
      </w:r>
      <w:r w:rsidRPr="00FF1246">
        <w:rPr>
          <w:rFonts w:ascii="Times New Roman" w:hAnsi="Times New Roman" w:cs="Times New Roman"/>
          <w:b/>
        </w:rPr>
        <w:t xml:space="preserve">  (10 marks)</w:t>
      </w:r>
    </w:p>
    <w:p w14:paraId="1BA2A2ED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95129B3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9B99C6E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0B31115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0A34CC4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3C4B1AD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lastRenderedPageBreak/>
        <w:t>________________________________________________________________________________</w:t>
      </w:r>
    </w:p>
    <w:p w14:paraId="1BE115B6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50AB51F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6D31D1C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C109384" w14:textId="77777777" w:rsidR="00216ED0" w:rsidRPr="00FF1246" w:rsidRDefault="00000000">
      <w:pPr>
        <w:spacing w:after="20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2F7E858" w14:textId="77777777" w:rsidR="00216ED0" w:rsidRPr="00FF1246" w:rsidRDefault="00000000">
      <w:pPr>
        <w:spacing w:after="40"/>
        <w:ind w:left="28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b) </w:t>
      </w:r>
      <w:r w:rsidRPr="00FF1246">
        <w:rPr>
          <w:rFonts w:ascii="Times New Roman" w:hAnsi="Times New Roman" w:cs="Times New Roman"/>
        </w:rPr>
        <w:t>Give two effects of low temperatures on crop growth.</w:t>
      </w:r>
      <w:r w:rsidRPr="00FF1246">
        <w:rPr>
          <w:rFonts w:ascii="Times New Roman" w:hAnsi="Times New Roman" w:cs="Times New Roman"/>
          <w:b/>
        </w:rPr>
        <w:t xml:space="preserve">  (2 marks)</w:t>
      </w:r>
    </w:p>
    <w:p w14:paraId="2B997D6B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A6D38AE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B2437A4" w14:textId="77777777" w:rsidR="00216ED0" w:rsidRPr="00FF1246" w:rsidRDefault="00000000">
      <w:pPr>
        <w:spacing w:after="40"/>
        <w:ind w:left="28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b/>
        </w:rPr>
        <w:t xml:space="preserve">c) </w:t>
      </w:r>
      <w:r w:rsidRPr="00FF1246">
        <w:rPr>
          <w:rFonts w:ascii="Times New Roman" w:hAnsi="Times New Roman" w:cs="Times New Roman"/>
        </w:rPr>
        <w:t>Explain four aspects of rainfall that a farmer should consider when choosing a crop to grow.</w:t>
      </w:r>
      <w:r w:rsidRPr="00FF1246">
        <w:rPr>
          <w:rFonts w:ascii="Times New Roman" w:hAnsi="Times New Roman" w:cs="Times New Roman"/>
          <w:b/>
        </w:rPr>
        <w:t xml:space="preserve">  (8 marks)</w:t>
      </w:r>
    </w:p>
    <w:p w14:paraId="07774C8C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6C052A8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B2FA890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E625244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CFAA5C9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6B6FADE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4C2F164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5B33B88" w14:textId="77777777" w:rsidR="00216ED0" w:rsidRPr="00FF1246" w:rsidRDefault="00000000">
      <w:pPr>
        <w:spacing w:after="20"/>
        <w:ind w:left="648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sectPr w:rsidR="00216ED0" w:rsidRPr="00FF1246" w:rsidSect="00034616">
      <w:footerReference w:type="default" r:id="rId11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66531" w14:textId="77777777" w:rsidR="00D21B41" w:rsidRDefault="00D21B41">
      <w:pPr>
        <w:spacing w:after="0" w:line="240" w:lineRule="auto"/>
      </w:pPr>
      <w:r>
        <w:separator/>
      </w:r>
    </w:p>
  </w:endnote>
  <w:endnote w:type="continuationSeparator" w:id="0">
    <w:p w14:paraId="7DDF622A" w14:textId="77777777" w:rsidR="00D21B41" w:rsidRDefault="00D21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C461E" w14:textId="77777777" w:rsidR="00216ED0" w:rsidRDefault="00000000">
    <w:pPr>
      <w:pStyle w:val="Footer"/>
      <w:jc w:val="center"/>
    </w:pPr>
    <w:r>
      <w:rPr>
        <w:b/>
        <w:sz w:val="18"/>
      </w:rPr>
      <w:t>kcserevision.com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31F23" w14:textId="77777777" w:rsidR="00D21B41" w:rsidRDefault="00D21B41">
      <w:pPr>
        <w:spacing w:after="0" w:line="240" w:lineRule="auto"/>
      </w:pPr>
      <w:r>
        <w:separator/>
      </w:r>
    </w:p>
  </w:footnote>
  <w:footnote w:type="continuationSeparator" w:id="0">
    <w:p w14:paraId="520B5E2B" w14:textId="77777777" w:rsidR="00D21B41" w:rsidRDefault="00D21B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7987606">
    <w:abstractNumId w:val="8"/>
  </w:num>
  <w:num w:numId="2" w16cid:durableId="611520086">
    <w:abstractNumId w:val="6"/>
  </w:num>
  <w:num w:numId="3" w16cid:durableId="1020550987">
    <w:abstractNumId w:val="5"/>
  </w:num>
  <w:num w:numId="4" w16cid:durableId="96561160">
    <w:abstractNumId w:val="4"/>
  </w:num>
  <w:num w:numId="5" w16cid:durableId="1269896147">
    <w:abstractNumId w:val="7"/>
  </w:num>
  <w:num w:numId="6" w16cid:durableId="424959978">
    <w:abstractNumId w:val="3"/>
  </w:num>
  <w:num w:numId="7" w16cid:durableId="394401685">
    <w:abstractNumId w:val="2"/>
  </w:num>
  <w:num w:numId="8" w16cid:durableId="1906211008">
    <w:abstractNumId w:val="1"/>
  </w:num>
  <w:num w:numId="9" w16cid:durableId="509639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6ED0"/>
    <w:rsid w:val="0029639D"/>
    <w:rsid w:val="00326F90"/>
    <w:rsid w:val="008A1311"/>
    <w:rsid w:val="00AA1D8D"/>
    <w:rsid w:val="00B47730"/>
    <w:rsid w:val="00CB0664"/>
    <w:rsid w:val="00D21B41"/>
    <w:rsid w:val="00D97D2A"/>
    <w:rsid w:val="00FC693F"/>
    <w:rsid w:val="00FF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2D0068"/>
  <w14:defaultImageDpi w14:val="300"/>
  <w15:docId w15:val="{B59903E5-EA7A-471C-BEE0-D6874D2C9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1959</Words>
  <Characters>11172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3</cp:revision>
  <dcterms:created xsi:type="dcterms:W3CDTF">2013-12-23T23:15:00Z</dcterms:created>
  <dcterms:modified xsi:type="dcterms:W3CDTF">2026-09-21T23:10:00Z</dcterms:modified>
  <cp:category/>
</cp:coreProperties>
</file>