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60A38" w:rsidRPr="003B64F9" w:rsidRDefault="00F60A38" w:rsidP="00F60A38">
      <w:pPr>
        <w:pStyle w:val="FirstParagraph"/>
        <w:spacing w:line="240" w:lineRule="auto"/>
        <w:rPr>
          <w:rFonts w:ascii="Gadugi" w:hAnsi="Gadugi"/>
          <w:b/>
          <w:bCs/>
          <w:sz w:val="40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4905005" wp14:editId="5F5AB5A4">
            <wp:simplePos x="0" y="0"/>
            <wp:positionH relativeFrom="column">
              <wp:posOffset>4536440</wp:posOffset>
            </wp:positionH>
            <wp:positionV relativeFrom="paragraph">
              <wp:posOffset>286385</wp:posOffset>
            </wp:positionV>
            <wp:extent cx="1960880" cy="166243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ENCE LOGO2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4F9">
        <w:rPr>
          <w:rFonts w:ascii="Gadugi" w:hAnsi="Gadugi"/>
          <w:b/>
          <w:bCs/>
          <w:sz w:val="40"/>
        </w:rPr>
        <w:t>KENYA JUNIOR SCHOOL EDUCATION ASSESSMENT (KJSEA)</w:t>
      </w:r>
    </w:p>
    <w:p w:rsidR="00F60A38" w:rsidRPr="003B64F9" w:rsidRDefault="00F60A38" w:rsidP="00F60A38">
      <w:pPr>
        <w:spacing w:line="240" w:lineRule="auto"/>
        <w:rPr>
          <w:rFonts w:ascii="Gadugi" w:hAnsi="Gadugi"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 xml:space="preserve">GRADE 7: </w:t>
      </w:r>
      <w:r>
        <w:rPr>
          <w:rFonts w:ascii="Gadugi" w:hAnsi="Gadugi"/>
          <w:b/>
          <w:bCs/>
          <w:sz w:val="26"/>
          <w:szCs w:val="26"/>
        </w:rPr>
        <w:t>MATHEMATICS</w:t>
      </w:r>
      <w:r w:rsidRPr="003B64F9">
        <w:rPr>
          <w:rFonts w:ascii="Gadugi" w:hAnsi="Gadugi"/>
          <w:sz w:val="26"/>
          <w:szCs w:val="26"/>
        </w:rPr>
        <w:br/>
      </w:r>
      <w:r>
        <w:rPr>
          <w:rFonts w:ascii="Gadugi" w:hAnsi="Gadugi"/>
          <w:b/>
          <w:bCs/>
          <w:sz w:val="26"/>
          <w:szCs w:val="26"/>
        </w:rPr>
        <w:t>CODE: 010</w:t>
      </w:r>
      <w:r w:rsidRPr="003B64F9">
        <w:rPr>
          <w:rFonts w:ascii="Gadugi" w:hAnsi="Gadugi"/>
          <w:b/>
          <w:bCs/>
          <w:sz w:val="26"/>
          <w:szCs w:val="26"/>
        </w:rPr>
        <w:t xml:space="preserve"> YEAR: 2025</w:t>
      </w:r>
      <w:r>
        <w:rPr>
          <w:rFonts w:ascii="Gadugi" w:hAnsi="Gadugi"/>
          <w:b/>
          <w:bCs/>
          <w:sz w:val="26"/>
          <w:szCs w:val="26"/>
        </w:rPr>
        <w:t xml:space="preserve">                                                                 </w:t>
      </w:r>
    </w:p>
    <w:p w:rsidR="00F60A38" w:rsidRDefault="00F60A38" w:rsidP="00F60A38">
      <w:pPr>
        <w:spacing w:before="100" w:beforeAutospacing="1" w:after="100" w:afterAutospacing="1" w:line="240" w:lineRule="auto"/>
        <w:rPr>
          <w:rFonts w:ascii="Gadugi" w:hAnsi="Gadugi"/>
          <w:b/>
          <w:bCs/>
          <w:sz w:val="26"/>
          <w:szCs w:val="26"/>
        </w:rPr>
      </w:pPr>
      <w:r>
        <w:rPr>
          <w:rFonts w:ascii="Gadugi" w:hAnsi="Gadugi"/>
          <w:b/>
          <w:bCs/>
          <w:sz w:val="26"/>
          <w:szCs w:val="26"/>
        </w:rPr>
        <w:t>MARKING SCHEME</w:t>
      </w:r>
    </w:p>
    <w:p w:rsidR="009756E4" w:rsidRDefault="00F60A38" w:rsidP="00F60A38">
      <w:pPr>
        <w:pStyle w:val="Heading2"/>
        <w:spacing w:line="240" w:lineRule="auto"/>
        <w:rPr>
          <w:rFonts w:ascii="Gadugi" w:hAnsi="Gadugi"/>
          <w:color w:val="auto"/>
          <w:sz w:val="24"/>
          <w:szCs w:val="24"/>
        </w:rPr>
      </w:pPr>
      <w:r w:rsidRPr="00F60A38">
        <w:rPr>
          <w:rFonts w:ascii="Gadugi" w:hAnsi="Gadugi"/>
          <w:color w:val="auto"/>
          <w:sz w:val="24"/>
          <w:szCs w:val="24"/>
        </w:rPr>
        <w:t xml:space="preserve">SECTION </w:t>
      </w:r>
      <w:proofErr w:type="gramStart"/>
      <w:r w:rsidRPr="00F60A38">
        <w:rPr>
          <w:rFonts w:ascii="Gadugi" w:hAnsi="Gadugi"/>
          <w:color w:val="auto"/>
          <w:sz w:val="24"/>
          <w:szCs w:val="24"/>
        </w:rPr>
        <w:t>A</w:t>
      </w:r>
      <w:proofErr w:type="gramEnd"/>
      <w:r w:rsidRPr="00F60A38">
        <w:rPr>
          <w:rFonts w:ascii="Gadugi" w:hAnsi="Gadugi"/>
          <w:color w:val="auto"/>
          <w:sz w:val="24"/>
          <w:szCs w:val="24"/>
        </w:rPr>
        <w:t xml:space="preserve"> (20 marks – 1 mark each)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1. What is two million six thousand four hundred and nine in numerals?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2006409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2600409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2060409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2006049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2. Which one of the following statements is correct?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1/2 &lt; 0.5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B.3/5 &gt; 5/8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0.63 &lt; 0.36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1/5 &gt; 1/10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3. What is the difference between the total values of the digits in the thousands and hundreds position in the number 789240?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200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8800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9000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9200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4. What is the value </w:t>
      </w:r>
      <w:proofErr w:type="gramStart"/>
      <w:r w:rsidRPr="00F60A38">
        <w:rPr>
          <w:b/>
          <w:bCs/>
        </w:rPr>
        <w:t>of</w:t>
      </w:r>
      <w:proofErr w:type="gramEnd"/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(49365 — 9000 ÷ 3 + 1035) — 1250 x 4?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52400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42400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40330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52960</w:t>
      </w:r>
    </w:p>
    <w:p w:rsidR="00F60A38" w:rsidRPr="00F60A38" w:rsidRDefault="00F60A38" w:rsidP="00F60A38">
      <w:pPr>
        <w:rPr>
          <w:b/>
          <w:bCs/>
        </w:rPr>
      </w:pPr>
      <w:proofErr w:type="gramStart"/>
      <w:r w:rsidRPr="00F60A38">
        <w:rPr>
          <w:b/>
          <w:bCs/>
        </w:rPr>
        <w:t>5.A</w:t>
      </w:r>
      <w:proofErr w:type="gramEnd"/>
      <w:r w:rsidRPr="00F60A38">
        <w:rPr>
          <w:b/>
          <w:bCs/>
        </w:rPr>
        <w:t xml:space="preserve"> farmer had 280 </w:t>
      </w:r>
      <w:proofErr w:type="spellStart"/>
      <w:r w:rsidRPr="00F60A38">
        <w:rPr>
          <w:b/>
          <w:bCs/>
        </w:rPr>
        <w:t>chickens.He</w:t>
      </w:r>
      <w:proofErr w:type="spellEnd"/>
      <w:r w:rsidRPr="00F60A38">
        <w:rPr>
          <w:b/>
          <w:bCs/>
        </w:rPr>
        <w:t xml:space="preserve"> sold 5/7 of the chicken on the first day and then sold 1/5 of the remainder the following day. How many </w:t>
      </w:r>
      <w:proofErr w:type="gramStart"/>
      <w:r w:rsidRPr="00F60A38">
        <w:rPr>
          <w:b/>
          <w:bCs/>
        </w:rPr>
        <w:t>chicken</w:t>
      </w:r>
      <w:proofErr w:type="gramEnd"/>
      <w:r w:rsidRPr="00F60A38">
        <w:rPr>
          <w:b/>
          <w:bCs/>
        </w:rPr>
        <w:t xml:space="preserve"> were sold?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200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64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>C. 216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16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6. Which is the next number in the pattern?</w:t>
      </w:r>
    </w:p>
    <w:p w:rsidR="00F60A38" w:rsidRPr="00F60A38" w:rsidRDefault="00F60A38" w:rsidP="00F60A38">
      <w:pPr>
        <w:rPr>
          <w:b/>
          <w:bCs/>
        </w:rPr>
      </w:pPr>
      <w:proofErr w:type="gramStart"/>
      <w:r w:rsidRPr="00F60A38">
        <w:rPr>
          <w:b/>
          <w:bCs/>
        </w:rPr>
        <w:t>1, 3.</w:t>
      </w:r>
      <w:proofErr w:type="gramEnd"/>
      <w:r w:rsidRPr="00F60A38">
        <w:rPr>
          <w:b/>
          <w:bCs/>
        </w:rPr>
        <w:t xml:space="preserve"> 3, 27, 81,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135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108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162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243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7. A trader bought 21798 bags of maize in the first week.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In the second week he bought 2476 bags less than what he had bought in the first week.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In the third week he bought 542 bags more than he bought in the first week. How many bags of maize did he buy altogether?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68412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3460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62376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24816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8. What is the value of 80.4 - (15.46 + 4.54)/0.4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30.4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130.4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151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37.21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9. In a farm, on average every 6 cows produce 108 litres of milk per week.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In five weeks the cows produced 2160 litres of milk. How many cows are in the farm?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432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120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24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18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10. What </w:t>
      </w:r>
      <w:proofErr w:type="gramStart"/>
      <w:r w:rsidRPr="00F60A38">
        <w:rPr>
          <w:b/>
          <w:bCs/>
        </w:rPr>
        <w:t>is</w:t>
      </w:r>
      <w:proofErr w:type="gramEnd"/>
      <w:r w:rsidRPr="00F60A38">
        <w:rPr>
          <w:b/>
          <w:bCs/>
        </w:rPr>
        <w:t xml:space="preserve"> 759.968 rounded </w:t>
      </w:r>
      <w:proofErr w:type="spellStart"/>
      <w:r w:rsidRPr="00F60A38">
        <w:rPr>
          <w:b/>
          <w:bCs/>
        </w:rPr>
        <w:t>of</w:t>
      </w:r>
      <w:proofErr w:type="spellEnd"/>
      <w:r w:rsidRPr="00F60A38">
        <w:rPr>
          <w:b/>
          <w:bCs/>
        </w:rPr>
        <w:t xml:space="preserve"> to the nearest hundredth?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759 96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7.59.9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759.97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>D. 760.0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11. In a race, </w:t>
      </w:r>
      <w:proofErr w:type="spellStart"/>
      <w:r w:rsidRPr="00F60A38">
        <w:rPr>
          <w:b/>
          <w:bCs/>
        </w:rPr>
        <w:t>Korir</w:t>
      </w:r>
      <w:proofErr w:type="spellEnd"/>
      <w:r w:rsidRPr="00F60A38">
        <w:rPr>
          <w:b/>
          <w:bCs/>
        </w:rPr>
        <w:t xml:space="preserve"> takes 12 seconds to run round a field. </w:t>
      </w:r>
      <w:proofErr w:type="spellStart"/>
      <w:r w:rsidRPr="00F60A38">
        <w:rPr>
          <w:b/>
          <w:bCs/>
        </w:rPr>
        <w:t>Muteti</w:t>
      </w:r>
      <w:proofErr w:type="spellEnd"/>
      <w:r w:rsidRPr="00F60A38">
        <w:rPr>
          <w:b/>
          <w:bCs/>
        </w:rPr>
        <w:t xml:space="preserve"> takes 18 seconds while </w:t>
      </w:r>
      <w:proofErr w:type="spellStart"/>
      <w:r w:rsidRPr="00F60A38">
        <w:rPr>
          <w:b/>
          <w:bCs/>
        </w:rPr>
        <w:t>Mwenda</w:t>
      </w:r>
      <w:proofErr w:type="spellEnd"/>
      <w:r w:rsidRPr="00F60A38">
        <w:rPr>
          <w:b/>
          <w:bCs/>
        </w:rPr>
        <w:t xml:space="preserve"> takes 27 seconds to run round the same field.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If the three athletes start together, after how many seconds will they be together again?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3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57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5532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108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12. What is the square root of 17.64?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42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35.2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8.82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4.2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13. The area of a rectangular piece of land J is 220 square </w:t>
      </w:r>
      <w:proofErr w:type="spellStart"/>
      <w:r w:rsidRPr="00F60A38">
        <w:rPr>
          <w:b/>
          <w:bCs/>
        </w:rPr>
        <w:t>metres</w:t>
      </w:r>
      <w:proofErr w:type="spellEnd"/>
      <w:r w:rsidRPr="00F60A38">
        <w:rPr>
          <w:b/>
          <w:bCs/>
        </w:rPr>
        <w:t>. Its width is 12.5 m. What is the perimeter of the piece of land?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17.6 m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30.1 m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60.2 m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70.4 m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14. A rectangle brick weighs 3 kg 750 g. How many such bricks can be loaded into a lorry which can carry 3 </w:t>
      </w:r>
      <w:proofErr w:type="spellStart"/>
      <w:r w:rsidRPr="00F60A38">
        <w:rPr>
          <w:b/>
          <w:bCs/>
        </w:rPr>
        <w:t>tonnes</w:t>
      </w:r>
      <w:proofErr w:type="spellEnd"/>
      <w:r w:rsidRPr="00F60A38">
        <w:rPr>
          <w:b/>
          <w:bCs/>
        </w:rPr>
        <w:t>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8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S0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800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8000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15. </w:t>
      </w:r>
      <w:proofErr w:type="spellStart"/>
      <w:r w:rsidRPr="00F60A38">
        <w:rPr>
          <w:b/>
          <w:bCs/>
        </w:rPr>
        <w:t>Rono</w:t>
      </w:r>
      <w:proofErr w:type="spellEnd"/>
      <w:r w:rsidRPr="00F60A38">
        <w:rPr>
          <w:b/>
          <w:bCs/>
        </w:rPr>
        <w:t xml:space="preserve"> cycled from town R at an average speed of 72 km/h and took 3 hours 30 minutes to reach town S. </w:t>
      </w:r>
      <w:proofErr w:type="spellStart"/>
      <w:r w:rsidRPr="00F60A38">
        <w:rPr>
          <w:b/>
          <w:bCs/>
        </w:rPr>
        <w:t>Kepha</w:t>
      </w:r>
      <w:proofErr w:type="spellEnd"/>
      <w:r w:rsidRPr="00F60A38">
        <w:rPr>
          <w:b/>
          <w:bCs/>
        </w:rPr>
        <w:t xml:space="preserve"> cycled the same distance and took 4 hours. At what average speed was </w:t>
      </w:r>
      <w:proofErr w:type="spellStart"/>
      <w:r w:rsidRPr="00F60A38">
        <w:rPr>
          <w:b/>
          <w:bCs/>
        </w:rPr>
        <w:t>Kepha</w:t>
      </w:r>
      <w:proofErr w:type="spellEnd"/>
      <w:r w:rsidRPr="00F60A38">
        <w:rPr>
          <w:b/>
          <w:bCs/>
        </w:rPr>
        <w:t xml:space="preserve"> cycling?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18 km/h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33 km/h</w:t>
      </w:r>
    </w:p>
    <w:p w:rsidR="00F60A38" w:rsidRPr="00F60A38" w:rsidRDefault="00F60A38" w:rsidP="00F60A38">
      <w:pPr>
        <w:rPr>
          <w:b/>
          <w:bCs/>
        </w:rPr>
      </w:pPr>
      <w:proofErr w:type="gramStart"/>
      <w:r w:rsidRPr="00F60A38">
        <w:rPr>
          <w:b/>
          <w:bCs/>
        </w:rPr>
        <w:t>C .</w:t>
      </w:r>
      <w:proofErr w:type="gramEnd"/>
      <w:r w:rsidRPr="00F60A38">
        <w:rPr>
          <w:b/>
          <w:bCs/>
        </w:rPr>
        <w:t xml:space="preserve"> 63 km/h </w:t>
      </w:r>
      <w:r w:rsidRPr="00F60A38">
        <w:rPr>
          <w:rFonts w:hint="eastAsia"/>
          <w:b/>
          <w:bCs/>
        </w:rPr>
        <w:t>✔</w:t>
      </w:r>
    </w:p>
    <w:p w:rsidR="00F60A38" w:rsidRDefault="00F60A38" w:rsidP="00F60A38">
      <w:pPr>
        <w:rPr>
          <w:b/>
          <w:bCs/>
        </w:rPr>
      </w:pPr>
      <w:r w:rsidRPr="00F60A38">
        <w:rPr>
          <w:b/>
          <w:bCs/>
        </w:rPr>
        <w:t>D. 252 km/h</w:t>
      </w:r>
    </w:p>
    <w:p w:rsidR="00F60A38" w:rsidRDefault="00F60A38" w:rsidP="00F60A38">
      <w:pPr>
        <w:rPr>
          <w:b/>
          <w:bCs/>
        </w:rPr>
      </w:pPr>
    </w:p>
    <w:p w:rsidR="00F60A38" w:rsidRPr="00F60A38" w:rsidRDefault="00F60A38" w:rsidP="00F60A38">
      <w:pPr>
        <w:rPr>
          <w:b/>
          <w:bCs/>
        </w:rPr>
      </w:pP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>16. The figure below represents a piece of land.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7FEBEC1E" wp14:editId="18CE3316">
            <wp:extent cx="5737860" cy="3728085"/>
            <wp:effectExtent l="0" t="0" r="0" b="5715"/>
            <wp:docPr id="14" name="Picture 14" descr="https://www.advance-africa.com/images/L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advance-africa.com/images/Llan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AFBFC"/>
                        </a:clrFrom>
                        <a:clrTo>
                          <a:srgbClr val="FAFB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What is the area of the piece of land?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6300 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4350 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3600 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6550 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17. </w:t>
      </w:r>
      <w:proofErr w:type="spellStart"/>
      <w:r w:rsidRPr="00F60A38">
        <w:rPr>
          <w:b/>
          <w:bCs/>
        </w:rPr>
        <w:t>Muga</w:t>
      </w:r>
      <w:proofErr w:type="spellEnd"/>
      <w:r w:rsidRPr="00F60A38">
        <w:rPr>
          <w:b/>
          <w:bCs/>
        </w:rPr>
        <w:t xml:space="preserve"> left town P on Wednesday at 8.30 pm.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He took 7 hours 50 minutes to reach town Q. On what day and time in 24 hours clock system did he reach town Q?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Thursday 0420 h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Wednesday 0420 h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Wednesday 1620 h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Thursday 1620 h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18. An open rectangular tank has a base measuring 2.0m by 1.5 m. It has a height of 2.5 m. The surface of the tank was painted. What was the total area painted?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A.7.5 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B.11.75m²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C.20.5 m²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23.5 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>19. A cylindrical container of diameter 8 cm has a height of 35 cm. What is the volume of the container in cubic centimetres</w:t>
      </w:r>
      <w:proofErr w:type="gramStart"/>
      <w:r w:rsidRPr="00F60A38">
        <w:rPr>
          <w:b/>
          <w:bCs/>
        </w:rPr>
        <w:t>?(</w:t>
      </w:r>
      <w:proofErr w:type="gramEnd"/>
      <w:r w:rsidRPr="00F60A38">
        <w:rPr>
          <w:b/>
          <w:bCs/>
        </w:rPr>
        <w:t>Take π = 22/7)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1760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7040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C. 880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440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20. The figure below represents a flower garden in the shape of a triangle and a semi-circle. (Take π = 22/7)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398A93F5" wp14:editId="145AE3FD">
            <wp:extent cx="5928360" cy="4601845"/>
            <wp:effectExtent l="0" t="0" r="0" b="8255"/>
            <wp:docPr id="13" name="Picture 13" descr="https://www.advance-africa.com/images/flowergar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advance-africa.com/images/flowergard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What is the area of the garden?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102 4/7m²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B. 29 5/7m²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C .63 2/7m²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D. 39 2/7m²</w:t>
      </w:r>
    </w:p>
    <w:p w:rsidR="00F60A38" w:rsidRDefault="00F60A38" w:rsidP="00F60A38">
      <w:pPr>
        <w:rPr>
          <w:b/>
          <w:bCs/>
        </w:rPr>
      </w:pPr>
    </w:p>
    <w:p w:rsidR="00F60A38" w:rsidRDefault="00F60A38" w:rsidP="00F60A38">
      <w:pPr>
        <w:rPr>
          <w:b/>
          <w:bCs/>
        </w:rPr>
      </w:pPr>
    </w:p>
    <w:p w:rsidR="00F60A38" w:rsidRDefault="00F60A38" w:rsidP="00F60A38">
      <w:pPr>
        <w:rPr>
          <w:b/>
          <w:bCs/>
        </w:rPr>
      </w:pPr>
    </w:p>
    <w:p w:rsidR="00F60A38" w:rsidRDefault="00F60A38" w:rsidP="00F60A38">
      <w:pPr>
        <w:rPr>
          <w:b/>
          <w:bCs/>
        </w:rPr>
      </w:pPr>
    </w:p>
    <w:p w:rsidR="00F60A38" w:rsidRDefault="00F60A38" w:rsidP="00F60A38">
      <w:pPr>
        <w:rPr>
          <w:b/>
          <w:bCs/>
        </w:rPr>
      </w:pPr>
      <w:r>
        <w:rPr>
          <w:b/>
          <w:bCs/>
        </w:rPr>
        <w:lastRenderedPageBreak/>
        <w:t>SECTION B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21. A cylindrical tank whose diameter is 140 cm has a height of 75 cm. How many litres of water can it hold when full</w:t>
      </w:r>
      <w:proofErr w:type="gramStart"/>
      <w:r w:rsidRPr="00F60A38">
        <w:rPr>
          <w:b/>
          <w:bCs/>
        </w:rPr>
        <w:t>?(</w:t>
      </w:r>
      <w:proofErr w:type="gramEnd"/>
      <w:r w:rsidRPr="00F60A38">
        <w:rPr>
          <w:b/>
          <w:bCs/>
        </w:rPr>
        <w:t>Take π = 22/7)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1155 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22. What is the value of x+ 2n — r/y .where x=</w:t>
      </w:r>
      <w:proofErr w:type="gramStart"/>
      <w:r w:rsidRPr="00F60A38">
        <w:rPr>
          <w:b/>
          <w:bCs/>
        </w:rPr>
        <w:t>5 ,</w:t>
      </w:r>
      <w:proofErr w:type="gramEnd"/>
      <w:r w:rsidRPr="00F60A38">
        <w:rPr>
          <w:b/>
          <w:bCs/>
        </w:rPr>
        <w:t xml:space="preserve"> y = 2x , n = x + 9 and r = n + 6?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5 4/5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23. </w:t>
      </w:r>
      <w:r>
        <w:rPr>
          <w:b/>
          <w:bCs/>
        </w:rPr>
        <w:t>Simplify</w:t>
      </w:r>
      <w:r w:rsidRPr="00F60A38">
        <w:rPr>
          <w:b/>
          <w:bCs/>
        </w:rPr>
        <w:t xml:space="preserve"> of 2(3x+y</w:t>
      </w:r>
      <w:proofErr w:type="gramStart"/>
      <w:r w:rsidRPr="00F60A38">
        <w:rPr>
          <w:b/>
          <w:bCs/>
        </w:rPr>
        <w:t>)+</w:t>
      </w:r>
      <w:proofErr w:type="gramEnd"/>
      <w:r w:rsidRPr="00F60A38">
        <w:rPr>
          <w:b/>
          <w:bCs/>
        </w:rPr>
        <w:t>4x/4(x+2y)-y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10x + 2y/4x + 7y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24. Musa bought x bananas and Maria bought 4 bananas more than Musa.</w:t>
      </w:r>
      <w:r>
        <w:rPr>
          <w:b/>
          <w:bCs/>
        </w:rPr>
        <w:t xml:space="preserve"> </w:t>
      </w:r>
      <w:proofErr w:type="spellStart"/>
      <w:r w:rsidRPr="00F60A38">
        <w:rPr>
          <w:b/>
          <w:bCs/>
        </w:rPr>
        <w:t>Otieno</w:t>
      </w:r>
      <w:proofErr w:type="spellEnd"/>
      <w:r w:rsidRPr="00F60A38">
        <w:rPr>
          <w:b/>
          <w:bCs/>
        </w:rPr>
        <w:t xml:space="preserve"> bought twice as many bananas as both Musa and Maria.</w:t>
      </w:r>
      <w:r>
        <w:rPr>
          <w:b/>
          <w:bCs/>
        </w:rPr>
        <w:t xml:space="preserve"> </w:t>
      </w:r>
      <w:r w:rsidRPr="00F60A38">
        <w:rPr>
          <w:b/>
          <w:bCs/>
        </w:rPr>
        <w:t xml:space="preserve">The total number of bananas bought altogether was 30. </w:t>
      </w:r>
      <w:r>
        <w:rPr>
          <w:b/>
          <w:bCs/>
        </w:rPr>
        <w:t xml:space="preserve">Write an equation </w:t>
      </w:r>
      <w:proofErr w:type="gramStart"/>
      <w:r>
        <w:rPr>
          <w:b/>
          <w:bCs/>
        </w:rPr>
        <w:t xml:space="preserve">that </w:t>
      </w:r>
      <w:r w:rsidRPr="00F60A38">
        <w:rPr>
          <w:b/>
          <w:bCs/>
        </w:rPr>
        <w:t xml:space="preserve"> can</w:t>
      </w:r>
      <w:proofErr w:type="gramEnd"/>
      <w:r w:rsidRPr="00F60A38">
        <w:rPr>
          <w:b/>
          <w:bCs/>
        </w:rPr>
        <w:t xml:space="preserve"> be used to find the number of bananas Musa bought?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4x + 8 — 30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25. What is the value of x in </w:t>
      </w:r>
      <w:proofErr w:type="gramStart"/>
      <w:r w:rsidRPr="00F60A38">
        <w:rPr>
          <w:b/>
          <w:bCs/>
        </w:rPr>
        <w:t>equation</w:t>
      </w:r>
      <w:proofErr w:type="gramEnd"/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3/5 (2x + 2) — 1 = 5?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4 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26. In the figure below construct a perpendicular bisector of line PR. Let the line intersect PR at T and meet line QS at H?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drawing>
          <wp:inline distT="0" distB="0" distL="0" distR="0" wp14:anchorId="7DE92D69" wp14:editId="75800070">
            <wp:extent cx="5857875" cy="5205095"/>
            <wp:effectExtent l="0" t="0" r="9525" b="0"/>
            <wp:docPr id="12" name="Picture 12" descr="https://www.advance-africa.com/images/P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advance-africa.com/images/P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What is the measure of line HT in cm?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4.5 cm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27. In the figure below line QP is parallel to line RS, line QS = line SR and angle QSP = 32°.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drawing>
          <wp:inline distT="0" distB="0" distL="0" distR="0" wp14:anchorId="0AEB6B8C" wp14:editId="0489870C">
            <wp:extent cx="5908675" cy="5234940"/>
            <wp:effectExtent l="0" t="0" r="0" b="3810"/>
            <wp:docPr id="10" name="Picture 10" descr="https://www.advance-africa.com/images/Q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advance-africa.com/images/QS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What is the size of angle PQR?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127°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28. The figure below is part of a parallelogram EFGH. Complete the parallelogram.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373B0361" wp14:editId="6DFD67B8">
            <wp:extent cx="6933565" cy="2170430"/>
            <wp:effectExtent l="0" t="0" r="635" b="1270"/>
            <wp:docPr id="8" name="Picture 8" descr="https://www.advance-africa.com/images/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advance-africa.com/images/E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What is the length of half of the longer diagonal?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3.7cm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29</w:t>
      </w:r>
      <w:proofErr w:type="gramStart"/>
      <w:r w:rsidRPr="00F60A38">
        <w:rPr>
          <w:b/>
          <w:bCs/>
        </w:rPr>
        <w:t>.In</w:t>
      </w:r>
      <w:proofErr w:type="gramEnd"/>
      <w:r w:rsidRPr="00F60A38">
        <w:rPr>
          <w:b/>
          <w:bCs/>
        </w:rPr>
        <w:t xml:space="preserve"> a certain school the number of girls was 240 and the total number of pupils was 540.What is the ratio of boys to girls in the school?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 xml:space="preserve"> 5:4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30. What is the value of?</w:t>
      </w:r>
    </w:p>
    <w:p w:rsidR="00F60A38" w:rsidRPr="00F60A38" w:rsidRDefault="00F60A38" w:rsidP="00F60A38">
      <w:pPr>
        <w:rPr>
          <w:b/>
          <w:bCs/>
        </w:rPr>
      </w:pPr>
      <w:proofErr w:type="gramStart"/>
      <w:r w:rsidRPr="00F60A38">
        <w:rPr>
          <w:b/>
          <w:bCs/>
        </w:rPr>
        <w:t>1½ + (2¼ x 3½ of 12 ÷ ¾)?</w:t>
      </w:r>
      <w:proofErr w:type="gramEnd"/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127½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31. Triangle RST below is an isosceles triangle. The length RT = RS = 10 cm and ST — 12 cm.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6BF479B4" wp14:editId="1CEDDA37">
            <wp:extent cx="5969000" cy="3788410"/>
            <wp:effectExtent l="0" t="0" r="0" b="2540"/>
            <wp:docPr id="7" name="Picture 7" descr="https://www.advance-africa.com/images/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advance-africa.com/images/RS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What is the area of the triangle?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48 cm2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32. The diagram below is a net of a solid.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6BD93224" wp14:editId="066577D5">
            <wp:extent cx="5506720" cy="2532380"/>
            <wp:effectExtent l="0" t="0" r="0" b="1270"/>
            <wp:docPr id="6" name="Picture 6" descr="https://www.advance-africa.com/images/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advance-africa.com/images/NE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Which one of the following statements is true about the number of faces, edges and vertices for the solid?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 xml:space="preserve"> 5 faces, 9 edges and 6 vertices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33. Which one of the following statements is true for both a trapezium and a rhombus?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The sum of the interior angles is 360°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pStyle w:val="ListParagraph"/>
        <w:numPr>
          <w:ilvl w:val="0"/>
          <w:numId w:val="12"/>
        </w:numPr>
        <w:rPr>
          <w:bCs/>
        </w:rPr>
      </w:pPr>
      <w:r w:rsidRPr="00F60A38">
        <w:rPr>
          <w:bCs/>
        </w:rPr>
        <w:t>Quadrilaterals – Both trapezium and rhombus have four sides.</w:t>
      </w:r>
    </w:p>
    <w:p w:rsidR="00F60A38" w:rsidRPr="00F60A38" w:rsidRDefault="00F60A38" w:rsidP="00F60A38">
      <w:pPr>
        <w:pStyle w:val="ListParagraph"/>
        <w:numPr>
          <w:ilvl w:val="0"/>
          <w:numId w:val="12"/>
        </w:numPr>
        <w:rPr>
          <w:bCs/>
        </w:rPr>
      </w:pPr>
      <w:r w:rsidRPr="00F60A38">
        <w:rPr>
          <w:bCs/>
        </w:rPr>
        <w:t>Four vertices – Both have four corners (vertices).</w:t>
      </w:r>
    </w:p>
    <w:p w:rsidR="00F60A38" w:rsidRPr="00F60A38" w:rsidRDefault="00F60A38" w:rsidP="00F60A38">
      <w:pPr>
        <w:pStyle w:val="ListParagraph"/>
        <w:numPr>
          <w:ilvl w:val="0"/>
          <w:numId w:val="12"/>
        </w:numPr>
        <w:rPr>
          <w:bCs/>
        </w:rPr>
      </w:pPr>
      <w:r w:rsidRPr="00F60A38">
        <w:rPr>
          <w:bCs/>
        </w:rPr>
        <w:t>Two diagonals – Both shapes have two diagonals connecting opposite vertices.</w:t>
      </w:r>
    </w:p>
    <w:p w:rsidR="00F60A38" w:rsidRPr="00F60A38" w:rsidRDefault="00F60A38" w:rsidP="00F60A38">
      <w:pPr>
        <w:pStyle w:val="ListParagraph"/>
        <w:numPr>
          <w:ilvl w:val="0"/>
          <w:numId w:val="12"/>
        </w:numPr>
        <w:rPr>
          <w:bCs/>
        </w:rPr>
      </w:pPr>
      <w:r w:rsidRPr="00F60A38">
        <w:rPr>
          <w:bCs/>
        </w:rPr>
        <w:t>Sum of interior angles – The sum of interior angles is 360° in both shapes.</w:t>
      </w:r>
    </w:p>
    <w:p w:rsidR="00F60A38" w:rsidRPr="00F60A38" w:rsidRDefault="00F60A38" w:rsidP="00F60A38">
      <w:pPr>
        <w:pStyle w:val="ListParagraph"/>
        <w:numPr>
          <w:ilvl w:val="0"/>
          <w:numId w:val="12"/>
        </w:numPr>
        <w:rPr>
          <w:bCs/>
        </w:rPr>
      </w:pPr>
      <w:r w:rsidRPr="00F60A38">
        <w:rPr>
          <w:bCs/>
        </w:rPr>
        <w:t>Can be drawn in a plane – Both are 2D plane figures.</w:t>
      </w:r>
    </w:p>
    <w:p w:rsidR="00F60A38" w:rsidRPr="00F60A38" w:rsidRDefault="00F60A38" w:rsidP="00F60A38">
      <w:pPr>
        <w:pStyle w:val="ListParagraph"/>
        <w:numPr>
          <w:ilvl w:val="0"/>
          <w:numId w:val="12"/>
        </w:numPr>
        <w:rPr>
          <w:bCs/>
        </w:rPr>
      </w:pPr>
      <w:r w:rsidRPr="00F60A38">
        <w:rPr>
          <w:bCs/>
        </w:rPr>
        <w:t>Closed shapes – Both are closed geometric figures with straight sides.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34</w:t>
      </w:r>
      <w:proofErr w:type="gramStart"/>
      <w:r w:rsidRPr="00F60A38">
        <w:rPr>
          <w:b/>
          <w:bCs/>
        </w:rPr>
        <w:t>.What</w:t>
      </w:r>
      <w:proofErr w:type="gramEnd"/>
      <w:r w:rsidRPr="00F60A38">
        <w:rPr>
          <w:b/>
          <w:bCs/>
        </w:rPr>
        <w:t xml:space="preserve"> is the size of the obtuse angle NPL?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7DB2D774" wp14:editId="51007C5E">
            <wp:extent cx="8058785" cy="4330700"/>
            <wp:effectExtent l="0" t="0" r="0" b="0"/>
            <wp:docPr id="5" name="Picture 5" descr="https://www.advance-africa.com/images/M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advance-africa.com/images/MK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147°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35. </w:t>
      </w:r>
      <w:proofErr w:type="spellStart"/>
      <w:r w:rsidRPr="00F60A38">
        <w:rPr>
          <w:b/>
          <w:bCs/>
        </w:rPr>
        <w:t>Amina</w:t>
      </w:r>
      <w:proofErr w:type="spellEnd"/>
      <w:r w:rsidRPr="00F60A38">
        <w:rPr>
          <w:b/>
          <w:bCs/>
        </w:rPr>
        <w:t xml:space="preserve"> bought 4 </w:t>
      </w:r>
      <w:proofErr w:type="spellStart"/>
      <w:r w:rsidRPr="00F60A38">
        <w:rPr>
          <w:b/>
          <w:bCs/>
        </w:rPr>
        <w:t>metres</w:t>
      </w:r>
      <w:proofErr w:type="spellEnd"/>
      <w:r w:rsidRPr="00F60A38">
        <w:rPr>
          <w:b/>
          <w:bCs/>
        </w:rPr>
        <w:t xml:space="preserve"> of material at sh250 per </w:t>
      </w:r>
      <w:proofErr w:type="spellStart"/>
      <w:r w:rsidRPr="00F60A38">
        <w:rPr>
          <w:b/>
          <w:bCs/>
        </w:rPr>
        <w:t>metre</w:t>
      </w:r>
      <w:proofErr w:type="spellEnd"/>
      <w:r w:rsidRPr="00F60A38">
        <w:rPr>
          <w:b/>
          <w:bCs/>
        </w:rPr>
        <w:t xml:space="preserve">, 6 buttons at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8 each, a sewing thread for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30 and made a dress.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A similar dress costs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1500 in a shop. How much money did she save by making the dress?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</w:t>
      </w:r>
      <w:proofErr w:type="spellStart"/>
      <w:proofErr w:type="gramStart"/>
      <w:r w:rsidRPr="00F60A38">
        <w:rPr>
          <w:b/>
          <w:bCs/>
        </w:rPr>
        <w:t>sh</w:t>
      </w:r>
      <w:proofErr w:type="spellEnd"/>
      <w:proofErr w:type="gramEnd"/>
      <w:r w:rsidRPr="00F60A38">
        <w:rPr>
          <w:b/>
          <w:bCs/>
        </w:rPr>
        <w:t xml:space="preserve"> 422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36. A fruit vendor bought 300 pineapples at sh2l0 for every 5 pineapples. She sold the pineapples at sh60 each. How much profit did she make?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</w:t>
      </w:r>
      <w:proofErr w:type="spellStart"/>
      <w:proofErr w:type="gramStart"/>
      <w:r w:rsidRPr="00F60A38">
        <w:rPr>
          <w:b/>
          <w:bCs/>
        </w:rPr>
        <w:t>sh</w:t>
      </w:r>
      <w:proofErr w:type="spellEnd"/>
      <w:proofErr w:type="gramEnd"/>
      <w:r w:rsidRPr="00F60A38">
        <w:rPr>
          <w:b/>
          <w:bCs/>
        </w:rPr>
        <w:t xml:space="preserve"> 5 400 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37. </w:t>
      </w:r>
      <w:proofErr w:type="spellStart"/>
      <w:r w:rsidRPr="00F60A38">
        <w:rPr>
          <w:b/>
          <w:bCs/>
        </w:rPr>
        <w:t>Kazungu</w:t>
      </w:r>
      <w:proofErr w:type="spellEnd"/>
      <w:r w:rsidRPr="00F60A38">
        <w:rPr>
          <w:b/>
          <w:bCs/>
        </w:rPr>
        <w:t xml:space="preserve"> paid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3 200 for an item after getting a discount of 20%. What was the marked price for the </w:t>
      </w:r>
      <w:proofErr w:type="gramStart"/>
      <w:r w:rsidRPr="00F60A38">
        <w:rPr>
          <w:b/>
          <w:bCs/>
        </w:rPr>
        <w:t>item.</w:t>
      </w:r>
      <w:proofErr w:type="gramEnd"/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 xml:space="preserve"> </w:t>
      </w:r>
      <w:proofErr w:type="spellStart"/>
      <w:proofErr w:type="gramStart"/>
      <w:r w:rsidRPr="00F60A38">
        <w:rPr>
          <w:b/>
          <w:bCs/>
        </w:rPr>
        <w:t>sh</w:t>
      </w:r>
      <w:proofErr w:type="spellEnd"/>
      <w:proofErr w:type="gramEnd"/>
      <w:r w:rsidRPr="00F60A38">
        <w:rPr>
          <w:b/>
          <w:bCs/>
        </w:rPr>
        <w:t xml:space="preserve"> 4 000 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38. A salesman earns a basic salary of sh40 000. He is also paid a commission of 3% of the value of goods he sells above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100 000.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In one month he sold sh20 000 items at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20 each. What </w:t>
      </w:r>
      <w:proofErr w:type="gramStart"/>
      <w:r w:rsidRPr="00F60A38">
        <w:rPr>
          <w:b/>
          <w:bCs/>
        </w:rPr>
        <w:t>was</w:t>
      </w:r>
      <w:proofErr w:type="gramEnd"/>
      <w:r w:rsidRPr="00F60A38">
        <w:rPr>
          <w:b/>
          <w:bCs/>
        </w:rPr>
        <w:t xml:space="preserve"> his total earnings that month?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sh49 000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39.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1AB00C79" wp14:editId="6EDB4E21">
            <wp:extent cx="4953635" cy="3798570"/>
            <wp:effectExtent l="0" t="0" r="0" b="0"/>
            <wp:docPr id="4" name="Picture 4" descr="https://www.advance-africa.com/images/W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advance-africa.com/images/WER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proofErr w:type="spellStart"/>
      <w:r w:rsidRPr="00F60A38">
        <w:rPr>
          <w:b/>
          <w:bCs/>
        </w:rPr>
        <w:t>Weru</w:t>
      </w:r>
      <w:proofErr w:type="spellEnd"/>
      <w:r w:rsidRPr="00F60A38">
        <w:rPr>
          <w:b/>
          <w:bCs/>
        </w:rPr>
        <w:t xml:space="preserve"> posted the following letters: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 letter weighing 101g to Kisumu in Kenya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 letter weighing 19g to Uganda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 letters weighing 80g each to Europe 1 letter weighing 50 g to Zambia How much money did he pay for postage?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</w:t>
      </w:r>
      <w:proofErr w:type="spellStart"/>
      <w:proofErr w:type="gramStart"/>
      <w:r w:rsidRPr="00F60A38">
        <w:rPr>
          <w:b/>
          <w:bCs/>
        </w:rPr>
        <w:t>sh</w:t>
      </w:r>
      <w:proofErr w:type="spellEnd"/>
      <w:proofErr w:type="gramEnd"/>
      <w:r w:rsidRPr="00F60A38">
        <w:rPr>
          <w:b/>
          <w:bCs/>
        </w:rPr>
        <w:t xml:space="preserve"> 915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40. The hire purchase price of a sewing machine is made up of a deposit of sh4 000 and 18 equal monthly </w:t>
      </w:r>
      <w:proofErr w:type="spellStart"/>
      <w:r w:rsidRPr="00F60A38">
        <w:rPr>
          <w:b/>
          <w:bCs/>
        </w:rPr>
        <w:t>instalments</w:t>
      </w:r>
      <w:proofErr w:type="spellEnd"/>
      <w:r w:rsidRPr="00F60A38">
        <w:rPr>
          <w:b/>
          <w:bCs/>
        </w:rPr>
        <w:t xml:space="preserve"> of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1 200 each.</w:t>
      </w:r>
    </w:p>
    <w:p w:rsidR="00F60A38" w:rsidRPr="00F60A38" w:rsidRDefault="00F60A38" w:rsidP="00F60A38">
      <w:pPr>
        <w:rPr>
          <w:b/>
          <w:bCs/>
        </w:rPr>
      </w:pPr>
      <w:proofErr w:type="spellStart"/>
      <w:r w:rsidRPr="00F60A38">
        <w:rPr>
          <w:b/>
          <w:bCs/>
        </w:rPr>
        <w:t>Wanja</w:t>
      </w:r>
      <w:proofErr w:type="spellEnd"/>
      <w:r w:rsidRPr="00F60A38">
        <w:rPr>
          <w:b/>
          <w:bCs/>
        </w:rPr>
        <w:t xml:space="preserve"> was allowed a 20% discount on the hire purchase price for buying the sewing machine on cash.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How much money did she pay?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20 480 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41. </w:t>
      </w:r>
      <w:proofErr w:type="spellStart"/>
      <w:r w:rsidRPr="00F60A38">
        <w:rPr>
          <w:b/>
          <w:bCs/>
        </w:rPr>
        <w:t>Wanyama</w:t>
      </w:r>
      <w:proofErr w:type="spellEnd"/>
      <w:r w:rsidRPr="00F60A38">
        <w:rPr>
          <w:b/>
          <w:bCs/>
        </w:rPr>
        <w:t xml:space="preserve"> deposited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84 000 in a bank which paid simple interest at the rate of 10% per annum.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How much money altogether, did he get if he withdrew all the money with the interest earned at the end of 7 months?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 xml:space="preserve"> </w:t>
      </w:r>
      <w:proofErr w:type="spellStart"/>
      <w:proofErr w:type="gramStart"/>
      <w:r w:rsidRPr="00F60A38">
        <w:rPr>
          <w:b/>
          <w:bCs/>
        </w:rPr>
        <w:t>sh</w:t>
      </w:r>
      <w:proofErr w:type="spellEnd"/>
      <w:proofErr w:type="gramEnd"/>
      <w:r w:rsidRPr="00F60A38">
        <w:rPr>
          <w:b/>
          <w:bCs/>
        </w:rPr>
        <w:t xml:space="preserve"> 88 900 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42. </w:t>
      </w:r>
      <w:r>
        <w:rPr>
          <w:b/>
          <w:bCs/>
        </w:rPr>
        <w:t>Represent</w:t>
      </w:r>
      <w:r w:rsidRPr="00F60A38">
        <w:rPr>
          <w:b/>
          <w:bCs/>
        </w:rPr>
        <w:t xml:space="preserve"> the ratio 2:5 expressed as a percentage?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40%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43. Six people working for 5 days were paid a total of </w:t>
      </w:r>
      <w:proofErr w:type="spellStart"/>
      <w:r w:rsidRPr="00F60A38">
        <w:rPr>
          <w:b/>
          <w:bCs/>
        </w:rPr>
        <w:t>sh</w:t>
      </w:r>
      <w:proofErr w:type="spellEnd"/>
      <w:r w:rsidRPr="00F60A38">
        <w:rPr>
          <w:b/>
          <w:bCs/>
        </w:rPr>
        <w:t xml:space="preserve"> 6 000.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How much more money could the same number of people be paid for 12 days?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</w:t>
      </w:r>
      <w:proofErr w:type="spellStart"/>
      <w:proofErr w:type="gramStart"/>
      <w:r w:rsidRPr="00F60A38">
        <w:rPr>
          <w:b/>
          <w:bCs/>
        </w:rPr>
        <w:t>sh</w:t>
      </w:r>
      <w:proofErr w:type="spellEnd"/>
      <w:proofErr w:type="gramEnd"/>
      <w:r w:rsidRPr="00F60A38">
        <w:rPr>
          <w:b/>
          <w:bCs/>
        </w:rPr>
        <w:t xml:space="preserve"> 8400 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44. A group of farmers harvested 10 000 kg of coffee on the first day and 8 000 kg on the second day. What was the percentage decrease in the amount of coffee harvested?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A. 200%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45. The table below shows sales of shoes in 5 days. The sales for Wednesday are not shown.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6E512F76" wp14:editId="3B96BC3A">
            <wp:extent cx="6069330" cy="4933950"/>
            <wp:effectExtent l="0" t="0" r="7620" b="0"/>
            <wp:docPr id="3" name="Picture 3" descr="https://www.advance-africa.com/images/cyclistj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advance-africa.com/images/cyclistjan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The total number of pairs of shoes sold was 180. If a pie chart was to be drawn to </w:t>
      </w:r>
      <w:proofErr w:type="spellStart"/>
      <w:r w:rsidRPr="00F60A38">
        <w:rPr>
          <w:b/>
          <w:bCs/>
        </w:rPr>
        <w:t>repreśent</w:t>
      </w:r>
      <w:proofErr w:type="spellEnd"/>
      <w:r w:rsidRPr="00F60A38">
        <w:rPr>
          <w:b/>
          <w:bCs/>
        </w:rPr>
        <w:t xml:space="preserve"> this information, what angle would represent the number of pairs sold on </w:t>
      </w:r>
      <w:proofErr w:type="gramStart"/>
      <w:r w:rsidRPr="00F60A38">
        <w:rPr>
          <w:b/>
          <w:bCs/>
        </w:rPr>
        <w:t>Wednesday</w:t>
      </w:r>
      <w:proofErr w:type="gramEnd"/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54°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46. The graph below represents a journey of a cyclist travelling from town W to town P through towns L, K and M?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Between which two towns was the cyclist travelling at the highest speed?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 xml:space="preserve"> KM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47. The table below shows train fares from town N to town M: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20BFC860" wp14:editId="7876D367">
            <wp:extent cx="5205095" cy="2984500"/>
            <wp:effectExtent l="0" t="0" r="0" b="6350"/>
            <wp:docPr id="2" name="Picture 2" descr="https://www.advance-africa.com/images/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advance-africa.com/images/N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A certain school arranged for a trip by train from town N to town M. 28 pupils aged 12 years, 15 pupils aged between 7 years and 10 years, 4 teachers and the head teacher.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The passengers occupied the following classes in the train: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1st class: The head teacher and one teacher.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2nd class: 3 teachers and all the pupils.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How much money did they pay for the trip altogether?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</w:t>
      </w:r>
      <w:proofErr w:type="spellStart"/>
      <w:proofErr w:type="gramStart"/>
      <w:r w:rsidRPr="00F60A38">
        <w:rPr>
          <w:b/>
          <w:bCs/>
        </w:rPr>
        <w:t>sh</w:t>
      </w:r>
      <w:proofErr w:type="spellEnd"/>
      <w:proofErr w:type="gramEnd"/>
      <w:r w:rsidRPr="00F60A38">
        <w:rPr>
          <w:b/>
          <w:bCs/>
        </w:rPr>
        <w:t xml:space="preserve"> 33700 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48. The distance in kilometres between towns P, Q, R and S is shown below.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drawing>
          <wp:inline distT="0" distB="0" distL="0" distR="0" wp14:anchorId="01991008" wp14:editId="6808AEE3">
            <wp:extent cx="5003800" cy="1587500"/>
            <wp:effectExtent l="0" t="0" r="6350" b="0"/>
            <wp:docPr id="1" name="Picture 1" descr="https://www.advance-africa.com/images/P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advance-africa.com/images/PQ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What is the distance from town S to town P via town R?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260 km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49. The scale of a building plan is l</w:t>
      </w:r>
      <w:proofErr w:type="gramStart"/>
      <w:r w:rsidRPr="00F60A38">
        <w:rPr>
          <w:b/>
          <w:bCs/>
        </w:rPr>
        <w:t>:200</w:t>
      </w:r>
      <w:proofErr w:type="gramEnd"/>
      <w:r w:rsidRPr="00F60A38">
        <w:rPr>
          <w:b/>
          <w:bCs/>
        </w:rPr>
        <w:t xml:space="preserve">. What length, in cm, on the plan represents 5 </w:t>
      </w:r>
      <w:proofErr w:type="spellStart"/>
      <w:r w:rsidRPr="00F60A38">
        <w:rPr>
          <w:b/>
          <w:bCs/>
        </w:rPr>
        <w:t>metres</w:t>
      </w:r>
      <w:proofErr w:type="spellEnd"/>
      <w:r w:rsidRPr="00F60A38">
        <w:rPr>
          <w:b/>
          <w:bCs/>
        </w:rPr>
        <w:t xml:space="preserve"> of the building?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 xml:space="preserve"> 2.5 </w:t>
      </w:r>
      <w:r w:rsidRPr="00F60A38">
        <w:rPr>
          <w:rFonts w:hint="eastAsia"/>
          <w:b/>
          <w:bCs/>
        </w:rPr>
        <w:t>✔</w:t>
      </w:r>
    </w:p>
    <w:p w:rsidR="00F60A38" w:rsidRDefault="00F60A38" w:rsidP="00F60A38">
      <w:pPr>
        <w:rPr>
          <w:b/>
          <w:bCs/>
        </w:rPr>
      </w:pP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lastRenderedPageBreak/>
        <w:t xml:space="preserve">50. The number of pupils present in a </w:t>
      </w:r>
      <w:proofErr w:type="gramStart"/>
      <w:r w:rsidRPr="00F60A38">
        <w:rPr>
          <w:b/>
          <w:bCs/>
        </w:rPr>
        <w:t>class ]</w:t>
      </w:r>
      <w:proofErr w:type="gramEnd"/>
      <w:r w:rsidRPr="00F60A38">
        <w:rPr>
          <w:b/>
          <w:bCs/>
        </w:rPr>
        <w:t xml:space="preserve"> in a certain week is shown in the table below: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1"/>
        <w:gridCol w:w="961"/>
        <w:gridCol w:w="1006"/>
        <w:gridCol w:w="1327"/>
        <w:gridCol w:w="1122"/>
        <w:gridCol w:w="808"/>
      </w:tblGrid>
      <w:tr w:rsidR="00F60A38" w:rsidRPr="00F60A38" w:rsidTr="00F92D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Days of the week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Monday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Tuesday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Wednesday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Thursday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Friday</w:t>
            </w:r>
          </w:p>
        </w:tc>
      </w:tr>
      <w:tr w:rsidR="00F60A38" w:rsidRPr="00F60A38" w:rsidTr="00F92D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Number of pupils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    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     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       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     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60A38" w:rsidRPr="00F60A38" w:rsidRDefault="00F60A38" w:rsidP="00F60A38">
            <w:pPr>
              <w:rPr>
                <w:b/>
                <w:bCs/>
              </w:rPr>
            </w:pPr>
            <w:r w:rsidRPr="00F60A38">
              <w:rPr>
                <w:b/>
                <w:bCs/>
              </w:rPr>
              <w:t>   41</w:t>
            </w:r>
          </w:p>
        </w:tc>
      </w:tr>
    </w:tbl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What was the mean attendance for the class that week?</w:t>
      </w:r>
    </w:p>
    <w:p w:rsidR="00F60A38" w:rsidRPr="00F60A38" w:rsidRDefault="00F60A38" w:rsidP="00F60A38">
      <w:pPr>
        <w:rPr>
          <w:b/>
          <w:bCs/>
        </w:rPr>
      </w:pPr>
      <w:r w:rsidRPr="00F60A38">
        <w:rPr>
          <w:b/>
          <w:bCs/>
        </w:rPr>
        <w:t>42 </w:t>
      </w:r>
      <w:r w:rsidRPr="00F60A38">
        <w:rPr>
          <w:rFonts w:hint="eastAsia"/>
          <w:b/>
          <w:bCs/>
        </w:rPr>
        <w:t>✔</w:t>
      </w:r>
    </w:p>
    <w:p w:rsidR="00F60A38" w:rsidRPr="00F60A38" w:rsidRDefault="00F60A38" w:rsidP="00F60A38">
      <w:pPr>
        <w:rPr>
          <w:b/>
          <w:bCs/>
        </w:rPr>
      </w:pPr>
    </w:p>
    <w:p w:rsidR="00F60A38" w:rsidRPr="00F60A38" w:rsidRDefault="00F60A38" w:rsidP="00F60A38">
      <w:pPr>
        <w:rPr>
          <w:b/>
          <w:bCs/>
        </w:rPr>
      </w:pPr>
    </w:p>
    <w:p w:rsidR="00F60A38" w:rsidRPr="00F60A38" w:rsidRDefault="00F60A38" w:rsidP="00F60A38">
      <w:pPr>
        <w:rPr>
          <w:b/>
          <w:bCs/>
        </w:rPr>
      </w:pPr>
    </w:p>
    <w:p w:rsidR="00F60A38" w:rsidRDefault="00F60A38" w:rsidP="00F60A38">
      <w:pPr>
        <w:jc w:val="center"/>
      </w:pPr>
      <w:bookmarkStart w:id="0" w:name="_GoBack"/>
      <w:r>
        <w:t>THIS IS THE LAST PRINTED PAGE.</w:t>
      </w:r>
    </w:p>
    <w:bookmarkEnd w:id="0"/>
    <w:p w:rsidR="00F60A38" w:rsidRPr="00F60A38" w:rsidRDefault="00F60A38" w:rsidP="00F60A38"/>
    <w:p w:rsidR="009756E4" w:rsidRPr="00F60A38" w:rsidRDefault="009756E4" w:rsidP="00F60A38">
      <w:pPr>
        <w:pStyle w:val="ListParagraph"/>
        <w:rPr>
          <w:rFonts w:ascii="Gadugi" w:hAnsi="Gadugi"/>
          <w:sz w:val="24"/>
          <w:szCs w:val="24"/>
        </w:rPr>
      </w:pPr>
    </w:p>
    <w:sectPr w:rsidR="009756E4" w:rsidRPr="00F60A38" w:rsidSect="00F60A38">
      <w:pgSz w:w="12240" w:h="15840"/>
      <w:pgMar w:top="284" w:right="333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7100214"/>
    <w:multiLevelType w:val="hybridMultilevel"/>
    <w:tmpl w:val="D6F63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430536"/>
    <w:multiLevelType w:val="hybridMultilevel"/>
    <w:tmpl w:val="4ED259EA"/>
    <w:lvl w:ilvl="0" w:tplc="FCD05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87479"/>
    <w:multiLevelType w:val="hybridMultilevel"/>
    <w:tmpl w:val="35F0B5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790D30"/>
    <w:multiLevelType w:val="hybridMultilevel"/>
    <w:tmpl w:val="8C28847E"/>
    <w:lvl w:ilvl="0" w:tplc="37ECC606">
      <w:numFmt w:val="bullet"/>
      <w:lvlText w:val="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9756E4"/>
    <w:rsid w:val="00AA1D8D"/>
    <w:rsid w:val="00B47730"/>
    <w:rsid w:val="00CB0664"/>
    <w:rsid w:val="00F60A3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FirstParagraph">
    <w:name w:val="First Paragraph"/>
    <w:basedOn w:val="BodyText"/>
    <w:next w:val="BodyText"/>
    <w:qFormat/>
    <w:rsid w:val="00F60A38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FirstParagraph">
    <w:name w:val="First Paragraph"/>
    <w:basedOn w:val="BodyText"/>
    <w:next w:val="BodyText"/>
    <w:qFormat/>
    <w:rsid w:val="00F60A38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2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BE0D72-1C3E-4840-9E7C-C159B697A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8989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Oscar Mwangi</cp:lastModifiedBy>
  <cp:revision>2</cp:revision>
  <dcterms:created xsi:type="dcterms:W3CDTF">2013-12-23T23:15:00Z</dcterms:created>
  <dcterms:modified xsi:type="dcterms:W3CDTF">2025-09-06T16:55:00Z</dcterms:modified>
  <cp:category/>
</cp:coreProperties>
</file>